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1、某车间采用全回风热风供暖，车间热负荷为101kW，室内设计温度为15℃。空气加热器热媒为110℃/70℃的热水，传热系数为40W/(㎡·K)。车间送风量为4kg/s。空气加热器的面积应为(  )。</w:t>
        <w:br/>
        <w:t>A.48～53㎡</w:t>
        <w:br/>
        <w:t>B.40～45㎡</w:t>
        <w:br/>
        <w:t>C.50～55㎡</w:t>
        <w:br/>
        <w:t>D.30～35㎡</w:t>
        <w:br/>
        <w:br/>
        <w:t xml:space="preserve">【答案】：A </w:t>
      </w:r>
    </w:p>
    <w:p>
      <w:r>
        <w:t>2、R22中包含的氯原子数是(  )。</w:t>
        <w:br/>
        <w:t>A.2</w:t>
        <w:br/>
        <w:t>B.1</w:t>
        <w:br/>
        <w:t>C.3</w:t>
        <w:br/>
        <w:t>D.0</w:t>
        <w:br/>
        <w:br/>
        <w:t xml:space="preserve">【答案】：B </w:t>
      </w:r>
    </w:p>
    <w:p>
      <w:pPr>
        <w:sectPr w:rsidSect="00034616">
          <w:pgSz w:w="12240" w:h="15840"/>
          <w:pgMar w:top="1440" w:right="1800" w:bottom="1440" w:left="1800" w:header="720" w:footer="720" w:gutter="0"/>
          <w:cols w:space="720"/>
          <w:docGrid w:linePitch="360"/>
        </w:sectPr>
      </w:pPr>
      <w:r>
        <w:t>3、某生产车间面积为2000㎡，供暖计算热负荷为200kW，其中的1100㎡需设置地面辐射供暖，辐射地面单位面积的有效散热量应为(  )。</w:t>
        <w:br/>
        <w:t>A.72W/㎡</w:t>
        <w:br/>
        <w:t>B.140W/㎡</w:t>
        <w:br/>
        <w:t>C.182W/㎡</w:t>
        <w:br/>
        <w:t>D.236W/㎡</w:t>
        <w:br/>
        <w:br/>
        <w:t xml:space="preserve">【答案】：A </w:t>
      </w:r>
    </w:p>
    <w:p>
      <w:r>
        <w:t>4、某静电除尘器的处理风量为40m3/s，长度为10m，电场风速为0.8m/s，求静电除尘器的体积。</w:t>
        <w:br/>
        <w:t>A.50m3</w:t>
        <w:br/>
        <w:t>B.200m3</w:t>
        <w:br/>
        <w:t>C.500m3</w:t>
        <w:br/>
        <w:t>D.2000m3</w:t>
        <w:br/>
        <w:br/>
        <w:t xml:space="preserve">【答案】：C </w:t>
      </w:r>
    </w:p>
    <w:p>
      <w:r>
        <w:t>5、有一段长10m，直径为0.6m的金属风管，工作压力为600Pa，在该压力下的漏风量容许值不大于下列何值？(  )。</w:t>
        <w:br/>
        <w:t>A.</w:t>
        <w:br/>
        <w:t>B.</w:t>
        <w:br/>
        <w:t>C.</w:t>
        <w:br/>
        <w:t>D.</w:t>
        <w:br/>
        <w:br/>
        <w:t xml:space="preserve">【答案】：D </w:t>
      </w:r>
    </w:p>
    <w:p>
      <w:r>
        <w:t>6、有一浸漆槽槽面尺寸(长×宽)为900mm×600mm，为排除有机溶剂蒸气，在槽上方设排风罩，罩口至槽面距离H=0.4m，取边缘控制点控制风速0.25m/s，为罩的一个长边设有固定挡板，排风罩的排风量为(  )。</w:t>
        <w:br/>
        <w:t>A.</w:t>
        <w:br/>
        <w:t>B.</w:t>
        <w:br/>
        <w:t>C.</w:t>
        <w:br/>
        <w:t>D.</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7、某房间室内设计温度为20℃，相对湿度为60%，北面与室内温度为5℃的非供暖房间相邻，隔墙的面积为15㎡，传热系数为2W/(㎡·℃)，表面传热系数为8W/(㎡·℃)，该房间北面隔墙表面温度为多少？是否结露？(</w:t>
      </w:r>
      <w:r>
        <w:t xml:space="preserve"> </w:t>
      </w:r>
      <w:r>
        <w:t xml:space="preserve"> )</w:t>
        <w:br/>
        <w:t>A.16～17℃，不结露</w:t>
        <w:br/>
        <w:t>B.16～17℃，结露</w:t>
        <w:br/>
        <w:t>C.11～12℃，不结露</w:t>
        <w:br/>
        <w:t>D.11～12℃，结露</w:t>
        <w:br/>
        <w:br/>
        <w:t>【答案】：A</w:t>
      </w:r>
      <w:r>
        <w:t xml:space="preserve"> </w:t>
      </w:r>
    </w:p>
    <w:p>
      <w:r>
        <w:t>8、一空调建筑空调水系统的供冷量为1000kW，冷水供回水温差为5℃，水的比热容为4.18kJ/(kg·K)，设计工况的水泵扬程为27m，对应的效率为70%，在设计工况下，水泵的轴功率为下列哪一项？(  )</w:t>
        <w:br/>
        <w:t>A.10～13kW</w:t>
        <w:br/>
        <w:t>B.13.1～15kW</w:t>
        <w:br/>
        <w:t>C.15.1～17kW</w:t>
        <w:br/>
        <w:t>D.17.1～19kW</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9、某燃煤锅炉房有下列负荷(已经考虑了同时使用系数和计入管网的输送热损失)：1)散热器供暖系统(95℃/70℃热水)4MW；2)地板辐射供暖系统(50℃/40℃热水)4MW；3)空调系统(60℃/50℃热水)8MW；4)集中生活热水系统加热(0.5MPa蒸汽)5MW；5)空调加湿(0.2MPa蒸汽)2000kg/h；6)游泳池水加热等(0.2MPa蒸汽)3500kg/h。如果统一采用蒸汽锅炉，该锅炉房的蒸汽锅炉总蒸发量应该不小于(  )。</w:t>
        <w:br/>
        <w:t>A.30t/h</w:t>
        <w:br/>
        <w:t>B.32t/h</w:t>
        <w:br/>
        <w:t>C.36t/h</w:t>
        <w:br/>
        <w:t>D.40t/h</w:t>
        <w:br/>
        <w:br/>
        <w:t xml:space="preserve">【答案】：C </w:t>
      </w:r>
    </w:p>
    <w:p>
      <w:r>
        <w:t>10、某体育馆有3000人，每人散热量为：显热65W，潜热69W，人员集群系数取0.92，试问该体育馆人员的空调冷负荷约为下列何值？</w:t>
        <w:br/>
        <w:t>A.约400kW</w:t>
        <w:br/>
        <w:t>B.约370kW</w:t>
        <w:br/>
        <w:t>C.约210kW</w:t>
        <w:br/>
        <w:t>D.约200kW</w:t>
        <w:br/>
        <w:br/>
        <w:t xml:space="preserve">【答案】：B </w:t>
      </w:r>
    </w:p>
    <w:p>
      <w:r>
        <w:t>11、容量为700人的会议室，室内空气温度为20℃，室外空气温度为16℃。每人总发热量为110w，其中潜热量为30W，外围护结构损耗热量为7000W，所需通风量为下列哪一项？</w:t>
        <w:br/>
        <w:t>A.3～5kg/s</w:t>
        <w:br/>
        <w:t>B.11.5～12.5kg/s</w:t>
        <w:br/>
        <w:t>C.17～18kg/s</w:t>
        <w:br/>
        <w:t>D.50～52kg/s</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12、一栋办公楼空调系统的夏季最大冷负荷为1080kW，选用两台940kW的水冷螺杆冷水机组，冷水机组额定能效比为4，设置3台额定功率为11kW的冷水泵，3台额定功率为15kW的冷却水泵，冷水泵和冷却水泵均两用一备。设置2台额定功率为5kW的冷却塔，5台额定功率为4kW新风机组，风机盘管的总功率为18kW。根据有关资料查出当量满负荷运行时间为560h，空调系统夏季累计工作90d，每天运行10h，空调风系统和水系统均为定流量系统，用当量满负荷运行时间法估算该楼一个夏季的空调耗电量为(</w:t>
      </w:r>
      <w:r>
        <w:t xml:space="preserve"> </w:t>
      </w:r>
    </w:p>
    <w:p>
      <w:r>
        <w:t xml:space="preserve"> )。</w:t>
        <w:br/>
        <w:t>A.15.3万kW·h</w:t>
        <w:br/>
        <w:t>B.25.3万kW·h</w:t>
        <w:br/>
        <w:t>C.35.3万kW·h</w:t>
        <w:br/>
        <w:t>D.45.3万kW·h</w:t>
        <w:br/>
        <w:br/>
        <w:t>【答案】：C</w:t>
      </w:r>
      <w:r>
        <w:t xml:space="preserve"> </w:t>
      </w:r>
    </w:p>
    <w:p>
      <w:r>
        <w:t>13、某建筑的空调系统采用全空气系统，冬季房间的空调热负荷为100kW(冬季不加湿)，室内计算温度为20℃，冬季室外空调计算温度为-10℃，空调热源为60/50℃的热水，热水量为10000kg/h，冬季的大气压力为标准大气压，空气密度为1.2kg/m3，定压比热1.0lkj/(kg.℃)。试问：该系统的新风量为何值？</w:t>
        <w:br/>
        <w:t>A.1400～1500m3/h</w:t>
        <w:br/>
        <w:t>B.1520～1620m3/h</w:t>
        <w:br/>
        <w:t>C.1650～1750m3/h</w:t>
        <w:br/>
        <w:t>D.1770～1870m3/h</w:t>
        <w:br/>
        <w:br/>
        <w:t xml:space="preserve">【答案】：B </w:t>
      </w:r>
    </w:p>
    <w:p>
      <w:r>
        <w:t>14、某商场空调系统采用二管制定风量系统，粗效和中效过滤，采用湿膜加湿，风机全压110Pa，风机全压效率72%，电机效率80%，电机直联，该风机单位风量耗功率满足节能设计标准的判断以及风机单位风量耗功率数值最接近的应是哪项？(  )。</w:t>
        <w:br/>
        <w:t>A.</w:t>
        <w:br/>
        <w:t>B.</w:t>
        <w:br/>
        <w:t>C.</w:t>
        <w:br/>
        <w:t>D.</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15、某制冷量为2000kW的溴化锂吸收式冷水机组，热力系数为1.15，冷却水进出口温差为5℃，则其冷却水流量为(</w:t>
      </w:r>
      <w:r>
        <w:t xml:space="preserve"> </w:t>
      </w:r>
    </w:p>
    <w:p>
      <w:r>
        <w:t xml:space="preserve"> )。</w:t>
        <w:br/>
        <w:t>A.</w:t>
        <w:br/>
        <w:t>B.</w:t>
        <w:br/>
        <w:t>C.</w:t>
        <w:br/>
        <w:t>D.</w:t>
        <w:br/>
        <w:br/>
        <w:t>【答案】：C</w:t>
      </w:r>
      <w:r>
        <w:t xml:space="preserve"> </w:t>
      </w:r>
    </w:p>
    <w:p>
      <w:r>
        <w:t>16、热水供热系统主干线的总长为1000m，平均比摩阻为60Pa/m，局部损失与沿程损失的估算比值为0.3，热用户的作用压差为2m，则热用户的水力稳定性系数为(  )。</w:t>
        <w:br/>
        <w:t>A.0.45</w:t>
        <w:br/>
        <w:t>B.0.55</w:t>
        <w:br/>
        <w:t>C.0.65</w:t>
        <w:br/>
        <w:t>D.0.75</w:t>
        <w:br/>
        <w:br/>
        <w:t xml:space="preserve">【答案】：A </w:t>
      </w:r>
    </w:p>
    <w:p>
      <w:r>
        <w:t>17、一建筑高度20m的商贸楼，其不具备自然排烟条件的防烟楼梯间和前室各设置有一道1.6m×2m的双扇防火门，若考虑加压房间密封程度的背压系数a=0.8，漏风附加率b=0.15，开启门洞出口的平均风速为1.0m/s。试问：当仅防烟楼梯间送风，前室不送风时，采用门洞流速法计算的机械加压送风系统的送风量应是下列哪一项？(  )</w:t>
        <w:br/>
        <w:t>A.</w:t>
        <w:br/>
        <w:t>B.</w:t>
        <w:br/>
        <w:t>C.</w:t>
        <w:br/>
        <w:t>D.</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18、北京地区某冷库底层的冷却间，设计温度为-2℃，一面邻外墙，外墙的热惰性指标为3.50已知：北京地区的夏季空调室外计算温度为33.2℃，夏季空调室外日平均计算温度为28.6℃；夏季空调最热月14：00的平均相对湿度为64%(对应露点温度为21.1℃)，夏季空调最热月的平均相对湿度为78%(对应露点温度为24.4℃)，试问该外墙的最小总热阻是下列哪一项？(</w:t>
      </w:r>
      <w:r>
        <w:t xml:space="preserve"> </w:t>
      </w:r>
    </w:p>
    <w:p>
      <w:r>
        <w:t xml:space="preserve"> )</w:t>
        <w:br/>
        <w:t>A.0.20～0.23㎡·℃/W</w:t>
        <w:br/>
        <w:t>B.0.30～0.33㎡·℃/W</w:t>
        <w:br/>
        <w:t>C.0.36～0.39㎡·℃/W</w:t>
        <w:br/>
        <w:t>D.0.40～0.43㎡·℃/W</w:t>
        <w:br/>
        <w:br/>
        <w:t>【答案】：C</w:t>
      </w:r>
      <w:r>
        <w:t xml:space="preserve"> </w:t>
      </w:r>
    </w:p>
    <w:p>
      <w:r>
        <w:t>19、某居住小区的热源为燃煤锅炉，小区供暖热负荷为10MW，冬季生活热水的最大小时耗热量为4MW，夏季生活热水的最小小时耗热量为2.5MW，室外供热管网的输送效率为0.92，不计锅炉房的自用热。锅炉房的总设计容量以及最小锅炉容量的设计最大值应为下列何项？(生活热水的同时使用率为0.8)(  )。</w:t>
        <w:br/>
        <w:t>A.总设计容量为11～13MW，最小锅炉容量的设计最大值为5MW</w:t>
        <w:br/>
        <w:t>B.总设计容量为11～13MW，最小锅炉容量的设计最大值为8MW</w:t>
        <w:br/>
        <w:t>C.总设计容量为13.1～14.5MW，最小锅炉容量的设计最大值为5MW</w:t>
        <w:br/>
        <w:t>D.总设计容量为13.1～14.5MW，最小锅炉容量的设计最大值为8MW</w:t>
        <w:br/>
        <w:br/>
        <w:t xml:space="preserve">【答案】：C </w:t>
      </w:r>
    </w:p>
    <w:p>
      <w:r>
        <w:t>20、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  )m。</w:t>
        <w:br/>
        <w:t>A.24</w:t>
        <w:br/>
        <w:t>B.26</w:t>
        <w:br/>
        <w:t>C.28</w:t>
        <w:br/>
        <w:t>D.30</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21、3个除尘器分别具有60%，70%和80%的全效率，当将它们串联使用时，效率为(</w:t>
      </w:r>
      <w:r>
        <w:t xml:space="preserve"> </w:t>
      </w:r>
      <w:r>
        <w:t xml:space="preserve"> )除尘器应放在前级，串联后总效率为(</w:t>
      </w:r>
      <w:r>
        <w:t xml:space="preserve"> </w:t>
      </w:r>
    </w:p>
    <w:p>
      <w:r>
        <w:t xml:space="preserve"> )。</w:t>
        <w:br/>
        <w:t>A.60%，97.6%</w:t>
        <w:br/>
        <w:t>B.60%，95.8%</w:t>
        <w:br/>
        <w:t>C.80%，97.6%</w:t>
        <w:br/>
        <w:t>D.80%，95.8%</w:t>
        <w:br/>
        <w:br/>
        <w:t>【答案】：A</w:t>
      </w:r>
      <w:r>
        <w:t xml:space="preserve"> </w:t>
      </w:r>
    </w:p>
    <w:p>
      <w:r>
        <w:t>22、一座土建式冷库，包括一个存放冻鱼的冻结物冷藏间和一个存放鲜蔬菜的冷藏物冷藏间，库内净面积分别为200㎡(其中设备占用面积为10㎡)和300㎡(其中设备占用面积为15㎡)，净高均为4m。该冷库的公称容积和库容量分别是(  )。</w:t>
        <w:br/>
        <w:t>A.</w:t>
        <w:br/>
        <w:t>B.</w:t>
        <w:br/>
        <w:t>C.</w:t>
        <w:br/>
        <w:t>D.</w:t>
        <w:br/>
        <w:br/>
        <w:t xml:space="preserve">【答案】：A </w:t>
      </w:r>
    </w:p>
    <w:p>
      <w:r>
        <w:t>23、有一批鲜鱼(486kg/盘)需要在某冷库的冻结间进行冷加工，该冻结间设有吊轨，吊轨有效长度为50m，货物的加工时间为2h，该冻结间每日的冷加工能力应是下列哪一项？(  )</w:t>
        <w:br/>
        <w:t>A.240～250t</w:t>
        <w:br/>
        <w:t>B.285～295t</w:t>
        <w:br/>
        <w:t>C.300～305t</w:t>
        <w:br/>
        <w:t>D.310～315t</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24、某江水源热泵系统直接使用江水，江水取水点与用水点高度差为110m，供水水管长度为420m。单位长度的江水管道的平均沿程阻力与局部阻力损失之和为0.04m，江水源热泵换热器的阻力为4.5m。江水源热泵机组使用后的回水经过城市雨水管道回流到江中，不考虑取水及回水的头部损失，该江水源热泵的江水取水泵扬程应为(</w:t>
      </w:r>
      <w:r>
        <w:t xml:space="preserve"> </w:t>
      </w:r>
      <w:r>
        <w:t xml:space="preserve"> )。</w:t>
        <w:br/>
        <w:t>A.1.182～1.280MPa</w:t>
        <w:br/>
        <w:t>B.1.281～1.358MPa</w:t>
        <w:br/>
        <w:t>C.1.359～1.437MPa</w:t>
        <w:br/>
        <w:t>D.1.438～1.476MPa</w:t>
        <w:br/>
        <w:br/>
        <w:t>【答案】：C</w:t>
      </w:r>
      <w:r>
        <w:t xml:space="preserve"> </w:t>
      </w:r>
    </w:p>
    <w:p>
      <w:r>
        <w:t>25、SR27D型空气加热器把空气从-8℃加热到40℃，空气质量流速为8kg/(㎡·s)，热媒为0.6MPa的饱和蒸汽，温度为165℃，蒸汽比焓为2763kJ/kg，饱和水蒸气比焓为697kJ/kg，蒸汽的流量为0.4kg/s，空气加热器的加热面积为(  )。</w:t>
        <w:br/>
        <w:t>A.130～150㎡</w:t>
        <w:br/>
        <w:t>B.160～180㎡</w:t>
        <w:br/>
        <w:t>C.190～210㎡</w:t>
        <w:br/>
        <w:t>D.220～240㎡</w:t>
        <w:br/>
        <w:br/>
        <w:t xml:space="preserve">【答案】：B </w:t>
      </w:r>
    </w:p>
    <w:p>
      <w:r>
        <w:t>26、某燃煤链条热水供暖锅炉的额定产热量为2.8MW，额定热效率为78%，炉膛出口处烟气温度为280℃，炉膛出口处的烟气量为(  )。</w:t>
        <w:br/>
        <w:t>A.</w:t>
        <w:br/>
        <w:t>B.</w:t>
        <w:br/>
        <w:t>C.</w:t>
        <w:br/>
        <w:t>D.</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27、某厂房设计采用60kPa蒸汽采暖，供气管道最大长度为500m，选择供气管道管径时，平均单位长度摩擦压力损失值以及供气水平干管末端的管径，应是哪一项？</w:t>
        <w:br/>
        <w:t>A.</w:t>
        <w:br/>
        <w:t>B.</w:t>
        <w:br/>
        <w:t>C.</w:t>
        <w:br/>
        <w:t>D.</w:t>
        <w:br/>
        <w:br/>
        <w:t>【答案】：D</w:t>
      </w:r>
      <w:r>
        <w:t xml:space="preserve"> </w:t>
      </w:r>
    </w:p>
    <w:p>
      <w:r>
        <w:t>28、某车间产生的余热为70kW，室内温度为30℃，为消除余热采用自然通风，上下窗中心相距h=10m，有效热量系数为0.4，室外通风计算温度为26℃，消除余热所需风量为(  )。</w:t>
        <w:br/>
        <w:t>A.</w:t>
        <w:br/>
        <w:t>B.17.33kg/s</w:t>
        <w:br/>
        <w:t>C.</w:t>
        <w:br/>
        <w:t>D.6.93kg/s</w:t>
        <w:br/>
        <w:br/>
        <w:t xml:space="preserve">【答案】：D </w:t>
      </w:r>
    </w:p>
    <w:p>
      <w:r>
        <w:t>29、某小区采暖热负荷为1200kW，采暖一次热水由市政热力管网提供，供回水温度为110/70℃，采用水一水换热器进行换热后提供小区采暖，换热器的传热系数为2500W/(㎡·℃)，采暖供回水温度为80/60℃，水垢系数B=O.75。该换热器的换热面积应是下列哪一项？</w:t>
        <w:br/>
        <w:t>A.16～22㎡</w:t>
        <w:br/>
        <w:t>B.24～30㎡</w:t>
        <w:br/>
        <w:t>C.32～38㎡</w:t>
        <w:br/>
        <w:t>D.40～46㎡</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30、某水果冷藏库的总贮藏量为1300t，带包装的容积利用系数为0.75，该冷藏库的公称容积正确的应是下列何项？(</w:t>
      </w:r>
      <w:r>
        <w:t xml:space="preserve"> </w:t>
      </w:r>
    </w:p>
    <w:p>
      <w:r>
        <w:t xml:space="preserve"> )。</w:t>
        <w:br/>
        <w:t>A.</w:t>
        <w:br/>
        <w:t>B.</w:t>
        <w:br/>
        <w:t>C.</w:t>
        <w:br/>
        <w:t>D.</w:t>
        <w:br/>
        <w:br/>
        <w:t>【答案】：B</w:t>
      </w:r>
      <w:r>
        <w:t xml:space="preserve"> </w:t>
      </w:r>
    </w:p>
    <w:p>
      <w:r>
        <w:t>31、某办公建筑设计采用散热器供暖系统，总热负荷为2100kW，供回水温度为80℃/60℃，系统主干线总长950m，如果选用直连方式的循环水泵，与水泵设计工况点的轴功率接近的应是下列哪一项？(  )</w:t>
        <w:br/>
        <w:t>A.不应大于4.0kW</w:t>
        <w:br/>
        <w:t>B.不应大于5.5kW</w:t>
        <w:br/>
        <w:t>C.不应大于7.5kW</w:t>
        <w:br/>
        <w:t>D.不应大于11kW</w:t>
        <w:br/>
        <w:br/>
        <w:t xml:space="preserve">【答案】：D </w:t>
      </w:r>
    </w:p>
    <w:p>
      <w:r>
        <w:t>32、某冷水系统有2台同型号的冷水机组，已知机组在100%负荷时的COP为5.7，75%负荷时的COP为6.4，50%负荷时的COP为6.7，当系统的负荷正好等于1.5倍的机组额定负荷时，方案1为2台机组均在75%负荷运行，方案2为1台机组额定负荷和1台机组50%负荷运行，方案1相对于方案2的节能率为(  )。</w:t>
        <w:br/>
        <w:t>A.6%</w:t>
        <w:br/>
        <w:t>B.8%</w:t>
        <w:br/>
        <w:t>C.10%</w:t>
        <w:br/>
        <w:t>D.12%</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33、一建筑高度为20m的商贸楼，其不具备自然排烟条件的防烟楼梯间和前室各设置有一道1.6m×2m(h)的双扇防火门，若考虑加压房间密封程度的背压系数a=0.8，漏风附加率为b=0.15，开启门洞出口的平均风速为1.0m/s。试问：当仅防烟楼梯间送风，前室不送风时，采用门洞流速法计算的机械加压送风系统的送风量应是下列选项中的哪一项？</w:t>
        <w:br/>
        <w:t>A.14000～18000m3/h</w:t>
        <w:br/>
        <w:t>B.20000～24000m3/h</w:t>
        <w:br/>
        <w:t>C.25000～29000m3/h</w:t>
        <w:br/>
        <w:t>D.30000～35000m3/h</w:t>
        <w:br/>
        <w:br/>
        <w:t>【答案】：D</w:t>
      </w:r>
      <w:r>
        <w:t xml:space="preserve"> </w:t>
      </w:r>
    </w:p>
    <w:p>
      <w:r>
        <w:t>34、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p>
    <w:p>
      <w:r>
        <w:t>35、已知水源热泵机组的制热性能系数COP=4.3，机组制热量为500kW，从水源侧获得的热量为(  )。</w:t>
        <w:br/>
        <w:t>A.516kW</w:t>
        <w:br/>
        <w:t>B.500kW</w:t>
        <w:br/>
        <w:t>C.384kW</w:t>
        <w:br/>
        <w:t>D.364kW</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36、已知空调系统送风温度为12℃，送风管为矩形风管，采用橡塑海绵保温，其导热系数为0.035W/(m·K)，风管设在吊顶内，风管外表面传热系数按8.1W/(㎡·K)计算，其夏季的环境参数为：干球温度32℃、相对湿度70%，不结露的保温厚度应不小于(</w:t>
      </w:r>
      <w:r>
        <w:t xml:space="preserve"> </w:t>
      </w:r>
    </w:p>
    <w:p>
      <w:r>
        <w:t xml:space="preserve"> )。</w:t>
        <w:br/>
        <w:t>A.10mm</w:t>
        <w:br/>
        <w:t>B.15mm</w:t>
        <w:br/>
        <w:t>C.20mm</w:t>
        <w:br/>
        <w:t>D.25mm</w:t>
        <w:br/>
        <w:br/>
        <w:t>【答案】：A</w:t>
      </w:r>
      <w:r>
        <w:t xml:space="preserve"> </w:t>
      </w:r>
    </w:p>
    <w:p>
      <w:r>
        <w:t>37、某燃煤锅炉房有下列负荷(已经考虑了同时使用系数和计入管网的输送热损失)：1)散热器供暖系统(95℃/70℃热水)4MW；2)地板辐射供暖系统(50℃/40℃热水)4MW；3)空调系统(60℃/50℃热水)8MW；4)集中生活热水系统加热(0.5MPa蒸汽)5MW；5)空调加湿(0.2MPa蒸汽)2000kg/h；6)游泳池水加热等(0.2MPa蒸汽)3500kg/h。如果统一采用蒸汽锅炉，该锅炉房的蒸汽锅炉总蒸发量应该不小于(  )。</w:t>
        <w:br/>
        <w:t>A.30t/h</w:t>
        <w:br/>
        <w:t>B.32t/h</w:t>
        <w:br/>
        <w:t>C.36t/h</w:t>
        <w:br/>
        <w:t>D.40t/h</w:t>
        <w:br/>
        <w:br/>
        <w:t xml:space="preserve">【答案】：C </w:t>
      </w:r>
    </w:p>
    <w:p>
      <w:r>
        <w:t>38、某26层建筑的防烟楼梯间及其前室，有26个双扇疏散门，每层门的尺寸为2.0m×1.6m，采用金属风道，走道设机械排烟系统，前室不送风，防烟楼梯间加压送风量应选择(  )。</w:t>
        <w:br/>
        <w:t>A.</w:t>
        <w:br/>
        <w:t>B.</w:t>
        <w:br/>
        <w:t>C.</w:t>
        <w:br/>
        <w:t>D.</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39、五层办公楼，采用散热器采暖，层高3.6m，南外墙热负荷为243W，外窗热负荷为490W，窗缝渗入205W，南方向修正为-15%。求该房间散热器耗热量。</w:t>
        <w:br/>
        <w:t>A.920～940W</w:t>
        <w:br/>
        <w:t>B.890～910W</w:t>
        <w:br/>
        <w:t>C.860～880W</w:t>
        <w:br/>
        <w:t>D.810～830W</w:t>
        <w:br/>
        <w:br/>
        <w:t>【答案】：D</w:t>
      </w:r>
      <w:r>
        <w:t xml:space="preserve"> </w:t>
      </w:r>
    </w:p>
    <w:p>
      <w:r>
        <w:t>40、某房间面积为20㎡，高为2.8m，室内温度为20℃，相对湿度为50%。1次换气通风，散热器热量为Q，采用喷雾加湿，室外温度为-6℃，相对湿度为50%，则加湿量和热量Q的变化为(  )。</w:t>
        <w:br/>
        <w:t>A.200～220kg/h，Q不变</w:t>
        <w:br/>
        <w:t>B.400～420kg/h，Q不变</w:t>
        <w:br/>
        <w:t>C.200～220kg／h，Q变大</w:t>
        <w:br/>
        <w:t>D.400～420kg/h，Q变大</w:t>
        <w:br/>
        <w:br/>
        <w:t xml:space="preserve">【答案】：D </w:t>
      </w:r>
    </w:p>
    <w:p>
      <w:r>
        <w:t>41、某高层写字楼地下1层内走道长65m，宽2m，与走道相通的房间总面积800㎡，其中无窗房间面积300㎡，设固定窗房间面积100㎡，设可开启外窗房间面积400㎡。欲设1个机械排烟系统，在不考虑划分防烟分区的情况下其排烟风量最小为(  )。</w:t>
        <w:br/>
        <w:t>A.</w:t>
        <w:br/>
        <w:t>B.</w:t>
        <w:br/>
        <w:t>C.</w:t>
        <w:br/>
        <w:t>D.</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42、以下四台同一系列的后向机翼型离心通风机，均在高效率运行情况时，比较其噪声性能哪一台为最好？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【答案】：B</w:t>
      </w:r>
      <w:r>
        <w:t xml:space="preserve"> </w:t>
      </w:r>
    </w:p>
    <w:p>
      <w:r>
        <w:t>43、某北向房间外墙和外窗的基本耗热量为3500W，朝向修正率和风力附加率各为10%，冷风渗透耗热量为2000W，房间高度为5.5m，通过房间的热管道的有效稳定散热量为2000W，其供暖热负荷为(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44、某工厂通风系统，采用矩形薄钢板风管(管壁粗糙度为0.15mm)，尺寸为120mm×190mm，测得管内空气流速为10m/s，温度100℃，该风管的单位长度摩擦压力损失为(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45、某局部排风系统，由总管通过三根支管(管径均为Φ220)分别与A、B、C三个局部排风罩(局部阻力系数均相等)连接。已知：总管流量7020m3/h，在各支管与局部排风罩连接处的管中平均静压分别为：A罩，-196Pa；B罩，-169Pa；C罩，-144Pa。A罩的排风量为下列何值？</w:t>
        <w:br/>
        <w:t>A.2160～2180m3/h</w:t>
        <w:br/>
        <w:t>B.2320～2370m3/h</w:t>
        <w:br/>
        <w:t>C.2500～2540m3/h</w:t>
        <w:br/>
        <w:t>D.2680～2720m3/h</w:t>
        <w:br/>
        <w:br/>
        <w:t>【答案】：C</w:t>
      </w:r>
      <w:r>
        <w:t xml:space="preserve"> </w:t>
      </w:r>
    </w:p>
    <w:p>
      <w:r>
        <w:t>46、沈阳车站大厅补风，风机总效率为60%，按照普通机械通风要求，风机最大压力值不超过(  )Pa。</w:t>
        <w:br/>
        <w:t>A.600</w:t>
        <w:br/>
        <w:t>B.634</w:t>
        <w:br/>
        <w:t>C.692</w:t>
        <w:br/>
        <w:t>D.750</w:t>
        <w:br/>
        <w:br/>
        <w:t xml:space="preserve">【答案】：C </w:t>
      </w:r>
    </w:p>
    <w:p>
      <w:r>
        <w:t>47、北京市一栋办公楼，体形系数小于0.3，外墙为240mm钢筋混凝土，采用聚苯保温板保温，内表面传热系数为8.7W/(㎡·K)，外表面传热系数为23W/(㎡·K)，钢筋混凝土的导热系数为1.74W/(m·K)，聚苯保温板的导热系数为0.047W/(m·K)，保温层的最小厚度为(  )。</w:t>
        <w:br/>
        <w:t>A.95mm</w:t>
        <w:br/>
        <w:t>B.85mm</w:t>
        <w:br/>
        <w:t>C.65mm</w:t>
        <w:br/>
        <w:t>D.45mm</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48、某静电除尘器的处理风量为40m3/s，长度为10m，电场风速为0.8m/s，求静电除尘器的体积。</w:t>
        <w:br/>
        <w:t>A.50m3</w:t>
        <w:br/>
        <w:t>B.200m3</w:t>
        <w:br/>
        <w:t>C.500m3</w:t>
        <w:br/>
        <w:t>D.2000m3</w:t>
        <w:br/>
        <w:br/>
        <w:t>【答案】：C</w:t>
      </w:r>
      <w:r>
        <w:t xml:space="preserve"> </w:t>
      </w:r>
    </w:p>
    <w:p>
      <w:r>
        <w:t>49、某工厂现有理化楼的化验室排放有害气体甲苯，其排气简的高度为12m，试问符合国家二级排放标准的最高允许排放速率接近下列哪一项？(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r>
        <w:t>50、热水供热系统设计热负荷为2000kW，设计供回水温度为85℃/60℃，主干线总长为900m，循环水泵电动机采用直连方式，水泵在设计工况点的轴功率合理的是(  )。</w:t>
        <w:br/>
        <w:t>A.13kW</w:t>
        <w:br/>
        <w:t>B.12kW</w:t>
        <w:br/>
        <w:t>C.11kW</w:t>
        <w:br/>
        <w:t>D.10kW</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51、某热水供暖系统运行时实测流量为9000kg/h，系统总压力损失为10kPa，现将流量减小为8000kg/h，系统总压力损失为(  )。</w:t>
        <w:br/>
        <w:t>A.0.78～0.80kPa</w:t>
        <w:br/>
        <w:t>B.5.5～5.8kPa</w:t>
        <w:br/>
        <w:t>C.7.8～8.0kPa</w:t>
        <w:br/>
        <w:t>D.8.1～8.3kPa</w:t>
        <w:br/>
        <w:br/>
        <w:t xml:space="preserve">【答案】：C </w:t>
      </w:r>
    </w:p>
    <w:p>
      <w:r>
        <w:t>52、某严寒地区A区拟建10层办公建筑(南北朝向，平屋顶)，矩形平面，其外轮廓平面尺寸为40000mm×14400mm。1层和顶层层高均为5.4m，中间层层高均为3.0m。顶层为多功能厅，多功能厅屋面开设一天窗，尺寸为12000mm×6000mm。该建筑的天窗及屋面的传热系数应为(  )。</w:t>
        <w:br/>
        <w:t>A.</w:t>
        <w:br/>
        <w:t>B.</w:t>
        <w:br/>
        <w:t>C.</w:t>
        <w:br/>
        <w:t>D.应当进行权衡判断确定</w:t>
        <w:br/>
        <w:br/>
        <w:t xml:space="preserve">【答案】：B </w:t>
      </w:r>
    </w:p>
    <w:p>
      <w:r>
        <w:t>53、某设在地下室的燃油锅炉房长20m，宽10m，高6m，正常换气量最小可以为(  )。</w:t>
        <w:br/>
        <w:t>A.</w:t>
        <w:br/>
        <w:t>B.</w:t>
        <w:br/>
        <w:t>C.</w:t>
        <w:br/>
        <w:t>D.</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54、某办公楼空调制冷系统拟采用冰蓄冷方式，制冷系统的白天运行10h，当地谷价电时间为23：00～7：00，计算日总冷负荷Q=53000kWh，采用部分负荷蓄冷方式(制冷机制冰时制冷能力变化率Cf=0.7)，则蓄冷装置有效容量为下列何项？(  )。</w:t>
        <w:br/>
        <w:t>A.5300～5400kW</w:t>
        <w:br/>
        <w:t>B.7500～7600kW</w:t>
        <w:br/>
        <w:t>C.19000～19100kWh</w:t>
        <w:br/>
        <w:t>D.23700～23800kWh</w:t>
        <w:br/>
        <w:br/>
        <w:t xml:space="preserve">【答案】：C </w:t>
      </w:r>
    </w:p>
    <w:p>
      <w:r>
        <w:t>55、北京某小区室外供热管网，DN200的供热管道采用岩棉保温，岩棉的导热系数为0.039W/(m·K)，该地区的热价为30元/GJ，下列哪个保温厚度合理？(  )</w:t>
        <w:br/>
        <w:t>A.40mm</w:t>
        <w:br/>
        <w:t>B.32mm</w:t>
        <w:br/>
        <w:t>C.30mm</w:t>
        <w:br/>
        <w:t>D.25mm</w:t>
        <w:br/>
        <w:br/>
        <w:t xml:space="preserve">【答案】：A </w:t>
      </w:r>
    </w:p>
    <w:p>
      <w:r>
        <w:t>56、某工厂通风系统，采用矩形薄钢板风管(管壁粗糙度为0.15mm)，尺寸为120mm×190mm，测得管内空气流速为10m/s，温度100℃，该风管的单位长度摩擦压力损失为(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r>
        <w:t>57、一台单效溴化锂吸收式制冷机，若送往发生器的稀溶液的流量为21.9kg/s，浓度为0.575，若在发生器产生流量为1.65kg/s的水蒸气，则制冷机的循环倍率及放气范围为(  )。</w:t>
        <w:br/>
        <w:t>A.13.0～13.2，0.040～0.045</w:t>
        <w:br/>
        <w:t>B.13.2～13.4，0.040～0.045</w:t>
        <w:br/>
        <w:t>C.13.0～13.2，0.045～0.050</w:t>
        <w:br/>
        <w:t>D.13.2～13.4，0.045～0.050</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58、一溴化锂吸收式制冷系统，发生器热负荷为1748.84kW，制冷量为1162.97kW。制冷剂水进、出冷凝器和进、出蒸发器的比焓分别为3099.1kJ/kg，610.9kJ/kg禾口610.9kJ/kg，2927.8kJ/kg。冷凝器出口制冷剂为饱和状态，冷凝温度为46℃。制冷系统冷却水采用串联式，冷凝器冷却水进出口温差为3.87℃，如果冷却水进出制冷系统的温差为9℃，则吸收器所需冷却水量为(</w:t>
      </w:r>
      <w:r>
        <w:t xml:space="preserve"> </w:t>
      </w:r>
      <w:r>
        <w:t xml:space="preserve"> )。</w:t>
        <w:br/>
        <w:t>A.</w:t>
        <w:br/>
        <w:t>B.</w:t>
        <w:br/>
        <w:t>C.</w:t>
        <w:br/>
        <w:t>D.</w:t>
        <w:br/>
        <w:br/>
        <w:t>【答案】：C</w:t>
      </w:r>
      <w:r>
        <w:t xml:space="preserve"> </w:t>
      </w:r>
    </w:p>
    <w:p>
      <w:r>
        <w:t>59、面积为3600㎡、净高为4.3m的商业建筑地下车库，分为两个等面积防烟分区，每个防烟分区的最小排烟量应为(  )。</w:t>
        <w:br/>
        <w:t>A.</w:t>
        <w:br/>
        <w:t>B.</w:t>
        <w:br/>
        <w:t>C.</w:t>
        <w:br/>
        <w:t>D.</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60、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 xml:space="preserve">【答案】：A </w:t>
      </w:r>
    </w:p>
    <w:p>
      <w:r>
        <w:t>61、某冷库的冷藏肉类的冷藏间，货物品类为猪肉，生产旺月为6月，当地夏季空调日平均温度为29℃，采用纸板类包装。入库货物温度为-15℃，比焓为12.14kJ/kg；降温时间为24h，终止降温货物温度为-18℃，比焓为4.61kJ/kg；日进货量12000kg/d。该冷藏间的货物热流量为(  )。</w:t>
        <w:br/>
        <w:t>A.1.90～2.00kW</w:t>
        <w:br/>
        <w:t>B.2.00～2.10kW</w:t>
        <w:br/>
        <w:t>C.2.10～2.20kW</w:t>
        <w:br/>
        <w:t>D.2.20～2.30kW</w:t>
        <w:br/>
        <w:br/>
        <w:t xml:space="preserve">【答案】：A </w:t>
      </w:r>
    </w:p>
    <w:p>
      <w:r>
        <w:t>62、空气洁净度要求为100000级的医药洁净区洁净服更换室，建筑内尺寸为10m×5m×2.8m，其洁净空气换气量L应为(  )。</w:t>
        <w:br/>
        <w:t>A.</w:t>
        <w:br/>
        <w:t>B.</w:t>
        <w:br/>
        <w:t>C.</w:t>
        <w:br/>
        <w:t>D.</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63、有一工艺需求的净面积为120㎡(12m×10m)混合流洁净室，吊顶高度为3m，在6级环境中心设置18㎡(3m×6m)的5级垂直单向流洁净区，室内工作人员很少，室内热、湿负荷也很小。净化空调送风方案均采用FFU在吊顶布置，6级洁净区双侧沿长边方向布置下侧回风，5级洁净区采用垂吊围帘至工作区上方围挡，洁净室需求的粗效、中效空气过滤和冷、热湿处理由一台净化空调机组负担，温湿度控制元件设置在5级洁净区的工作区域内。该设计方案的净化空调机组总送风量宜选取(</w:t>
      </w:r>
      <w:r>
        <w:t xml:space="preserve"> </w:t>
      </w:r>
    </w:p>
    <w:p>
      <w:r>
        <w:t xml:space="preserve"> )。</w:t>
        <w:br/>
        <w:t>A.</w:t>
        <w:br/>
        <w:t>B.</w:t>
        <w:br/>
        <w:t>C.</w:t>
        <w:br/>
        <w:t>D.</w:t>
        <w:br/>
        <w:br/>
        <w:t>【答案】：B</w:t>
      </w:r>
      <w:r>
        <w:t xml:space="preserve"> </w:t>
      </w:r>
    </w:p>
    <w:p>
      <w:r>
        <w:t>64、某建筑供暖用低温热水地面辐射供暖系统，设计供暖供回水温度为60℃/50℃，计算阻力损失为50kPa(其中最不利环路阻力损失为25kPa)。现供暖供回水温度调整为50℃/42℃，系统和辐射地板加热的管径均不变，但需要调整辐射地板的布管，形成最不利的环路阻力损失为30kPa。热力入口的供回水压差应为下列哪一项？(  )</w:t>
        <w:br/>
        <w:t>A.45～50kPa</w:t>
        <w:br/>
        <w:t>B.51～60kPa</w:t>
        <w:br/>
        <w:t>C.61～70kPa</w:t>
        <w:br/>
        <w:t>D.71～80kPa</w:t>
        <w:br/>
        <w:br/>
        <w:t xml:space="preserve">【答案】：C </w:t>
      </w:r>
    </w:p>
    <w:p>
      <w:r>
        <w:t>65、某热水锅炉，进水温度为60℃(比焓251.5kJ/kg)，出水温度为80℃(比焓335.5kJ/kg)，测定的循环流量为120t/h，压力为4MPa。锅炉每小时燃煤量为0.66t，燃煤的低位发热量为19000kJ/kg，锅炉热效率为(  )。</w:t>
        <w:br/>
        <w:t>A.75.6%～76.6%</w:t>
        <w:br/>
        <w:t>B.66.8%～68.8%</w:t>
        <w:br/>
        <w:t>C.84.7%～85.2%</w:t>
        <w:br/>
        <w:t>D.79.0%～80.8%</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66、战时为二等人员掩蔽所的人防地下室，地下室层高3m，主要出入口最小防毒通道面积2m×3.5m，人防清洁区长50m、宽10m，掩蔽人数400人，按人员最低标准设置滤毒通风新风量，总新风量为(</w:t>
      </w:r>
      <w:r>
        <w:t xml:space="preserve"> </w:t>
      </w:r>
    </w:p>
    <w:p>
      <w:r>
        <w:t xml:space="preserve"> )。</w:t>
        <w:br/>
        <w:t>A.</w:t>
        <w:br/>
        <w:t>B.</w:t>
        <w:br/>
        <w:t>C.</w:t>
        <w:br/>
        <w:t>D.</w:t>
        <w:br/>
        <w:br/>
        <w:t>【答案】：C</w:t>
      </w:r>
      <w:r>
        <w:t xml:space="preserve"> </w:t>
      </w:r>
    </w:p>
    <w:p>
      <w:r>
        <w:t>67、山西大同某住宅小区热力站供热负荷为2MW，一次热媒为110℃/70℃的热水，为小区内建筑提供80℃/60℃的供暖热水。设置3台容量相同的板式换热器，换热器传热系数为4500W/(㎡·℃)，每台换热器的换热面积为(  )。</w:t>
        <w:br/>
        <w:t>A.9.36～10.18㎡</w:t>
        <w:br/>
        <w:t>B.10.17～11.63㎡</w:t>
        <w:br/>
        <w:t>C.10.68～12.21㎡</w:t>
        <w:br/>
        <w:t>D.11.75～13.43㎡</w:t>
        <w:br/>
        <w:br/>
        <w:t xml:space="preserve">【答案】：C </w:t>
      </w:r>
    </w:p>
    <w:p>
      <w:r>
        <w:t>68、人防多层建筑地下商店机械排烟系统的排烟风机负担2个防烟分区的排烟，面积分别为100㎡和80㎡，该排烟风机的排烟量可按(  )考虑。</w:t>
        <w:br/>
        <w:t>A.</w:t>
        <w:br/>
        <w:t>B.</w:t>
        <w:br/>
        <w:t>C.</w:t>
        <w:br/>
        <w:t>D.</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69、实测某台袋式除尘器的数据如下：进口：气体温度为40℃，风量为10000m3／h，出口：气体温度为38℃，风量为10574m3/h(测试时大气压力为101325Pa)。当进口粉尘浓度为464lmg/m3，除尘器的效率为99%时，求在标准状态下除尘器出口的粉尘浓度为下列何值？</w:t>
        <w:br/>
        <w:t>A.38～40mg/m3</w:t>
        <w:br/>
        <w:t>B.46～47mg/m3</w:t>
        <w:br/>
        <w:t>C.49～51mg/m3</w:t>
        <w:br/>
        <w:t>D.52～53mg/m3</w:t>
        <w:br/>
        <w:br/>
        <w:t>【答案】：C</w:t>
      </w:r>
      <w:r>
        <w:t xml:space="preserve"> </w:t>
      </w:r>
    </w:p>
    <w:p>
      <w:r>
        <w:t>70、风机铭牌功率为40kW，用在大气压B=91.17kPa，温度t=20℃的地方，则风机功率变化为(  )。</w:t>
        <w:br/>
        <w:t>A.增加1.6～2.0kW</w:t>
        <w:br/>
        <w:t>B.增加3.8～4.2kW</w:t>
        <w:br/>
        <w:t>C.减少1.6～2.0kW</w:t>
        <w:br/>
        <w:t>D.减少3.8～4.2kW</w:t>
        <w:br/>
        <w:br/>
        <w:t xml:space="preserve">【答案】：D </w:t>
      </w:r>
    </w:p>
    <w:p>
      <w:r>
        <w:t>71、某商住楼，首层和二层是三班制工场，采暖室内计算温度为16℃，三层及以上是住宅，每层6户，每户145㎡，采暖室内计算温度为18℃，每户住宅计算采暖热负荷约为4kW，二、三层间楼板传热系数为2W/(㎡·K)，房间楼板传热的处理方法按有关设计规范下列哪一项是正确的？</w:t>
        <w:br/>
        <w:t>A.计算三层向二层传热量，但三层房间采暖热负荷不增加</w:t>
        <w:br/>
        <w:t>B.计算三层向二层传热量，计入三层采暖热负荷中</w:t>
        <w:br/>
        <w:t>C.不需要计算二、三层之间的楼板的传热量</w:t>
        <w:br/>
        <w:t>D.计算三层向二层传热量，但二层房间的采暖热负荷可不减少</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72、供暖快速换热器的一次水温度为130℃/70℃，二次水温度为85℃/60℃，换热器的传热系数为4000W/(㎡·K)，水垢系数取0.75，换热量为800kW，一、二次水逆向流所需要换热面积的近似值为(</w:t>
      </w:r>
      <w:r>
        <w:t xml:space="preserve"> </w:t>
      </w:r>
    </w:p>
    <w:p>
      <w:r>
        <w:t xml:space="preserve"> )。</w:t>
        <w:br/>
        <w:t>A.11㎡</w:t>
        <w:br/>
        <w:t>B.13㎡</w:t>
        <w:br/>
        <w:t>C.14㎡</w:t>
        <w:br/>
        <w:t>D.15㎡</w:t>
        <w:br/>
        <w:br/>
        <w:t>【答案】：A</w:t>
      </w:r>
      <w:r>
        <w:t xml:space="preserve"> </w:t>
      </w:r>
    </w:p>
    <w:p>
      <w:r>
        <w:t>73、某严寒地区办公建筑，采用普通机械排风系统，风机与电机采用直联方式，设计工况下的风机效率为60%，电机效率为90%，风道单位长度的平均阻力为3Pa/m(包括局部阻力和摩擦阻力)。该系统符合节能要求，允许的最大风管长度为下列哪一项？</w:t>
        <w:br/>
        <w:t>A.195～20lm</w:t>
        <w:br/>
        <w:t>B.204～210m</w:t>
        <w:br/>
        <w:t>C.220～240m</w:t>
        <w:br/>
        <w:t>D.300～350m</w:t>
        <w:br/>
        <w:br/>
        <w:t xml:space="preserve">【答案】：B </w:t>
      </w:r>
    </w:p>
    <w:p>
      <w:r>
        <w:t>74、两楼合用一个集中空调水系统，冷水系统设计供回水温差为4℃，经计算冷水循环泵的扬程为35m，水泵效率为50%，下列关于该空调系统能效输送比的数值及其是否符合要求的说法正确的是(  )。</w:t>
        <w:br/>
        <w:t>A.该系统的能效输送比为0.045，符合空调冷水管道能效输送比的要求</w:t>
        <w:br/>
        <w:t>B.该系统的能效输送比为0.045，不符合空调冷水管道能效输送比的要求</w:t>
        <w:br/>
        <w:t>C.该系统的能效输送比为0.014，不符合空调冷水管道能效输送比的要求</w:t>
        <w:br/>
        <w:t>D.该系统的能效输送比为0.014，符合空调冷水管道能效输送比的要求</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75、某用户的供暖设计热负荷为150kW，设计供回水温度为85℃/60℃，计算阻力损失为30kPa，其入口外网的实际供回水压差为50kPa，该用户的水力失调度应为(</w:t>
      </w:r>
      <w:r>
        <w:t xml:space="preserve"> </w:t>
      </w:r>
    </w:p>
    <w:p>
      <w:r>
        <w:t xml:space="preserve"> )。</w:t>
        <w:br/>
        <w:t>A.1.29</w:t>
        <w:br/>
        <w:t>B.1.00</w:t>
        <w:br/>
        <w:t>C.O.78</w:t>
        <w:br/>
        <w:t>D.无法确定</w:t>
        <w:br/>
        <w:br/>
        <w:t>【答案】：A</w:t>
      </w:r>
      <w:r>
        <w:t xml:space="preserve"> </w:t>
      </w:r>
    </w:p>
    <w:p>
      <w:r>
        <w:t>76、某建筑高度23m公共建筑的900㎡中庭，高度为20m，屋顶有可开启的天窗40㎡，机械排烟系统的最小排烟量为(  )。</w:t>
        <w:br/>
        <w:t>A.</w:t>
        <w:br/>
        <w:t>B.</w:t>
        <w:br/>
        <w:t>C.</w:t>
        <w:br/>
        <w:t>D.</w:t>
        <w:br/>
        <w:br/>
        <w:t xml:space="preserve">【答案】：C </w:t>
      </w:r>
    </w:p>
    <w:p>
      <w:r>
        <w:t>77、某洁净房间空气含尘浓度为0.5μm粒子3600个/m3，其空气洁净等级按国际标准规定的是下列哪一项？并列出判定过程。</w:t>
        <w:br/>
        <w:t>A.4.6级</w:t>
        <w:br/>
        <w:t>B.4.8级</w:t>
        <w:br/>
        <w:t>C.5.0级</w:t>
        <w:br/>
        <w:t>D.5.2级</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78、某四星级宾馆的宴会厅，设计最大用餐人数为120人，平均用餐人数为50人，用餐时间为2h，宴会厅总排风量为1000m3／h，该宴会厅空调系统的新风量应是下列哪一项？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r>
        <w:t>79、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  )。</w:t>
        <w:br/>
        <w:t>A.</w:t>
        <w:br/>
        <w:t>B.</w:t>
        <w:br/>
        <w:t>C.</w:t>
        <w:br/>
        <w:t>D.</w:t>
        <w:br/>
        <w:br/>
        <w:t xml:space="preserve">【答案】：A </w:t>
      </w:r>
    </w:p>
    <w:p>
      <w:r>
        <w:t>80、建筑高度50m的公共建筑的中庭面积400㎡，净空高度45m，有可开启的高侧窗25㎡，应怎样进行防排烟设计？(  )</w:t>
        <w:br/>
        <w:t>A.可开启外窗面积已大于地面面积的5%，可以采用自然排烟</w:t>
        <w:br/>
        <w:t>B.</w:t>
        <w:br/>
        <w:t>C.</w:t>
        <w:br/>
        <w:t>D.</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81、人防多层建筑地下商店机械排烟系统的排烟风机负担2个防烟分区的排烟，面积分别为100㎡和80㎡，该排烟风机的排烟量可按(  )考虑。</w:t>
        <w:br/>
        <w:t>A.</w:t>
        <w:br/>
        <w:t>B.</w:t>
        <w:br/>
        <w:t>C.</w:t>
        <w:br/>
        <w:t>D.</w:t>
        <w:br/>
        <w:br/>
        <w:t xml:space="preserve">【答案】：C </w:t>
      </w:r>
    </w:p>
    <w:p>
      <w:r>
        <w:t>82、一座土建式冷库，包括一个存放冻鱼的冻结物冷藏间和一个存放鲜蔬菜的冷藏物冷藏间，库内净面积分别为200㎡(其中设备占用面积为10㎡)和300㎡(其中设备占用面积为15㎡)，净高均为4m。该冷库的公称容积和库容量分别是(  )。</w:t>
        <w:br/>
        <w:t>A.</w:t>
        <w:br/>
        <w:t>B.</w:t>
        <w:br/>
        <w:t>C.</w:t>
        <w:br/>
        <w:t>D.</w:t>
        <w:br/>
        <w:br/>
        <w:t xml:space="preserve">【答案】：A </w:t>
      </w:r>
    </w:p>
    <w:p>
      <w:r>
        <w:t>83、南方某办公建筑拟设蓄冰空调，该大楼设计日的总负荷为12045kW·h，当地电费的谷价时段为23：00-07：00，采用双工况螺杆式制冷机夜间低谷电价时段制冰蓄冷(制冰时制冷能力的变化率为0.7)，白天机组在空调工况运行9h，制冷站设计日附加系数为1.0，试问：在部分负荷蓄冷的条件下，该项目蓄冷装置最低有效容量Q。应为(  )。</w:t>
        <w:br/>
        <w:t>A.4450～4650kW</w:t>
        <w:br/>
        <w:t>B.4700～4850kW</w:t>
        <w:br/>
        <w:t>C.4950～5150kW</w:t>
        <w:br/>
        <w:t>D.5250～5450kW</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84、某机械循环热水供暖系统包括南北两个并联循环环路1和2，系统设计供／回水温度为95/70℃，总热负荷为74800W，水力计算环路1的压力损失为4513Pa，流量为1196kg/h，环路2的压力损失为4100Pa，流量为1180kg/h，如果采用不等温降方法进行水力计算，环路1最远立管温降30℃，则实际温降为多少？(</w:t>
      </w:r>
      <w:r>
        <w:t xml:space="preserve"> </w:t>
      </w:r>
    </w:p>
    <w:p>
      <w:r>
        <w:t xml:space="preserve"> )。</w:t>
        <w:br/>
        <w:t>A.28.4℃</w:t>
        <w:br/>
        <w:t>B.30℃</w:t>
        <w:br/>
        <w:t>C.25℃</w:t>
        <w:br/>
        <w:t>D.31.7℃</w:t>
        <w:br/>
        <w:br/>
        <w:t>【答案】：A</w:t>
      </w:r>
      <w:r>
        <w:t xml:space="preserve"> </w:t>
      </w:r>
    </w:p>
    <w:p>
      <w:r>
        <w:t>85、某五星级宾馆的宴会厅面积为400㎡，净高6m。最大用餐人数为200人(实际平均用餐人数为90人)，持续用餐时间为2.Sh。宴会厅排风量为1300m3/h，房间要求维持正压，正压风量按换气次数0.5次计算。该宴会厅的新风量应为下列哪一项？</w:t>
        <w:br/>
        <w:t>A.2500m3/h</w:t>
        <w:br/>
        <w:t>B.3000m3/h</w:t>
        <w:br/>
        <w:t>C.4300m3/h</w:t>
        <w:br/>
        <w:t>D.6000m3/h</w:t>
        <w:br/>
        <w:br/>
        <w:t xml:space="preserve">【答案】：B </w:t>
      </w:r>
    </w:p>
    <w:p>
      <w:r>
        <w:t>86、天津某大型超市建筑面积为2000㎡，用燃气红外辐射供暖，舒适温度为20℃，辐射管安装高度为5m，距人体头部3m，围护结构耗热量为200kW，辐射供暖系统的效率为0.9，室内空气温度为(  )。</w:t>
        <w:br/>
        <w:t>A.20～21℃</w:t>
        <w:br/>
        <w:t>B.18～19℃</w:t>
        <w:br/>
        <w:t>C.16～17℃</w:t>
        <w:br/>
        <w:t>D.22～23℃</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87、某商场的两管制定风量空调系统，设置粗效和中效过滤器，风管平均比摩阻按0.8Pa/m估算，局部阻力按沿程阻力的50%估算，风机总效率为65%，组合空调器的阻力为400Pa，送风口和回风口的阻力为30Pa，根据相关节能标准，空调风系统的作用半径不应大于(</w:t>
      </w:r>
      <w:r>
        <w:t xml:space="preserve"> </w:t>
      </w:r>
    </w:p>
    <w:p>
      <w:r>
        <w:t xml:space="preserve"> )。</w:t>
        <w:br/>
        <w:t>A.80m</w:t>
        <w:br/>
        <w:t>B.150m</w:t>
        <w:br/>
        <w:t>C.260m</w:t>
        <w:br/>
        <w:t>D.320m</w:t>
        <w:br/>
        <w:br/>
        <w:t>【答案】：D</w:t>
      </w:r>
      <w:r>
        <w:t xml:space="preserve"> </w:t>
      </w:r>
    </w:p>
    <w:p>
      <w:r>
        <w:t>88、某用户的供暖设计热负荷为150kW，设计供回水温度为85℃/60℃，计算阻力损失为30kPa，其入口外网的实际供回水压差为50kPa，该用户的水力失调度应为(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r>
        <w:t>89、某车间有毒物质实测的时间加权浓度为：苯(皮)3mg/m3、二甲苯胺(皮)2mg/m3，甲醇(皮)15mg/m3、甲苯(皮)20mg/m3。问此车间有毒物质的容许浓度是否符合卫生要求并说明理由？</w:t>
        <w:br/>
        <w:t>A.符合</w:t>
        <w:br/>
        <w:t>B.不符合</w:t>
        <w:br/>
        <w:t>C.无法确定</w:t>
        <w:br/>
        <w:t>D.基本符合</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90、北京某住宅楼顶层一卫生间面积为10㎡，卫生间洁具占2㎡，房间按对流方式计算的热负荷为800W，室内计算温度为18℃，卫生间采用低温热水地板辐射供暖，地板表面平均温度为(</w:t>
      </w:r>
      <w:r>
        <w:t xml:space="preserve"> </w:t>
      </w:r>
    </w:p>
    <w:p>
      <w:r>
        <w:t xml:space="preserve"> )。</w:t>
        <w:br/>
        <w:t>A.23～24℃</w:t>
        <w:br/>
        <w:t>B.24～25℃</w:t>
        <w:br/>
        <w:t>C.25～26℃</w:t>
        <w:br/>
        <w:t>D.26～27℃</w:t>
        <w:br/>
        <w:br/>
        <w:t>【答案】：D</w:t>
      </w:r>
      <w:r>
        <w:t xml:space="preserve"> </w:t>
      </w:r>
    </w:p>
    <w:p>
      <w:r>
        <w:t>91、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 xml:space="preserve">【答案】：A </w:t>
      </w:r>
    </w:p>
    <w:p>
      <w:r>
        <w:t>92、某大型营业性中餐厅的厨房排风系统，在初步设计时其风量和油烟净化设备效率可按(  )计算。</w:t>
        <w:br/>
        <w:t>A.</w:t>
        <w:br/>
        <w:t>B.</w:t>
        <w:br/>
        <w:t>C.</w:t>
        <w:br/>
        <w:t>D.</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93、-空气调节系统的冷水管道，当供回水温度为7/12℃，所采用水泵的设计工作点的效率为68%时，符合节能设计标准的水泵设计扬程，最接近的应是下列哪一项？</w:t>
        <w:br/>
        <w:t>A.29m</w:t>
        <w:br/>
        <w:t>B.32m</w:t>
        <w:br/>
        <w:t>C.35m</w:t>
        <w:br/>
        <w:t>D.38m</w:t>
        <w:br/>
        <w:br/>
        <w:t>【答案】：C</w:t>
      </w:r>
      <w:r>
        <w:t xml:space="preserve"> </w:t>
      </w:r>
    </w:p>
    <w:p>
      <w:r>
        <w:t>94、某严寒地区办公建筑，采用普通机械排风系统，风机与电机采用直联方式，设计工况下的风机效率为60%，电机效率为90%，风道单位长度的平均阻力为3Pa/m(包括局部阻力和摩擦阻力)。该系统符合节能要求，允许的最大风管长度为下列哪一项？</w:t>
        <w:br/>
        <w:t>A.195～20lm</w:t>
        <w:br/>
        <w:t>B.204～210m</w:t>
        <w:br/>
        <w:t>C.220～240m</w:t>
        <w:br/>
        <w:t>D.300～350m</w:t>
        <w:br/>
        <w:br/>
        <w:t xml:space="preserve">【答案】：B </w:t>
      </w:r>
    </w:p>
    <w:p>
      <w:r>
        <w:t>95、某居民住宅楼18层，每户6户，每户一厨房，内设一台双眼灶和一台快速燃气热水器(燃气用量分别为0.3Nm3／h和1.4Nm3/h)。试问，该楼燃气入口处的设计流量应为下列何值？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96、某机械循环热水供暖系统包括南北两个并联循环环路1和2，系统设计供／回水温度为95/70℃，总热负荷为74800W，水力计算环路1的压力损失为4513Pa，流量为1196kg/h，环路2的压力损失为4100Pa，流量为1180kg/h，如果采用不等温降方法进行水力计算，环路1最远立管温降30℃，则实际温降为多少？(</w:t>
      </w:r>
      <w:r>
        <w:t xml:space="preserve"> </w:t>
      </w:r>
    </w:p>
    <w:p>
      <w:r>
        <w:t xml:space="preserve"> )。</w:t>
        <w:br/>
        <w:t>A.28.4℃</w:t>
        <w:br/>
        <w:t>B.30℃</w:t>
        <w:br/>
        <w:t>C.25℃</w:t>
        <w:br/>
        <w:t>D.31.7℃</w:t>
        <w:br/>
        <w:br/>
        <w:t>【答案】：A</w:t>
      </w:r>
      <w:r>
        <w:t xml:space="preserve"> </w:t>
      </w:r>
    </w:p>
    <w:p>
      <w:r>
        <w:t>97、某旋风除尘器阻力系数为9.8，进口流速为12m/s，当气体温度为80℃，当地大气压为85kPa时，它的压力损失为(  )。</w:t>
        <w:br/>
        <w:t>A.592Pa</w:t>
        <w:br/>
        <w:t>B.850Pa</w:t>
        <w:br/>
        <w:t>C.1000Pa</w:t>
        <w:br/>
        <w:t>D.1200Pa</w:t>
        <w:br/>
        <w:br/>
        <w:t xml:space="preserve">【答案】：A </w:t>
      </w:r>
    </w:p>
    <w:p>
      <w:r>
        <w:t>98、条件同1题，如果送风量为0.33kg/s，试问送风含湿量为下列何值？</w:t>
        <w:br/>
        <w:t>A.</w:t>
        <w:br/>
        <w:t>B.</w:t>
        <w:br/>
        <w:t>C.</w:t>
        <w:br/>
        <w:t>D.</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r>
        <w:t>99、某5层办公楼采用散热器采暖，层高为3.6m，南外墙热负荷为243W，外窗热负荷为490W，窗缝渗入205W，南方向修正为-15%，则该房间散热器耗热量为(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r>
        <w:t>100、某高度为6m，面积为1000㎡的机加工车间，室内设计温度为18℃，采暖计算总负荷为94kW，热媒为95/70℃热水。设置暖风机采暖，并配以散热量为30kW的散热器。若采用每台标准热量为6kW、风量500m3/h的暖风机，应至少布置多少台？</w:t>
        <w:br/>
        <w:t>A.16</w:t>
        <w:br/>
        <w:t>B.17</w:t>
        <w:br/>
        <w:t>C.18</w:t>
        <w:br/>
        <w:t>D.19</w:t>
        <w:br/>
        <w:br/>
        <w:t xml:space="preserve">【答案】：C </w:t>
      </w:r>
    </w:p>
    <w:p>
      <w:r>
        <w:t>101、严寒地区A区的某10层矩形办公楼(正南北朝向，平屋顶)，其外围护结构平面几何尺寸为57.6m×14.4m，每层层高均为3.Im，其中南向外窗面积最大(其外窗面积为604.8㎡)，问该朝向的外窗及外墙的传热系数[W/(㎡.K)]应为多少？</w:t>
        <w:br/>
        <w:t>A.</w:t>
        <w:br/>
        <w:t>B.</w:t>
        <w:br/>
        <w:t>C.</w:t>
        <w:br/>
        <w:t>D.应进行权衡判断</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102、某房间吊顶中有一段镀锌钢板的空调送风管，其设计空气温度为10℃，设计采用了20mm橡塑海绵保温层，并要求保温材料的导热系数不大于0.03W/(m·K)，运行过程中发现该风管保温层外表面出现了冷凝水，实测风管的环境温度为30℃，相对湿度为75%，与设计工况相同，管内空气温度为8℃，检查发现保温层厚度满足要求，风管内、外表面的表面传热系数分别按25W/(㎡·K)和8W/(㎡·K)计算，计算中风管热阻可以忽略。根据测试结果分析，对结露原因的判断中正确的是(</w:t>
      </w:r>
      <w:r>
        <w:t xml:space="preserve"> </w:t>
      </w:r>
    </w:p>
    <w:p>
      <w:r>
        <w:t xml:space="preserve"> )。</w:t>
        <w:br/>
        <w:t>A.结露是由于设计的保温层厚度太小造成的</w:t>
        <w:br/>
        <w:t>B.结露是由于运行参数不对、送风温度太低造成的</w:t>
        <w:br/>
        <w:t>C.结露是由于材料质量问题造成的</w:t>
        <w:br/>
        <w:t>D.结露是由于综合因素造成的，因此无法准确判断责任方</w:t>
        <w:br/>
        <w:br/>
        <w:t>【答案】：C</w:t>
      </w:r>
      <w:r>
        <w:t xml:space="preserve"> </w:t>
      </w:r>
    </w:p>
    <w:p>
      <w:r>
        <w:t>103、战时为二等人员掩蔽所的人防地下室，地下室层高3m，主要出入口最小防毒通道面积2m×3.5m，人防清洁区长50m、宽10m，掩蔽人数400人，按人员最低标准设置滤毒通风新风量，总新风量为(  )。</w:t>
        <w:br/>
        <w:t>A.</w:t>
        <w:br/>
        <w:t>B.</w:t>
        <w:br/>
        <w:t>C.</w:t>
        <w:br/>
        <w:t>D.</w:t>
        <w:br/>
        <w:br/>
        <w:t xml:space="preserve">【答案】：C </w:t>
      </w:r>
    </w:p>
    <w:p>
      <w:r>
        <w:t>104、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105、某水果冷藏库的总贮藏量为1300t，带包装的容积利用系数为0.75，该冷藏库的公称容积正确的应是下列何项？(</w:t>
      </w:r>
      <w:r>
        <w:t xml:space="preserve"> </w:t>
      </w:r>
    </w:p>
    <w:p>
      <w:r>
        <w:t xml:space="preserve"> )。</w:t>
        <w:br/>
        <w:t>A.</w:t>
        <w:br/>
        <w:t>B.</w:t>
        <w:br/>
        <w:t>C.</w:t>
        <w:br/>
        <w:t>D.</w:t>
        <w:br/>
        <w:br/>
        <w:t>【答案】：B</w:t>
      </w:r>
      <w:r>
        <w:t xml:space="preserve"> </w:t>
      </w:r>
    </w:p>
    <w:p>
      <w:r>
        <w:t>106、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 xml:space="preserve">【答案】：C </w:t>
      </w:r>
    </w:p>
    <w:p>
      <w:r>
        <w:t>107、有一风机盘管空调系统，夏季总冷负荷为1000kW，冬季总热负荷为900kW，冬季供热为60℃/50℃的热水，夏季供冷为7℃／12℃的冷水，夏季工况管道的实测阻力为0.26MPa，水的比热容为4.18kj／(kg？K)，则冬季工况管道的阻力接近(  )MPa。</w:t>
        <w:br/>
        <w:t>A.0.032</w:t>
        <w:br/>
        <w:t>B.0.055</w:t>
        <w:br/>
        <w:t>C.0.15</w:t>
        <w:br/>
        <w:t>D.0.20</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108、某房间室内温度为32℃，相对湿度为70%，房间内有明敷无保温的钢质给水管，大气压力为标准大气压，给水管表面不产生结露的给水温度应为(</w:t>
      </w:r>
      <w:r>
        <w:t xml:space="preserve"> </w:t>
      </w:r>
    </w:p>
    <w:p>
      <w:r>
        <w:t xml:space="preserve"> )℃。(给水管壁的热阻忽略不计)</w:t>
        <w:br/>
        <w:t>A.23</w:t>
        <w:br/>
        <w:t>B.24</w:t>
        <w:br/>
        <w:t>C.25</w:t>
        <w:br/>
        <w:t>D.26</w:t>
        <w:br/>
        <w:br/>
        <w:t>【答案】：D</w:t>
      </w:r>
      <w:r>
        <w:t xml:space="preserve"> </w:t>
      </w:r>
    </w:p>
    <w:p>
      <w:r>
        <w:t>109、某工厂通风系统，采用矩形薄钢板风管(管壁粗糙度为0.15mm)，尺寸为120mm×190mm，测得管内空气流速为10m/s，温度100℃，该风管的单位长度摩擦压力损失为(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r>
        <w:t>110、洁净度等级为5级的洁净室，面积为81㎡，用≥0.5μm粒径粒子检测，测点个数为9，采样点的单次最小采样量应为(  )。</w:t>
        <w:br/>
        <w:t>A.0.5L</w:t>
        <w:br/>
        <w:t>B.1.0L</w:t>
        <w:br/>
        <w:t>C.2.83L</w:t>
        <w:br/>
        <w:t>D.5.68L</w:t>
        <w:br/>
        <w:br/>
        <w:t xml:space="preserve">【答案】：D </w:t>
      </w:r>
    </w:p>
    <w:p>
      <w:r>
        <w:t>111、某风机转速为2900r/min，若风机减振器选用金属弹簧型，减振器固有频率应为下列哪一项？(  )</w:t>
        <w:br/>
        <w:t>A.4～5Hz</w:t>
        <w:br/>
        <w:t>B.9～12Hz</w:t>
        <w:br/>
        <w:t>C.18～21Hz</w:t>
        <w:br/>
        <w:t>D.45～50Hz</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112、民用高层建筑地下1层商店机械排烟系统的排烟风机负担2个防烟分区的排烟，面积分别为100㎡和80㎡，该排烟风机的排烟量可按(</w:t>
      </w:r>
      <w:r>
        <w:t xml:space="preserve"> </w:t>
      </w:r>
    </w:p>
    <w:p>
      <w:r>
        <w:t xml:space="preserve"> )考虑。</w:t>
        <w:br/>
        <w:t>A.</w:t>
        <w:br/>
        <w:t>B.</w:t>
        <w:br/>
        <w:t>C.</w:t>
        <w:br/>
        <w:t>D.</w:t>
        <w:br/>
        <w:br/>
        <w:t>【答案】：D</w:t>
      </w:r>
      <w:r>
        <w:t xml:space="preserve"> </w:t>
      </w:r>
    </w:p>
    <w:p>
      <w:r>
        <w:t>113、某办公楼会议室采暖负荷为5500W，采用铸铁四柱640型散热器，采暖热水为85/60℃，会议室为独立环路。办公室进行围护结构节能改造后，该会议室的采暖热负荷降至3800W，若原设计的散热器片数与有关修正系数不变，要保持室内温度为18℃(不超过21℃)，供回水温度应是下列哪一项？</w:t>
        <w:br/>
        <w:t>A.75/55℃</w:t>
        <w:br/>
        <w:t>B.70/50℃</w:t>
        <w:br/>
        <w:t>C.65/45℃</w:t>
        <w:br/>
        <w:t>D.60/40℃</w:t>
        <w:br/>
        <w:br/>
        <w:t xml:space="preserve">【答案】：B </w:t>
      </w:r>
    </w:p>
    <w:p>
      <w:r>
        <w:t>114、有一台制冷剂为R717的8缸活塞压缩机，缸径为100mm，活塞行程为80mm，压缩机转速为720r／min，压缩比为6，压缩机的实际输气量是下列何项？(  )。</w:t>
        <w:br/>
        <w:t>A.</w:t>
        <w:br/>
        <w:t>B.</w:t>
        <w:br/>
        <w:t>C.</w:t>
        <w:br/>
        <w:t>D.</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115、某高层写字楼地下1层内走道长65m，宽2m，与走道相通的房间总面积800㎡，其中无窗房间面积300㎡，设固定窗房间面积100㎡，设可开启外窗房间面积400㎡。欲设1个机械排烟系统，在不考虑划分防烟分区的情况下其排烟风量最小为(</w:t>
      </w:r>
      <w:r>
        <w:t xml:space="preserve"> </w:t>
      </w:r>
      <w:r>
        <w:t xml:space="preserve"> )。</w:t>
        <w:br/>
        <w:t>A.</w:t>
        <w:br/>
        <w:t>B.</w:t>
        <w:br/>
        <w:t>C.</w:t>
        <w:br/>
        <w:t>D.</w:t>
        <w:br/>
        <w:br/>
        <w:t>【答案】：C</w:t>
      </w:r>
      <w:r>
        <w:t xml:space="preserve"> </w:t>
      </w:r>
    </w:p>
    <w:p>
      <w:r>
        <w:t>116、某车间工艺生产过程散发的主要有害物质包括苯胺、丙烯醇和氯化物，已知将上述三种有害物稀释至国标规定的接触限值所需空气量分别为8.2m3／s、5.6m3/s、2.lm3/s。试问：该车间的全面通风换气量应是下列哪一项值？</w:t>
        <w:br/>
        <w:t>A.8.2m3／s</w:t>
        <w:br/>
        <w:t>B.10.3m3／s</w:t>
        <w:br/>
        <w:t>C.7.7m3／s</w:t>
        <w:br/>
        <w:t>D.15.9m3／s</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r>
        <w:t>117、某高层民用建筑地下室内走道长80m，宽2.5m，与走道相通的房间总面积960㎡，其中无窗房间300㎡，设固定窗房间500㎡，设可开启外窗房间160㎡。在设计走道排烟系统时其计算风量的排烟面积为(  )。</w:t>
        <w:br/>
        <w:t>A.200㎡</w:t>
        <w:br/>
        <w:t>B.1000㎡</w:t>
        <w:br/>
        <w:t>C.500㎡</w:t>
        <w:br/>
        <w:t>D.1160㎡</w:t>
        <w:br/>
        <w:br/>
        <w:t xml:space="preserve">【答案】：B </w:t>
      </w:r>
    </w:p>
    <w:p>
      <w:r>
        <w:t>118、如果有初状态为t=20℃，ψ=35%，大气压力为101325Pa，向其加入5g/kg的水蒸气，则其终状态的空气的相对湿度和温度分别为(  )。</w:t>
        <w:br/>
        <w:t>A.80%、25℃</w:t>
        <w:br/>
        <w:t>B.70%、25℃</w:t>
        <w:br/>
        <w:t>C.80%、20℃</w:t>
        <w:br/>
        <w:t>D.70%、20℃</w:t>
        <w:br/>
        <w:br/>
        <w:t xml:space="preserve">【答案】：D </w:t>
      </w:r>
    </w:p>
    <w:p>
      <w:r>
        <w:t>119、某储藏苹果的冷却物冷藏间，其计算吨位为530t，进货质量按最大设计。货物进入冷间时的温度为25℃，比焓为336.5kJ/kg；货物在冷间内终止降温时的温度为0℃，比焓为271.9kJ/kg。货物冷加工时间按24h计。货物包装材料质量系数取0.25，包装材料的比热容为1.47kJ/(kg·℃)。苹果冷却初始时的呼吸热流量为0.149W/kg，终止降温时的呼吸热流量为0.019W/kg。则该冷却物冷藏间的货物热流量为(  )。</w:t>
        <w:br/>
        <w:t>A.33.5～35.5kW</w:t>
        <w:br/>
        <w:t>B.35.6～37.5kW</w:t>
        <w:br/>
        <w:t>C.38.5～40.5kW</w:t>
        <w:br/>
        <w:t>D.48.5～50.5kW</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120、某空调房间工作区高度为2m，设置侧送风口，风口下边距顶棚0，4m，射流实际射程要求6m，为使送风射流不致波及工作区，则房间最小高度为(</w:t>
      </w:r>
      <w:r>
        <w:t xml:space="preserve"> </w:t>
      </w:r>
    </w:p>
    <w:p>
      <w:r>
        <w:t xml:space="preserve"> )。</w:t>
        <w:br/>
        <w:t>A.2.86m</w:t>
        <w:br/>
        <w:t>B.3.12m</w:t>
        <w:br/>
        <w:t>C.3.24m</w:t>
        <w:br/>
        <w:t>D.4.00m</w:t>
        <w:br/>
        <w:br/>
        <w:t>【答案】：B</w:t>
      </w:r>
      <w:r>
        <w:t xml:space="preserve"> </w:t>
      </w:r>
    </w:p>
    <w:p>
      <w:r>
        <w:t>121、某总风量为40000m3/h的全空气低速空调系统服务于总人数为180人的多个房间，其中新风要求比最大的房间为50人，送风量为7500m3/h。新风日时标准为30m3／(h?人)。试问该系统的总新风量最接近下列何项？</w:t>
        <w:br/>
        <w:t>A.5160m3/h</w:t>
        <w:br/>
        <w:t>B.5320m3/h</w:t>
        <w:br/>
        <w:t>C.5550m3/h</w:t>
        <w:br/>
        <w:t>D.5775m3/h</w:t>
        <w:br/>
        <w:br/>
        <w:t xml:space="preserve">【答案】：D </w:t>
      </w:r>
    </w:p>
    <w:p>
      <w:r>
        <w:t>122、某车间采用全回风热风供暖，车间热负荷为101kW，室内设计温度为15℃。空气加热器热媒为110℃/70℃的热水，传热系数为40W/(㎡·K)。车间送风量为4kg/s。空气加热器的面积应为(  )。</w:t>
        <w:br/>
        <w:t>A.48～53㎡</w:t>
        <w:br/>
        <w:t>B.40～45㎡</w:t>
        <w:br/>
        <w:t>C.50～55㎡</w:t>
        <w:br/>
        <w:t>D.30～35㎡</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r>
        <w:t>123、某建筑的设计采暖负荷为200kW，供回水温度为80℃/60℃，计算阻力损失为50kPA，其入口处外网的实际供回水压差为40kPA，则该建筑采暖系统的实际热水循环量应为(</w:t>
      </w:r>
      <w:r>
        <w:t xml:space="preserve"> </w:t>
      </w:r>
    </w:p>
    <w:p>
      <w:r>
        <w:t xml:space="preserve"> )kg/h。</w:t>
        <w:br/>
        <w:t>A.6550～6950</w:t>
        <w:br/>
        <w:t>B.7000～7450</w:t>
        <w:br/>
        <w:t>C.7500～8000</w:t>
        <w:br/>
        <w:t>D.8050～8550</w:t>
        <w:br/>
        <w:br/>
        <w:t>【答案】：C</w:t>
      </w:r>
      <w:r>
        <w:t xml:space="preserve"> </w:t>
      </w:r>
    </w:p>
    <w:p>
      <w:r>
        <w:t>124、某建筑的设计采暖负荷为200kW，供回水温度为80℃/60℃，计算阻力损失为50kPA，其入口处外网的实际供回水压差为40kPA，则该建筑采暖系统的实际热水循环量应为(  )kg/h。</w:t>
        <w:br/>
        <w:t>A.6550～6950</w:t>
        <w:br/>
        <w:t>B.7000～7450</w:t>
        <w:br/>
        <w:t>C.7500～8000</w:t>
        <w:br/>
        <w:t>D.8050～8550</w:t>
        <w:br/>
        <w:br/>
        <w:t xml:space="preserve">【答案】：C </w:t>
      </w:r>
    </w:p>
    <w:p>
      <w:r>
        <w:t>125、某大楼内无人值班的通讯机房，计算显热冷负荷为30kW。室内空气参数为干球温度为27℃、相对湿度为60%。采用专用空调机组，其送风相对湿度为90%。试问该机房的计算送风量为下列何值？注：当地大气压力为101325Pa，空气密度为1.2kg/m3。</w:t>
        <w:br/>
        <w:t>A.11000～12000m3/h</w:t>
        <w:br/>
        <w:t>B.12500～13500m3/h</w:t>
        <w:br/>
        <w:t>C.14000～15000m3/h</w:t>
        <w:br/>
        <w:t>D.15500～16500m3/h</w:t>
        <w:br/>
        <w:br/>
        <w:t xml:space="preserve">【答案】：B </w:t>
      </w:r>
    </w:p>
    <w:p>
      <w:pPr>
        <w:sectPr w:rsidSect="00034616">
          <w:type w:val="nextPage"/>
          <w:pgSz w:w="12240" w:h="15840"/>
          <w:pgMar w:top="1440" w:right="1800" w:bottom="1440" w:left="1800" w:header="720" w:footer="720" w:gutter="0"/>
          <w:pgNumType w:start="42"/>
          <w:cols w:space="720"/>
          <w:titlePg w:val="0"/>
          <w:docGrid w:linePitch="360"/>
        </w:sectPr>
      </w:pPr>
      <w:r>
        <w:t>126、某住宅楼采用低温热水地板辐射供暖，系统供回水温度为40℃/30℃，室内空气温度为20℃，中间层一卧室辐射供暖设计热负荷为1230W，房间面积为20㎡，地面遮盖物面积为4㎡，地面层为木地板，加热管为PE-X管，加热管间距为(</w:t>
      </w:r>
      <w:r>
        <w:t xml:space="preserve"> </w:t>
      </w:r>
    </w:p>
    <w:p>
      <w:r>
        <w:t xml:space="preserve"> )。</w:t>
        <w:br/>
        <w:t>A.300mm</w:t>
        <w:br/>
        <w:t>B.200mm</w:t>
        <w:br/>
        <w:t>C.100mm</w:t>
        <w:br/>
        <w:t>D.无法确定</w:t>
        <w:br/>
        <w:br/>
        <w:t>【答案】：B</w:t>
      </w:r>
      <w:r>
        <w:t xml:space="preserve"> </w:t>
      </w:r>
    </w:p>
    <w:p>
      <w:r>
        <w:t>127、某空调机房总余热量为4kW，总余湿量为1.08kg/h。要求室内温度为18℃，相对湿度为55%。若送风温差取6℃，则该空调系统的送风量约为下列哪一项？(  )</w:t>
        <w:br/>
        <w:t>A.1635kg/h</w:t>
        <w:br/>
        <w:t>B.1925kg/h</w:t>
        <w:br/>
        <w:t>C.2375kg/h</w:t>
        <w:br/>
        <w:t>D.＞2500kg/h</w:t>
        <w:br/>
        <w:br/>
        <w:t xml:space="preserve">【答案】：B </w:t>
      </w:r>
    </w:p>
    <w:p>
      <w:r>
        <w:t>128、已知某外保温外墙的平均传热系数为0.55W/(㎡·K)，冬季室外计算温度为-12℃，室内计算温度为18℃，保温层热阻为1.5㎡·K/W，保温层内侧的温度约为(  )。</w:t>
        <w:br/>
        <w:t>A.12.8℃</w:t>
        <w:br/>
        <w:t>B.13.5℃</w:t>
        <w:br/>
        <w:t>C.14.5℃</w:t>
        <w:br/>
        <w:t>D.15.5℃</w:t>
        <w:br/>
        <w:br/>
        <w:t xml:space="preserve">【答案】：B </w:t>
      </w:r>
    </w:p>
    <w:p>
      <w:pPr>
        <w:sectPr w:rsidSect="00034616">
          <w:type w:val="nextPage"/>
          <w:pgSz w:w="12240" w:h="15840"/>
          <w:pgMar w:top="1440" w:right="1800" w:bottom="1440" w:left="1800" w:header="720" w:footer="720" w:gutter="0"/>
          <w:pgNumType w:start="43"/>
          <w:cols w:space="720"/>
          <w:titlePg w:val="0"/>
          <w:docGrid w:linePitch="360"/>
        </w:sectPr>
      </w:pPr>
      <w:r>
        <w:t>129、某车间办公辅房采用上供下回式蒸汽供暖系统，蒸汽压力为0.02MPa，供暖设计热负荷为9kW，供汽水平干管的设计符合要求的是(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r>
        <w:t>130、某新建化验室排放有害气体苯，其排气筒的高度为12m，其符合国家二级排放标准的最高允许速率应是下列哪一项？(  )</w:t>
        <w:br/>
        <w:t>A.约0.78kg/h</w:t>
        <w:br/>
        <w:t>B.约0.5kg/h</w:t>
        <w:br/>
        <w:t>C.约0.4kg/h</w:t>
        <w:br/>
        <w:t>D.约0.16kg/h</w:t>
        <w:br/>
        <w:br/>
        <w:t xml:space="preserve">【答案】：D </w:t>
      </w:r>
    </w:p>
    <w:p>
      <w:r>
        <w:t>131、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 xml:space="preserve">【答案】：C </w:t>
      </w:r>
    </w:p>
    <w:p>
      <w:pPr>
        <w:sectPr w:rsidSect="00034616">
          <w:type w:val="nextPage"/>
          <w:pgSz w:w="12240" w:h="15840"/>
          <w:pgMar w:top="1440" w:right="1800" w:bottom="1440" w:left="1800" w:header="720" w:footer="720" w:gutter="0"/>
          <w:pgNumType w:start="44"/>
          <w:cols w:space="720"/>
          <w:titlePg w:val="0"/>
          <w:docGrid w:linePitch="360"/>
        </w:sectPr>
      </w:pPr>
      <w:r>
        <w:t>132、某燃煤锅炉房有下列负荷(已经计入输送热损失)：1)散热器供暖系统(95℃/70℃热水)4MW；2)地板辐射供暖系统(50℃/40℃热水)4MW；3)空调系统(60℃/50℃热水)8MW；4)集中生活热水系统及游泳池水加热夏季的最小负荷(0.5MPa蒸汽)2.5MW；5)空调加湿(0.2MPa蒸汽)1800kg/h。该锅炉房最小的1台蒸汽锅炉蒸发量应该不大于(  )。</w:t>
        <w:br/>
        <w:t>A.4t/h</w:t>
        <w:br/>
        <w:t>B.6t/h</w:t>
        <w:br/>
        <w:t>C.8t/h</w:t>
        <w:br/>
        <w:t>D.10t/h</w:t>
        <w:br/>
        <w:br/>
        <w:t xml:space="preserve">【答案】：B </w:t>
      </w:r>
    </w:p>
    <w:p>
      <w:r>
        <w:t>133、有一段长度为10m、直径为600mm的金属风管，工作风压为600Pa，在该压力下漏风量的允许值为(  )。</w:t>
        <w:br/>
        <w:t>A.</w:t>
        <w:br/>
        <w:t>B.</w:t>
        <w:br/>
        <w:t>C.</w:t>
        <w:br/>
        <w:t>D.</w:t>
        <w:br/>
        <w:br/>
        <w:t xml:space="preserve">【答案】：C </w:t>
      </w:r>
    </w:p>
    <w:p>
      <w:r>
        <w:t>134、设某城市的供暖度日数(HDD18)为1950℃·d，空调度日数(CDD26)为200℃·d，某住宅需要进行节能综合指标的计算和判定，经计算供暖年耗电量为33.5kW·h/㎡，允许空调年耗电量为(  )。</w:t>
        <w:br/>
        <w:t>A.26.8kW·h/㎡</w:t>
        <w:br/>
        <w:t>B.30.1kW·h/㎡</w:t>
        <w:br/>
        <w:t>C.29.OkW·h/㎡</w:t>
        <w:br/>
        <w:t>D.31.2kW·h/㎡</w:t>
        <w:br/>
        <w:br/>
        <w:t xml:space="preserve">【答案】：B </w:t>
      </w:r>
    </w:p>
    <w:p>
      <w:r>
        <w:t>135、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https://d.book118.com/707116033000006044</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0711603300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