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工程师的个人工作总结公司模板（35篇）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工程师的个人工作总结公司模板（精选35篇）</w:t>
      </w:r>
      <w:r>
        <w:rPr>
          <w:lang w:eastAsia="zh-CN"/>
        </w:rPr>
        <w:br/>
      </w:r>
      <w:r>
        <w:rPr>
          <w:lang w:eastAsia="zh-CN"/>
        </w:rPr>
        <w:t xml:space="preserve">    工程师的个人工作总结公司模板 篇1 </w:t>
      </w:r>
      <w:r>
        <w:rPr>
          <w:lang w:eastAsia="zh-CN"/>
        </w:rPr>
        <w:br/>
      </w:r>
      <w:r>
        <w:rPr>
          <w:lang w:eastAsia="zh-CN"/>
        </w:rPr>
        <w:t>　　今年是我成为上班族以来的第二个整年。土建工程师是我从事的第一份工作，是我职业生涯的一个起点，我对此也十分珍惜，尽努力去适应这一岗位。通过一年来的不断学习，以及同事、领导的帮助，我已完全融入到了这个大家庭中，个人的工作技能也有了明显的提高，虽然工作中还存在这样那样的不足之处，但应该说这一年付出了不少，也收获了很多，我自己感到成长了，也逐渐成熟了。现在就__年的工作情况总结如下：</w:t>
      </w:r>
      <w:r>
        <w:rPr>
          <w:lang w:eastAsia="zh-CN"/>
        </w:rPr>
        <w:br/>
      </w:r>
      <w:r>
        <w:rPr>
          <w:lang w:eastAsia="zh-CN"/>
        </w:rPr>
        <w:t>　　一、一年来经过我的不懈努力，完成了一期、二期工程施工资料整理及移交工作、二期工程景观、绿化工作、组团前期开工准备工作、_组团样板房工程等公司领导交付的其他工作</w:t>
      </w:r>
      <w:r>
        <w:rPr>
          <w:lang w:eastAsia="zh-CN"/>
        </w:rPr>
        <w:br/>
      </w:r>
      <w:r>
        <w:rPr>
          <w:lang w:eastAsia="zh-CN"/>
        </w:rPr>
        <w:t>　　1、一、二期工程施工资料整理及移交工作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今年上半年二期工程顺利交工并交付业主使用，工程交工前必须先把施工资料整理交接完毕，我认真检查把每一栋楼的施工资料都仔细查阅，力争做到一张不漏、一张不缺、目录整齐、保证资料齐全，交房前二期13栋楼所有的户型图、质保保证书、使用说明书，我都要提前准备齐全，已备交房时给业主以充分的保障。二期13栋楼的备案资料全部经由我手整理完毕，再领导的指导下，我顺利的完成了交房前所有资料的整理工作。交房后由于资料过多及其重要性，需移交公司档案室保管，移交期间，我必须对一、二期30栋楼的100多盒资料重新整理，做到每张都有记录并制定出能够从中找出任意一张资料的目录。期间我花费大量精力，花费将近一月的时间，终于不负领导所托吧所有资料都重新整理完毕。</w:t>
      </w:r>
      <w:r>
        <w:rPr>
          <w:lang w:eastAsia="zh-CN"/>
        </w:rPr>
        <w:br/>
      </w:r>
      <w:r>
        <w:rPr>
          <w:lang w:eastAsia="zh-CN"/>
        </w:rPr>
        <w:t>　　2、二期工程景观、绿化工作</w:t>
      </w:r>
      <w:r>
        <w:rPr>
          <w:lang w:eastAsia="zh-CN"/>
        </w:rPr>
        <w:br/>
      </w:r>
      <w:r>
        <w:rPr>
          <w:lang w:eastAsia="zh-CN"/>
        </w:rPr>
        <w:t>　　年初，我接手二期工程景观、绿化工作。景观、绿化工作相对于现代化小区，比重虽小，但是意义重大。它是现代化新生活小区不可或缺的。由于准备充足，二期的景观、绿化工作进行的很顺利。</w:t>
      </w:r>
      <w:r>
        <w:rPr>
          <w:lang w:eastAsia="zh-CN"/>
        </w:rPr>
        <w:br/>
      </w:r>
      <w:r>
        <w:rPr>
          <w:lang w:eastAsia="zh-CN"/>
        </w:rPr>
        <w:t>　　但是，后期验收时，由于苗木规格、种类繁多给我们的验收工作带来了很大的麻烦，最终，我通过与技术部通力合作，把所有苗木的种类、数量、规格全部核查到位。最终顺利的完成了领导交付的此项工作。</w:t>
      </w:r>
      <w:r>
        <w:rPr>
          <w:lang w:eastAsia="zh-CN"/>
        </w:rPr>
        <w:br/>
      </w:r>
      <w:r>
        <w:rPr>
          <w:lang w:eastAsia="zh-CN"/>
        </w:rPr>
        <w:t>　　3、工程</w:t>
      </w:r>
      <w:r>
        <w:rPr>
          <w:lang w:eastAsia="zh-CN"/>
        </w:rPr>
        <w:br/>
      </w:r>
      <w:r>
        <w:rPr>
          <w:lang w:eastAsia="zh-CN"/>
        </w:rPr>
        <w:t>　　9月初，接领导指示。要建设c组团样板房。它是20__年在全国房地产低迷情况下，公司领导英明决定组团开工，组建加这种新户型的一个缩影。它的好坏直接影响立体叠加开盘后的销售业绩，同时也诗司今年即b组团销售情况不乐观后的一项新举措，它的成败直接影响到公司今年的成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接到领导指示后，我快速的投入到实际工作当中去，为了达到预期效果，我2天内3次定位放线，最终满足了领导的预期效果。在施工过程中，我不惧辛苦，任劳任怨，努力做到了上班在现场，下班后由于工程需要多次加班加点工作。后期由于装饰公司的介入，这就需要良好的协调能力与组织能力。努力处理好双方在施工过程中所发生的摩擦和矛盾。最终顺利的在开盘前完成了样板房工程。为公司开盘后可观的销售情况及扭亏为营做出了应有的贡献。</w:t>
      </w:r>
      <w:r>
        <w:rPr>
          <w:lang w:eastAsia="zh-CN"/>
        </w:rPr>
        <w:br/>
      </w:r>
      <w:r>
        <w:rPr>
          <w:lang w:eastAsia="zh-CN"/>
        </w:rPr>
        <w:t>　　在_顺利开盘后，我又与技术部合作。参与了样板房后期的决算事宜。</w:t>
      </w:r>
      <w:r>
        <w:rPr>
          <w:lang w:eastAsia="zh-CN"/>
        </w:rPr>
        <w:br/>
      </w:r>
      <w:r>
        <w:rPr>
          <w:lang w:eastAsia="zh-CN"/>
        </w:rPr>
        <w:t>　　二、一年来的工作心得</w:t>
      </w:r>
      <w:r>
        <w:rPr>
          <w:lang w:eastAsia="zh-CN"/>
        </w:rPr>
        <w:br/>
      </w:r>
      <w:r>
        <w:rPr>
          <w:lang w:eastAsia="zh-CN"/>
        </w:rPr>
        <w:t>　　1、保持良好的心态与积极进去的工作态度。我作为一分子，自觉遵守公司的各项规章制度，服从上级领导的工作安排;以对公司绝对忠诚的态度投入到各项工作中去，把公司的事情当作自己家里的事情去做，在解决现场施工管理、协调等工作上，依据现场实际情况积极主动的思考，自己考虑应该完成的各项工作，而不是等领导来安排。以主人翁的心态投入到各项工作中去，维护公司的形象和利益不受损害。</w:t>
      </w:r>
      <w:r>
        <w:rPr>
          <w:lang w:eastAsia="zh-CN"/>
        </w:rPr>
        <w:br/>
      </w:r>
      <w:r>
        <w:rPr>
          <w:lang w:eastAsia="zh-CN"/>
        </w:rPr>
        <w:t>　　2、把自己融入到公司的大集体中去，依靠集体的智慧及力量完成各项工作。在我今年完成的许多工作中，得到各级领导和同事们的支持和帮助。</w:t>
      </w:r>
      <w:r>
        <w:rPr>
          <w:lang w:eastAsia="zh-CN"/>
        </w:rPr>
        <w:br/>
      </w:r>
      <w:r>
        <w:rPr>
          <w:lang w:eastAsia="zh-CN"/>
        </w:rPr>
        <w:t>　　3、通过一年来的工作发现自己还有很多不足之处：在工作中处理现场事宜，管理力度不够;处理问题还不是太细心，这些问题我将在崭新的20__年多加注意克服。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20__年，对于我来说是探索、学习、进步的一年，面对着与以前不一样的工作内容，我摆正了自己的心态，充分发挥主管能动性，积极主动的思考。在这样的一年中，我通过自己的劳动充实了自己，通过领导赋予自己的机会开阔了自己的视野。</w:t>
      </w:r>
      <w:r>
        <w:rPr>
          <w:lang w:eastAsia="zh-CN"/>
        </w:rPr>
        <w:br/>
      </w:r>
      <w:r>
        <w:rPr>
          <w:lang w:eastAsia="zh-CN"/>
        </w:rPr>
        <w:t xml:space="preserve">    工程师的个人工作总结公司模板 篇2 </w:t>
      </w:r>
      <w:r>
        <w:rPr>
          <w:lang w:eastAsia="zh-CN"/>
        </w:rPr>
        <w:br/>
      </w:r>
      <w:r>
        <w:rPr>
          <w:lang w:eastAsia="zh-CN"/>
        </w:rPr>
        <w:t>　　__年的工作已告一段落，回顾本年度工作，我在公司领导及各位同事不遗余力地支持关心与帮助下，按照公司的要求，严格要求自己，较好地完成了自己的本职工作。通过学习与摸索，工作上取得了较大的改变，现将本年度以来的工作情况总结汇报如下：</w:t>
      </w:r>
      <w:r>
        <w:rPr>
          <w:lang w:eastAsia="zh-CN"/>
        </w:rPr>
        <w:br/>
      </w:r>
      <w:r>
        <w:rPr>
          <w:lang w:eastAsia="zh-CN"/>
        </w:rPr>
        <w:t>　　首先是承办职能方面</w:t>
      </w:r>
      <w:r>
        <w:rPr>
          <w:lang w:eastAsia="zh-CN"/>
        </w:rPr>
        <w:br/>
      </w:r>
      <w:r>
        <w:rPr>
          <w:lang w:eastAsia="zh-CN"/>
        </w:rPr>
        <w:t>　　一是来自公司外部上级部门以文件形式落实交付的事项，如信息资料报送、数据递交等，提供的数据有一是一，有二是二，不瞎估计，做到按期落实按期完成；二是来自公司领导的，对于公司领导交办的工作决策与任务，都能做到不折不扣地落实照办；三是来自公司内各处室部门有需办理的事项的，只要是和办公室取得过联系的，都能积极配合，或根据实际情况尽快处理落实。</w:t>
      </w:r>
      <w:r>
        <w:rPr>
          <w:lang w:eastAsia="zh-CN"/>
        </w:rPr>
        <w:br/>
      </w:r>
      <w:r>
        <w:rPr>
          <w:lang w:eastAsia="zh-CN"/>
        </w:rPr>
        <w:t>　　在本年度中，我们办公室工作人员既各司其职，又互相配合。在本年度中，我合计完成三项企业增项工作的所有资料的准备与收集：完成了机电安装及地基基础增项工作；完成企业钢结构增项工作；办理完成市政三级转正工作。在本年度中，同时合计申报助理工程师</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3人；申报工程师15人；申报技术员2人；及一级建造师申报报考6人次；二级建造师报考12人次；申报注册二级建造师（二级建造师增项）1人,新增特殊工种人员1人。去杭州补办资质证书一本一次；报考b证和c证的人员共计六人次，新增b证5人，c</w:t>
      </w:r>
      <w:r>
        <w:rPr>
          <w:lang w:eastAsia="zh-CN"/>
        </w:rPr>
        <w:t xml:space="preserve"> 证1人；年度报考c证人员4人次。办理和完成公司诚信手册的年检工作；办理和完成一级和二级建造师的诚信手册年检工作。三类人员证书延期工作亦已全部完成。</w:t>
      </w:r>
      <w:r>
        <w:rPr>
          <w:lang w:eastAsia="zh-CN"/>
        </w:rPr>
        <w:br/>
      </w:r>
      <w:r>
        <w:rPr>
          <w:lang w:eastAsia="zh-CN"/>
        </w:rPr>
        <w:t>　　其次是管理职能方面</w:t>
      </w:r>
      <w:r>
        <w:rPr>
          <w:lang w:eastAsia="zh-CN"/>
        </w:rPr>
        <w:br/>
      </w:r>
      <w:r>
        <w:rPr>
          <w:lang w:eastAsia="zh-CN"/>
        </w:rPr>
        <w:t>　　一是事务管理：办公室作为公司内办事机构，服务于公司，服务于公司各位同事和领导，我们把这看作是一件有意义的事。尽量做到事无巨细，认真操办。如上级政府部门的会务及公司内部等的会务通知安排、公司人员用车、人员考勤、办公用具采购办理等事项。二是文书管理：公司内的文件较多，围绕着来文来函的传阅及保管、收发文登记、归档等环节都必不可少的。办公室都已经妥善保管。</w:t>
      </w:r>
      <w:r>
        <w:rPr>
          <w:lang w:eastAsia="zh-CN"/>
        </w:rPr>
        <w:br/>
      </w:r>
      <w:r>
        <w:rPr>
          <w:lang w:eastAsia="zh-CN"/>
        </w:rPr>
        <w:t>　　最后是协调职能方面</w:t>
      </w:r>
      <w:r>
        <w:rPr>
          <w:lang w:eastAsia="zh-CN"/>
        </w:rPr>
        <w:br/>
      </w:r>
      <w:r>
        <w:rPr>
          <w:lang w:eastAsia="zh-CN"/>
        </w:rPr>
        <w:t>　　办公室全体人员致力于上下级之间的关系流融洽，同事之间和睦相处。工作上做到上令下行，下情上晓，上下紧密配合、步调一致的协调开展工作；为公司稳妥前行创造和谐的工作氛围而努力。</w:t>
      </w:r>
      <w:r>
        <w:rPr>
          <w:lang w:eastAsia="zh-CN"/>
        </w:rPr>
        <w:br/>
      </w:r>
      <w:r>
        <w:rPr>
          <w:lang w:eastAsia="zh-CN"/>
        </w:rPr>
        <w:t>　　总之，本年度中，我能以充分的敬业意识，全力以赴，热心而且诚心地开展了每项工作。但所谓人无完人，所以我真诚地希望公司领导在看到本人的不足时能及时告知，同时也希望能看到这些在你们看来可能微不足道的一些成绩。感谢。</w:t>
      </w:r>
      <w:r>
        <w:rPr>
          <w:lang w:eastAsia="zh-CN"/>
        </w:rPr>
        <w:br/>
      </w:r>
      <w:r>
        <w:rPr>
          <w:lang w:eastAsia="zh-CN"/>
        </w:rPr>
        <w:t xml:space="preserve">    工程师的个人工作总结公司模板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至20__年10月底，__有限公司在__公司的运维又届满一年的时间了。在这为期一年的运维工作当中，业务飞速发展，设备数量不断增加，人员的技术水平和业务知识有了显著的提升。我们的队伍在技术水平和管理经验上也有了本质的提高。</w:t>
      </w:r>
      <w:r>
        <w:rPr>
          <w:lang w:eastAsia="zh-CN"/>
        </w:rPr>
        <w:br/>
      </w:r>
      <w:r>
        <w:rPr>
          <w:lang w:eastAsia="zh-CN"/>
        </w:rPr>
        <w:t>　　一、细致缜密的完成计划中的日常运维工作：严把质量;服务至上;严格要求;技术领先。</w:t>
      </w:r>
      <w:r>
        <w:rPr>
          <w:lang w:eastAsia="zh-CN"/>
        </w:rPr>
        <w:br/>
      </w:r>
      <w:r>
        <w:rPr>
          <w:lang w:eastAsia="zh-CN"/>
        </w:rPr>
        <w:t>　　1.承接运维工作初始信息技术部的各位领导就对我们的运维工作给予厚望，并提出了认真完善服务水平的方针。我们在服务过程中严格按照这一要求，以对保障发展，对用户负责的精神，把严把质量，服务至上的原则贯穿于日常工作的各个环节之中。使本运维期过程中的客户满意度有了非常显著的提高，多次获得了用户的认可。</w:t>
      </w:r>
      <w:r>
        <w:rPr>
          <w:lang w:eastAsia="zh-CN"/>
        </w:rPr>
        <w:br/>
      </w:r>
      <w:r>
        <w:rPr>
          <w:lang w:eastAsia="zh-CN"/>
        </w:rPr>
        <w:t>　　2.对于在工作中信息技术部提出的新要求、新方案，我们及时相应配合，本着严格要求的原则，对于提出的要求科学性的分析研究，及时提出完整周密的解决方案，并拟请用户试行或测试后实施。有力的保障了运维工作的及时有效性。</w:t>
      </w:r>
      <w:r>
        <w:rPr>
          <w:lang w:eastAsia="zh-CN"/>
        </w:rPr>
        <w:br/>
      </w:r>
      <w:r>
        <w:rPr>
          <w:lang w:eastAsia="zh-CN"/>
        </w:rPr>
        <w:t>　　对于提高服务业务技术水平上，按照信息技术部的统一规划，按时完成一系列的既定培训计划。按照技术领先的原则，通过技术上的培训提高了业务水平和解决故障的效率;通过制定有效的安全机制和培训，健全了信息外包人员安全机制;通过保密制度的培训使运维人员能够树立自觉维护信息安全防范意识;通过客户服务意识的培训提高了客户的满意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吸收先进经验，保质保量的完成运维的各项任务：运维期内主机、服务器、网络和桌面均没有发生严重的生产安全事故，对于一些潜在的威胁也都在得到信息技术部门的批示下，审慎周密的完成了整改工作。运用先进的技术和经验提高劳动效率和运维工作质量：</w:t>
      </w:r>
      <w:r>
        <w:rPr>
          <w:lang w:eastAsia="zh-CN"/>
        </w:rPr>
        <w:br/>
      </w:r>
      <w:r>
        <w:rPr>
          <w:lang w:eastAsia="zh-CN"/>
        </w:rPr>
        <w:t>　　1.运用先进的运维工具提高劳动效率。通过监控软件随时保持信息的及时性、可控性，一旦发生问题可以迅速定位和修复。</w:t>
      </w:r>
      <w:r>
        <w:rPr>
          <w:lang w:eastAsia="zh-CN"/>
        </w:rPr>
        <w:br/>
      </w:r>
      <w:r>
        <w:rPr>
          <w:lang w:eastAsia="zh-CN"/>
        </w:rPr>
        <w:t>　　2.经过信息技术部指导，我们在运维工作中大量了采用WEB2.0技术。使我们在高效完成运维工作的情况下，为节约了大量的费用投入。</w:t>
      </w:r>
      <w:r>
        <w:rPr>
          <w:lang w:eastAsia="zh-CN"/>
        </w:rPr>
        <w:br/>
      </w:r>
      <w:r>
        <w:rPr>
          <w:lang w:eastAsia="zh-CN"/>
        </w:rPr>
        <w:t>　　3.在工作的过程中注意新技术和新方法的学习和收集，对于有利于运维工作的成功方案及时整理并提交信息技术部。经过5年来的维护工作存储了大量的知识库信息。</w:t>
      </w:r>
      <w:r>
        <w:rPr>
          <w:lang w:eastAsia="zh-CN"/>
        </w:rPr>
        <w:br/>
      </w:r>
      <w:r>
        <w:rPr>
          <w:lang w:eastAsia="zh-CN"/>
        </w:rPr>
        <w:t>　　三、适应任务需要，及时解决运维过程中的遇到的问题：</w:t>
      </w:r>
      <w:r>
        <w:rPr>
          <w:lang w:eastAsia="zh-CN"/>
        </w:rPr>
        <w:br/>
      </w:r>
      <w:r>
        <w:rPr>
          <w:lang w:eastAsia="zh-CN"/>
        </w:rPr>
        <w:t>　　1.在运维过程中遇到突发问题及时与信息技术部门相关人员进行沟通，对于紧急情况的处理按照《应急预案》进行对应处理。在节假日安排主要人员进行值班和备勤，保障24小时均能及时相应。</w:t>
      </w:r>
      <w:r>
        <w:rPr>
          <w:lang w:eastAsia="zh-CN"/>
        </w:rPr>
        <w:br/>
      </w:r>
      <w:r>
        <w:rPr>
          <w:lang w:eastAsia="zh-CN"/>
        </w:rPr>
        <w:t>　　2.在运维工作过程中，积极协助新增设备的各项实施工作，获得了信息技术部的肯定;在到货、验收、集成方案和安装调试过程中提供全程保障;对于数据的迁移、备份，各人按照自己的职责，在制定详尽的计划后、经过信息技术部的批准严格按照方案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3.在配合一些公司的重大活动、事件时，为应对信息技术部人员不足的情况。我们一方面做好运维工作的情况下，另一方面派出部分或全部人员协助信息技术部的各项工作，以弥补其人力不足的状况;</w:t>
      </w:r>
      <w:r>
        <w:rPr>
          <w:lang w:eastAsia="zh-CN"/>
        </w:rPr>
        <w:br/>
      </w:r>
      <w:r>
        <w:rPr>
          <w:lang w:eastAsia="zh-CN"/>
        </w:rPr>
        <w:t>　　4.对于机房的升级改造过程中积极配合，全程派员监理施工过程，及时出具各种施工方案和设计资料。施工完成后及时完善各类图表的变更、标识。</w:t>
      </w:r>
      <w:r>
        <w:rPr>
          <w:lang w:eastAsia="zh-CN"/>
        </w:rPr>
        <w:br/>
      </w:r>
      <w:r>
        <w:rPr>
          <w:lang w:eastAsia="zh-CN"/>
        </w:rPr>
        <w:t>　　5.配合行政部门做好资产管理工作，对于资产管理系统派出专门人员参与学习，并对备份、升级方案及时提出自己的建议;对于办公室提出的节能减排的倡议积极响应，主动采取措施避免能源和材料的浪费;多次配合办公室进行资产统计、巡检、登激作。</w:t>
      </w:r>
      <w:r>
        <w:rPr>
          <w:lang w:eastAsia="zh-CN"/>
        </w:rPr>
        <w:br/>
      </w:r>
      <w:r>
        <w:rPr>
          <w:lang w:eastAsia="zh-CN"/>
        </w:rPr>
        <w:t>　　四、认真完成运维工作中的汇报、总结和知识积累工作：</w:t>
      </w:r>
      <w:r>
        <w:rPr>
          <w:lang w:eastAsia="zh-CN"/>
        </w:rPr>
        <w:br/>
      </w:r>
      <w:r>
        <w:rPr>
          <w:lang w:eastAsia="zh-CN"/>
        </w:rPr>
        <w:t>　　1.《知识库》通过连续2年的整理已经形成了成体系的完整运维知识全集，方便了各类人员通过权限管理可以随时查找所需的运维信息，为提高运维工作效率提供了基础保障。</w:t>
      </w:r>
      <w:r>
        <w:rPr>
          <w:lang w:eastAsia="zh-CN"/>
        </w:rPr>
        <w:br/>
      </w:r>
      <w:r>
        <w:rPr>
          <w:lang w:eastAsia="zh-CN"/>
        </w:rPr>
        <w:t>　　2.日常报告：共提交《运维日报》309份、《运维周报》52份、《机房温度周报》52份、《运维月报》12份、《运维半年报》一份、《运维年报》一份、《桌面工作记录单》1914份、《磁带存取记录表》12份。</w:t>
      </w:r>
      <w:r>
        <w:rPr>
          <w:lang w:eastAsia="zh-CN"/>
        </w:rPr>
        <w:br/>
      </w:r>
      <w:r>
        <w:rPr>
          <w:lang w:eastAsia="zh-CN"/>
        </w:rPr>
        <w:t>　　3.工作报告：《变更报告》70份、《故障报告》5份、《数据安全保密措施报告》、《节日值班表》2份、《加班表》1份。另：《磁盘空间使用报告》等不定期报告;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4.图表：《电路电源拓扑图》、《机房及机架布局图》、《网络拓扑图》、《san环境拓扑图》、《电话配线架对应图》、《ip及工位、电话统计图》、《外包人员信息系统登记表》等。</w:t>
      </w:r>
      <w:r>
        <w:rPr>
          <w:lang w:eastAsia="zh-CN"/>
        </w:rPr>
        <w:br/>
      </w:r>
      <w:r>
        <w:rPr>
          <w:lang w:eastAsia="zh-CN"/>
        </w:rPr>
        <w:t>　　5.其他报告：《外包人员信息安全管理建议》、《文件服务器使用管理建议》等。</w:t>
      </w:r>
      <w:r>
        <w:rPr>
          <w:lang w:eastAsia="zh-CN"/>
        </w:rPr>
        <w:br/>
      </w:r>
      <w:r>
        <w:rPr>
          <w:lang w:eastAsia="zh-CN"/>
        </w:rPr>
        <w:t>　　通过以上的工作和措施，我公司顺利的完成了本期运维工作任务，从根本上满足了设备运维的各项要求。任务的圆满完成，有赖于信息技术部正确的领导和大力协助;仰仗于健康发展的大好形势;得益于双方长期形成的信任与默契。</w:t>
      </w:r>
      <w:r>
        <w:rPr>
          <w:lang w:eastAsia="zh-CN"/>
        </w:rPr>
        <w:br/>
      </w:r>
      <w:r>
        <w:rPr>
          <w:lang w:eastAsia="zh-CN"/>
        </w:rPr>
        <w:t xml:space="preserve">    工程师的个人工作总结公司模板 篇4 </w:t>
      </w:r>
      <w:r>
        <w:rPr>
          <w:lang w:eastAsia="zh-CN"/>
        </w:rPr>
        <w:br/>
      </w:r>
      <w:r>
        <w:rPr>
          <w:lang w:eastAsia="zh-CN"/>
        </w:rPr>
        <w:t>　　--年回顾一年来的工作成果及存在的不足，为了能够使今后的工作在质量上、效率上再上一个台阶，现将本年度完成的主要工作总结如下几个方面：</w:t>
      </w:r>
      <w:r>
        <w:rPr>
          <w:lang w:eastAsia="zh-CN"/>
        </w:rPr>
        <w:br/>
      </w:r>
      <w:r>
        <w:rPr>
          <w:lang w:eastAsia="zh-CN"/>
        </w:rPr>
        <w:t>　　一：起草编制生产工艺</w:t>
      </w:r>
      <w:r>
        <w:rPr>
          <w:lang w:eastAsia="zh-CN"/>
        </w:rPr>
        <w:br/>
      </w:r>
      <w:r>
        <w:rPr>
          <w:lang w:eastAsia="zh-CN"/>
        </w:rPr>
        <w:t>　　生产工艺在生产中起到至关重要的指导作用。进公司以来，我认真研究了产品图纸，不时去车间观察工人的加工工艺现状，起草了一套产品零部件的生产工艺。但是由于对现在的生产工艺研究不足，还不足以形成切实可行的工艺。</w:t>
      </w:r>
      <w:r>
        <w:rPr>
          <w:lang w:eastAsia="zh-CN"/>
        </w:rPr>
        <w:br/>
      </w:r>
      <w:r>
        <w:rPr>
          <w:lang w:eastAsia="zh-CN"/>
        </w:rPr>
        <w:t>　　二：对产品做质量检验</w:t>
      </w:r>
      <w:r>
        <w:rPr>
          <w:lang w:eastAsia="zh-CN"/>
        </w:rPr>
        <w:br/>
      </w:r>
      <w:r>
        <w:rPr>
          <w:lang w:eastAsia="zh-CN"/>
        </w:rPr>
        <w:t>　　公司的发展离不开一个质量过硬的产品。我跟着冯工对每一批的机加件、外协件、产品部件依照图纸要求做了严格的质量检验。</w:t>
      </w:r>
      <w:r>
        <w:rPr>
          <w:lang w:eastAsia="zh-CN"/>
        </w:rPr>
        <w:br/>
      </w:r>
      <w:r>
        <w:rPr>
          <w:lang w:eastAsia="zh-CN"/>
        </w:rPr>
        <w:t>　　三：完善图纸</w:t>
      </w:r>
      <w:r>
        <w:rPr>
          <w:lang w:eastAsia="zh-CN"/>
        </w:rPr>
        <w:br/>
      </w:r>
      <w:r>
        <w:rPr>
          <w:lang w:eastAsia="zh-CN"/>
        </w:rPr>
        <w:t>　　我们的图纸目前还不够完善，编制工艺的过程中，我对图纸做了查缺补漏的完善工作。 四：协助完善仓库管理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为了使仓库的账目更清晰明了，我协助重新盘点了仓库并把账目导入了速达软件，使仓库管理更加便捷、正规。</w:t>
      </w:r>
      <w:r>
        <w:rPr>
          <w:lang w:eastAsia="zh-CN"/>
        </w:rPr>
        <w:br/>
      </w:r>
      <w:r>
        <w:rPr>
          <w:lang w:eastAsia="zh-CN"/>
        </w:rPr>
        <w:t>　　五：绘制稀浆封层车图纸。</w:t>
      </w:r>
      <w:r>
        <w:rPr>
          <w:lang w:eastAsia="zh-CN"/>
        </w:rPr>
        <w:br/>
      </w:r>
      <w:r>
        <w:rPr>
          <w:lang w:eastAsia="zh-CN"/>
        </w:rPr>
        <w:t>　　没有明确的目标，就无法有效率的工作。以下是我明年的工作计划：</w:t>
      </w:r>
      <w:r>
        <w:rPr>
          <w:lang w:eastAsia="zh-CN"/>
        </w:rPr>
        <w:br/>
      </w:r>
      <w:r>
        <w:rPr>
          <w:lang w:eastAsia="zh-CN"/>
        </w:rPr>
        <w:t>　　一：深入了解产品</w:t>
      </w:r>
      <w:r>
        <w:rPr>
          <w:lang w:eastAsia="zh-CN"/>
        </w:rPr>
        <w:br/>
      </w:r>
      <w:r>
        <w:rPr>
          <w:lang w:eastAsia="zh-CN"/>
        </w:rPr>
        <w:t>　　工欲善其事，必先利其器。作为一个技术人员，一切工作的基础就是对产品状况的了如指掌。新的一年里，我将继续研究产品的生产工艺、常见问题及维修，以及其他同类厂家的产品情况及优缺点。</w:t>
      </w:r>
      <w:r>
        <w:rPr>
          <w:lang w:eastAsia="zh-CN"/>
        </w:rPr>
        <w:br/>
      </w:r>
      <w:r>
        <w:rPr>
          <w:lang w:eastAsia="zh-CN"/>
        </w:rPr>
        <w:t>　　二：完善规范生产工艺</w:t>
      </w:r>
      <w:r>
        <w:rPr>
          <w:lang w:eastAsia="zh-CN"/>
        </w:rPr>
        <w:br/>
      </w:r>
      <w:r>
        <w:rPr>
          <w:lang w:eastAsia="zh-CN"/>
        </w:rPr>
        <w:t>　　在了解透产品的基础上，我将重新编制生产工艺，规范工人的生产，切实做到每一个重要工步都有工艺指导，以提高生产效率及质量。</w:t>
      </w:r>
      <w:r>
        <w:rPr>
          <w:lang w:eastAsia="zh-CN"/>
        </w:rPr>
        <w:br/>
      </w:r>
      <w:r>
        <w:rPr>
          <w:lang w:eastAsia="zh-CN"/>
        </w:rPr>
        <w:t>　　三：设计工装</w:t>
      </w:r>
      <w:r>
        <w:rPr>
          <w:lang w:eastAsia="zh-CN"/>
        </w:rPr>
        <w:br/>
      </w:r>
      <w:r>
        <w:rPr>
          <w:lang w:eastAsia="zh-CN"/>
        </w:rPr>
        <w:t>　　生产工艺完善后，为进一步提高生产效率及质量，每一个经常做的零部件应有专用工装，目前重要的零部件已经有工装了，工艺改进后，有必要从工装方面进行补充或者改进。</w:t>
      </w:r>
      <w:r>
        <w:rPr>
          <w:lang w:eastAsia="zh-CN"/>
        </w:rPr>
        <w:br/>
      </w:r>
      <w:r>
        <w:rPr>
          <w:lang w:eastAsia="zh-CN"/>
        </w:rPr>
        <w:t>　　四：完善图纸</w:t>
      </w:r>
      <w:r>
        <w:rPr>
          <w:lang w:eastAsia="zh-CN"/>
        </w:rPr>
        <w:br/>
      </w:r>
      <w:r>
        <w:rPr>
          <w:lang w:eastAsia="zh-CN"/>
        </w:rPr>
        <w:t>　　目前的图纸还不完全是从产品→部件→零件这样清晰明了，全部零件都有图纸的状态，我将进一步完善图纸。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以上是我的年终总结及工作计划，相信明年我个人会不断提升，也会对公司做更大的贡献的，最后祝公司产品市场表现越来越突出，公司业绩蒸蒸日上!</w:t>
      </w:r>
      <w:r>
        <w:rPr>
          <w:lang w:eastAsia="zh-CN"/>
        </w:rPr>
        <w:br/>
      </w:r>
      <w:r>
        <w:rPr>
          <w:lang w:eastAsia="zh-CN"/>
        </w:rPr>
        <w:t xml:space="preserve">    工程师的个人工作总结公司模板 篇5 </w:t>
      </w:r>
      <w:r>
        <w:rPr>
          <w:lang w:eastAsia="zh-CN"/>
        </w:rPr>
        <w:br/>
      </w:r>
      <w:r>
        <w:rPr>
          <w:lang w:eastAsia="zh-CN"/>
        </w:rPr>
        <w:t>　　紧张而有序的一年又要过去了，忙碌的一年里，在公司领导及各部门各同事的帮忙下，我顺利的完成了本年度的工作。为了今后更好的工作，总结经验、吸取教训，本人就本年度的工作总结如下：</w:t>
      </w:r>
      <w:r>
        <w:rPr>
          <w:lang w:eastAsia="zh-CN"/>
        </w:rPr>
        <w:br/>
      </w:r>
      <w:r>
        <w:rPr>
          <w:lang w:eastAsia="zh-CN"/>
        </w:rPr>
        <w:t>　　首先说说工作态度，因为态度决定一切。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自从_月_日来到公司第一天，我就本着老老实实做人、踏踏实实工作的信念一向至今，说大了是要对得起公司对我的培养、对得起我的薪水；说小了是要对得起自我青春的付出、对得起自我的将来。说实话，其实这份工作对我压力很大的，刚到公司时工作量不是很大，主要就是把公司以前的设备设施及维护计划、维护费用预算等等以电子形式表达出来，并建立相应的档案，再对以前的设备做些维护。领导让买什么让做什么，我尽力做好就OK。没有什么职责性问题。但随着公司规模的逐步拓展，公司给了我更大的权力，根据各分公司需求需不需要新增设备，买什么样的设备等等由我决定上报。相应的对我来说就需要更大的职责。还有，比起以前来各分公司设备的更新换代与新店的开业、工厂的成立、新品部的扩展等等，从所需的设备预算、采购、使用培训、档案建立、维护维修等等一系列的事都需要精力的投入。稍有不慎还要承担相应的职责，有时出现问题我并不明白而领导先知。其实从咱们公司的结构来看这些都是正常的，但我以网管的身份感到惭愧。对于这种做法，经常会出现一些始料不极的后果，如某店某电脑显示器不亮了，而主机正常启动。领导得知就令我立刻过去解决。赶了三个小时左右的车过去一看是显示器电源线掉了；还有一次很</w:t>
      </w:r>
      <w:r>
        <w:rPr>
          <w:lang w:eastAsia="zh-CN"/>
        </w:rPr>
        <w:br/>
      </w:r>
      <w:r>
        <w:rPr>
          <w:lang w:eastAsia="zh-CN"/>
        </w:rPr>
        <w:t>　　肯定说开机密码输不上，键盘坏了，不厌其烦的让我过去，过去一看是小键盘灯没打开，真是哭笑不得。如果按正常的程序这种事是能够避免的，又能够节省成本。基层部分员工没有计算机基础，没有职责心，依靠性太强，其实在使用过程中不免会出现这样或那样的问题，只要大家平心对待以解决问题为目的，而部分员工对此就出现了急躁心理，让他说故障现象一问三不知，就一句话你过来一趟吧！此时，去也不是不去也不是呀，头疼！</w:t>
      </w:r>
      <w:r>
        <w:rPr>
          <w:lang w:eastAsia="zh-CN"/>
        </w:rPr>
        <w:br/>
      </w:r>
      <w:r>
        <w:rPr>
          <w:lang w:eastAsia="zh-CN"/>
        </w:rPr>
        <w:t>　　网管这工作没有准的，网络有故障或是电脑有问题时忙的要死，没事的时候又会很清闲，经理会有疑问：这小子怎样这么清闲？但是有的时候网络或是机器出现什么故障的时候，你的电话会一向响个不停，东奔西跑的解决故障，别人还会说：“看那小子平时天天闲的没事干，就明白上网，什么事都不干！此刻把大家工作都耽误了”。郁闷死了快！</w:t>
      </w:r>
      <w:r>
        <w:rPr>
          <w:lang w:eastAsia="zh-CN"/>
        </w:rPr>
        <w:br/>
      </w:r>
      <w:r>
        <w:rPr>
          <w:lang w:eastAsia="zh-CN"/>
        </w:rPr>
        <w:t>　　还有就是不管是在何时何地，只要是工作问题都毫不推托，尽快解决。其中ERP软件服务器的采购及系统的安装与数据的复制，也投入了很大时间与精力。从上下班制度来说，从没有迟到早退过。对领导的工作安排及吩咐从没有推迟过，都会尽职尽责尽快解决。在业余时间加强自我对专业知识的学习，保证自我有潜力解决属于自我就应解决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其次说说工作成绩，因为成绩代表一切。</w:t>
      </w:r>
      <w:r>
        <w:rPr>
          <w:lang w:eastAsia="zh-CN"/>
        </w:rPr>
        <w:br/>
      </w:r>
      <w:r>
        <w:rPr>
          <w:lang w:eastAsia="zh-CN"/>
        </w:rPr>
        <w:t>　　先说说我的工作量：</w:t>
      </w:r>
      <w:r>
        <w:rPr>
          <w:lang w:eastAsia="zh-CN"/>
        </w:rPr>
        <w:br/>
      </w:r>
      <w:r>
        <w:rPr>
          <w:lang w:eastAsia="zh-CN"/>
        </w:rPr>
        <w:t>　　1、负责公司总部及各个分公司、工厂、新品部网络的正常运行，及其所涉及到的网络设备如ADSL、路由器、交换机的预购、采购、调试安装及维护维修等，其中大到设计小到施工，全是本人负责；</w:t>
      </w:r>
      <w:r>
        <w:rPr>
          <w:lang w:eastAsia="zh-CN"/>
        </w:rPr>
        <w:br/>
      </w:r>
      <w:r>
        <w:rPr>
          <w:lang w:eastAsia="zh-CN"/>
        </w:rPr>
        <w:t>　　2、负责公司总部及各个分公司、工厂、新品部计算机、打印机、复印机、传真机等一切办公设备的预购、采购、调试安装、培训使用、维护维修及所涉及到的耗材采购。并要保证其所有采购设备耗材价格的性价比。并尽可能的降低设备使用故障率，在其出现故障的时候，以最快的速度得到解决；</w:t>
      </w:r>
      <w:r>
        <w:rPr>
          <w:lang w:eastAsia="zh-CN"/>
        </w:rPr>
        <w:br/>
      </w:r>
      <w:r>
        <w:rPr>
          <w:lang w:eastAsia="zh-CN"/>
        </w:rPr>
        <w:t>　　3、负责公司ERP软件及管家婆载体服务器的采购、协助安装、调试、维护等，包括ERP软件的管理操作如操作用户的权限设置、培训使用、数据维护等，负责公司所需的其它软件的选购如QQ、群发软件等的调试、培训使用及维护等等；</w:t>
      </w:r>
      <w:r>
        <w:rPr>
          <w:lang w:eastAsia="zh-CN"/>
        </w:rPr>
        <w:br/>
      </w:r>
      <w:r>
        <w:rPr>
          <w:lang w:eastAsia="zh-CN"/>
        </w:rPr>
        <w:t>　　4、负责公司总部和各分公司集团电话的维护及总部电话费用的统计管理等等；</w:t>
      </w:r>
      <w:r>
        <w:rPr>
          <w:lang w:eastAsia="zh-CN"/>
        </w:rPr>
        <w:br/>
      </w:r>
      <w:r>
        <w:rPr>
          <w:lang w:eastAsia="zh-CN"/>
        </w:rPr>
        <w:t>　　5、负责公司总部及北京分公司、工厂、新品部一切跟电子电器有关系的所有大小事务。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除此之外，刚到公司时就着手公司总部及各分店计算机和外围设备电子档案的建立，以备查询及更好的使用与管理。建立了一整套设备使用管理制度及维护计划；为了的节约成本，并针对各公司使用状况预算耗材费用，这一预算是惊人的，很多设备一年的费用耗材竟达8000元以上。对此尽快做出了整改计划并实施，采购了耗材成本低的设备来替代。为公司节约了不小的费用开支。还有新店的开业、工厂的成立、新品部的扩建等所需网络及办公设备的采购、设计、组建、调试、培训、维修维护等等，大到爬墙布线小到钻桌打洞，都是本人一手操作的，包括其新增人员的ERP权限指派及办公软件的培训等等。</w:t>
      </w:r>
      <w:r>
        <w:rPr>
          <w:lang w:eastAsia="zh-CN"/>
        </w:rPr>
        <w:br/>
      </w:r>
      <w:r>
        <w:rPr>
          <w:lang w:eastAsia="zh-CN"/>
        </w:rPr>
        <w:t>　　总之，感慨万千呀！但本人职责心一贯很强，假如领导说明天要怎样，既使今晚一夜不眠也要完成使命……。一句话：老老实实工作、踏踏实实做人！</w:t>
      </w:r>
      <w:r>
        <w:rPr>
          <w:lang w:eastAsia="zh-CN"/>
        </w:rPr>
        <w:br/>
      </w:r>
      <w:r>
        <w:rPr>
          <w:lang w:eastAsia="zh-CN"/>
        </w:rPr>
        <w:t>　　另外还要说说我存在的问题，因为总结就是为了发现不足。</w:t>
      </w:r>
      <w:r>
        <w:rPr>
          <w:lang w:eastAsia="zh-CN"/>
        </w:rPr>
        <w:br/>
      </w:r>
      <w:r>
        <w:rPr>
          <w:lang w:eastAsia="zh-CN"/>
        </w:rPr>
        <w:t>　　1、可能是性格原因，性子太软，部分个别人为原因导致的故障不深追究（不含成本费的故障）；</w:t>
      </w:r>
      <w:r>
        <w:rPr>
          <w:lang w:eastAsia="zh-CN"/>
        </w:rPr>
        <w:br/>
      </w:r>
      <w:r>
        <w:rPr>
          <w:lang w:eastAsia="zh-CN"/>
        </w:rPr>
        <w:t>　　2、因为简单的问题重复出现重复解决，解决故障有时带有个人情绪，这一点我会在今后的工作中尽力克服。</w:t>
      </w:r>
      <w:r>
        <w:rPr>
          <w:lang w:eastAsia="zh-CN"/>
        </w:rPr>
        <w:br/>
      </w:r>
      <w:r>
        <w:rPr>
          <w:lang w:eastAsia="zh-CN"/>
        </w:rPr>
        <w:t>　　最后说说明年的工作计划：</w:t>
      </w:r>
      <w:r>
        <w:rPr>
          <w:lang w:eastAsia="zh-CN"/>
        </w:rPr>
        <w:br/>
      </w:r>
      <w:r>
        <w:rPr>
          <w:lang w:eastAsia="zh-CN"/>
        </w:rPr>
        <w:t>　　辞旧迎新，在总结本年度工作的同时，针对自我不足之处，我对明年工作也提出了初步设想：</w:t>
      </w:r>
      <w:r>
        <w:rPr>
          <w:lang w:eastAsia="zh-CN"/>
        </w:rPr>
        <w:br/>
      </w:r>
      <w:r>
        <w:rPr>
          <w:lang w:eastAsia="zh-CN"/>
        </w:rPr>
        <w:t>　　一是继续完善总部各分公司的网络环境，为公司的再度拓展带给一个好的网络平台；</w:t>
      </w:r>
      <w:r>
        <w:rPr>
          <w:lang w:eastAsia="zh-CN"/>
        </w:rPr>
        <w:br/>
      </w:r>
      <w:r>
        <w:rPr>
          <w:lang w:eastAsia="zh-CN"/>
        </w:rPr>
        <w:t>　　二是利用网络平台为公司创造一些利于办公的便利，如“群发信息平台”“QQ网络会议”等之类的，最起码要实现网络语音视频；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三是实现远程控制各分公司网络设备及计算机，省时省力省成本；</w:t>
      </w:r>
      <w:r>
        <w:rPr>
          <w:lang w:eastAsia="zh-CN"/>
        </w:rPr>
        <w:br/>
      </w:r>
      <w:r>
        <w:rPr>
          <w:lang w:eastAsia="zh-CN"/>
        </w:rPr>
        <w:t>　　四是大大加强业务学习，提高网络技术，如果能够的话扩大网络部，为公司盈利。</w:t>
      </w:r>
      <w:r>
        <w:rPr>
          <w:lang w:eastAsia="zh-CN"/>
        </w:rPr>
        <w:br/>
      </w:r>
      <w:r>
        <w:rPr>
          <w:lang w:eastAsia="zh-CN"/>
        </w:rPr>
        <w:t>　　以上是我的个人年终工作总结，在以后的工作中，我必须不断加强个人修养，自觉加强学习，努力提高工作水平，适应新形势下本职工作的需要，扬长避短，发奋工作，克难攻坚，力求把工作做得更好！</w:t>
      </w:r>
      <w:r>
        <w:rPr>
          <w:lang w:eastAsia="zh-CN"/>
        </w:rPr>
        <w:br/>
      </w:r>
      <w:r>
        <w:rPr>
          <w:lang w:eastAsia="zh-CN"/>
        </w:rPr>
        <w:t xml:space="preserve">    工程师的个人工作总结公司模板 篇6 </w:t>
      </w:r>
      <w:r>
        <w:rPr>
          <w:lang w:eastAsia="zh-CN"/>
        </w:rPr>
        <w:br/>
      </w:r>
      <w:r>
        <w:rPr>
          <w:lang w:eastAsia="zh-CN"/>
        </w:rPr>
        <w:t>　　一、年度工作情况</w:t>
      </w:r>
      <w:r>
        <w:rPr>
          <w:lang w:eastAsia="zh-CN"/>
        </w:rPr>
        <w:br/>
      </w:r>
      <w:r>
        <w:rPr>
          <w:lang w:eastAsia="zh-CN"/>
        </w:rPr>
        <w:t>　　在过去的一年里，我逐渐从熟悉公司的项目成长为能够承接公司项目的一些模块，在这些方面为公司做出了应有的贡献。个人而言，我的能力也得到了相应的提升。但是公司项目复杂，还有很多东西需要学习。所以我会继续努力，对项目中的细节和难点有更深的了解，希望通过自己的努力看到产品的完美诞生。</w:t>
      </w:r>
      <w:r>
        <w:rPr>
          <w:lang w:eastAsia="zh-CN"/>
        </w:rPr>
        <w:br/>
      </w:r>
      <w:r>
        <w:rPr>
          <w:lang w:eastAsia="zh-CN"/>
        </w:rPr>
        <w:t>　　在这一年里，我主要完成了以下任务</w:t>
      </w:r>
      <w:r>
        <w:rPr>
          <w:lang w:eastAsia="zh-CN"/>
        </w:rPr>
        <w:br/>
      </w:r>
      <w:r>
        <w:rPr>
          <w:lang w:eastAsia="zh-CN"/>
        </w:rPr>
        <w:t>　　1、在20年的基础上，对电台指标进行了细化和研究，并根据_工作者的建议和民航指标，总结了我电台的测试方法，对我电台进行了详细的测试，并根据测试记录对电台的性能进行了评估。</w:t>
      </w:r>
      <w:r>
        <w:rPr>
          <w:lang w:eastAsia="zh-CN"/>
        </w:rPr>
        <w:br/>
      </w:r>
      <w:r>
        <w:rPr>
          <w:lang w:eastAsia="zh-CN"/>
        </w:rPr>
        <w:t>　　2、根据对电台的跟踪测试，对电台存在的问题逐一进行梳理，并对各模块对应的参数进行修改。随后，对各模块的原理图进行修改，针对发射机频率组合小数分频、发射机谐波大等问题提出解决方案。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3、用了一个半月的时间对整个电台的系统原理图进行了整合修改，同时对整个电台各个频道的信号含义进行了更加清晰的定义，为后期的研发和测试奠定了基础。</w:t>
      </w:r>
      <w:r>
        <w:rPr>
          <w:lang w:eastAsia="zh-CN"/>
        </w:rPr>
        <w:br/>
      </w:r>
      <w:r>
        <w:rPr>
          <w:lang w:eastAsia="zh-CN"/>
        </w:rPr>
        <w:t>　　4、根据发射机的测试数据对发射机进行评估，提出功率不稳定、不准确、调制度漂移、失真大、PTT超时等问题。然后配合_解决变送器的相关问题。在此期间，通过合作解决了功率稳定、调制度漂移、PTT超时等问题。通过解决这些问题，我们还总结出了一套方法和公式，较深入地解决了变送器相关问题，为后续的变送器调试和生产奠定了基础。</w:t>
      </w:r>
      <w:r>
        <w:rPr>
          <w:lang w:eastAsia="zh-CN"/>
        </w:rPr>
        <w:br/>
      </w:r>
      <w:r>
        <w:rPr>
          <w:lang w:eastAsia="zh-CN"/>
        </w:rPr>
        <w:t>　　5、应进一步努力解决发射机留下的大失真和大谐波等问题。尽量做成MOD电压发生电路，缩小故障排除范围，尽量使用定制滤波器降低谐波，修改功放参数，解决问题。虽然问题没有解决好，但我们也找到了方向。我认为我们将继续朝着这个方向努力，这些问题将会得到解决。</w:t>
      </w:r>
      <w:r>
        <w:rPr>
          <w:lang w:eastAsia="zh-CN"/>
        </w:rPr>
        <w:br/>
      </w:r>
      <w:r>
        <w:rPr>
          <w:lang w:eastAsia="zh-CN"/>
        </w:rPr>
        <w:t>　　6、参与新方案的讨论和研究，首先是调制板，减少调制板无用的信号线，使用DSP串口协议与ARM通信;然后是电源板，集成了原有的分立电源板和整流板，减少了连接线，增加了散热面积;然后是ARM的改进，根据新购买的ARM型号制定有效的隔离方案，改变原有的供电方式;根据无线电台的新要求，频率合成增加了分数分频功能，因此采用ADF4351锁相环设计频率合成。</w:t>
      </w:r>
      <w:r>
        <w:rPr>
          <w:lang w:eastAsia="zh-CN"/>
        </w:rPr>
        <w:br/>
      </w:r>
      <w:r>
        <w:rPr>
          <w:lang w:eastAsia="zh-CN"/>
        </w:rPr>
        <w:t>　　7、绘制电源板、调制板、ARM适配板的PCB板，参与英特尔的讨论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8、该公司的新项目“数字无线电”生产了数字无线电的测试工具，规划了数字无线电的初步研发计划，进行了三次室外测试，并对数字无线电进行了评估。虽然这个项目没有进行下去，但是我自己也学到了很多，通过这个项目感受到了公司发展的动力。</w:t>
      </w:r>
      <w:r>
        <w:rPr>
          <w:lang w:eastAsia="zh-CN"/>
        </w:rPr>
        <w:br/>
      </w:r>
      <w:r>
        <w:rPr>
          <w:lang w:eastAsia="zh-CN"/>
        </w:rPr>
        <w:t>　　9、将调制板、ARM转接板和电源板，进行单板测试，后续焊接屏蔽框，在焊接和安装过程中还对部分结构进行了修改和完善，最后进行功能性测试，将新版的调制板、电源板和ARM转接板等进行联合调试。</w:t>
      </w:r>
      <w:r>
        <w:rPr>
          <w:lang w:eastAsia="zh-CN"/>
        </w:rPr>
        <w:br/>
      </w:r>
      <w:r>
        <w:rPr>
          <w:lang w:eastAsia="zh-CN"/>
        </w:rPr>
        <w:t>　　10、复旦项目上，主要做了以下几点：</w:t>
      </w:r>
      <w:r>
        <w:rPr>
          <w:lang w:eastAsia="zh-CN"/>
        </w:rPr>
        <w:br/>
      </w:r>
      <w:r>
        <w:rPr>
          <w:lang w:eastAsia="zh-CN"/>
        </w:rPr>
        <w:t>　　1)首先熟悉项目的基本情况，开始着手设计电压采样电路、确定电阻器的型号;</w:t>
      </w:r>
      <w:r>
        <w:rPr>
          <w:lang w:eastAsia="zh-CN"/>
        </w:rPr>
        <w:br/>
      </w:r>
      <w:r>
        <w:rPr>
          <w:lang w:eastAsia="zh-CN"/>
        </w:rPr>
        <w:t>　　2)随着项目的进展，最后确定和生产了电阻器，确定了基本电路形式;</w:t>
      </w:r>
      <w:r>
        <w:rPr>
          <w:lang w:eastAsia="zh-CN"/>
        </w:rPr>
        <w:br/>
      </w:r>
      <w:r>
        <w:rPr>
          <w:lang w:eastAsia="zh-CN"/>
        </w:rPr>
        <w:t>　　3)然后根据电阻器尺寸确定机柜的尺寸，确定了厂家，设计和加工了母排;</w:t>
      </w:r>
      <w:r>
        <w:rPr>
          <w:lang w:eastAsia="zh-CN"/>
        </w:rPr>
        <w:br/>
      </w:r>
      <w:r>
        <w:rPr>
          <w:lang w:eastAsia="zh-CN"/>
        </w:rPr>
        <w:t>　　4)后续将项目提交到上海测评，根据测评结果再次修该机柜内的安装尺寸和母排安装方式。</w:t>
      </w:r>
      <w:r>
        <w:rPr>
          <w:lang w:eastAsia="zh-CN"/>
        </w:rPr>
        <w:br/>
      </w:r>
      <w:r>
        <w:rPr>
          <w:lang w:eastAsia="zh-CN"/>
        </w:rPr>
        <w:t>　　11、参与公司9000审核文档的编写，最后整合实验台位置，使工具、仪器等物品按位放置，整合文件柜，使公司办公室更加整齐、也规范了工作流程和工作方式。</w:t>
      </w:r>
      <w:r>
        <w:rPr>
          <w:lang w:eastAsia="zh-CN"/>
        </w:rPr>
        <w:br/>
      </w:r>
      <w:r>
        <w:rPr>
          <w:lang w:eastAsia="zh-CN"/>
        </w:rPr>
        <w:t>　　二、工作心得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来到公司已经一年多了，从对项目的初步了解，到熟悉各个模块的工作原理，再到独自承担起项目中模块的研发，我看到我自己在成长，在进步、在成熟。在工作中也意识到配合的重要性，我们电台系统非常复杂，我们每个人就是电台复杂系统的一部分，因此各自的配合很重要。</w:t>
      </w:r>
      <w:r>
        <w:rPr>
          <w:lang w:eastAsia="zh-CN"/>
        </w:rPr>
        <w:br/>
      </w:r>
      <w:r>
        <w:rPr>
          <w:lang w:eastAsia="zh-CN"/>
        </w:rPr>
        <w:t xml:space="preserve">    工程师的个人工作总结公司模板 篇7 </w:t>
      </w:r>
      <w:r>
        <w:rPr>
          <w:lang w:eastAsia="zh-CN"/>
        </w:rPr>
        <w:br/>
      </w:r>
      <w:r>
        <w:rPr>
          <w:lang w:eastAsia="zh-CN"/>
        </w:rPr>
        <w:t>　　写总结能帮助我们总结工作中的不足与收获，对我们接下来的工作有莫大的好处。以下是“岩土工程师个人工作总结”，希望能够帮助的到您！</w:t>
      </w:r>
      <w:r>
        <w:rPr>
          <w:lang w:eastAsia="zh-CN"/>
        </w:rPr>
        <w:br/>
      </w:r>
      <w:r>
        <w:rPr>
          <w:lang w:eastAsia="zh-CN"/>
        </w:rPr>
        <w:t>　　计算机在岩土工程测试技术中的应用 岩土工程测试技术不仅在岩土工程建设实践中十分重要，而且在岩土工程的理论形成和发展过程中也起着决定性的作用。测试技术也是保证岩土工程设计的合理性和保证施工质量的重要手段。</w:t>
      </w:r>
      <w:r>
        <w:rPr>
          <w:lang w:eastAsia="zh-CN"/>
        </w:rPr>
        <w:br/>
      </w:r>
      <w:r>
        <w:rPr>
          <w:lang w:eastAsia="zh-CN"/>
        </w:rPr>
        <w:t>　　岩土工程测试技术一般可以分为室内试验、原位测试和原型监测三大类，还有各种模型试验，极其多样，各有各的特点和用途，同一种参数，又因测试方法不同而得出不同的成果数据。选用合理的测试方法成为岩土工程计算能否达到预期效果的重要环节。例如土的模量有压缩模量、变形模量、旁压模量、反演模量；土的抗剪强度室内试验有直剪和三轴剪；直剪又有快剪、固结快剪和慢剪；三轴剪又有不固结不排水剪、固结不排水剪、固结排水剪和固结不排水剪测孔隙水压力；原位测试有十字板剪切试验和野外大型剪切试验。测试方法的多样性，也是岩土工程区别于其他工程技术一个重要特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计算机科学的飞速发展和岩土工程理论及方法日益完善，计算机与岩土工程测试技术的结合也就成为理所当然的结果。过去计算机应用多限于数值计算及数理统计如有限差分法、有限单元法、边界单元法 、概率统计法等。目前计算机的应用已拓展到岩土工程数据库、专家系统、图形处理技术、智能式计算机以及autocad 等方面。计算机与岩土工程测试技术的结合，已在国防机械、地矿石油、土木建筑、铁道交通等系统获得日益广泛的应用。表现在以下几个主要方面。</w:t>
      </w:r>
      <w:r>
        <w:rPr>
          <w:lang w:eastAsia="zh-CN"/>
        </w:rPr>
        <w:br/>
      </w:r>
      <w:r>
        <w:rPr>
          <w:lang w:eastAsia="zh-CN"/>
        </w:rPr>
        <w:t>　　1、室内试验</w:t>
      </w:r>
      <w:r>
        <w:rPr>
          <w:lang w:eastAsia="zh-CN"/>
        </w:rPr>
        <w:br/>
      </w:r>
      <w:r>
        <w:rPr>
          <w:lang w:eastAsia="zh-CN"/>
        </w:rPr>
        <w:t>　　土工试验种类繁多，工作量大，易出差错。例如固结试验，如果多台固结仪 同时工作，一个人是无法在规定的时间内同时记录几台仪器的沉降量的，即使稍 微错开各台仪器的开始时间，一个人也显得十分忙碌，且常出差错。如果采用计 算机进行自动数据采集处理，那么一台计算机可以同时监控几台甚至几十台同结仪，一个操作人员就可应付自如。又如动三轴试验，由于试验频率高，使得普通 数显仪器的数码显示速度大大超过人眼的反应速度，因此靠人工是无法记录多个参量的变化值的，如果没有各类传感器及与配套的计算机自动数据采集系统，这类试验是不可想象的。现在已有不少单位建成了自动化程度相当高的土工试验室，从对各种土的物理、力学试验数据的实时采集到所需曲线图形的绘图及各种成果报表的打印等，均由计算机完成。</w:t>
      </w:r>
      <w:r>
        <w:rPr>
          <w:lang w:eastAsia="zh-CN"/>
        </w:rPr>
        <w:br/>
      </w:r>
      <w:r>
        <w:rPr>
          <w:lang w:eastAsia="zh-CN"/>
        </w:rPr>
        <w:t>　　2、野外检测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野外检测、原位测试是掌握土的物理力学性质的重要手段，计算机在这方面 的应用也毫不逊色。目前，计算机已与旁压仪、动静触探仪、测桩仪等结合使用，进行野外数据的实时自动采集处理。如计算机测桩系统，不但能测出桩身完整性 及单桩承载力，还能根据实测结果绘出桩长、桩径、缺陷位置及程度等信息，供 有关单位和人员参考。此外，高速铁路、高速公路在动荷载作用下路基的动力特性，也要借助计算机快速采集和处理应力、应变、加速度等传感器传来的信号，才能分析得到。</w:t>
      </w:r>
      <w:r>
        <w:rPr>
          <w:lang w:eastAsia="zh-CN"/>
        </w:rPr>
        <w:br/>
      </w:r>
      <w:r>
        <w:rPr>
          <w:lang w:eastAsia="zh-CN"/>
        </w:rPr>
        <w:t>　　3、统计计算与分析评价</w:t>
      </w:r>
      <w:r>
        <w:rPr>
          <w:lang w:eastAsia="zh-CN"/>
        </w:rPr>
        <w:br/>
      </w:r>
      <w:r>
        <w:rPr>
          <w:lang w:eastAsia="zh-CN"/>
        </w:rPr>
        <w:t>　　计算机在这方面的应用主要是指在特定的软件支持下，进行常规的统计，如 回归、方差、相关、判别、趋势面、主因子等分折。一般的诸如沉降、边坡稳定性、土压力、地基强度等计算，比较复杂的如有限元、边坡单元、渗流、协同作用等的分析计算，可靠性理论和随机方法等等都能通过计算机的辅助解决。</w:t>
      </w:r>
      <w:r>
        <w:rPr>
          <w:lang w:eastAsia="zh-CN"/>
        </w:rPr>
        <w:br/>
      </w:r>
      <w:r>
        <w:rPr>
          <w:lang w:eastAsia="zh-CN"/>
        </w:rPr>
        <w:t>　　4、专家系统</w:t>
      </w:r>
      <w:r>
        <w:rPr>
          <w:lang w:eastAsia="zh-CN"/>
        </w:rPr>
        <w:br/>
      </w:r>
      <w:r>
        <w:rPr>
          <w:lang w:eastAsia="zh-CN"/>
        </w:rPr>
        <w:t>　　专家系统是一个取自人类专家知识并贮存于知识库之中的信息体系。它能形</w:t>
      </w:r>
      <w:r>
        <w:rPr>
          <w:lang w:eastAsia="zh-CN"/>
        </w:rPr>
        <w:t xml:space="preserve"> 成与回答涉及该信息中的各类同题。是用适当的人工智能技术将专家的某些理论</w:t>
      </w:r>
      <w:r>
        <w:rPr>
          <w:lang w:eastAsia="zh-CN"/>
        </w:rPr>
        <w:t xml:space="preserve"> 知识和经验存放在计算机里的知识系统。由于专家系统利用了计算机具有大容量</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贮存记忆和运算速度极大这两个显著的优越性，并能模拟人的思维对同题求解。因此其在许多领域广为应用。在岩土工程中，南京大学的基于优势面理论的斜坡稳定分析、中科院地质所的地下工程岩体稳定分析、东北大学的围岩人类及支护设计等等专家系统</w:t>
      </w:r>
      <w:r>
        <w:rPr>
          <w:lang w:eastAsia="zh-CN"/>
        </w:rPr>
        <w:t xml:space="preserve"> ，已开发并推广应用。专家系统隶属人工智能，是计算机技术在非纯数值分析中应用于实际同题的一个重要方面。目前岩土工程专家系统可分为两类</w:t>
      </w:r>
      <w:r>
        <w:rPr>
          <w:lang w:eastAsia="zh-CN"/>
        </w:rPr>
        <w:t xml:space="preserve"> ：</w:t>
      </w:r>
      <w:r>
        <w:rPr>
          <w:lang w:eastAsia="zh-CN"/>
        </w:rPr>
        <w:br/>
      </w:r>
      <w:r>
        <w:rPr>
          <w:lang w:eastAsia="zh-CN"/>
        </w:rPr>
        <w:t>　　第一类专家系统，是基于某个或某几个专家的知识、经验构造的`，以专家的丰富知识、经验为系统的内容，由计算机再现专家的思维过程和解题水平，这类 专家系统犹如专家大脑的复制，具有很强的模仿性，经验成分占很大的比倒。</w:t>
      </w:r>
      <w:r>
        <w:rPr>
          <w:lang w:eastAsia="zh-CN"/>
        </w:rPr>
        <w:br/>
      </w:r>
      <w:r>
        <w:rPr>
          <w:lang w:eastAsia="zh-CN"/>
        </w:rPr>
        <w:t>　　第二类专家系统，是基于某类问题的起源、变化与发展而构造的，其知识获取不限于某个专家，而是许多专家，并且还包括与问题有关的研究成果、工程实例 、理论分析等 。与第一类专家系统相比，该类专家系统能让多因素互相取长补短，更好地解决工程实际问题。</w:t>
      </w:r>
      <w:r>
        <w:rPr>
          <w:lang w:eastAsia="zh-CN"/>
        </w:rPr>
        <w:br/>
      </w:r>
      <w:r>
        <w:rPr>
          <w:lang w:eastAsia="zh-CN"/>
        </w:rPr>
        <w:t>　　除了上面提到的四方面应用之外，在土工试验 汇总报表、计算机辅助成图等方面，计算机的广泛应用已非常成功，且图表整洁标准，大大减轻了试验人员的劳动强度，降低了误差，提高了工作效率岩土工程师个人工作总结岩土工程师个人工作总结。</w:t>
      </w:r>
      <w:r>
        <w:rPr>
          <w:lang w:eastAsia="zh-CN"/>
        </w:rPr>
        <w:br/>
      </w:r>
      <w:r>
        <w:rPr>
          <w:lang w:eastAsia="zh-CN"/>
        </w:rPr>
        <w:t>　　在岩土测试工作的开展中其实还存在下列问题：手段单一，结果缺乏合理性的解释，管理制度不健全，人员培训不及时等问题。故岩土工程测试应该向以下几个方向发展：取样标准化；开发新仪器新方法；工程地球物理勘探；现场测试、室内试验、理论预测和数值反分析法及其在预测的有机结合与循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随着计算机技术的发展及整体科技水平的提高，测试模式的改进及测试仪器精度的改善，最终将导致岩土工程方面测试结果在可信度方面的大大改进。新的岩土力学理论要变为工程现实，如果没有相应的测试手段，则是不可能的。因为不论设计理论与方法如何先进、合理，如果测试技术落后，则设计计算所依据的岩土参数无法准确测求，不仅岩土工程设计的先进性无法体现，而且岩土工程的质量与精度也难以保证。所以计算机在岩土工程测试技术中的发展和应用，将会给岩土工程领域带来巨大的活力，同时也提出了更高的要求。</w:t>
      </w:r>
      <w:r>
        <w:rPr>
          <w:lang w:eastAsia="zh-CN"/>
        </w:rPr>
        <w:br/>
      </w:r>
      <w:r>
        <w:rPr>
          <w:lang w:eastAsia="zh-CN"/>
        </w:rPr>
        <w:t xml:space="preserve">    工程师的个人工作总结公司模板 篇8 </w:t>
      </w:r>
      <w:r>
        <w:rPr>
          <w:lang w:eastAsia="zh-CN"/>
        </w:rPr>
        <w:br/>
      </w:r>
      <w:r>
        <w:rPr>
          <w:lang w:eastAsia="zh-CN"/>
        </w:rPr>
        <w:t>　　本人于20__年_月毕业于__省机电学校机电一体化专业。从20__年_月开始，到__公司实习，毕业后也一直在这公司工作，至今已有_年了，期间一直从事电气方面的工作。在这一年多的工作中，自己在政治思想、职业道德、专业技术水平等方面都取得了一定的成绩，个人综合素质得到较大的提高。</w:t>
      </w:r>
      <w:r>
        <w:rPr>
          <w:lang w:eastAsia="zh-CN"/>
        </w:rPr>
        <w:br/>
      </w:r>
      <w:r>
        <w:rPr>
          <w:lang w:eastAsia="zh-CN"/>
        </w:rPr>
        <w:t>　　在政治思想上，要求积极上进，关心和热爱祖国、热爱人民、爱公司，严格地遵守国家的各项法律和法规，遵守公司的各项规章制度;有很强的上进心，勇于批评与自我批评，树立了正确的人生观和价值观。在工作态度和职业道德方面，从参加工作以来，我就喜欢上电气方面的工作，工作态度端正，对工作认真负责、有始有终，敬业爱岗，有强烈的责任感和事业心，有良好的职业道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在学识水平、专业能力方面，从参加工作开始，我发现在学校学到的专业理论知识与生产实际有较大的不同和差距。为此，我始终坚持理论与实践相结的方法，努力提高自己的岗位劳动技能，主动吸收老师傅们的工作经验，虚心向他们请教工作中的技术问题，并通过自己的努力，掌握了丰富的实践经验。从开始的电工实习生，知之甚少;到一名普通电工，再到后来的电工班长，我参与了公司建设大小工程施工，完成了数百项电气工程安装、调试、系统启动和维护等工作，个人动手能力和专业技术水平都有了长足的进步。</w:t>
      </w:r>
      <w:r>
        <w:rPr>
          <w:lang w:eastAsia="zh-CN"/>
        </w:rPr>
        <w:br/>
      </w:r>
      <w:r>
        <w:rPr>
          <w:lang w:eastAsia="zh-CN"/>
        </w:rPr>
        <w:t>　　20__年，我在公司任维修安装电工。时公司新厂房正在兴建当中，公司是用电大户，由两路_KV电网输送供电，电力系统是整个公司运转的动力，所以供电质量和可靠性要保证。如何合理分配负荷，使电压变化速率控在允许范围内，是供电系统重中之重。在供电系统建设期间，我参与了发电系统、变配电系统、地网建设、照明系统、机台安装与调试等实际工作，让我真正对电气有了深刻的认识，也初步具备了独立地组织和实施并最终完成施工的能力，为日后的工厂供电维护奠下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随着个人综合能力的提高，我也逐渐地独立地主持公司一些大型设备的调试工作。在公司的圆盘拉伸机技术改造中，我主持了整个工程调试工作。圆盘拉伸机是我公司铜管生产的关键设备，装机容量达_KW。分别由主圆盘拉伸转动和放卷转动及收卷转动三个直流电机控制，要求速度比例匹配，否则会造成断管，影响生产。该机涉及PLC控制、变频器控制、电机电力拖动技术、液压气动控制等等，要求调试人员具有比较全面的专业能力。其中控制直流电机运行由欧陆科技公司590系列全数字直流调速控制，要求调试人员对该调速器有充分认识。由于本人对该调速器各种参数和组态非常熟悉，在调试当中坚持了严谨、科学的态度，循序渐进，调试工作顺利完成，获得公司上下一致好评，个人能力也有较大的进步。</w:t>
      </w:r>
      <w:r>
        <w:rPr>
          <w:lang w:eastAsia="zh-CN"/>
        </w:rPr>
        <w:br/>
      </w:r>
      <w:r>
        <w:rPr>
          <w:lang w:eastAsia="zh-CN"/>
        </w:rPr>
        <w:t>　　工作以来，我也积极参与各种大小的设备电气改造，和一些非标电气设计工作。在技术管理中，协同公司电气工程师主管组织编制了多项工程设计及技术方案，参与施工调试，使工作有序地进行。在公司自主开发的铜蚊香盘管生产线项目设计制造和建设中，我主要负责全部电气系统安装调试工作，在工程师的设计过程中也提出很多积极的技术建议，项目最终获得20__年_市科学技术进步一等奖。在公司铜管直拉机改造中独立完成电气设计并负责实施，最终实现生产过程全自动化控制，提高了生产效率，降低工人劳动强度，并获得年度公司科技进步一等奖。在公司的合理化建设中，我提出并实施的“_连拉机_KW电机合理使用”合理化建议，帮助公司节约用电成本，并获得公司20__年度合理化建议一等奖，同时也获得_镇节能减排劳动竞赛优秀合理化建议优胜奖。通过各种技术改造，我逐渐熟悉并掌握多种控制技术运用，如变频技术、PLC程序设计、人机界面技术、交直流调速、步进伺服系统控制、电磁干扰、编制调试方案等，个人专业综合能力有也有了更进一步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通过不断的努力和学学习，20__年，我由电气技术员提升为电气班班长，负责公司所有生产设备的维护维修和设备改造工作。在这个班组长的工作岗位上我感受到了压力，于是我更加孜孜不倦地学习，利用业余时间，自学和参加一些继续教育和专业技能培训，努力提高自己的技术素质，于20__年_月取得高级电工资格，20__年取得电工技师资格。除了做好自己的本职技术工作以外，也注重团队的建设和管理。几年来，我还对多名电工进行一些专业上的培训和指导，把我多年来的一些经验传授给他们，以便他们更快、更好的做好自己的工作提升自己的技术水平，从而也提高班组的整体专业水平。</w:t>
      </w:r>
      <w:r>
        <w:rPr>
          <w:lang w:eastAsia="zh-CN"/>
        </w:rPr>
        <w:br/>
      </w:r>
      <w:r>
        <w:rPr>
          <w:lang w:eastAsia="zh-CN"/>
        </w:rPr>
        <w:t>　　多年一线的电气技术工作中，自己利用所学专业知识运用到生产实际中去，取得了一定的成效;通过不断地积累和学习，已经具备了一定的专业技术能力。在今后的工作中，我将更加严格要求自己，更努力地学习各种专业技术知识，提高专业技能水平，提升个人综合素质，更好地在工作中发挥自己的技术专长，为企业、为国家作出更大的贡献。</w:t>
      </w:r>
      <w:r>
        <w:rPr>
          <w:lang w:eastAsia="zh-CN"/>
        </w:rPr>
        <w:br/>
      </w:r>
      <w:r>
        <w:rPr>
          <w:lang w:eastAsia="zh-CN"/>
        </w:rPr>
        <w:t xml:space="preserve">    工程师的个人工作总结公司模板 篇9 </w:t>
      </w:r>
      <w:r>
        <w:rPr>
          <w:lang w:eastAsia="zh-CN"/>
        </w:rPr>
        <w:br/>
      </w:r>
      <w:r>
        <w:rPr>
          <w:lang w:eastAsia="zh-CN"/>
        </w:rPr>
        <w:t>　　一年来，在城投集团领导英明的委托、信任和正确大力支持下、公司领导的帮助下和监理部人员的共同努力下，基本圆满的完成了相应的监理工作任务，现将本年度的工作情况简要总结如下：</w:t>
      </w:r>
      <w:r>
        <w:rPr>
          <w:lang w:eastAsia="zh-CN"/>
        </w:rPr>
        <w:br/>
      </w:r>
      <w:r>
        <w:rPr>
          <w:lang w:eastAsia="zh-CN"/>
        </w:rPr>
        <w:t>　　一、工程概况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榆林市档案馆工程位于榆林市经济开发区长兴路北，总建筑面积为15570m2，局部地下一层，地上5层.地基为砂地基和砂石地基的人工地基，基础类型为条型基础，地下室部分为筏板，地下室墙体为全现浇剪力墙，主体为框架结构，基础梁板砼为C35,地下室底板外墙砼为C30S6,主体梁、板、柱砼为C30,其它构造构件砼为C25。地下室填充墙采用KF1非承重空心粘土砖，砂浆为M5.0混合砂浆，±0.000以上，卫生间等用水房间的隔墙用KF1非承重空心粘土砖，其他全部用加气混凝土砌块，砂浆为M5.0混合砂浆。建筑物总高度为24m,工程设计等级为一级，建筑结构安全等级为二级，建筑物耐火等级为一级、地基基础设计等级为乙级，结构使用年限等级为三级、建筑抗震设防类别为丙类，场地类别为Ⅱ类。本工程自开工以来未发生质量安全事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榆林市档案馆工程完成形象进度：土建：201_年10月12日主体工程完成。201_年11月15东歇停工，20__年3月1日复工，20__年4月份地下室填充墙完成。20__年4月至6月墙面一般抹灰完成。20__年3月15日至20__年8月10日钢结构博古架制作安装完成。20__年5月屋面卷材防水、屋面保温隔热挤塑板完成。20__年7月-9月室内石材墙面全部完成。20__年7月卫生间及多水房间块料墙面完成。20__年8月水泥砂浆地面、耐磨彩色砼地面完成。20__年9月-10月一层、二层、三层、五层地砖完成。20__年9月-10月吊顶二层、三层全部完成，四层已开始施工。安装工程：20__年3月电气、桥架配管完成，20__年5月配电箱安装完成，20__年10月电线电缆安装完成，20__年5月给排水管道安装完成，20__年10月消防套管安装完成，20__年9月空调水管道安装完成，20__年7月风机盘管安装完成，20__年9月空调处理机组安装完成，20__年11月通风管道安装完成。消防工程：开工日期20__年7月27日，20__年7月-8月对一、二层前期质量整改，20__年8月-10月火灾报警配管穿线、水泵安装及自喷管道安装，20__年10-11月气体灭火管道安装及气体灭火报警配管穿线。弱电工程:20__年7月桥架安装完成。20__年7-9月综合布线完成，20__年9-10月监控线缆布线完成，20__年10月有限电视布线完成，20__年10月光缆语音布线完成，20__年楼宇控制系统完成DDC之间布线，20__年11月设备之间布线完成部分(图纸未确定)</w:t>
      </w:r>
      <w:r>
        <w:rPr>
          <w:lang w:eastAsia="zh-CN"/>
        </w:rPr>
        <w:br/>
      </w:r>
      <w:r>
        <w:rPr>
          <w:lang w:eastAsia="zh-CN"/>
        </w:rPr>
        <w:t>　　二、项目监理部工作总结</w:t>
      </w:r>
      <w:r>
        <w:rPr>
          <w:lang w:eastAsia="zh-CN"/>
        </w:rPr>
        <w:br/>
      </w:r>
      <w:r>
        <w:rPr>
          <w:lang w:eastAsia="zh-CN"/>
        </w:rPr>
        <w:t>　　项目监理部结合本年度工程的实际情况对工程质量控制、进度控制、安全管理、组织协调方面进行以下总结。</w:t>
      </w:r>
      <w:r>
        <w:rPr>
          <w:lang w:eastAsia="zh-CN"/>
        </w:rPr>
        <w:br/>
      </w:r>
      <w:r>
        <w:rPr>
          <w:lang w:eastAsia="zh-CN"/>
        </w:rPr>
        <w:t>　　依据监理合同规定的监理范围和控制目标，并结合考虑监理人员的年龄层次，专业水平等条件，由总监带头，其他成员积极配合，共同开展榆林市档案馆工程的监理工作。</w:t>
      </w:r>
      <w:r>
        <w:rPr>
          <w:lang w:eastAsia="zh-CN"/>
        </w:rPr>
        <w:br/>
      </w:r>
      <w:r>
        <w:rPr>
          <w:lang w:eastAsia="zh-CN"/>
        </w:rPr>
        <w:t>　　根据监理规划细则的要求，项目部在总监理工程师的主持下订立了监理例会制度，监理人员岗位责任制，旁站监理制度，文件归档管理制度，交接班制度，并将各项制度上墙公布，督促所有的成员努力工作，为公司尽职尽责。</w:t>
      </w:r>
      <w:r>
        <w:rPr>
          <w:lang w:eastAsia="zh-CN"/>
        </w:rPr>
        <w:br/>
      </w:r>
      <w:r>
        <w:rPr>
          <w:lang w:eastAsia="zh-CN"/>
        </w:rPr>
        <w:t>　　三、监理部的工作方法及原则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总监理工程师要求各专业监理工程师从工程建设项目实际出发，以贯彻落实有关政策，严格履行《建设工程委托监理合同》，认真执行有关标准和各项法规为原则。以工程建设质量高、投资合理、进度快并确保安全为控制目标。以“守法、诚信、公正、科学为行业标准。以事前指导、事中检查、事后验收等工作方法全面开展监理工作。同时在工作中，各监理工程师严格行使《建设工程委托监理合同》中赋予监理工程师的权利，以精干的业务知识，实事求是的敬业精神，一丝不苟的科学态度和公正廉洁的工作作风，从严依法监理。在工作中不断加强监理内部管理，积极探索总结工作经验，使监理工作体现出他的科学性，公正性。</w:t>
      </w:r>
      <w:r>
        <w:rPr>
          <w:lang w:eastAsia="zh-CN"/>
        </w:rPr>
        <w:br/>
      </w:r>
      <w:r>
        <w:rPr>
          <w:lang w:eastAsia="zh-CN"/>
        </w:rPr>
        <w:t>　　在业主的服务方面，监理部在不超出监理合同规定的监理范围内尽量的满足业主提出的要求，努力做好业主的参谋和代理人。在对承包单位的管理方面，采取以“管为主，“监、帮、促相结合的原则开展工作，同时督促承包单位推行全面质量管理，促进工程建设监理水平不断迈向新台阶。</w:t>
      </w:r>
      <w:r>
        <w:rPr>
          <w:lang w:eastAsia="zh-CN"/>
        </w:rPr>
        <w:br/>
      </w:r>
      <w:r>
        <w:rPr>
          <w:lang w:eastAsia="zh-CN"/>
        </w:rPr>
        <w:t>　　四、监理合同履行情况</w:t>
      </w:r>
      <w:r>
        <w:rPr>
          <w:lang w:eastAsia="zh-CN"/>
        </w:rPr>
        <w:br/>
      </w:r>
      <w:r>
        <w:rPr>
          <w:lang w:eastAsia="zh-CN"/>
        </w:rPr>
        <w:t>　　1、安全及文明施工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督促施工企业认真贯彻“安全第一，预防为主的方针，执行国家现行的安全生产法律、法规和建设行政主管部门关于安全生产的规章和标准。审核施工企业根据工程特点编制的施工组织设计，以及由针对性的安全技术措施;特别注意审查专业性较强的作业项目，施工企业编制的专项安全施工组织设计方案、措施。督促施工企业对工人进行安全生产教育及分部分项工程的安全技术交底。检查督促施工企业现场的安全设施、防护用品和基础工程、模板工程、脚手架、垂直运输、起重吊装、机具设备、临时用电、临边洞口、高处作业、卫生急救等，检查其是否符合相应的安全技术规范和标准的规定，以及对安全设施和防护装置是否实行专业管理。督促检查施工企业建立安全专业检查、职工自检和安全日检制度，对违章作业的要责令停止作业，发现安全隐患应令其停工整理。检查建筑和临街建筑的施工，有无采用密目安或其他装置进行遮护。施工现场的道路应平整畅通，并有交通指示标志，通行危险的地段应悬挂警戒标志，夜间设红灯警示。监督检查施工现场的消防工作、冬季防寒防冻，夏季防暑降温，文明施工，卫生防疫等工作。安全文明施工控制目标值：施工全过程无安全事故，创建文明工地。</w:t>
      </w:r>
      <w:r>
        <w:rPr>
          <w:lang w:eastAsia="zh-CN"/>
        </w:rPr>
        <w:br/>
      </w:r>
      <w:r>
        <w:rPr>
          <w:lang w:eastAsia="zh-CN"/>
        </w:rPr>
        <w:t>　　2、工程质量的控制</w:t>
      </w:r>
      <w:r>
        <w:rPr>
          <w:lang w:eastAsia="zh-CN"/>
        </w:rPr>
        <w:br/>
      </w:r>
      <w:r>
        <w:rPr>
          <w:lang w:eastAsia="zh-CN"/>
        </w:rPr>
        <w:t>　　①将质量控制贯穿于项目建设的全过程中，将质量第一的思想贯穿于项目建设全过程的每一环节。</w:t>
      </w:r>
      <w:r>
        <w:rPr>
          <w:lang w:eastAsia="zh-CN"/>
        </w:rPr>
        <w:br/>
      </w:r>
      <w:r>
        <w:rPr>
          <w:lang w:eastAsia="zh-CN"/>
        </w:rPr>
        <w:t>　　②项目监理工程师坚持全过程质量控制的原则，不仅对产品质量进行检查，还对工作质量、工序质量、中间产品的质量进行检查;不仅对形成的产品质量验收进行控制，还对工程在施工前和施工过程中进行质量控制。</w:t>
      </w:r>
      <w:r>
        <w:rPr>
          <w:lang w:eastAsia="zh-CN"/>
        </w:rPr>
        <w:br/>
      </w:r>
      <w:r>
        <w:rPr>
          <w:lang w:eastAsia="zh-CN"/>
        </w:rPr>
        <w:t>　　③对工程质量进行检查与验收时依据设计图纸、遵照现行的施工规范和质量评定标准，并以实测数据为准。</w:t>
      </w:r>
      <w:r>
        <w:rPr>
          <w:lang w:eastAsia="zh-CN"/>
        </w:rPr>
        <w:br/>
      </w:r>
      <w:r>
        <w:rPr>
          <w:lang w:eastAsia="zh-CN"/>
        </w:rPr>
        <w:t>　　④在整个质量控制控制的过程中坚持以人为核心的质量控制。</w:t>
      </w:r>
      <w:r>
        <w:rPr>
          <w:lang w:eastAsia="zh-CN"/>
        </w:rPr>
        <w:br/>
      </w:r>
      <w:r>
        <w:rPr>
          <w:lang w:eastAsia="zh-CN"/>
        </w:rPr>
        <w:t>　　⑤坚持“严格控制、积极参与、热情服务的监理方法。</w:t>
      </w:r>
      <w:r>
        <w:rPr>
          <w:lang w:eastAsia="zh-CN"/>
        </w:rPr>
        <w:br/>
      </w:r>
      <w:r>
        <w:rPr>
          <w:lang w:eastAsia="zh-CN"/>
        </w:rPr>
        <w:t xml:space="preserve">    工程师的个人工作总结公司模板 篇10 </w:t>
      </w:r>
      <w:r>
        <w:rPr>
          <w:lang w:eastAsia="zh-CN"/>
        </w:rPr>
        <w:br/>
      </w:r>
      <w:r>
        <w:rPr>
          <w:lang w:eastAsia="zh-CN"/>
        </w:rPr>
        <w:t>　　从八月份入职至今,已一年过去了，回顾自己这段时间在__单位所走过的路，所经历的事情，没有太多的感慨，没有太多的惊喜，却多了一份镇定，多了一份从容。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回想入职初，在__月份，从开始第一周熟悉工作环境，第二周便参与煤矿安全生产管理系统的相关文档设计工作，期间在项目组各位同事的指导、安排下，进行了系统的软件开发委托合同书及系统功能模块设计说明文档的编写，也借此过程学习煤矿生产业务。</w:t>
      </w:r>
      <w:r>
        <w:rPr>
          <w:lang w:eastAsia="zh-CN"/>
        </w:rPr>
        <w:br/>
      </w:r>
      <w:r>
        <w:rPr>
          <w:lang w:eastAsia="zh-CN"/>
        </w:rPr>
        <w:t>　　在__月份，便正式参与了管理软件功能模块的设计工作，在张工的指导、讲解下初次尝试完成了管理软件的维护子系统的功能模块设计;在九月中旬跟随单位施工人员在_一号矿进行业务调研，从而在我们自己的管理系统中，取其长、补其短，也借此机会了解实际的.煤矿生产情况，加深对煤矿产业业务流程的理解;在九月底便根据张工的指导开始工程技术文档子系统的功能模块设计。</w:t>
      </w:r>
      <w:r>
        <w:rPr>
          <w:lang w:eastAsia="zh-CN"/>
        </w:rPr>
        <w:br/>
      </w:r>
      <w:r>
        <w:rPr>
          <w:lang w:eastAsia="zh-CN"/>
        </w:rPr>
        <w:t>　　__月份，在张工张工的指导下，进行了物资管理子系统的功能模块设计，并就设计的正确性、合理性分别同张工张工及何工进行讨论;到十月中旬管理软件的各子系统功能模块基本全部设计完成;十月底，根据各子系统模块设计搜集系统数据，建立初步的数据字典及概念模型，为后期数据库设计做准备。</w:t>
      </w:r>
      <w:r>
        <w:rPr>
          <w:lang w:eastAsia="zh-CN"/>
        </w:rPr>
        <w:br/>
      </w:r>
      <w:r>
        <w:rPr>
          <w:lang w:eastAsia="zh-CN"/>
        </w:rPr>
        <w:t>　　__月份的工作以整理系统业务关系与业务流为主，但由于业务关系图的表现形式不够合理，不足以清晰、明了得表现出各层次关系，导致工作多走了几个环节，好在张工张工及时发现问题，并多次向我指导、讲解，最终决定以列表结合流程图形式搜集、汇总系统所有子模块的业务动作、涉及人员及联系模块，为后面工作的展开提供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__围绕两个工作展开，一是系统业务描述文档的设计编写，因为该文档是日后编程人员了解煤矿生产业务、系统功能及数据库设计的主要依据，张工张工也多次强调，文档的设计务必从读者角度考虑问题，因此最终设计由简单到复杂，由整体到具体，各层次尽量做到衔接紧密，易于理解;另一项工作是针对已完成的关系列表、系统功能模块设计的业务合理性、正确性和张工张工逐条讨论，并将设计中出现的问题逐条记录在问题跟踪文档中。月底的工作便是根据问题跟踪文档对模块设计进行修改、完善。</w:t>
      </w:r>
      <w:r>
        <w:rPr>
          <w:lang w:eastAsia="zh-CN"/>
        </w:rPr>
        <w:br/>
      </w:r>
      <w:r>
        <w:rPr>
          <w:lang w:eastAsia="zh-CN"/>
        </w:rPr>
        <w:t>　　在单位领导的带领下，通过项目组所有成员的不懈努力，在__月份系统所有功能模块设计完成，在__月份系统所有业务流程整理完成，在__月份，对各功能模块设计及业务流的初次审查、整改工作已经完成，现在已开始进行项目组内对各功能模块设计及业务流的审查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入职初期，因为之前很少接触生产类软件，一时不知从何入手，好在项目组成员多次向我讲解，加上自己也通过网络查找相关文档，认真阅读相关材料、思考业务处理过程，最终在一个月内便对煤矿整个生产管理业务有了较为系统的认识。之后在张工张工的指导下，完成了管理软件初始化子系统、工程技术文档管理子系统、物资管理子系统的详细功能模块设计和业务处理设计，以及整个系统的业务整理工作。因为张工张工多次强调前期的业务及功能模块的设计直接关系到整个项目最终的成败，一定要做到设计正确、准确、完整，因此在每个子模块的设计中，先把握总体方向，确保设计正确，再搜集大量业务材料、对比其它类似软件处理方式、结合煤矿实际生产情况、思考业务处理流程确保设计准确，最后再将设计放到整个业务系统中，反复检验、审查，确保设计完整。</w:t>
      </w:r>
      <w:r>
        <w:rPr>
          <w:lang w:eastAsia="zh-CN"/>
        </w:rPr>
        <w:br/>
      </w:r>
      <w:r>
        <w:rPr>
          <w:lang w:eastAsia="zh-CN"/>
        </w:rPr>
        <w:t>　　回顾这一段时间的工作,我基本完成了本职工作，这与领导的支持和各位同事的配合、帮助是分不开的，但同时我也清楚得认识到自己还有很多不足，也从中获得不少经验、教训，总结为以下几点，</w:t>
      </w:r>
      <w:r>
        <w:rPr>
          <w:lang w:eastAsia="zh-CN"/>
        </w:rPr>
        <w:br/>
      </w:r>
      <w:r>
        <w:rPr>
          <w:lang w:eastAsia="zh-CN"/>
        </w:rPr>
        <w:t>　　1.做事前准备、计划是很有必要的。</w:t>
      </w:r>
      <w:r>
        <w:rPr>
          <w:lang w:eastAsia="zh-CN"/>
        </w:rPr>
        <w:br/>
      </w:r>
      <w:r>
        <w:rPr>
          <w:lang w:eastAsia="zh-CN"/>
        </w:rPr>
        <w:t>　　这一点在入职第一周业务学习及近期搭建各模块业务关系工作中就体会特别深，正是磨刀不误砍柴工，做好准备、计划对之后的工作能起到事半功倍的效果。</w:t>
      </w:r>
      <w:r>
        <w:rPr>
          <w:lang w:eastAsia="zh-CN"/>
        </w:rPr>
        <w:br/>
      </w:r>
      <w:r>
        <w:rPr>
          <w:lang w:eastAsia="zh-CN"/>
        </w:rPr>
        <w:t>　　2.工作要脚踏实地、一步一步，切不可太过心急。</w:t>
      </w:r>
      <w:r>
        <w:rPr>
          <w:lang w:eastAsia="zh-CN"/>
        </w:rPr>
        <w:br/>
      </w:r>
      <w:r>
        <w:rPr>
          <w:lang w:eastAsia="zh-CN"/>
        </w:rPr>
        <w:t>　　整个软件的设计从最开始的业务调查、模块框架设计、业务流程设计到具体软件开发设计，每个环节都是建立在前一个环节的基础上，每个环节上的失误都会影响到之后所有环节。</w:t>
      </w:r>
      <w:r>
        <w:rPr>
          <w:lang w:eastAsia="zh-CN"/>
        </w:rPr>
        <w:br/>
      </w:r>
      <w:r>
        <w:rPr>
          <w:lang w:eastAsia="zh-CN"/>
        </w:rPr>
        <w:t>　　3.学会从整体看问题。</w:t>
      </w:r>
      <w:r>
        <w:rPr>
          <w:lang w:eastAsia="zh-CN"/>
        </w:rPr>
        <w:br/>
      </w:r>
      <w:r>
        <w:rPr>
          <w:lang w:eastAsia="zh-CN"/>
        </w:rPr>
        <w:t>　　这一点在入职初期的业务流程学习中就感受很深，从整体看问题，从主业务流程入手，理解更容易，学习得也更快，在整个工作过程中大的方向也不会错。</w:t>
      </w:r>
      <w:r>
        <w:rPr>
          <w:lang w:eastAsia="zh-CN"/>
        </w:rPr>
        <w:br/>
      </w:r>
      <w:r>
        <w:rPr>
          <w:lang w:eastAsia="zh-CN"/>
        </w:rPr>
        <w:t>　　4.要学会适当的思维转变。</w:t>
      </w:r>
      <w:r>
        <w:rPr>
          <w:lang w:eastAsia="zh-CN"/>
        </w:rPr>
        <w:br/>
      </w:r>
      <w:r>
        <w:rPr>
          <w:lang w:eastAsia="zh-CN"/>
        </w:rPr>
        <w:t>　　之前的软件开发工作主要是编码工作，所考虑的问题也只局限于技术方面，但在系统业务及功能模块设计工作中，一定要考虑到整个煤矿产业的业务流程和客户群的操作习惯。</w:t>
      </w:r>
      <w:r>
        <w:rPr>
          <w:lang w:eastAsia="zh-CN"/>
        </w:rPr>
        <w:br/>
      </w:r>
      <w:r>
        <w:rPr>
          <w:lang w:eastAsia="zh-CN"/>
        </w:rPr>
        <w:t>　　5.与同事的交流要及时要充分，尤其是项目组内成员。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及时充分的交流能快速解决疑惑、能使整个工作衔接更紧密、能使问题考虑更周全。充分的交流能保证工作的质量，及时的交流能提高工作的效率。</w:t>
      </w:r>
      <w:r>
        <w:rPr>
          <w:lang w:eastAsia="zh-CN"/>
        </w:rPr>
        <w:br/>
      </w:r>
      <w:r>
        <w:rPr>
          <w:lang w:eastAsia="zh-CN"/>
        </w:rPr>
        <w:t>　　6.在系统设计过程中要学会从客户角度考虑问题。</w:t>
      </w:r>
      <w:r>
        <w:rPr>
          <w:lang w:eastAsia="zh-CN"/>
        </w:rPr>
        <w:br/>
      </w:r>
      <w:r>
        <w:rPr>
          <w:lang w:eastAsia="zh-CN"/>
        </w:rPr>
        <w:t>　　软件良好的客户体验是衡量软件质量的重要标准，因此在软件设计过程中一定要考虑使用软件的客户范围、客户的操作习惯和软件的易操作性。</w:t>
      </w:r>
      <w:r>
        <w:rPr>
          <w:lang w:eastAsia="zh-CN"/>
        </w:rPr>
        <w:br/>
      </w:r>
      <w:r>
        <w:rPr>
          <w:lang w:eastAsia="zh-CN"/>
        </w:rPr>
        <w:t>　　7.处理问题一定要以单位利益为重，坚持立场、把握好原则。</w:t>
      </w:r>
      <w:r>
        <w:rPr>
          <w:lang w:eastAsia="zh-CN"/>
        </w:rPr>
        <w:br/>
      </w:r>
      <w:r>
        <w:rPr>
          <w:lang w:eastAsia="zh-CN"/>
        </w:rPr>
        <w:t>　　单位项目部成员对_1号矿项目的成功实施便证明这一点;另外在集控平台开发过程中，何工也是基于这一点，多次对系统功能设计提出更高要求，以使系统功能更加完善、可操作性更强。</w:t>
      </w:r>
      <w:r>
        <w:rPr>
          <w:lang w:eastAsia="zh-CN"/>
        </w:rPr>
        <w:br/>
      </w:r>
      <w:r>
        <w:rPr>
          <w:lang w:eastAsia="zh-CN"/>
        </w:rPr>
        <w:t>　　8.要学会思考问题、分析问题、处理问题，学会分解问题，把一个大的问题分解成若干个小问题，再将各小问题放到整体考虑其合理性。</w:t>
      </w:r>
      <w:r>
        <w:rPr>
          <w:lang w:eastAsia="zh-CN"/>
        </w:rPr>
        <w:br/>
      </w:r>
      <w:r>
        <w:rPr>
          <w:lang w:eastAsia="zh-CN"/>
        </w:rPr>
        <w:t>　　在整理系统业务流程和搭建模块间业务关系工作中，就因为表现形式不够清晰、合理，做了不少重复工作。最终还是在张工的指导下，以“总—分—总”的形式解释业务关系，完成了业务详细说明书。</w:t>
      </w:r>
      <w:r>
        <w:rPr>
          <w:lang w:eastAsia="zh-CN"/>
        </w:rPr>
        <w:br/>
      </w:r>
      <w:r>
        <w:rPr>
          <w:lang w:eastAsia="zh-CN"/>
        </w:rPr>
        <w:t>　　9.不要局限于固定模式，要学会创新,在系统功能设计及系统业务整理工作中，张工多次强调这一点，因为只有这样，产品质量才能提高、自己的能力也会有较大提升。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通过近半年来参与对管理软件的设计工作及与工程施工、项目发展工作的接触，自己成长不少，当然更多的成长集中在技术方面—软件前期的业务设计，总结为以下几点，</w:t>
      </w:r>
      <w:r>
        <w:rPr>
          <w:lang w:eastAsia="zh-CN"/>
        </w:rPr>
        <w:br/>
      </w:r>
      <w:r>
        <w:rPr>
          <w:lang w:eastAsia="zh-CN"/>
        </w:rPr>
        <w:t>　　1.已掌握整个煤矿管理的业务处理及流程。</w:t>
      </w:r>
      <w:r>
        <w:rPr>
          <w:lang w:eastAsia="zh-CN"/>
        </w:rPr>
        <w:br/>
      </w:r>
      <w:r>
        <w:rPr>
          <w:lang w:eastAsia="zh-CN"/>
        </w:rPr>
        <w:t>　　2.掌握了软件开发前期的整个软件设计流程。</w:t>
      </w:r>
      <w:r>
        <w:rPr>
          <w:lang w:eastAsia="zh-CN"/>
        </w:rPr>
        <w:br/>
      </w:r>
      <w:r>
        <w:rPr>
          <w:lang w:eastAsia="zh-CN"/>
        </w:rPr>
        <w:t>　　3.学会如何进行软件业务及功能模块的详细设计。</w:t>
      </w:r>
      <w:r>
        <w:rPr>
          <w:lang w:eastAsia="zh-CN"/>
        </w:rPr>
        <w:br/>
      </w:r>
      <w:r>
        <w:rPr>
          <w:lang w:eastAsia="zh-CN"/>
        </w:rPr>
        <w:t>　　4.学会如何发现问题、思考问题、解决问题。</w:t>
      </w:r>
      <w:r>
        <w:rPr>
          <w:lang w:eastAsia="zh-CN"/>
        </w:rPr>
        <w:br/>
      </w:r>
      <w:r>
        <w:rPr>
          <w:lang w:eastAsia="zh-CN"/>
        </w:rPr>
        <w:t>　　在管理方面，接触不多，主要集中在项目组对集控平台开发的监管过程，总结为以下几点，</w:t>
      </w:r>
      <w:r>
        <w:rPr>
          <w:lang w:eastAsia="zh-CN"/>
        </w:rPr>
        <w:br/>
      </w:r>
      <w:r>
        <w:rPr>
          <w:lang w:eastAsia="zh-CN"/>
        </w:rPr>
        <w:t>　　1.时刻掌握项目进度情况，进度一旦出现状况要及时作出反应</w:t>
      </w:r>
      <w:r>
        <w:rPr>
          <w:lang w:eastAsia="zh-CN"/>
        </w:rPr>
        <w:br/>
      </w:r>
      <w:r>
        <w:rPr>
          <w:lang w:eastAsia="zh-CN"/>
        </w:rPr>
        <w:t>　　2.处理问题一定要以单位利益为重，坚持立场、把握好原则。</w:t>
      </w:r>
      <w:r>
        <w:rPr>
          <w:lang w:eastAsia="zh-CN"/>
        </w:rPr>
        <w:br/>
      </w:r>
      <w:r>
        <w:rPr>
          <w:lang w:eastAsia="zh-CN"/>
        </w:rPr>
        <w:t>　　3.与外包人员要多交流多沟通，包括业务理解和完成情况。最后，通过在单位近半年来的工作生活，提一些个人的想法，</w:t>
      </w:r>
      <w:r>
        <w:rPr>
          <w:lang w:eastAsia="zh-CN"/>
        </w:rPr>
        <w:br/>
      </w:r>
      <w:r>
        <w:rPr>
          <w:lang w:eastAsia="zh-CN"/>
        </w:rPr>
        <w:t>　　1.单位员工交流不够多，尤其是不同部门间的工作交流，而这种交流能使各部门的工作衔接更紧密，工作效率更高。</w:t>
      </w:r>
      <w:r>
        <w:rPr>
          <w:lang w:eastAsia="zh-CN"/>
        </w:rPr>
        <w:br/>
      </w:r>
      <w:r>
        <w:rPr>
          <w:lang w:eastAsia="zh-CN"/>
        </w:rPr>
        <w:t>　　2.技术人员接触其他相关技术的机会不多，不过这一点单位正在改善，PLC讲座也即将进行。</w:t>
      </w:r>
      <w:r>
        <w:rPr>
          <w:lang w:eastAsia="zh-CN"/>
        </w:rPr>
        <w:br/>
      </w:r>
      <w:r>
        <w:rPr>
          <w:lang w:eastAsia="zh-CN"/>
        </w:rPr>
        <w:t>　　3.在准备项目经理考试期间，如果单位能统一每周提供几个小时供大家学习、讨论、交流，效果可能会更好些。</w:t>
      </w:r>
      <w:r>
        <w:rPr>
          <w:lang w:eastAsia="zh-CN"/>
        </w:rPr>
        <w:br/>
      </w:r>
      <w:r>
        <w:rPr>
          <w:lang w:eastAsia="zh-CN"/>
        </w:rPr>
        <w:t>　　4.午饭时间太紧，员工中午休息时间太紧，一定程度上影响下午的工作效率。</w:t>
      </w:r>
      <w:r>
        <w:rPr>
          <w:lang w:eastAsia="zh-CN"/>
        </w:rPr>
        <w:br/>
      </w:r>
      <w:r>
        <w:rPr>
          <w:lang w:eastAsia="zh-CN"/>
        </w:rPr>
        <w:t>　　以上都是个人角度的一些看法，考虑不合理之处还望领导及各位同事批评指正。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__年已经过去，崭新的__年来临了，在新的一年里，工作上，生活上，我们都站在了新的一个工作起点，要开始新的一轮工作，我也在此感谢领导和各位同事的支持和帮助，我将在新的一年里继续努力，不断提高自己的业务及专业水平，虚心向大家学习，为__单位为长风的发展尽自己的力量。</w:t>
      </w:r>
      <w:r>
        <w:rPr>
          <w:lang w:eastAsia="zh-CN"/>
        </w:rPr>
        <w:br/>
      </w:r>
      <w:r>
        <w:rPr>
          <w:lang w:eastAsia="zh-CN"/>
        </w:rPr>
        <w:t xml:space="preserve">    工程师的个人工作总结公司模板 篇11 </w:t>
      </w:r>
      <w:r>
        <w:rPr>
          <w:lang w:eastAsia="zh-CN"/>
        </w:rPr>
        <w:br/>
      </w:r>
      <w:r>
        <w:rPr>
          <w:lang w:eastAsia="zh-CN"/>
        </w:rPr>
        <w:t>　　本人叫__，男，汉族，20__年于__学院水排专业毕业。在这八年里，我一直工作在建筑工程施工第一线，做到理论联系实际、理论和实践相结合，对业务知识精益求精，使自己的专业知识和技能不断提高，为工程的施工管理工作打下了坚实的基础。现对本人工作八年多以来的专业技术工作总结如下：</w:t>
      </w:r>
      <w:r>
        <w:rPr>
          <w:lang w:eastAsia="zh-CN"/>
        </w:rPr>
        <w:br/>
      </w:r>
      <w:r>
        <w:rPr>
          <w:lang w:eastAsia="zh-CN"/>
        </w:rPr>
        <w:t>　　一、思想品德方面</w:t>
      </w:r>
      <w:r>
        <w:rPr>
          <w:lang w:eastAsia="zh-CN"/>
        </w:rPr>
        <w:br/>
      </w:r>
      <w:r>
        <w:rPr>
          <w:lang w:eastAsia="zh-CN"/>
        </w:rPr>
        <w:t>　　本人一直非常拥护党的政策和方针，关心和学习国家时事政治，坚持用高标准来严格要求自己。本人能严守法律法规，能树立并保持正确的人生观、价值观和社会主义荣辱观。近年来，我一直坚持看新闻报道、环球日报等新闻栏目或报刊杂志，通过了解国家大事和百姓心声，来更好地学习执行党和国家的路线、方针和政策，保持自己的政治觉悟能够“与时俱进”。</w:t>
      </w:r>
      <w:r>
        <w:rPr>
          <w:lang w:eastAsia="zh-CN"/>
        </w:rPr>
        <w:br/>
      </w:r>
      <w:r>
        <w:rPr>
          <w:lang w:eastAsia="zh-CN"/>
        </w:rPr>
        <w:t>　　二、职业道德方面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注重提高思想品德的同时，也不忘注意个人修养和职业道德的培养和提高。我始终坚持学习有关建设工程施工等方面的法律、法规、规章、制度和规范、标准，做到忠于职守、奉公守法、廉洁自律、勤奋工作，不断努力提高自己的工作质量。</w:t>
      </w:r>
      <w:r>
        <w:rPr>
          <w:lang w:eastAsia="zh-CN"/>
        </w:rPr>
        <w:br/>
      </w:r>
      <w:r>
        <w:rPr>
          <w:lang w:eastAsia="zh-CN"/>
        </w:rPr>
        <w:t>　　本人一向谦虚好学、钻研业务、勇于奉献，工作认真负责、责任心强，具有良好的职业道德，能够严格按照“诚信、守法、公正、科学”的原则开展进行建筑工程施工监理和管理工作。能够敬岗爱业、遵纪守法，工作上踏踏实实，勤勤恳恳，一丝不苟;生活上助人为乐，团结友爱，关心他人。</w:t>
      </w:r>
      <w:r>
        <w:rPr>
          <w:lang w:eastAsia="zh-CN"/>
        </w:rPr>
        <w:br/>
      </w:r>
      <w:r>
        <w:rPr>
          <w:lang w:eastAsia="zh-CN"/>
        </w:rPr>
        <w:t>　　能够带领团队，团结一致，发挥集体的智慧和力量，共同投入到工作事业中。能够积极指导和带领刚工作的同志，使他们时刻感觉到有人关心、爱护和帮助，尽快转变角色投入工作中去，并督促他们不断提高自己业务水平，尽快、更好地胜任本职工作。</w:t>
      </w:r>
      <w:r>
        <w:rPr>
          <w:lang w:eastAsia="zh-CN"/>
        </w:rPr>
        <w:br/>
      </w:r>
      <w:r>
        <w:rPr>
          <w:lang w:eastAsia="zh-CN"/>
        </w:rPr>
        <w:t>　　三、专业技能方面</w:t>
      </w:r>
      <w:r>
        <w:rPr>
          <w:lang w:eastAsia="zh-CN"/>
        </w:rPr>
        <w:br/>
      </w:r>
      <w:r>
        <w:rPr>
          <w:lang w:eastAsia="zh-CN"/>
        </w:rPr>
        <w:t>　　本人工作过程中不断为自己加油充电，参加了安全员的培训考核，监理员的培训考核预算员的继续再教育。认真学习相关法律法规、专业技术知识，能将理论同实践紧密联系起来，用理论指导实践，并在实践中总结工作经验，以此来丰富自己的理论水平，取得了事半功倍的效果。</w:t>
      </w:r>
      <w:r>
        <w:rPr>
          <w:lang w:eastAsia="zh-CN"/>
        </w:rPr>
        <w:br/>
      </w:r>
      <w:r>
        <w:rPr>
          <w:lang w:eastAsia="zh-CN"/>
        </w:rPr>
        <w:t>　　近年来，本人通过系统地学习专业理论知识，坚持工作在建筑工程施工第一线，注重理论联系实际，掌握了多项建筑工程方面专业技能。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本人能熟练office等办公应用软件，熟练掌握autocad建筑制图，精通建筑工程、房建预决算，具备编制施工组织设计的业务水平，能独立完成整套投标文件的编制工作，并能根据工程实际情况熟练的应用投标报价技巧去提高中标的概率以及中标后的收益。掌握建筑工程现场施工、质量管理技能，能够胜任中大型建筑工程的现场施工、质量管理及现场总负责的工作。</w:t>
      </w:r>
      <w:r>
        <w:rPr>
          <w:lang w:eastAsia="zh-CN"/>
        </w:rPr>
        <w:br/>
      </w:r>
      <w:r>
        <w:rPr>
          <w:lang w:eastAsia="zh-CN"/>
        </w:rPr>
        <w:t>　　在以后工作中，我将一如既往地不断地学习，不断地补充自己的知识，不断提高自己的专业技能，这样才能在这个知识更新换代的社会里不至于落伍。</w:t>
      </w:r>
      <w:r>
        <w:rPr>
          <w:lang w:eastAsia="zh-CN"/>
        </w:rPr>
        <w:br/>
      </w:r>
      <w:r>
        <w:rPr>
          <w:lang w:eastAsia="zh-CN"/>
        </w:rPr>
        <w:t>　　四、工作成绩与履行职责情况</w:t>
      </w:r>
      <w:r>
        <w:rPr>
          <w:lang w:eastAsia="zh-CN"/>
        </w:rPr>
        <w:br/>
      </w:r>
      <w:r>
        <w:rPr>
          <w:lang w:eastAsia="zh-CN"/>
        </w:rPr>
        <w:t>　　自参加工作以来，本人参建多项建筑工程，在实际工作中，我始终保持认真负责、严谨务实的工作态度，虚心学习努力工作，不断加强理论知识，提高专业水平，经过八年的锻炼，已经成长为工程技术骨干。</w:t>
      </w:r>
      <w:r>
        <w:rPr>
          <w:lang w:eastAsia="zh-CN"/>
        </w:rPr>
        <w:br/>
      </w:r>
      <w:r>
        <w:rPr>
          <w:lang w:eastAsia="zh-CN"/>
        </w:rPr>
        <w:t>　　20__-20__年期间，我在__有限公司主要担任了__工程项目监理负责人。该些工程体量较大，有砖混、框架、剪力墙和筏板基础等结构类型。在该些工程中我得以将理论知识与实际相结合，用理论知识指导实践活动。在与施工单位配合进行配合，在保证工程质量和安全的前提下顺利完工交付使用。在交付后得到用户的好评，在监理负责的过程中也得到相关单位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20__-20__年，我在__工程担任现场监理项目总负责人，该工程施工范围大，质量验收点多，涉及知识面广，包括建筑、安装、园林、市政等多个专业，质量检查及工程预决算工作有一定难度。为准确指导施工，做好质量检查工作，合理进行预决算，我查阅相关书籍，认真学习相关专业规范及定额，做到质量管理到位，决算有据可依。</w:t>
      </w:r>
      <w:r>
        <w:rPr>
          <w:lang w:eastAsia="zh-CN"/>
        </w:rPr>
        <w:br/>
      </w:r>
      <w:r>
        <w:rPr>
          <w:lang w:eastAsia="zh-CN"/>
        </w:rPr>
        <w:t xml:space="preserve">    工程师的个人工作总结公司模板 篇12 </w:t>
      </w:r>
      <w:r>
        <w:rPr>
          <w:lang w:eastAsia="zh-CN"/>
        </w:rPr>
        <w:br/>
      </w:r>
      <w:r>
        <w:rPr>
          <w:lang w:eastAsia="zh-CN"/>
        </w:rPr>
        <w:t>　　本人20--年进入公司部门工作，在段时间里，在领导的指导、关心培养下，在同事的支持帮助、密切配合下，使我在自身技术积累、工作经验、问题的分析与解决能力方面都有提高，但是还有很多需要继续积累和学习的地方。现将我任现职以来的专业技术工作总结如下。</w:t>
      </w:r>
      <w:r>
        <w:rPr>
          <w:lang w:eastAsia="zh-CN"/>
        </w:rPr>
        <w:br/>
      </w:r>
      <w:r>
        <w:rPr>
          <w:lang w:eastAsia="zh-CN"/>
        </w:rPr>
        <w:t>　　一、工作方面</w:t>
      </w:r>
      <w:r>
        <w:rPr>
          <w:lang w:eastAsia="zh-CN"/>
        </w:rPr>
        <w:br/>
      </w:r>
      <w:r>
        <w:rPr>
          <w:lang w:eastAsia="zh-CN"/>
        </w:rPr>
        <w:t>　　1、同类电子表单产品的研究工作，并最终形成各种产品的评估报告;</w:t>
      </w:r>
      <w:r>
        <w:rPr>
          <w:lang w:eastAsia="zh-CN"/>
        </w:rPr>
        <w:br/>
      </w:r>
      <w:r>
        <w:rPr>
          <w:lang w:eastAsia="zh-CN"/>
        </w:rPr>
        <w:t>　　2、基于HTA离线填写工具的设计、开发与实现工作;</w:t>
      </w:r>
      <w:r>
        <w:rPr>
          <w:lang w:eastAsia="zh-CN"/>
        </w:rPr>
        <w:br/>
      </w:r>
      <w:r>
        <w:rPr>
          <w:lang w:eastAsia="zh-CN"/>
        </w:rPr>
        <w:t>　　3、美的项目中表单部分设计文档的编写与修改的工作;</w:t>
      </w:r>
      <w:r>
        <w:rPr>
          <w:lang w:eastAsia="zh-CN"/>
        </w:rPr>
        <w:br/>
      </w:r>
      <w:r>
        <w:rPr>
          <w:lang w:eastAsia="zh-CN"/>
        </w:rPr>
        <w:t>　　4、新版本用户手册及特性表的编写工作。</w:t>
      </w:r>
      <w:r>
        <w:rPr>
          <w:lang w:eastAsia="zh-CN"/>
        </w:rPr>
        <w:br/>
      </w:r>
      <w:r>
        <w:rPr>
          <w:lang w:eastAsia="zh-CN"/>
        </w:rPr>
        <w:t>　　二、自身学习方面</w:t>
      </w:r>
      <w:r>
        <w:rPr>
          <w:lang w:eastAsia="zh-CN"/>
        </w:rPr>
        <w:br/>
      </w:r>
      <w:r>
        <w:rPr>
          <w:lang w:eastAsia="zh-CN"/>
        </w:rPr>
        <w:t>　　在工作过程中，我深深感到加强自身学习、提高自身素质的紧迫性，一是向书本学习，坚持每天挤出一定的时间不断充实自己，改进学习方法，广泛汲取各种;营养;;二是向周围的同事学习，虚心求教的态度，主动同事们请教;三是向实践学习，把所学的知识运用于实际工作中，在实践中检验所学知识，查找不足，提高自己。</w:t>
      </w:r>
      <w:r>
        <w:rPr>
          <w:lang w:eastAsia="zh-CN"/>
        </w:rPr>
        <w:br/>
      </w:r>
      <w:r>
        <w:rPr>
          <w:lang w:eastAsia="zh-CN"/>
        </w:rPr>
        <w:t>　　三、产品发展建议方面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1、针对公司国际化的战略发展目标，不仅针对国内表单发展的现状，还有结合国外表单发展的现状进行分析研究，实现易用性更强的电子表单产品。</w:t>
      </w:r>
      <w:r>
        <w:rPr>
          <w:lang w:eastAsia="zh-CN"/>
        </w:rPr>
        <w:br/>
      </w:r>
      <w:r>
        <w:rPr>
          <w:lang w:eastAsia="zh-CN"/>
        </w:rPr>
        <w:t>　　2、增加表单的多形态导出、发布格式。如支持Wml格式输出，支持手持设备处理表单。</w:t>
      </w:r>
      <w:r>
        <w:rPr>
          <w:lang w:eastAsia="zh-CN"/>
        </w:rPr>
        <w:br/>
      </w:r>
      <w:r>
        <w:rPr>
          <w:lang w:eastAsia="zh-CN"/>
        </w:rPr>
        <w:t>　　3、表单管理中进行的权限设置后，进行数据的保存操作。方便用户在离线工具中读取得到的权限数据文件。从而实现了离线中针对权限问题的解决方案。</w:t>
      </w:r>
      <w:r>
        <w:rPr>
          <w:lang w:eastAsia="zh-CN"/>
        </w:rPr>
        <w:br/>
      </w:r>
      <w:r>
        <w:rPr>
          <w:lang w:eastAsia="zh-CN"/>
        </w:rPr>
        <w:t>　　4、离线工具中实现表单服务功能，真正实现在联网情况下，通过离线填写工具实现数据的发布。</w:t>
      </w:r>
      <w:r>
        <w:rPr>
          <w:lang w:eastAsia="zh-CN"/>
        </w:rPr>
        <w:br/>
      </w:r>
      <w:r>
        <w:rPr>
          <w:lang w:eastAsia="zh-CN"/>
        </w:rPr>
        <w:t>　　5、针对建立数据绑定时，需要建立一个抽象曾屏蔽不同来源的差异。</w:t>
      </w:r>
      <w:r>
        <w:rPr>
          <w:lang w:eastAsia="zh-CN"/>
        </w:rPr>
        <w:br/>
      </w:r>
      <w:r>
        <w:rPr>
          <w:lang w:eastAsia="zh-CN"/>
        </w:rPr>
        <w:t>　　6、可以结合eForm标准的HTml来进行样式及界面设计，结合到HTA离线填报中来，完全实现离线状态下表单的设计和填报。</w:t>
      </w:r>
      <w:r>
        <w:rPr>
          <w:lang w:eastAsia="zh-CN"/>
        </w:rPr>
        <w:br/>
      </w:r>
      <w:r>
        <w:rPr>
          <w:lang w:eastAsia="zh-CN"/>
        </w:rPr>
        <w:t>　　四、自身的缺点和不足</w:t>
      </w:r>
      <w:r>
        <w:rPr>
          <w:lang w:eastAsia="zh-CN"/>
        </w:rPr>
        <w:br/>
      </w:r>
      <w:r>
        <w:rPr>
          <w:lang w:eastAsia="zh-CN"/>
        </w:rPr>
        <w:t>　　总结一年的时间内，我在领导和同事们的帮助和支持下取得了一定的进步，但我深知自己还存在一些缺点和不足，理论基础还不扎实，业务知识不够全面，工作方式不够成熟。在今后的工作中，我要努力做得更好，加强理论学习，积累项目经验，不断调整自己的思维方式和工作方法，更多的参与到产品设计、开发及项目支持工作中去，在实践中磨练自己、锻炼自己，成为部门和项目组中能够独当一面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通过这一年的工作与学，本人觉得符合任职条件，申请晋升助理工程师，请组织考核评审。同时，也希望将这次评审作为促进自己进步的手段，为将来取得更大的成绩打好基础。</w:t>
      </w:r>
      <w:r>
        <w:rPr>
          <w:lang w:eastAsia="zh-CN"/>
        </w:rPr>
        <w:br/>
      </w:r>
      <w:r>
        <w:rPr>
          <w:lang w:eastAsia="zh-CN"/>
        </w:rPr>
        <w:t xml:space="preserve">    工程师的个人工作总结公司模板 篇13 </w:t>
      </w:r>
      <w:r>
        <w:rPr>
          <w:lang w:eastAsia="zh-CN"/>
        </w:rPr>
        <w:br/>
      </w:r>
      <w:r>
        <w:rPr>
          <w:lang w:eastAsia="zh-CN"/>
        </w:rPr>
        <w:t>　　20__年2月2日，我有幸成为北京超图一员，应聘为公司的java软件工程师。入任职以来，在部门领导的带领下，自己感觉无论学习、技术、生活等方面都有很大的提升。</w:t>
      </w:r>
      <w:r>
        <w:rPr>
          <w:lang w:eastAsia="zh-CN"/>
        </w:rPr>
        <w:br/>
      </w:r>
      <w:r>
        <w:rPr>
          <w:lang w:eastAsia="zh-CN"/>
        </w:rPr>
        <w:t>　　荆门石油石化巡检系统的调研和开发。</w:t>
      </w:r>
      <w:r>
        <w:rPr>
          <w:lang w:eastAsia="zh-CN"/>
        </w:rPr>
        <w:br/>
      </w:r>
      <w:r>
        <w:rPr>
          <w:lang w:eastAsia="zh-CN"/>
        </w:rPr>
        <w:t>　　该项目是我工作以来第一次涉及到调研，对我来说算是一个不小的挑战。在调研过程中，让我学会了如何通过和客户的沟通来了解客户的需求。由于自己的工作经验不足，在调研工作中体现出一些问题。不能很直接的在和客户沟通中非常准确的了解客户的更多需求，有很多需要和客户交流沟通多次才能明白客户的最终需求，也没有把自己作为最终用户并站在用户的角度上来考虑问题，这些都是我在以后的工作中需要提高和改进的地方。在巡检系统的开发工作中，让我进一步巩固和加强了自己的开发能力。</w:t>
      </w:r>
      <w:r>
        <w:rPr>
          <w:lang w:eastAsia="zh-CN"/>
        </w:rPr>
        <w:br/>
      </w:r>
      <w:r>
        <w:rPr>
          <w:lang w:eastAsia="zh-CN"/>
        </w:rPr>
        <w:t>　　电信12530增值业务的开发与维护。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从5月以来我就开始接手公司的主要业务之一，12530电信增值业务。由于前面负责这个项目的同事突然离职，导致这个项目的交接工再做得不够好，对我顺利接手这个项目造成很大的困难。而刚一接手这个项目，马上就需要新上一个投票活动，并要对一些主要代码进行修改，让我倍感压力，几乎都快放弃。最后在金总的指导和鼓励下，顺利的完成这次活动。在完成这次投票活动后，为了避免下一个接手这个项目同事与我遇到同样困难，我第一时间将这个项目的相关技术文档补充完全，保证别人能够顺利的进行该项目工作。通过这个项目，让我加强了自己在高强高压下工作的能力，也让我找到更多自信。</w:t>
      </w:r>
      <w:r>
        <w:rPr>
          <w:lang w:eastAsia="zh-CN"/>
        </w:rPr>
        <w:br/>
      </w:r>
      <w:r>
        <w:rPr>
          <w:lang w:eastAsia="zh-CN"/>
        </w:rPr>
        <w:t xml:space="preserve">    工程师的个人工作总结公司模板 篇14 </w:t>
      </w:r>
      <w:r>
        <w:rPr>
          <w:lang w:eastAsia="zh-CN"/>
        </w:rPr>
        <w:br/>
      </w:r>
      <w:r>
        <w:rPr>
          <w:lang w:eastAsia="zh-CN"/>
        </w:rPr>
        <w:t>　　尊敬的公司领导：</w:t>
      </w:r>
      <w:r>
        <w:rPr>
          <w:lang w:eastAsia="zh-CN"/>
        </w:rPr>
        <w:br/>
      </w:r>
      <w:r>
        <w:rPr>
          <w:lang w:eastAsia="zh-CN"/>
        </w:rPr>
        <w:t>　　在此我代表秩序维护部，将20__年的工作向公司领导作一汇报。首先感谢公司各级领导对我们全体员工各方面的关心。感谢公司各部门对我部的工作支持与理解。在公司领导的正确指导下，我部全体员工工作积极性很高。20__年是一个非常难忘的一年，工作非常辛苦，任务十分重大。20__年因新学校的进驻、部门分队的撤场及各类盗窃及治安事件的高发给我们的工作增添了新的难度及更大的工作压力。秩序维护部按公司整体思路安排各项工作。工作时间长，工作外的工作在不可预测的增加，本部门结合实际情况，多次召开主管以上思想沟通座谈会，要求切实做好全员的思想工作，树立高度的企业主人翁精神，提倡勇于吃苦，乐于奉献，事事以公司为家的精神。在公司冯董的指导下，在各级老总的指引下，在我部全体员工的努力下，迅速、安全的完成了各项工作，具体工作如下：</w:t>
      </w:r>
      <w:r>
        <w:rPr>
          <w:lang w:eastAsia="zh-CN"/>
        </w:rPr>
        <w:br/>
      </w:r>
      <w:r>
        <w:rPr>
          <w:lang w:eastAsia="zh-CN"/>
        </w:rPr>
        <w:t>　　一、秩序维护工作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该部门分别是A分队、B分队、C分队、D分队、E分队、共计5个分队，总人数为100人秩序维护部在公司各级领导的指导下，完成全年的秩序维护工作及各项勤务工作。全年工作中的管理核心重点是及时传达公司管理及会议精神，经营理念加强员工的思想政治教育，发挥团队精神，通过学习提高了全体员工的整体素质，安全工作的重点是预防火灾事故，防盗窃事件，杜绝不安全隐患，全年进行消防技能培训18次，消防演练9次，全年无火灾事故发生。</w:t>
      </w:r>
      <w:r>
        <w:rPr>
          <w:lang w:eastAsia="zh-CN"/>
        </w:rPr>
        <w:br/>
      </w:r>
      <w:r>
        <w:rPr>
          <w:lang w:eastAsia="zh-CN"/>
        </w:rPr>
        <w:t>　　1、治安事件</w:t>
      </w:r>
      <w:r>
        <w:rPr>
          <w:lang w:eastAsia="zh-CN"/>
        </w:rPr>
        <w:br/>
      </w:r>
      <w:r>
        <w:rPr>
          <w:lang w:eastAsia="zh-CN"/>
        </w:rPr>
        <w:t>　　全年发生治安事件起并及时处理__次（多为园区学生），积极配合当派出所工作。</w:t>
      </w:r>
      <w:r>
        <w:rPr>
          <w:lang w:eastAsia="zh-CN"/>
        </w:rPr>
        <w:br/>
      </w:r>
      <w:r>
        <w:rPr>
          <w:lang w:eastAsia="zh-CN"/>
        </w:rPr>
        <w:t>　　2、被盗事件</w:t>
      </w:r>
      <w:r>
        <w:rPr>
          <w:lang w:eastAsia="zh-CN"/>
        </w:rPr>
        <w:br/>
      </w:r>
      <w:r>
        <w:rPr>
          <w:lang w:eastAsia="zh-CN"/>
        </w:rPr>
        <w:t>　　全年发生被盗事件27次并处理10次，追回经济损失2次，抓获小偷7次。在公司领导的指挥下，在总队的统一安排下，我部在积极完善各类硬件设施的情况下，想办法出主意积极重新制订了各类制度流程，并将它落到实处。由总队老总亲自带队进行安排，很好的杜绝了案件的持续上升。</w:t>
      </w:r>
      <w:r>
        <w:rPr>
          <w:lang w:eastAsia="zh-CN"/>
        </w:rPr>
        <w:br/>
      </w:r>
      <w:r>
        <w:rPr>
          <w:lang w:eastAsia="zh-CN"/>
        </w:rPr>
        <w:t>　　二、工作外勤务工作</w:t>
      </w:r>
      <w:r>
        <w:rPr>
          <w:lang w:eastAsia="zh-CN"/>
        </w:rPr>
        <w:br/>
      </w:r>
      <w:r>
        <w:rPr>
          <w:lang w:eastAsia="zh-CN"/>
        </w:rPr>
        <w:t>　　20__年由于园区规划、团队接待、学校进驻我部在保障公司整体安全的前提下，全力支持了公司各项工作，圆满完成了所有公差勤务。尤其在安全形式严峻的情况下，我部统筹安排各分队队长积极响应，在将安全工作完善的前提下圆满的保障了公司的各项经营任务及支援工作。</w:t>
      </w:r>
      <w:r>
        <w:rPr>
          <w:lang w:eastAsia="zh-CN"/>
        </w:rPr>
        <w:br/>
      </w:r>
      <w:r>
        <w:rPr>
          <w:lang w:eastAsia="zh-CN"/>
        </w:rPr>
        <w:t>　　共计加班人数47__人次，加班时间14236小时。</w:t>
      </w:r>
      <w:r>
        <w:rPr>
          <w:lang w:eastAsia="zh-CN"/>
        </w:rPr>
        <w:br/>
      </w:r>
      <w:r>
        <w:rPr>
          <w:lang w:eastAsia="zh-CN"/>
        </w:rPr>
        <w:t>　　三、工作中存在的不足之处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1、部门人员素质普遍低下，在年初人员相对难招的情况下，部门降低了人员入职的相关要求。导致部门人员的整体素质不能达到秩序维护员的工作职能要求。经过多次整顿仍有一部分人员不能满足公司及部门的工作要求。</w:t>
      </w:r>
      <w:r>
        <w:rPr>
          <w:lang w:eastAsia="zh-CN"/>
        </w:rPr>
        <w:br/>
      </w:r>
      <w:r>
        <w:rPr>
          <w:lang w:eastAsia="zh-CN"/>
        </w:rPr>
        <w:t>　　2、在对部门员工的培训上没有做到持续性和针对性。部门日常培训在和其他相关工作起冲突的时候，没有合理的安排时间进行补充培训，导致了部门员工对相关的工作职能了解不细致不完善。使整体工作不能达到预期的要求。</w:t>
      </w:r>
      <w:r>
        <w:rPr>
          <w:lang w:eastAsia="zh-CN"/>
        </w:rPr>
        <w:br/>
      </w:r>
      <w:r>
        <w:rPr>
          <w:lang w:eastAsia="zh-CN"/>
        </w:rPr>
        <w:t>　　3、在消防工作中，硬件设施不能达到消防法规的基本要求。部门消防制度及各类预案准备不充分，保存不正规。不能有效的保证园区消防安全工作正常的开展。</w:t>
      </w:r>
      <w:r>
        <w:rPr>
          <w:lang w:eastAsia="zh-CN"/>
        </w:rPr>
        <w:br/>
      </w:r>
      <w:r>
        <w:rPr>
          <w:lang w:eastAsia="zh-CN"/>
        </w:rPr>
        <w:t>　　4、部门管理队伍培训不到位，工作安排不够合理。基层管理人员数量多但质量偏低，严重的影响到了部门整体工作的推进，造成了部门工作出现等、靠、看的不良习气。</w:t>
      </w:r>
      <w:r>
        <w:rPr>
          <w:lang w:eastAsia="zh-CN"/>
        </w:rPr>
        <w:br/>
      </w:r>
      <w:r>
        <w:rPr>
          <w:lang w:eastAsia="zh-CN"/>
        </w:rPr>
        <w:t>　　5、在校区安全工作中考虑不够全面，各类预案不够细致。未能充分的将安全工作与校方合二为一，使校区安全工作处置比较被动，各种应急措施相对薄弱。</w:t>
      </w:r>
      <w:r>
        <w:rPr>
          <w:lang w:eastAsia="zh-CN"/>
        </w:rPr>
        <w:br/>
      </w:r>
      <w:r>
        <w:rPr>
          <w:lang w:eastAsia="zh-CN"/>
        </w:rPr>
        <w:t>　　四、20__年工作计划</w:t>
      </w:r>
      <w:r>
        <w:rPr>
          <w:lang w:eastAsia="zh-CN"/>
        </w:rPr>
        <w:br/>
      </w:r>
      <w:r>
        <w:rPr>
          <w:lang w:eastAsia="zh-CN"/>
        </w:rPr>
        <w:t>　　1、人员招聘，对所有的入职人员都必须严格进行面试，并出示</w:t>
      </w:r>
      <w:r>
        <w:rPr>
          <w:lang w:eastAsia="zh-CN"/>
        </w:rPr>
        <w:br/>
      </w:r>
      <w:r>
        <w:rPr>
          <w:lang w:eastAsia="zh-CN"/>
        </w:rPr>
        <w:t>　　当地派出所确认的社会表现证明。杜绝滥竽充数的现象保障我部门的人员素质的整体向上和政治面貌的纯洁性。并鉴于我部门现有员工大部为相互介绍，存在一定的安全弊端。建议我部门员工招聘由行政人事部统一招聘、共同面试、集中培训。</w:t>
      </w:r>
      <w:r>
        <w:rPr>
          <w:lang w:eastAsia="zh-CN"/>
        </w:rPr>
        <w:br/>
      </w:r>
      <w:r>
        <w:rPr>
          <w:lang w:eastAsia="zh-CN"/>
        </w:rPr>
        <w:t>　　2、加强新员工的专业素质培训及全员的素质教育，每半年进行</w:t>
      </w:r>
      <w:r>
        <w:rPr>
          <w:lang w:eastAsia="zh-CN"/>
        </w:rPr>
        <w:br/>
      </w:r>
    </w:p>
    <w:p w:rsidR="001B1F19" w14:textId="27C3F48A">
      <w:pPr>
        <w:rPr>
          <w:rFonts w:hint="eastAsia"/>
          <w:lang w:eastAsia="zh-CN"/>
        </w:rPr>
      </w:pPr>
      <w:r>
        <w:rPr>
          <w:lang w:eastAsia="zh-CN"/>
        </w:rPr>
        <w:t>　　一次书面专业技能考评。对不合格的人员进行坚决的淘汰制度，做到宁缺勿烂保持部门的优良传统和战斗力。加强部门团队建设</w:t>
      </w:r>
      <w:r>
        <w:rPr>
          <w:lang w:eastAsia="zh-CN"/>
        </w:rPr>
        <w:br/>
      </w:r>
      <w:r>
        <w:rPr>
          <w:lang w:eastAsia="zh-CN"/>
        </w:rPr>
        <w:t>　　3、每月进行一次消防知识专业培训，每季度做一次全员消防</w:t>
      </w:r>
      <w:r>
        <w:rPr>
          <w:lang w:eastAsia="zh-CN"/>
        </w:rPr>
        <w:br/>
      </w:r>
      <w:r>
        <w:rPr>
          <w:lang w:eastAsia="zh-CN"/>
        </w:rPr>
        <w:t>　　演练。做到消防工作的随时性，让全体员工对消防工作的认识提高到一个战略高度，做到时时有消防意识，处处以防火为先。督促配合完善消防档案的落实，并做好检查及存档。根据园区变化改善并补充各类消防预案，并做好预案和演练相结合的.工作使消防工作真实有效落到实处。</w:t>
      </w:r>
      <w:r>
        <w:rPr>
          <w:lang w:eastAsia="zh-CN"/>
        </w:rPr>
        <w:br/>
      </w:r>
      <w:r>
        <w:rPr>
          <w:lang w:eastAsia="zh-CN"/>
        </w:rPr>
        <w:t>　　4、抓好各项工作的落实，抓好执行力，切实有效的提高全员整体素质，提高服务质量。进一步提升部门的工作落实态度，使各项工作不浮于表面。做好执行和汇报相结合的工作制度，使每项工作能够切实有效的完成。</w:t>
      </w:r>
      <w:r>
        <w:rPr>
          <w:lang w:eastAsia="zh-CN"/>
        </w:rPr>
        <w:br/>
      </w:r>
      <w:r>
        <w:rPr>
          <w:lang w:eastAsia="zh-CN"/>
        </w:rPr>
        <w:t>　　5、严格执行公司的各项管理及规章制度，带领本部全体人员保</w:t>
      </w:r>
      <w:r>
        <w:rPr>
          <w:lang w:eastAsia="zh-CN"/>
        </w:rPr>
        <w:br/>
      </w:r>
      <w:r>
        <w:rPr>
          <w:lang w:eastAsia="zh-CN"/>
        </w:rPr>
        <w:t>　　质、保量地完成各项工作任务。在保证本部门的各项工作的推进前提下，发扬我部门的优良传统和良好的战斗力，保质保量完成公司交予的各类公差勤务和支援工作。发挥部门的团队协作精神不断提升公司的对外形象。为公司20__年的整体经营目标贡献全部力量。</w:t>
      </w:r>
      <w:r>
        <w:rPr>
          <w:lang w:eastAsia="zh-CN"/>
        </w:rPr>
        <w:br/>
      </w:r>
      <w:r>
        <w:rPr>
          <w:lang w:eastAsia="zh-CN"/>
        </w:rPr>
        <w:t>　　6、整合部门基层管理力量，提升基层管理人员的整体素质。制订切实有效的考评制度，责任清晰、目标明确。创造良好的管理作风，保持部门管理队伍的优秀性、积极性、责任性。</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https://d.book118.com/708007123006006047</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8007123006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