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麻醉医生年终个人总结范文（32篇）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我已在麻醉科一年多的时间，期间自己努力了也进步了不少，想这不仅是工作，更重要的给了一个学习和锻炼的机会。现在工作已经渐渐变得顺其自然了这或许应该是一种庆幸，让我值得留恋的一段经历。以下是我20__年的工作总结。</w:t>
      </w:r>
      <w:r>
        <w:rPr>
          <w:lang w:eastAsia="zh-CN"/>
        </w:rPr>
        <w:br/>
      </w:r>
      <w:r>
        <w:rPr>
          <w:lang w:eastAsia="zh-CN"/>
        </w:rPr>
        <w:t>　　短短的一年我不可能变得老练，科室里呆了一年，深深的认识自己的缺点以及不足之处，理论知识不够扎实，实践操作不够完善，从医是一辈子的事情，活到老学到老，所要面对以及付诸行动的只有理论与实践相结合才能造就一名合格的医务工作者，要学的还很多，要走的路也还很长。工作上我能够认真、细心且具有较强的责任心和进取心。具有工作热情；性格开朗，乐于与他人沟通，有很强的团队协作能力；责任感强，能够很好的完成领导交付的工作，和同事之间能够通力合作，关系相处融洽而和睦。</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努力建设一家技术精品化、服务个性化、工作程序化、环境温馨化、医院品牌化的现代化医院，医院始终坚持“爱心奉献”宗旨和“一切以病人为中心”理念。能在这样的一家医院学习进步，感到很荣幸。科室里每个前辈老师都能够谆谆教导我手把手的教会我自己对于麻醉领域的独特见解与体会，经验毕竟是有些书本上所欠缺的这让我倍感弥足珍惜。这里我真的很感激医生，不仅能当面指正我缺点与不足，而且对于麻醉专业知识她能够不厌其烦的给我讲解，让我懂得很多，学会很多，而且也避免了许多。在其他同事的身上，对于生活的态度，以及对于工作的那份责任，身上也学到很多。</w:t>
      </w:r>
      <w:r>
        <w:rPr>
          <w:lang w:eastAsia="zh-CN"/>
        </w:rPr>
        <w:br/>
      </w:r>
      <w:r>
        <w:rPr>
          <w:lang w:eastAsia="zh-CN"/>
        </w:rPr>
        <w:t>　　科主任的一句话令我记忆深刻“麻醉这一行业要么不出事，一出就是大事，所以做事要慎而重之”这句话让我时刻谨记，想这能让我今后从事这已行业的路走的更远更长。遇到解决不了会及时上报领导前辈，不逞强逞能，这不仅是对自己负责也是对病人，同事负责。觉得做人起码要有一份责任心，更何况是从事医务这一行业。</w:t>
      </w:r>
      <w:r>
        <w:rPr>
          <w:lang w:eastAsia="zh-CN"/>
        </w:rPr>
        <w:br/>
      </w:r>
      <w:r>
        <w:rPr>
          <w:lang w:eastAsia="zh-CN"/>
        </w:rPr>
        <w:t>　　麻醉医生要熟练各种麻醉操作技术，麻醉医生又被称作手术室里的内科医生。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马虎不得，胆大心细，这才是干麻醉的必要前提，眼勤手快这恰是做事的基本准绳。</w:t>
      </w:r>
      <w:r>
        <w:rPr>
          <w:lang w:eastAsia="zh-CN"/>
        </w:rPr>
        <w:br/>
      </w:r>
      <w:r>
        <w:rPr>
          <w:lang w:eastAsia="zh-CN"/>
        </w:rPr>
        <w:t>　　在这段时间里我渐渐喜欢上了麻醉这份工作，医院上班的日子里。想在这里慢慢成长成材，成为一名合格的正式医院里的职工，一年的学习与工作，让我成长了很多，今后我会继续努力，一如既往地保持着优良的作风，不断地完善自己，为了自己的明天，明天作出一番成绩。</w:t>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20__年我科紧紧围绕加快科室发展这个中心，在院领导的领导下，不断提高医疗质量、保障医疗安全、提高全科素质方面又迈上一个新台阶较好地完成了院领导预定的各项工作目标。</w:t>
      </w:r>
      <w:r>
        <w:rPr>
          <w:lang w:eastAsia="zh-CN"/>
        </w:rPr>
        <w:br/>
      </w:r>
      <w:r>
        <w:rPr>
          <w:lang w:eastAsia="zh-CN"/>
        </w:rPr>
        <w:t>　　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r>
        <w:rPr>
          <w:lang w:eastAsia="zh-CN"/>
        </w:rPr>
        <w:br/>
      </w:r>
      <w:r>
        <w:rPr>
          <w:lang w:eastAsia="zh-CN"/>
        </w:rPr>
        <w:t>　　在如今医患关系紧张的时期，切实的贯彻“以病人为中心，以提高医疗服务质量为主题”的思想，为了病人的一切，急病人之所急，尽己所能帮患者尽快解决病痛之若，用自己的实际行动让病人了解医生仍然是值得信任的人。</w:t>
      </w:r>
      <w:r>
        <w:rPr>
          <w:lang w:eastAsia="zh-CN"/>
        </w:rPr>
        <w:br/>
      </w:r>
      <w:r>
        <w:rPr>
          <w:lang w:eastAsia="zh-CN"/>
        </w:rPr>
        <w:t>　　总之20__年我们承接了20__年良好的发展势头，圆满完成了__年各项工作任务，也为20__年可持续发展奠定了坚实的基础。我有信心，在新的一年来临之际，以昂扬向上、奋发有为的精神状态和求真务实的工作作风，为广大病患者解除痛苦，再造健康。</w:t>
      </w:r>
      <w:r>
        <w:rPr>
          <w:lang w:eastAsia="zh-CN"/>
        </w:rPr>
        <w:br/>
      </w:r>
      <w:r>
        <w:rPr>
          <w:lang w:eastAsia="zh-CN"/>
        </w:rPr>
        <w:t xml:space="preserve">    麻醉医生年终个人总结范文 篇11 </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国家各项政策支持和全院职工不懈努力下，在总结去年工作的基础上，紧紧围绕20__年区卫生工作会精神和综合目标管理责任书和重点工作内容开展工作。医院班子团结协作，科组、长齐抓共管。“卫生文化建设”、“卫生品牌建设”、“领导能力建设”“卫生院规范化建设”、“科研工作”等方面进一步巩固，基础设施明显加强。今年各项工作有序健康开展，未发生重大事故，取得了良好的社会效益、技术效益和经济效益。具体总结如下：</w:t>
      </w:r>
      <w:r>
        <w:rPr>
          <w:lang w:eastAsia="zh-CN"/>
        </w:rPr>
        <w:br/>
      </w:r>
      <w:r>
        <w:rPr>
          <w:lang w:eastAsia="zh-CN"/>
        </w:rPr>
        <w:t>　　一、落实卫生工作会议情况</w:t>
      </w:r>
      <w:r>
        <w:rPr>
          <w:lang w:eastAsia="zh-CN"/>
        </w:rPr>
        <w:br/>
      </w:r>
      <w:r>
        <w:rPr>
          <w:lang w:eastAsia="zh-CN"/>
        </w:rPr>
        <w:t>　　区卫生工作会后，卫生院党政班子立即召开会议，就贯彻会议精神做出具体安排，及时向乡党委政府汇报20__年全区卫生工作要求。结合本院实际经院务会讨论制定20__年卫生院的工作计划，将20__年各项工作目标分解组，组内具体到人，做到对工作任务科组长明确，全院职工清楚。</w:t>
      </w:r>
      <w:r>
        <w:rPr>
          <w:lang w:eastAsia="zh-CN"/>
        </w:rPr>
        <w:br/>
      </w:r>
      <w:r>
        <w:rPr>
          <w:lang w:eastAsia="zh-CN"/>
        </w:rPr>
        <w:t>　　二、支部工作</w:t>
      </w:r>
      <w:r>
        <w:rPr>
          <w:lang w:eastAsia="zh-CN"/>
        </w:rPr>
        <w:br/>
      </w:r>
      <w:r>
        <w:rPr>
          <w:lang w:eastAsia="zh-CN"/>
        </w:rPr>
        <w:t>　　1、支部基本情况</w:t>
      </w:r>
      <w:r>
        <w:rPr>
          <w:lang w:eastAsia="zh-CN"/>
        </w:rPr>
        <w:br/>
      </w:r>
      <w:r>
        <w:rPr>
          <w:lang w:eastAsia="zh-CN"/>
        </w:rPr>
        <w:t>　　卫生院支部有党员14名，其中有正式党员6名，退休党员4名，入党积极分子4名，预备党员2名。按照全区严格整治商业贿赂及行业廉政教育工作要求，结合医院医德医风教育，及时在班子会、院务会、职工会、卫生所所长会上通过以观看商业贿赂教育光盘、传达学习相关典型案例等方式教育卫生院、卫生所全部医务人员从思想上、行动上要严以律己，认真履行好各自的岗位职责。</w:t>
      </w:r>
      <w:r>
        <w:rPr>
          <w:lang w:eastAsia="zh-CN"/>
        </w:rPr>
        <w:br/>
      </w:r>
      <w:r>
        <w:rPr>
          <w:lang w:eastAsia="zh-CN"/>
        </w:rPr>
        <w:t>　　2、以深入开展党的群众路线教育实践活动为契机，大力开展“三好一满意”服务</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以“三好一满意”活动为平台，将“三好一满意”活动与创先争优、医疗质量万里行、纠正行业不正之风、文明单位创建、平安医院建设和行风评议等活动紧密结合，不断提高服务水平、持续改进服务质量、大力弘扬高尚医德，争创人民满意卫生院，为人民群众提供安全、有效、方便、价廉的医疗卫生服务。</w:t>
      </w:r>
      <w:r>
        <w:rPr>
          <w:lang w:eastAsia="zh-CN"/>
        </w:rPr>
        <w:br/>
      </w:r>
      <w:r>
        <w:rPr>
          <w:lang w:eastAsia="zh-CN"/>
        </w:rPr>
        <w:t>　　三、医院管理工作</w:t>
      </w:r>
      <w:r>
        <w:rPr>
          <w:lang w:eastAsia="zh-CN"/>
        </w:rPr>
        <w:br/>
      </w:r>
      <w:r>
        <w:rPr>
          <w:lang w:eastAsia="zh-CN"/>
        </w:rPr>
        <w:t>　　1、转变服务方式，不断优化服务模式</w:t>
      </w:r>
      <w:r>
        <w:rPr>
          <w:lang w:eastAsia="zh-CN"/>
        </w:rPr>
        <w:br/>
      </w:r>
      <w:r>
        <w:rPr>
          <w:lang w:eastAsia="zh-CN"/>
        </w:rPr>
        <w:t>　　一是积极争取项目资金支持，投入180万元全面装修改造住院综合楼净化手术室和电梯，很大程度上提升了卫生院的服务水平和服务质量。二是结合医院发展需要，将添置近60万元的医疗设备，添置3万元的办公设备，更换近10万元的办公桌椅，从服务质量、服务环境等方面全面提升卫生院的服务形象。</w:t>
      </w:r>
      <w:r>
        <w:rPr>
          <w:lang w:eastAsia="zh-CN"/>
        </w:rPr>
        <w:br/>
      </w:r>
      <w:r>
        <w:rPr>
          <w:lang w:eastAsia="zh-CN"/>
        </w:rPr>
        <w:t>　　2、加大人才队伍建设，合理计划事业单位招考岗位</w:t>
      </w:r>
      <w:r>
        <w:rPr>
          <w:lang w:eastAsia="zh-CN"/>
        </w:rPr>
        <w:br/>
      </w:r>
      <w:r>
        <w:rPr>
          <w:lang w:eastAsia="zh-CN"/>
        </w:rPr>
        <w:t>　　结合卫生院工作岗位需求，20__年计划以事业单位招考的形式招考财务人员、妇幼保健人员、公共卫生服务部人员、b超人员、护理人员，现已招录使用了7个工作人员，以充实相关工作岗位，保障各项工作全面协调发展。</w:t>
      </w:r>
      <w:r>
        <w:rPr>
          <w:lang w:eastAsia="zh-CN"/>
        </w:rPr>
        <w:br/>
      </w:r>
      <w:r>
        <w:rPr>
          <w:lang w:eastAsia="zh-CN"/>
        </w:rPr>
        <w:t>　　3、加大培训力度，不断提升服务技能</w:t>
      </w:r>
      <w:r>
        <w:rPr>
          <w:lang w:eastAsia="zh-CN"/>
        </w:rPr>
        <w:br/>
      </w:r>
      <w:r>
        <w:rPr>
          <w:lang w:eastAsia="zh-CN"/>
        </w:rPr>
        <w:t>　　认真组织医院专业技术人员进行全科医师培训和“三基三严”技术培训，实行培训奖惩措施，对通过培训，极大的提高了全院职工的专业技术水平，为患者提供更好的医疗服务。</w:t>
      </w:r>
      <w:r>
        <w:rPr>
          <w:lang w:eastAsia="zh-CN"/>
        </w:rPr>
        <w:br/>
      </w:r>
      <w:r>
        <w:rPr>
          <w:lang w:eastAsia="zh-CN"/>
        </w:rPr>
        <w:t>　　4、健全工作机制，不断规范管理体制</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继续加强和完善各项管理制度和多种运行机制，实行院组两级考核管理，严格执行各项管理措施及规章制度。修改完善了“分配制度改革考核管理办法”，并经职工大会表决后执行。强化行政值班、完善核心制度、首诊负责制、院务公开制、窗口服务承诺制、病人选择医生等制度。强化管理体系建设、积极探索有效、激励的管理模式、建立科学管理的长效机制，使得管理更加规范，更加科学。</w:t>
      </w:r>
      <w:r>
        <w:rPr>
          <w:lang w:eastAsia="zh-CN"/>
        </w:rPr>
        <w:br/>
      </w:r>
      <w:r>
        <w:rPr>
          <w:lang w:eastAsia="zh-CN"/>
        </w:rPr>
        <w:t>　　5、重视中医药发展，加强中医特色专科建设</w:t>
      </w:r>
      <w:r>
        <w:rPr>
          <w:lang w:eastAsia="zh-CN"/>
        </w:rPr>
        <w:br/>
      </w:r>
      <w:r>
        <w:rPr>
          <w:lang w:eastAsia="zh-CN"/>
        </w:rPr>
        <w:t>　　结合创建“全国农村中医药工作先进单位”，全面在村卫生所推广开展中医药工作，投入近36余万元改造建设中医诊断室、中药房、添置中药柜，并组织人员积极参加中医药工作培训，从房屋改造、人员培训、设备添置等方面的建设，全面提升了基层中医药工作的特色，极大地满足了广大群众的就医需求。</w:t>
      </w:r>
      <w:r>
        <w:rPr>
          <w:lang w:eastAsia="zh-CN"/>
        </w:rPr>
        <w:br/>
      </w:r>
      <w:r>
        <w:rPr>
          <w:lang w:eastAsia="zh-CN"/>
        </w:rPr>
        <w:t xml:space="preserve">    麻醉医生年终个人总结范文 篇12 </w:t>
      </w:r>
      <w:r>
        <w:rPr>
          <w:lang w:eastAsia="zh-CN"/>
        </w:rPr>
        <w:br/>
      </w:r>
      <w:r>
        <w:rPr>
          <w:lang w:eastAsia="zh-CN"/>
        </w:rPr>
        <w:t>　　遵守医院的各项规章制度，按时上、下班，坚守工作岗位，积极配合医院领导及科室领导的工作，努力完成上级下达的各项任务。如配合学校完成新生入学体检等。在工作中，本人深切的认识到一个合格的麻醉科医生应具备的素质和条件。努力提高自身的业务水平，不断加强业务理论学习，积极参加各种医学及麻醉学的学术会议、讲座，学习新的医疗知识和医疗技术以及管理方法，从而开阔了视野，扩大了知识面。</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始终坚持用新的理论技术指导业务工作，能熟练掌握硬膜外麻醉、颈丛麻醉，气管内插管全身麻醉，静脉复合麻醉等各种基本的麻醉技术，在科室领导的带领和指导下，现在能独立完成日常的手术麻醉及急诊手术的麻醉，并且在科主任及各位上级医师的帮助和指导下能完成一些有一定难度的麻醉、操作及手术当中出现的紧急情况的处理。</w:t>
      </w:r>
      <w:r>
        <w:rPr>
          <w:lang w:eastAsia="zh-CN"/>
        </w:rPr>
        <w:br/>
      </w:r>
      <w:r>
        <w:rPr>
          <w:lang w:eastAsia="zh-CN"/>
        </w:rPr>
        <w:t>　　工作中严格执行各种工作制度、诊疗常规和操作规程，一丝不苟的处理每一位病人，在最大程度上避免麻醉意外与医疗事故的发生，如手术前访视病人时，诚心的去与病人沟通，减轻病人的心理负担，使病人在术前达到最好的身心状态。手术时，尽量与手术医师配合好，满足手术医师对麻醉的要求，以便达到麻醉的平稳、安全和手术的顺利完成。</w:t>
      </w:r>
      <w:r>
        <w:rPr>
          <w:lang w:eastAsia="zh-CN"/>
        </w:rPr>
        <w:br/>
      </w:r>
      <w:r>
        <w:rPr>
          <w:lang w:eastAsia="zh-CN"/>
        </w:rPr>
        <w:t xml:space="preserve">    麻醉医生年终个人总结范文 篇13 </w:t>
      </w:r>
      <w:r>
        <w:rPr>
          <w:lang w:eastAsia="zh-CN"/>
        </w:rPr>
        <w:br/>
      </w:r>
      <w:r>
        <w:rPr>
          <w:lang w:eastAsia="zh-CN"/>
        </w:rPr>
        <w:t>　　本人在201_年度的工作中，严格遵守各项操作规程和日常工作制度，对每一台手术的麻醉，从麻醉前访视患者了解患者一般情况，熟悉病例，评估患者对麻醉及手术的耐受程度，到麻醉器械的准备，核查，到麻醉的具体实施，到麻醉过程的管理及处理，到术后随访，点点面面，烂熟于心，一丝不苟。多年磨练，具备了娴熟，精湛，正确的操作技术和处理技术，可独立，熟练规范完成部位麻醉（如椎管内麻醉，神经阻滞麻醉及神经丛阻滞麻醉），全身麻醉(静脉，吸入及静吸复合全麻），中心静脉（颈内静脉，锁骨下静脉，股静脉等），周围动脉（桡动脉，股动脉，足背动脉）穿刺置管。</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本年度本人独立成功的为700余例病人实施了麻醉，未出现任何麻醉意外和医疗纠纷，病人满意度达到百分之百。其中共完成全身麻醉200余例，硬腰联合麻醉400余例，神经阻滞麻醉100余例，深静脉穿刺置，50余例，动脉穿刺置管并进行有创动脉监测2例，参与全院病人的抢救60余次，成功抢救了40余例危重症患者。在院领导和科主任的关心和支持下，麻醉科全科创新开展了自体血回输技术，既减少了输异体血的风险又减轻了患者的经济负担，受到了广大患者及家属的欢迎，已独立完成10余例。对病情复杂多变，危重，合并多器官衰退患者的麻醉，如创伤病人，老年人，小儿，产妇等，亦积累了丰富的经验。参加实习进修人员带教20余人次。</w:t>
      </w:r>
      <w:r>
        <w:rPr>
          <w:lang w:eastAsia="zh-CN"/>
        </w:rPr>
        <w:br/>
      </w:r>
      <w:r>
        <w:rPr>
          <w:lang w:eastAsia="zh-CN"/>
        </w:rPr>
        <w:t>　　在参加20__年度的市劳动之星竞赛中，荣获气管插管组优胜奖。</w:t>
      </w:r>
      <w:r>
        <w:rPr>
          <w:lang w:eastAsia="zh-CN"/>
        </w:rPr>
        <w:br/>
      </w:r>
      <w:r>
        <w:rPr>
          <w:lang w:eastAsia="zh-CN"/>
        </w:rPr>
        <w:t>　　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如今医患关系紧张的时期，切实的贯彻“以病人为中心，以提高医疗服务质量为主题”的思想，为了病人的一切，急病人之所急，尽己所能帮患者尽快解决病痛之若，用自己的实际行动让病人了解医生仍然是值得信任的人。</w:t>
      </w:r>
      <w:r>
        <w:rPr>
          <w:lang w:eastAsia="zh-CN"/>
        </w:rPr>
        <w:br/>
      </w:r>
      <w:r>
        <w:rPr>
          <w:lang w:eastAsia="zh-CN"/>
        </w:rPr>
        <w:t xml:space="preserve">    麻醉医生年终个人总结范文 篇14 </w:t>
      </w:r>
      <w:r>
        <w:rPr>
          <w:lang w:eastAsia="zh-CN"/>
        </w:rPr>
        <w:br/>
      </w:r>
      <w:r>
        <w:rPr>
          <w:lang w:eastAsia="zh-CN"/>
        </w:rPr>
        <w:t>　　在__医院上班的日子里，我喜欢上了麻醉这份工作，想在这里慢慢成长成材，成为一名合格的正式__医院里的职工，三个月的学习与工作，让我成长了很多，今后我会继续努力，一如既往地保持着优良的作风，不断地完善自己，为了自己的明天，明天作出一番成绩。</w:t>
      </w:r>
      <w:r>
        <w:rPr>
          <w:lang w:eastAsia="zh-CN"/>
        </w:rPr>
        <w:br/>
      </w:r>
      <w:r>
        <w:rPr>
          <w:lang w:eastAsia="zh-CN"/>
        </w:rPr>
        <w:t>　　一、工作取得的成绩</w:t>
      </w:r>
      <w:r>
        <w:rPr>
          <w:lang w:eastAsia="zh-CN"/>
        </w:rPr>
        <w:br/>
      </w:r>
      <w:r>
        <w:rPr>
          <w:lang w:eastAsia="zh-CN"/>
        </w:rPr>
        <w:t>　　（一）加强了实习工作的精细化管理。</w:t>
      </w:r>
      <w:r>
        <w:rPr>
          <w:lang w:eastAsia="zh-CN"/>
        </w:rPr>
        <w:br/>
      </w:r>
      <w:r>
        <w:rPr>
          <w:lang w:eastAsia="zh-CN"/>
        </w:rPr>
        <w:t>　　20__级专业调研1是学校调整教学计划后各第一次组织这种类型的实习，为了规范细化实习教学的管理工作，在总结__年实习工作经验的基础上，进一步细化实习教学工作的管理。</w:t>
      </w:r>
      <w:r>
        <w:rPr>
          <w:lang w:eastAsia="zh-CN"/>
        </w:rPr>
        <w:br/>
      </w:r>
      <w:r>
        <w:rPr>
          <w:lang w:eastAsia="zh-CN"/>
        </w:rPr>
        <w:t>　　1、学院领导高度重视，精心布置。</w:t>
      </w:r>
      <w:r>
        <w:rPr>
          <w:lang w:eastAsia="zh-CN"/>
        </w:rPr>
        <w:br/>
      </w:r>
      <w:r>
        <w:rPr>
          <w:lang w:eastAsia="zh-CN"/>
        </w:rPr>
        <w:t>　　为了高质量的完成此次实习工作，各学院对该项工作给予了高度重视。明确了由院长和分管教学的副院长牵头，抓组织，抓落实。通过学院领导精心组织、教研室配合、班主任协调、实习指导教师联系和指导、动员学生积极参与，实施全方位全过程的组织和管理模式。按照教学计划要求，年初各学院都制定了详细的年度实习教学计划，进一步规范实习教学管理的环节，各学院认真选择实习地点和实习方式，挑选责任心强、有指导经验的教师担任实习指导教师，精心组织安排每一个实习教学内容，确保了今年实习教学工作的顺利完成。</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2、规范指导教师指导过程管理。</w:t>
      </w:r>
      <w:r>
        <w:rPr>
          <w:lang w:eastAsia="zh-CN"/>
        </w:rPr>
        <w:br/>
      </w:r>
      <w:r>
        <w:rPr>
          <w:lang w:eastAsia="zh-CN"/>
        </w:rPr>
        <w:t>　　实习期间，指导教师除按照《实习指导书》的要求对学生进行认真指导外，指导教师还要对实习过程进行全面记录，并填写《指导实习记录本》。</w:t>
      </w:r>
      <w:r>
        <w:rPr>
          <w:lang w:eastAsia="zh-CN"/>
        </w:rPr>
        <w:br/>
      </w:r>
      <w:r>
        <w:rPr>
          <w:lang w:eastAsia="zh-CN"/>
        </w:rPr>
        <w:t>　　3、加强实习巡视检查及时改进。</w:t>
      </w:r>
      <w:r>
        <w:rPr>
          <w:lang w:eastAsia="zh-CN"/>
        </w:rPr>
        <w:br/>
      </w:r>
      <w:r>
        <w:rPr>
          <w:lang w:eastAsia="zh-CN"/>
        </w:rPr>
        <w:t>　　为全面掌握各实习点学生实习情况、实习指导教师指导实习情况，各学院主要领导要对各实习点实习情况进行巡视检查，在《实习巡视记录本》中记录巡视检查情况，并认真总结经验，改进管理办法，以利于指导今后实习工作质量稳步提高，为进一步深化教学改革积累了经验。</w:t>
      </w:r>
      <w:r>
        <w:rPr>
          <w:lang w:eastAsia="zh-CN"/>
        </w:rPr>
        <w:br/>
      </w:r>
      <w:r>
        <w:rPr>
          <w:lang w:eastAsia="zh-CN"/>
        </w:rPr>
        <w:t>　　（二）突出学科和专业特色，形式多样，效果良好。</w:t>
      </w:r>
      <w:r>
        <w:rPr>
          <w:lang w:eastAsia="zh-CN"/>
        </w:rPr>
        <w:br/>
      </w:r>
      <w:r>
        <w:rPr>
          <w:lang w:eastAsia="zh-CN"/>
        </w:rPr>
        <w:t>　　按照普通本科教学计划，今年暑期应安排20__级的岗位实习、20__级专业调研1和20__级学生的认知实习，全校16个学院依据各自的专业特点，安排了各种类型的实习教学任务，经济管理实验中心开设了暑假实验班，校内校外互补，集中和分散相结合，突出学科和专业特色，实习形式多样，实习效果良好。不少学院的做法值得肯定。其中会计学院尤为突出。他们突出学科和专业特色，大胆创新，采取了多种多样的实习形式，调动学生实习的积极性，效果良好。主要包括：</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1、突出会计学科特点，组织院级集中实习小分队。学院共组建了4支院级小分队，分别赴石家庄中宏会计师事务所等单位进行实习和调研。院级小分队成员来自不同班级，采取自愿报名、班级推荐、带队教师审核的方式择优录取。</w:t>
      </w:r>
      <w:r>
        <w:rPr>
          <w:lang w:eastAsia="zh-CN"/>
        </w:rPr>
        <w:br/>
      </w:r>
      <w:r>
        <w:rPr>
          <w:lang w:eastAsia="zh-CN"/>
        </w:rPr>
        <w:t>　　2、突出专业特色，组织班级专业实习小分队。组织了8个会计学专业、2个财务管理专业，以及1个审计学专业的班级实习小分队。实习小分队由4—9名同学组成，就某一方面的专业问题进行专题调研，调研题目和内容由指导教师会同学生共同商讨确定，深受学生欢迎。学生们踊跃提供调研题目，积极参与，出了一批有代表性的成果。</w:t>
      </w:r>
      <w:r>
        <w:rPr>
          <w:lang w:eastAsia="zh-CN"/>
        </w:rPr>
        <w:br/>
      </w:r>
      <w:r>
        <w:rPr>
          <w:lang w:eastAsia="zh-CN"/>
        </w:rPr>
        <w:t>　　3、充分利用校内实习环境，积极参加学校经济管理实验中心实验班学习。今年暑期，校经济管理试验中心举办暑期试验班，会计学院对此项工作高度重视，积极配合，按照学校的安排，组织了十几名同学参加了经济管理实验中心组织的暑期实验班的学习。这些同学均顺利通过了考核，圆满完成了学习任务。</w:t>
      </w:r>
      <w:r>
        <w:rPr>
          <w:lang w:eastAsia="zh-CN"/>
        </w:rPr>
        <w:br/>
      </w:r>
      <w:r>
        <w:rPr>
          <w:lang w:eastAsia="zh-CN"/>
        </w:rPr>
        <w:t>　　4、组织学生带任务分散实习，形散心不散。除参加学院、班级小分队和实验班学习的同学以外，大部分同学回到家乡，通过亲友的介绍和自我推介，进入各种组织、单位进行专业调研，按要求撰写实习日记、实习总结，部分同学还按学院要求收集整理了教学案例。</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5、调查热点问题。除了进行专业实习，会计学院学生还对一些专业人士非常关注或是有争议的问题进行了进一步的调查，例如“会计人员是否适应企业的岗位轮换”、“对会计专业大学生素质能力要求的调查”。对这些问题进行调查，有助于当代大学生正确认识自我，弥补自身不足，对专业有进一步的了解。为今后的课程学习和实践教学环节积累了素材和资料。</w:t>
      </w:r>
      <w:r>
        <w:rPr>
          <w:lang w:eastAsia="zh-CN"/>
        </w:rPr>
        <w:br/>
      </w:r>
      <w:r>
        <w:rPr>
          <w:lang w:eastAsia="zh-CN"/>
        </w:rPr>
        <w:t>　　二、实习工作中存在的问题</w:t>
      </w:r>
      <w:r>
        <w:rPr>
          <w:lang w:eastAsia="zh-CN"/>
        </w:rPr>
        <w:br/>
      </w:r>
      <w:r>
        <w:rPr>
          <w:lang w:eastAsia="zh-CN"/>
        </w:rPr>
        <w:t>　　实践工作中目前还存在不少的问题，有些是共性问题，有些是专业个性问题。主要有：</w:t>
      </w:r>
      <w:r>
        <w:rPr>
          <w:lang w:eastAsia="zh-CN"/>
        </w:rPr>
        <w:br/>
      </w:r>
      <w:r>
        <w:rPr>
          <w:lang w:eastAsia="zh-CN"/>
        </w:rPr>
        <w:t>　　（一）好的专业实习单位和基地难找。</w:t>
      </w:r>
      <w:r>
        <w:rPr>
          <w:lang w:eastAsia="zh-CN"/>
        </w:rPr>
        <w:br/>
      </w:r>
      <w:r>
        <w:rPr>
          <w:lang w:eastAsia="zh-CN"/>
        </w:rPr>
        <w:t>　　学院为找一个好的实习单位，大多是通过熟人关系，在人力、精力和财力持续投入不足时，难以成为可持续的高质量的实习基地。有的实习单位对于接纳学生实习的态度上很勉强，不愿让学生参与核心业务，怕影响正常的管理秩序或生产秩序。企业不允许学生自主操作设备，动手能力方面未达到预期效果。一些专业没有相对固定的实习基地，打一枪换一个地方，很不利于保证实习质量。有的专业对口的实习基地比较少，不能满足学生的实习要求。</w:t>
      </w:r>
      <w:r>
        <w:rPr>
          <w:lang w:eastAsia="zh-CN"/>
        </w:rPr>
        <w:br/>
      </w:r>
      <w:r>
        <w:rPr>
          <w:lang w:eastAsia="zh-CN"/>
        </w:rPr>
        <w:t>　　（二）学生实习的综合评价缺乏量化标准</w:t>
      </w:r>
      <w:r>
        <w:rPr>
          <w:lang w:eastAsia="zh-CN"/>
        </w:rPr>
        <w:br/>
      </w:r>
      <w:r>
        <w:rPr>
          <w:lang w:eastAsia="zh-CN"/>
        </w:rPr>
        <w:t>　　对学生的实习过程与效果做出客观、公正的评价缺乏相关的'评价标准，特别是，学生实习的综合评价缺乏量化指标。对优秀、良好、中等、及格和不及格等各等次评定缺乏具体的评价指标和具体要求，成绩的评定存在模糊性、片面性等方面的问题。实习报告的质量不够高。有些老师对实习报告的撰写要求不高，影响实习质量和效果的评定。</w:t>
      </w:r>
      <w:r>
        <w:rPr>
          <w:lang w:eastAsia="zh-CN"/>
        </w:rPr>
        <w:br/>
      </w:r>
      <w:r>
        <w:rPr>
          <w:lang w:eastAsia="zh-CN"/>
        </w:rPr>
        <w:t>　　（三）实习经费不足，影响实习效果</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总的来说，集中实习比分散实习效果更好，但由于实习经费不足，集中实习规模受到限制，在一定程度上影响了实习效果。分散实习由于监督管理上的困难，实习质量普遍不如集中实习的质量。分散实习的质量监控有待加强。</w:t>
      </w:r>
      <w:r>
        <w:rPr>
          <w:lang w:eastAsia="zh-CN"/>
        </w:rPr>
        <w:br/>
      </w:r>
      <w:r>
        <w:rPr>
          <w:lang w:eastAsia="zh-CN"/>
        </w:rPr>
        <w:t>　　（四）部分教师实践能力有待提高</w:t>
      </w:r>
      <w:r>
        <w:rPr>
          <w:lang w:eastAsia="zh-CN"/>
        </w:rPr>
        <w:br/>
      </w:r>
      <w:r>
        <w:rPr>
          <w:lang w:eastAsia="zh-CN"/>
        </w:rPr>
        <w:t>　　部分实习指导教师自身专业实践能力较差，在指导学生实习中力不从心，影响实习效果。</w:t>
      </w:r>
      <w:r>
        <w:rPr>
          <w:lang w:eastAsia="zh-CN"/>
        </w:rPr>
        <w:br/>
      </w:r>
      <w:r>
        <w:rPr>
          <w:lang w:eastAsia="zh-CN"/>
        </w:rPr>
        <w:t>　　（五）有些学生实习中心态不稳</w:t>
      </w:r>
      <w:r>
        <w:rPr>
          <w:lang w:eastAsia="zh-CN"/>
        </w:rPr>
        <w:br/>
      </w:r>
      <w:r>
        <w:rPr>
          <w:lang w:eastAsia="zh-CN"/>
        </w:rPr>
        <w:t>　　一是毕业实习在毕业学期安排，很多学生急于找工作，因此学生在实习中心态不稳，对实习工作的重要不能充分认识，个别学生有应付态度。二是，部分不毕业学生思想上不够重视，存在轻视实习环节的错误认识，个别学生有迟到早退应付现象。另外，在实习中暴露出学生基础理论掌握不好、专业素质和实践能力的训练与培养不够，学生的语言表达能力有待提高等问题。</w:t>
      </w:r>
      <w:r>
        <w:rPr>
          <w:lang w:eastAsia="zh-CN"/>
        </w:rPr>
        <w:br/>
      </w:r>
      <w:r>
        <w:rPr>
          <w:lang w:eastAsia="zh-CN"/>
        </w:rPr>
        <w:t xml:space="preserve">    麻醉医生年终个人总结范文 篇15 </w:t>
      </w:r>
      <w:r>
        <w:rPr>
          <w:lang w:eastAsia="zh-CN"/>
        </w:rPr>
        <w:br/>
      </w:r>
      <w:r>
        <w:rPr>
          <w:lang w:eastAsia="zh-CN"/>
        </w:rPr>
        <w:t>　　尊敬的李院长、尊敬的各位院级领导、各位科室领导及职工代表：</w:t>
      </w:r>
      <w:r>
        <w:rPr>
          <w:lang w:eastAsia="zh-CN"/>
        </w:rPr>
        <w:br/>
      </w:r>
      <w:r>
        <w:rPr>
          <w:lang w:eastAsia="zh-CN"/>
        </w:rPr>
        <w:t>　　大家下午好!</w:t>
      </w:r>
      <w:r>
        <w:rPr>
          <w:lang w:eastAsia="zh-CN"/>
        </w:rPr>
        <w:br/>
      </w:r>
      <w:r>
        <w:rPr>
          <w:lang w:eastAsia="zh-CN"/>
        </w:rPr>
        <w:t>　　年1月，我通过竞聘上岗走上麻醉科手术室副主任岗位，自己在完成临床本职工作的同时，协助科主任负责科室日常管理工作。三年多来，在院领导的关心支持下，我和科主任、护士长一道勤奋扎实工作，各方面取得满意成绩。下面，我就这三年多来的工作情况向大家作个简要汇报，以接受大家的评议。</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作为科室副主任，始终注重麻醉学新技术的开展应用。麻醉学科是近年来发展较快的一门临床学科(可以看到，麻醉科工作已渗透到临床很多学科，甚至一些护理工作)，只有不断学习，刻苦钻研，才能站在知识最前沿。工作中通过各种途径掌握国内外最新医学动态，临床麻醉技能精益求精，始终注重把标准化的麻醉技术与个体化病人有机结合，使个体化病人的麻醉艺术化。近年来，主要围绕麻醉科业务范围即临床麻醉、危重症处理、疼痛治疗三大领域开展工作。譬如：配合临床开展了腹腔镜微创手术;普及提高高龄病人监测治疗水平，让高龄病人安全度过围手术期，现在80-90岁高龄病人安全手术已常见;开展外周神经刺激器定位下神经阻滞，以提高麻醉满意率;引进瑞芬太尼复合丙泊酚静脉全身麻醉，使全麻病人术毕及时苏醒;继开展无痛胃镜检查术、无痛人流术、术后镇痛、无痛膀胱镜检查术后，又推出无痛肠镜检查术、</w:t>
      </w:r>
      <w:r>
        <w:rPr>
          <w:lang w:eastAsia="zh-CN"/>
        </w:rPr>
        <w:t xml:space="preserve"> 无痛导尿术、无痛胃管插入技术;还和胃镜室合作开展静脉麻醉下小儿食道异物取出术;根据mri检查病人需要，为部分患者提供mac镇静治疗;利用麻醉科技术，配合临床开展肝脓肿b超定位下穿刺引流术;采用pca技术为顽固性癌痛病人止痛治疗;普及推广中心静脉置管技术，有利于危重病人及术后病人的治疗;普及推广气管插管术和危急气道管理技术，以提高急诊急救水平等等。近年来，主持开展新技术20余项，获市政府科技进步三等奖6项，发表专业学术论文10余篇。</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作为科室副主任，在管理方面我认真履行自己的职责。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近几年，在大连年终麻醉质控检查中，受到上级质控检查专家的一致好评。</w:t>
      </w:r>
      <w:r>
        <w:rPr>
          <w:lang w:eastAsia="zh-CN"/>
        </w:rPr>
        <w:br/>
      </w:r>
      <w:r>
        <w:rPr>
          <w:lang w:eastAsia="zh-CN"/>
        </w:rPr>
        <w:t>　　另外，在做好本职工作的同时，还积极开展麻醉学科普工作，让社会公众加深对麻醉学科的了解。定期对麻醉科的有关工作进行总结，同时对我院外科开展复杂疑难手术情况进行相关宣传报道。近年来，为院报撰写稿件90多篇，普及提高了麻醉科及相关学科的专业知识，起到宣传科室、宣传医院的作用。</w:t>
      </w:r>
      <w:r>
        <w:rPr>
          <w:lang w:eastAsia="zh-CN"/>
        </w:rPr>
        <w:br/>
      </w:r>
      <w:r>
        <w:rPr>
          <w:lang w:eastAsia="zh-CN"/>
        </w:rPr>
        <w:t>　　但是，自己感觉还有很多的不足，譬如参与科室管理的劲头还需提高，和相关领导的工作协调沟通还需加强等等，我相信，在各级领导和同志们的帮助下，我会努力改进。</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下一步，我认为还有很多工作要做，要和科主任一道，继续落实麻醉学科科学发展观，按市二级重点学科的要求定位我院麻醉学科的建设。继续引进开展新技术，拓展麻醉科服务领域;优化服务流程，为患者和临床外科搭建最佳手术平台;麻醉技能精益求精，努力提高临床麻醉满意率;发挥麻醉科专业优势，普及提高我院急救危重病人监测治疗水平;适当时机规范推出我院镇痛分娩技术，以解除正常分娩产妇分娩痛苦等等。</w:t>
      </w:r>
      <w:r>
        <w:rPr>
          <w:lang w:eastAsia="zh-CN"/>
        </w:rPr>
        <w:br/>
      </w:r>
      <w:r>
        <w:rPr>
          <w:lang w:eastAsia="zh-CN"/>
        </w:rPr>
        <w:t>　　总之，总结近几年的工作，可以说：自己尽职、尽责、尽心、尽力。展望未来，任重而道远，我将以饱满的工作热情和高度的责任感、使命感投身到科室和医院的发展建设当中，为麻醉学科手术室和医院的发展作出自己的贡献，也希望领导和同志们一如既往地关心我、支持我!</w:t>
      </w:r>
      <w:r>
        <w:rPr>
          <w:lang w:eastAsia="zh-CN"/>
        </w:rPr>
        <w:br/>
      </w:r>
      <w:r>
        <w:rPr>
          <w:lang w:eastAsia="zh-CN"/>
        </w:rPr>
        <w:t xml:space="preserve">    麻醉医生年终个人总结范文 篇16 </w:t>
      </w:r>
      <w:r>
        <w:rPr>
          <w:lang w:eastAsia="zh-CN"/>
        </w:rPr>
        <w:br/>
      </w:r>
      <w:r>
        <w:rPr>
          <w:lang w:eastAsia="zh-CN"/>
        </w:rPr>
        <w:t>　　一年来，在医院党组的领导下，紧紧围绕全院的发展局，认真开展各项医疗工作，全面履行了主治医生的岗位职责。现将一年工作总结如下：</w:t>
      </w:r>
      <w:r>
        <w:rPr>
          <w:lang w:eastAsia="zh-CN"/>
        </w:rPr>
        <w:br/>
      </w:r>
      <w:r>
        <w:rPr>
          <w:lang w:eastAsia="zh-CN"/>
        </w:rPr>
        <w:t>　　一、加强业务学习，不断提高自身素质</w:t>
      </w:r>
      <w:r>
        <w:rPr>
          <w:lang w:eastAsia="zh-CN"/>
        </w:rPr>
        <w:br/>
      </w:r>
      <w:r>
        <w:rPr>
          <w:lang w:eastAsia="zh-CN"/>
        </w:rPr>
        <w:t>　　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提高。</w:t>
      </w:r>
      <w:r>
        <w:rPr>
          <w:lang w:eastAsia="zh-CN"/>
        </w:rPr>
        <w:br/>
      </w:r>
      <w:r>
        <w:rPr>
          <w:lang w:eastAsia="zh-CN"/>
        </w:rPr>
        <w:t>　　二、认真负责地做好医疗工作</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救死扶伤，治病救人”是医疗工作者的职责所在，也是社会文明的重要组成部分，医疗工作的进步在社会发展中具有不可替代的作用，为此，我以对历史负责、对医院负责、对患者负责的精神，主动做好各项工作。</w:t>
      </w:r>
      <w:r>
        <w:rPr>
          <w:lang w:eastAsia="zh-CN"/>
        </w:rPr>
        <w:br/>
      </w:r>
      <w:r>
        <w:rPr>
          <w:lang w:eastAsia="zh-CN"/>
        </w:rPr>
        <w:t>　　(1）是坚持业务学习不放松。坚持学习放射理论研究的新成果，不断汲取新的营养，促进自己业务水平的不断提高，全年共计记业务工作笔记万字，撰写工作报告__余份，撰写业务工作心得论文__篇。</w:t>
      </w:r>
      <w:r>
        <w:rPr>
          <w:lang w:eastAsia="zh-CN"/>
        </w:rPr>
        <w:br/>
      </w:r>
      <w:r>
        <w:rPr>
          <w:lang w:eastAsia="zh-CN"/>
        </w:rPr>
        <w:t>　　（2）是坚持“精益求精，一丝不苟”的原则，热度接待每一位患者，认真对待每一例患者，坚持把工作献给社会，把爱心捧给患者，从而保证了各项工作的质量，受到了社会各界的好评。全年共计接待患者5000余人CT检查患者。</w:t>
      </w:r>
      <w:r>
        <w:rPr>
          <w:lang w:eastAsia="zh-CN"/>
        </w:rPr>
        <w:br/>
      </w:r>
      <w:r>
        <w:rPr>
          <w:lang w:eastAsia="zh-CN"/>
        </w:rPr>
        <w:t>　　三、严格要求自己，主动为医院的发展建言出力</w:t>
      </w:r>
      <w:r>
        <w:rPr>
          <w:lang w:eastAsia="zh-CN"/>
        </w:rPr>
        <w:br/>
      </w:r>
      <w:r>
        <w:rPr>
          <w:lang w:eastAsia="zh-CN"/>
        </w:rPr>
        <w:t>　　作为医院的医师，“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一年来，在领导的助和同志们的支持下，工作虽然取得了一定成绩，但与组织的要求还差得很远，与其它同志相比还有差距，在今后工作中，要继续努力，克服不足，创造更加优异的工作成绩。</w:t>
      </w:r>
      <w:r>
        <w:rPr>
          <w:lang w:eastAsia="zh-CN"/>
        </w:rPr>
        <w:br/>
      </w:r>
      <w:r>
        <w:rPr>
          <w:lang w:eastAsia="zh-CN"/>
        </w:rPr>
        <w:t xml:space="preserve">    麻醉医生年终个人总结范文 篇17 </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下一步，我认为还有很多工作要做，要和科主任一道，按市二级重点学科的要求定位我院麻醉学科的.建设。继续引进开展新技术，拓展麻醉科服务领域；优化服务流程，为患者和临床外科搭建最佳手术平台；麻醉技能精益求精，努力提高临床麻醉满意率；发挥麻醉科专业优势，普及提高我院急救危重病人监测治疗水平；适当时机规范推出我院镇痛分娩技术，以解除正常分娩产妇分娩痛苦等等。</w:t>
      </w:r>
      <w:r>
        <w:rPr>
          <w:lang w:eastAsia="zh-CN"/>
        </w:rPr>
        <w:br/>
      </w:r>
      <w:r>
        <w:rPr>
          <w:lang w:eastAsia="zh-CN"/>
        </w:rPr>
        <w:t>　　总之，总结这一年的工作，可以说：自己尽职、尽责、尽心、尽力。展望未来，任重而道远，我将以饱满的工作热情和高度的责任感、使命感投身到科室和医院的发展建设当中，为麻醉学科手术室和医院的发展作出自己的贡献！</w:t>
      </w:r>
      <w:r>
        <w:rPr>
          <w:lang w:eastAsia="zh-CN"/>
        </w:rPr>
        <w:br/>
      </w:r>
      <w:r>
        <w:rPr>
          <w:lang w:eastAsia="zh-CN"/>
        </w:rPr>
        <w:t>　　我已在麻醉科一年多的时间，期间自己努力了也进步了不少，想这不仅是工作，更重要的给了一个学习和锻炼的机会。现在工作已经渐渐变得顺其自然了这或许应该是一种庆幸，让我值得留恋的一段经历。以下是我这段时间的工作总结。</w:t>
      </w:r>
      <w:r>
        <w:rPr>
          <w:lang w:eastAsia="zh-CN"/>
        </w:rPr>
        <w:br/>
      </w:r>
      <w:r>
        <w:rPr>
          <w:lang w:eastAsia="zh-CN"/>
        </w:rPr>
        <w:t xml:space="preserve">    麻醉医生年终个人总结范文 篇18 </w:t>
      </w:r>
      <w:r>
        <w:rPr>
          <w:lang w:eastAsia="zh-CN"/>
        </w:rPr>
        <w:br/>
      </w:r>
      <w:r>
        <w:rPr>
          <w:lang w:eastAsia="zh-CN"/>
        </w:rPr>
        <w:t>　　20__年我科紧紧围绕加快科室发展这个中心，在院领导的领导下，不断提高医疗质量、保障医疗安全、提高全科素质方面又迈上一个新台阶较好地完成了院领导预定的各项工作目标。</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r>
        <w:rPr>
          <w:lang w:eastAsia="zh-CN"/>
        </w:rPr>
        <w:br/>
      </w:r>
      <w:r>
        <w:rPr>
          <w:lang w:eastAsia="zh-CN"/>
        </w:rPr>
        <w:t>　　在如今医患关系紧张的时期，切实的贯彻“以病人为中心，以提高医疗服务质量为主题”的思想，为了病人的一切，急病人之所急，尽己所能帮患者尽快解决病痛之若，用自己的实际行动让病人了解医生仍然是值得信任的人。</w:t>
      </w:r>
      <w:r>
        <w:rPr>
          <w:lang w:eastAsia="zh-CN"/>
        </w:rPr>
        <w:br/>
      </w:r>
      <w:r>
        <w:rPr>
          <w:lang w:eastAsia="zh-CN"/>
        </w:rPr>
        <w:t xml:space="preserve">    麻醉医生年终个人总结范文 篇19 </w:t>
      </w:r>
      <w:r>
        <w:rPr>
          <w:lang w:eastAsia="zh-CN"/>
        </w:rPr>
        <w:br/>
      </w:r>
      <w:r>
        <w:rPr>
          <w:lang w:eastAsia="zh-CN"/>
        </w:rPr>
        <w:t>　　努力建设一家技术精品化、服务个性化、工作程序化、环境温馨化、医院品牌化的现代化医院，医院始终坚持“爱心奉献”宗旨和“一切以病人为中心”理念。能在这样的一家医院学习进步，感到很荣幸。</w:t>
      </w:r>
      <w:r>
        <w:rPr>
          <w:lang w:eastAsia="zh-CN"/>
        </w:rPr>
        <w:br/>
      </w:r>
      <w:r>
        <w:rPr>
          <w:lang w:eastAsia="zh-CN"/>
        </w:rPr>
        <w:t>　　科室里每个前辈老师都能够谆谆教导我手把手的教会我自己对于麻醉领域的独特见解与体会，经验毕竟是有些书本上所欠缺的这让我倍感弥足珍惜。这里我真的很感激医生，不仅能当面指正我缺点与不足，而且对于麻醉专业知识她能够不厌其烦的给我讲解，让我懂得很多，学会很多，而且也避免了许多。在其他同事的身上，对于生活的态度，以及对于工作的那份责任，身上也学到很多。</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科主任的一句话令我记忆深刻“麻醉这一行业要么不出事，一出就是大事，所以做事要慎而重之”这句话让我时刻谨记，想这能让我今后从事这已行业的路走的更远更长。遇到解决不了会及时上报领导前辈，不逞强逞能，这不仅是对自己负责也是对病人，同事负责。觉得做人起码要有一份责任心，更何况是从事医务这一行业。</w:t>
      </w:r>
      <w:r>
        <w:rPr>
          <w:lang w:eastAsia="zh-CN"/>
        </w:rPr>
        <w:br/>
      </w:r>
      <w:r>
        <w:rPr>
          <w:lang w:eastAsia="zh-CN"/>
        </w:rPr>
        <w:t xml:space="preserve">    麻醉医生年终个人总结范文 篇20 </w:t>
      </w:r>
      <w:r>
        <w:rPr>
          <w:lang w:eastAsia="zh-CN"/>
        </w:rPr>
        <w:br/>
      </w:r>
      <w:r>
        <w:rPr>
          <w:lang w:eastAsia="zh-CN"/>
        </w:rPr>
        <w:t>　　麻醉学科是近年来发展较快的一门临床学科，只有不断学习，刻苦钻研，才能站在知识最前沿。工作中通过各种途径掌握国内外最新医学动态，临床麻醉技能精益求精，始终注重把标准化的麻醉技术与个体化病人有机结合，使个体化病人的麻醉艺术化。</w:t>
      </w:r>
      <w:r>
        <w:rPr>
          <w:lang w:eastAsia="zh-CN"/>
        </w:rPr>
        <w:br/>
      </w:r>
      <w:r>
        <w:rPr>
          <w:lang w:eastAsia="zh-CN"/>
        </w:rPr>
        <w:t>　　近年来，主要围绕麻醉科业务范围即临床麻醉、危重症处理、疼痛治疗三大领域开展工作。譬如：配合临床开展了腹腔镜微创手术；普及提高高龄病人监测治疗水平，让高龄病人安全度过围手术期；开展外周神经刺激器定位下神经阻滞，以提高麻醉满意率；引进瑞芬太尼复合丙泊酚静脉全身麻醉，使全麻病人术毕及时苏醒；还和胃镜室合作开展静脉麻醉下小儿食道异物取出术；普及推广中心静脉置管技术，有利于危重病人及术后病人的治疗；普及推广气管插管术和危急气道管理技术，以提高急诊急救水平等等。</w:t>
      </w:r>
      <w:r>
        <w:rPr>
          <w:lang w:eastAsia="zh-CN"/>
        </w:rPr>
        <w:br/>
      </w:r>
      <w:r>
        <w:rPr>
          <w:lang w:eastAsia="zh-CN"/>
        </w:rPr>
        <w:t xml:space="preserve">    麻醉医生年终个人总结范文 篇21 </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20_年，在院领导的正确指挥下，在兄弟科室的大力支持下，科室领导班子率领全科医护人员，紧紧围绕加快科室发展为中心，以科学发展观为统领，巩固和加快麻醉科临床重点专科建设与管理，在不断提高医疗质量、保障医疗安全、提高全科素质方面又迈上一个新台阶。真抓实干，完成和超额完成了我科20__年的各项发展目标和工作任务，取得了令人可喜的成绩。以下为我科的年终工作计划。</w:t>
      </w:r>
      <w:r>
        <w:rPr>
          <w:lang w:eastAsia="zh-CN"/>
        </w:rPr>
        <w:br/>
      </w:r>
      <w:r>
        <w:rPr>
          <w:lang w:eastAsia="zh-CN"/>
        </w:rPr>
        <w:t>　　一、思想政治及医德医风方面</w:t>
      </w:r>
      <w:r>
        <w:rPr>
          <w:lang w:eastAsia="zh-CN"/>
        </w:rPr>
        <w:br/>
      </w:r>
      <w:r>
        <w:rPr>
          <w:lang w:eastAsia="zh-CN"/>
        </w:rPr>
        <w:t>　　全科医护人员继续深入学习各种相关的法律、法规，如差错事故防范制度、执业医师法、传染病防治法、医疗事故防范预案和处理条例等等，每月一次，并作好学习记录和登记。</w:t>
      </w:r>
      <w:r>
        <w:rPr>
          <w:lang w:eastAsia="zh-CN"/>
        </w:rPr>
        <w:br/>
      </w:r>
      <w:r>
        <w:rPr>
          <w:lang w:eastAsia="zh-CN"/>
        </w:rPr>
        <w:t>　　坚持医德规范加强医德医风建设，医德医风涉及医院内涵建设和可持续发展的内在动力。要求所有医护人员对照学习，共同提高。切实改进工作作风，不断提高工作效率和服务质量，建设服务型、责任型、效能型、廉洁型科室。本着实事求是、真抓实干的工作态度，及时自查自纠，认真抓好民主评议医德医风建设。</w:t>
      </w:r>
      <w:r>
        <w:rPr>
          <w:lang w:eastAsia="zh-CN"/>
        </w:rPr>
        <w:br/>
      </w:r>
      <w:r>
        <w:rPr>
          <w:lang w:eastAsia="zh-CN"/>
        </w:rPr>
        <w:t>　　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r>
        <w:rPr>
          <w:lang w:eastAsia="zh-CN"/>
        </w:rPr>
        <w:br/>
      </w:r>
      <w:r>
        <w:rPr>
          <w:lang w:eastAsia="zh-CN"/>
        </w:rPr>
        <w:t>　　二、医疗质量与患者安全</w:t>
      </w:r>
      <w:r>
        <w:rPr>
          <w:lang w:eastAsia="zh-CN"/>
        </w:rPr>
        <w:br/>
      </w:r>
    </w:p>
    <w:p w:rsidR="001B1F19" w14:textId="27C3F48A">
      <w:pPr>
        <w:rPr>
          <w:lang w:eastAsia="zh-CN"/>
        </w:rPr>
      </w:pPr>
      <w:r>
        <w:rPr>
          <w:lang w:eastAsia="zh-CN"/>
        </w:rPr>
        <w:t>　　根据医院的安排和要求，认真部署和落实，提高医疗质量，保障医疗安全，保证医疗和护理质量，提高医疗服务的安全性和有效性。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r>
        <w:rPr>
          <w:lang w:eastAsia="zh-CN"/>
        </w:rPr>
        <w:br/>
      </w:r>
      <w:r>
        <w:rPr>
          <w:lang w:eastAsia="zh-CN"/>
        </w:rPr>
        <w:t>　　落实各项核心制度，加强手术和麻醉医疗安全管理。实行患者病情评估制度，加强围手术期质量管理，严格执行各种诊疗工作常规，防止手术患者、手术部位及术式发生错误。加强病历管理，提高病历书写质量。继续强化医疗、护理病历书写质量与管理，由质控员每月根据制定的规程和标准统计数据，经科室负责人审查，发现问题，并提出整改措施，付诸实施。</w:t>
      </w:r>
      <w:r>
        <w:rPr>
          <w:lang w:eastAsia="zh-CN"/>
        </w:rPr>
        <w:br/>
      </w:r>
      <w:r>
        <w:rPr>
          <w:lang w:eastAsia="zh-CN"/>
        </w:rPr>
        <w:t>　　建立麻醉操作主治医师负责制，规范麻醉工作程序。加强对麻醉术中和术后患者的监护，实施规范的麻醉复苏全程观察，及时处理麻醉意外，20__年我科医疗事故发生率继续为零。贯彻落实《医院感染管理办法》和相关技术规范，有效预防和控制医院感染。每间手术室每周一次采样送检监测，患者院感发生率为零。我科科室质控小组认真负责，每月检查卫生医疗安全隐患，对存在的问题提出整改意见，并记录在册。</w:t>
      </w:r>
      <w:r>
        <w:rPr>
          <w:lang w:eastAsia="zh-CN"/>
        </w:rPr>
        <w:br/>
      </w:r>
      <w:r>
        <w:rPr>
          <w:lang w:eastAsia="zh-CN"/>
        </w:rPr>
        <w:t>　　三、医疗业务及医学继续教育完成情况</w:t>
      </w:r>
      <w:r>
        <w:rPr>
          <w:lang w:eastAsia="zh-CN"/>
        </w:rPr>
        <w:br/>
      </w:r>
      <w:r>
        <w:rPr>
          <w:lang w:eastAsia="zh-CN"/>
        </w:rPr>
        <w:t>　　今年我科开展了可视化插管技术等新项目，减少了插管并发症，提高了插管成功率。今年麻醉科室全体工作人员全部完成继续教育任务，合格率100%，并派出_名同志外出进修学习，为麻醉科室引进新技术，新理念。</w:t>
      </w:r>
      <w:r>
        <w:rPr>
          <w:lang w:eastAsia="zh-CN"/>
        </w:rPr>
        <w:br/>
      </w:r>
      <w:r>
        <w:rPr>
          <w:lang w:eastAsia="zh-CN"/>
        </w:rPr>
        <w:t>　　四、20__年工作中存在的困难</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https://d.book118.com/708031123055006042</w:t>
        </w:r>
      </w:hyperlink>
    </w:p>
    <w:p w:rsidR="001B1F19">
      <w:pPr>
        <w:rPr>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08031123055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