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筑梦青春演讲稿范文（33篇）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筑梦青春演讲稿范文（精选33篇）</w:t>
      </w:r>
      <w:r>
        <w:rPr>
          <w:lang w:eastAsia="zh-CN"/>
        </w:rPr>
        <w:br/>
      </w:r>
      <w:r>
        <w:rPr>
          <w:lang w:eastAsia="zh-CN"/>
        </w:rPr>
        <w:t xml:space="preserve">    筑梦青春演讲稿范文 篇1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生活是一块七巧板，有快乐，也有伤心，有烦恼，正是因为有这么多感受，所以我们生活是多姿多彩的，青春清浅，岁月无痕，我们都在为着自己的梦想去拼搏，去创造属于自己的青春，走出青春的花样。</w:t>
      </w:r>
      <w:r>
        <w:rPr>
          <w:lang w:eastAsia="zh-CN"/>
        </w:rPr>
        <w:br/>
      </w:r>
      <w:r>
        <w:rPr>
          <w:lang w:eastAsia="zh-CN"/>
        </w:rPr>
        <w:t>　　宁静的夏天，鸟声和蝉鸣声迎来了青春的早晨。伴随着阳光的照射在照射校园上的操场汇聚着塑胶与汗水想融合的气味环绕着整个校园。表情凝重的运动员们正等待了一场无比巨大较量。运动员的器官跟随节拍的抖动，鼻子，腿到手，没有一处不为气味儿渲染，触动了神经，全部都抖擞了起来，肌肉全都紧绷了起来，等待着是一声巨响，来迎接青春的生命。</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啪，一声巨响树群野马就像脱缰了一样，在跑道上迈着稳健的步伐，渐快的脚步。他们争着，抢着，拼搏着，就为了自己的梦想。他们就像一颗颗流星一样，闪现在人们的视野伴随着时间慢慢的的消失在远方。看着他们的速度惊人，在运动场上的光彩，谁知背后付出了多少？</w:t>
      </w:r>
      <w:r>
        <w:rPr>
          <w:lang w:eastAsia="zh-CN"/>
        </w:rPr>
        <w:br/>
      </w:r>
      <w:r>
        <w:rPr>
          <w:lang w:eastAsia="zh-CN"/>
        </w:rPr>
        <w:t>　　赛场上的这一颗颗闪亮的流星，不知道背后付出了多少，不知道她为梦想而付出了多少的汗水与心血，也不知道要付出多少，才能取得今天的荣誉。这时脸上的笑容无比的灿烂，都是曾经用泪水，用脚步，一次一次的挫折打击，但始终不放弃，而换来了今天的成就。看着他们光荣。就会想起自己的经历，曾经有多少次因为训练跑步跑到倒地，也不知道自己的身上伤疤有多少，每次都是擦着眼泪，咬着牙往前冲。曾经都是几个爱美的小姑娘在家里大门不出，二门不迈的，被家长宠的像小公主一样。现在在太阳底下暴晒三四个小时，每当穿裙的时候，我就会默默的看下自己的腿。心里在想，没什么，这都是努力留下标志。这证明我没有在颓废，而是在不断地向前，不断地为梦想而去拼搏，活出自己。</w:t>
      </w:r>
      <w:r>
        <w:rPr>
          <w:lang w:eastAsia="zh-CN"/>
        </w:rPr>
        <w:br/>
      </w:r>
      <w:r>
        <w:rPr>
          <w:lang w:eastAsia="zh-CN"/>
        </w:rPr>
        <w:t>　　梦有很多，想象也有，很多追梦人也有很多，但是每个追梦人都是为了自己的梦想而去拼搏的，没有梦想的，只是像一条咸鱼一样，虚度年华而消耗自己的青春。所以为了自己不是消耗青春从现在开始努力吧，奋斗出自己的青春，留下美好的年华。</w:t>
      </w:r>
      <w:r>
        <w:rPr>
          <w:lang w:eastAsia="zh-CN"/>
        </w:rPr>
        <w:br/>
      </w:r>
      <w:r>
        <w:rPr>
          <w:lang w:eastAsia="zh-CN"/>
        </w:rPr>
        <w:t xml:space="preserve">    筑梦青春演讲稿范文 篇2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你所站立的那个地方，正是你的中国。</w:t>
      </w:r>
      <w:r>
        <w:rPr>
          <w:lang w:eastAsia="zh-CN"/>
        </w:rPr>
        <w:br/>
      </w:r>
      <w:r>
        <w:rPr>
          <w:lang w:eastAsia="zh-CN"/>
        </w:rPr>
        <w:t>　　你怎么样，中国便怎么样。</w:t>
      </w:r>
      <w:r>
        <w:rPr>
          <w:lang w:eastAsia="zh-CN"/>
        </w:rPr>
        <w:br/>
      </w:r>
      <w:r>
        <w:rPr>
          <w:lang w:eastAsia="zh-CN"/>
        </w:rPr>
        <w:t>　　你是什么，中国便是什么。</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你若有梦，中国便会有梦。</w:t>
      </w:r>
      <w:r>
        <w:rPr>
          <w:lang w:eastAsia="zh-CN"/>
        </w:rPr>
        <w:br/>
      </w:r>
      <w:r>
        <w:rPr>
          <w:lang w:eastAsia="zh-CN"/>
        </w:rPr>
        <w:t>　　朗朗乾坤，堂堂中华，高龄五千岁，繁衍百亿人。肩挑五岳，手开三峡。腰环万里城，脚踏九曲河，中华五千年，纵横一万里，一心中国梦，万古下泉诗。</w:t>
      </w:r>
      <w:r>
        <w:rPr>
          <w:lang w:eastAsia="zh-CN"/>
        </w:rPr>
        <w:br/>
      </w:r>
      <w:r>
        <w:rPr>
          <w:lang w:eastAsia="zh-CN"/>
        </w:rPr>
        <w:t>　　在孔夫子手中，你是“道之以德，齐之以礼”的“王道”，在老农的眼里，你是“六畜兴旺，五谷丰登”的祥和；在文人的心里，你是为“为天地立心，为生民请命，为往圣继绝学，为万世开太平”的呐喊；在新中国的怀抱里，你是“国富民强，实干兴邦”的愿景。</w:t>
      </w:r>
      <w:r>
        <w:rPr>
          <w:lang w:eastAsia="zh-CN"/>
        </w:rPr>
        <w:br/>
      </w:r>
      <w:r>
        <w:rPr>
          <w:lang w:eastAsia="zh-CN"/>
        </w:rPr>
        <w:t>　　“中国梦”，你如稚拙的图画，镌刻在沧桑的历史中；你如经霜的树叶，夹藏在发黄的诗集里，你如行云，如流水，在人民的唇齿间娓娓道来；你如星辰，如宝玉，在中华大地上熠熠生辉。</w:t>
      </w:r>
      <w:r>
        <w:rPr>
          <w:lang w:eastAsia="zh-CN"/>
        </w:rPr>
        <w:br/>
      </w:r>
      <w:r>
        <w:rPr>
          <w:lang w:eastAsia="zh-CN"/>
        </w:rPr>
        <w:t>　　峰峦如聚，江山如簇，是谁挥舞着巨手，在茫茫天地间擎柱沉浮，勾勒了改革开放的宏伟蓝图；渺渺苍穹，浩浩乾坤，是谁睥睨着宇宙，在浩淼寰宇间俯视，决然开始了探月之旅？是黄河灌注的血脉，是轩辕传承的子孙。</w:t>
      </w:r>
      <w:r>
        <w:rPr>
          <w:lang w:eastAsia="zh-CN"/>
        </w:rPr>
        <w:br/>
      </w:r>
      <w:r>
        <w:rPr>
          <w:lang w:eastAsia="zh-CN"/>
        </w:rPr>
        <w:t>　　“中国梦”，是你奏响了21世纪的最强音。</w:t>
      </w:r>
      <w:r>
        <w:rPr>
          <w:lang w:eastAsia="zh-CN"/>
        </w:rPr>
        <w:br/>
      </w:r>
      <w:r>
        <w:rPr>
          <w:lang w:eastAsia="zh-CN"/>
        </w:rPr>
        <w:t>　　“中国梦”，是你勾起了我心中的教师情。</w:t>
      </w:r>
      <w:r>
        <w:rPr>
          <w:lang w:eastAsia="zh-CN"/>
        </w:rPr>
        <w:br/>
      </w:r>
      <w:r>
        <w:rPr>
          <w:lang w:eastAsia="zh-CN"/>
        </w:rPr>
        <w:t>　　梦在远方，路在脚下。</w:t>
      </w:r>
      <w:r>
        <w:rPr>
          <w:lang w:eastAsia="zh-CN"/>
        </w:rPr>
        <w:br/>
      </w:r>
      <w:r>
        <w:rPr>
          <w:lang w:eastAsia="zh-CN"/>
        </w:rPr>
        <w:t>　　追梦之旅，始于足下。</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少年智则国智，少年富则国富，少年强则国强”，梁任公的一席话敲在了我的心坎上，在我的内心深处种下了一粒名为梦想的种子——学为人师，行为世范。它让我忘记了北上广的流光溢彩，回忆起童年弯弯的倒影。小时候的妈妈很美丽，总领着一群小鸟飞来飞去，小时候的爸爸很神气，三尺讲台也惊天动地，长大后我就成了你们，三尺教鞭扬正气，半盒粉笔绘春秋。生长在教师家庭的我坚信教育救国、教育兴国、教育强国，教育是托起中国梦的力量源泉，怀抱这个理念，我选择了和父辈相同的追梦之旅，回到了了依河而建的故乡——兰州，成为了一名光荣的人民教师。</w:t>
      </w:r>
      <w:r>
        <w:rPr>
          <w:lang w:eastAsia="zh-CN"/>
        </w:rPr>
        <w:br/>
      </w:r>
      <w:r>
        <w:rPr>
          <w:lang w:eastAsia="zh-CN"/>
        </w:rPr>
        <w:t>　　梦在远方，路在脚下。</w:t>
      </w:r>
      <w:r>
        <w:rPr>
          <w:lang w:eastAsia="zh-CN"/>
        </w:rPr>
        <w:br/>
      </w:r>
      <w:r>
        <w:rPr>
          <w:lang w:eastAsia="zh-CN"/>
        </w:rPr>
        <w:t>　　筑梦之旅，永不停息。</w:t>
      </w:r>
      <w:r>
        <w:rPr>
          <w:lang w:eastAsia="zh-CN"/>
        </w:rPr>
        <w:br/>
      </w:r>
      <w:r>
        <w:rPr>
          <w:lang w:eastAsia="zh-CN"/>
        </w:rPr>
        <w:t>　　曾经的我，也曾好高骛远。都说“教师是太阳底下最光辉的职业”因此我期待着“振臂一挥，应者云集”“饮马之众，池水立涸”，然而教师却像罗国杰先生所言：“是一只蜡烛，不断燃烧自己，照亮别人前进的道路；是一根粉笔，散播着智慧的种子，而渐渐的磨损着自己；是一架梯子，让人踩着肩膀，摘下胜利的果实。”教师是如此的平凡、在一张张日历中，翻转过春夏秋冬，在一缕缕晨曦里，送走了日夜黎明。</w:t>
      </w:r>
      <w:r>
        <w:rPr>
          <w:lang w:eastAsia="zh-CN"/>
        </w:rPr>
        <w:br/>
      </w:r>
      <w:r>
        <w:rPr>
          <w:lang w:eastAsia="zh-CN"/>
        </w:rPr>
        <w:t>　　但现在的我，爱上了这份平凡，因为我知道到每一朵花都有盛开的理由，每一颗草都有泛绿的时候，如果用爱去宽容，用心去呵护，我会看到世间最美丽的景色。</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清晨，当黎明的曙光射进教室，我聆听孩子们琅琅的读书声，仿佛是天底下最动听的乐章；黄昏，踏着最后一抹儿夕阳，我目送学生们安然的离去，充实一天就这样流逝。夜晚，灯光下，看着一个个孩子稚嫩的笔迹，逐渐成熟起来，我便感到：这是人生最大地幸福。虽然工作的道路并非一帆风顺，总是有调皮捣蛋的孩子给我波澜不惊的人生激起一点涟漪，但身为人师的这颗心告诉我：你只需静静地等待生命的开放。</w:t>
      </w:r>
      <w:r>
        <w:rPr>
          <w:lang w:eastAsia="zh-CN"/>
        </w:rPr>
        <w:br/>
      </w:r>
      <w:r>
        <w:rPr>
          <w:lang w:eastAsia="zh-CN"/>
        </w:rPr>
        <w:t>　　梦在远方，路在脚下。</w:t>
      </w:r>
      <w:r>
        <w:rPr>
          <w:lang w:eastAsia="zh-CN"/>
        </w:rPr>
        <w:br/>
      </w:r>
      <w:r>
        <w:rPr>
          <w:lang w:eastAsia="zh-CN"/>
        </w:rPr>
        <w:t>　　圆梦之时，无怨无悔。</w:t>
      </w:r>
      <w:r>
        <w:rPr>
          <w:lang w:eastAsia="zh-CN"/>
        </w:rPr>
        <w:br/>
      </w:r>
      <w:r>
        <w:rPr>
          <w:lang w:eastAsia="zh-CN"/>
        </w:rPr>
        <w:t>　　我早已知道，那间教室中放飞的是希望，守巢的是自己；我早已知道，那块黑板上写下的是真理，擦去的是功利；我早已知道，那根粉笔画出的是彩虹，奉献的是自己。大爱千秋，师者无痕。我虽微如草芥，但愿身后绿草如茵；我虽弱不及风柳，但愿背后桃李芬芳；我虽贫如清水，但我仍要大声告诉我的学生——人最大的财富是品质、是知识、是实力、是信心……</w:t>
      </w:r>
      <w:r>
        <w:rPr>
          <w:lang w:eastAsia="zh-CN"/>
        </w:rPr>
        <w:br/>
      </w:r>
      <w:r>
        <w:rPr>
          <w:lang w:eastAsia="zh-CN"/>
        </w:rPr>
        <w:t>　　“中国梦”，就握在你们的手中，愿你们你们拿出“天生我才必有用”的信心，追梦、筑梦、圆梦，精修于学，励志于心，付之于实，使堂堂中国，傲立神州。</w:t>
      </w:r>
      <w:r>
        <w:rPr>
          <w:lang w:eastAsia="zh-CN"/>
        </w:rPr>
        <w:br/>
      </w:r>
      <w:r>
        <w:rPr>
          <w:lang w:eastAsia="zh-CN"/>
        </w:rPr>
        <w:t>　　我知道总有一天，有一天，我也会两鬓斑白，迷朦双眼，就让让不老的时光记下我们青春的誓言——人生如船，梦想作帆，任岁月更迭，世事沧桑；任青春流逝，红颜憔悴，我们将用慈爱呵护纯真，用智慧孕育成长，用真诚开启心灵，用希冀放飞梦想。</w:t>
      </w:r>
      <w:r>
        <w:rPr>
          <w:lang w:eastAsia="zh-CN"/>
        </w:rPr>
        <w:br/>
      </w:r>
      <w:r>
        <w:rPr>
          <w:lang w:eastAsia="zh-CN"/>
        </w:rPr>
        <w:t>　　就让我带着对教育事业的无限忠诚，许下美好的心愿—————希望兰州的教育能够更快更好地发展，让我们一起用双手默默耕耘，共同托起明天的太阳！</w:t>
      </w:r>
      <w:r>
        <w:rPr>
          <w:lang w:eastAsia="zh-CN"/>
        </w:rPr>
        <w:br/>
      </w:r>
      <w:r>
        <w:rPr>
          <w:lang w:eastAsia="zh-CN"/>
        </w:rPr>
        <w:t xml:space="preserve">    筑梦青春演讲稿范文 篇3 </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尊敬的各位领导，各位同事：</w:t>
      </w:r>
      <w:r>
        <w:rPr>
          <w:lang w:eastAsia="zh-CN"/>
        </w:rPr>
        <w:br/>
      </w:r>
      <w:r>
        <w:rPr>
          <w:lang w:eastAsia="zh-CN"/>
        </w:rPr>
        <w:t>　　大家好！</w:t>
      </w:r>
      <w:r>
        <w:rPr>
          <w:lang w:eastAsia="zh-CN"/>
        </w:rPr>
        <w:br/>
      </w:r>
      <w:r>
        <w:rPr>
          <w:lang w:eastAsia="zh-CN"/>
        </w:rPr>
        <w:t>　　我叫袁俊轲，来自我们制药集团，药业有限公司二十一车间。首先，作为一名年终明星，我衷心地感谢地我们公司给我这个让我倍感光荣、骄傲的荣誉和称号。</w:t>
      </w:r>
      <w:r>
        <w:rPr>
          <w:lang w:eastAsia="zh-CN"/>
        </w:rPr>
        <w:br/>
      </w:r>
      <w:r>
        <w:rPr>
          <w:lang w:eastAsia="zh-CN"/>
        </w:rPr>
        <w:t>　　说实话，我只是我们制药的一名普通职工，长期以来只是在自己平凡的岗位上做着自己应该做的工作，做着自己应该做的事情，认真完成领导交给自己的任务。所以我怎么也没有想到自己会因为在平平淡淡工作中的普通表现而得到这么高的荣誉和称号。所以说我很高兴，很惊喜，也很感谢我们公司，感谢各位领导和同事。因为在平时的日子里，我是在各位领导的认真指导下，在诸位同事的努力帮助下才有机会得到锻炼和成长，才拥有了美好的今天，以及今天的荣誉和成绩。</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今天，我站在这里非常感谢我们公司给我这个荣誉。因为在平时的工作中，自己做的工作很少，也很不够。只是和大家在工作中一起完成了公司交给我们的工作和任务。只是简简单单地希望通过我们这些普通职工平时的努力和奋斗，共同建设好我们热爱的家园，我们伟大的鲁南制药集团。为我们公司的快速、和谐发展做出自己应有的奉献，为我们的患者生产出更好的良心药来造福社会。所以说功劳和荣誉都是公司和大家的，所以说我要深深地感谢公司和大家。因为没有公司对我的培养和给我个人成长的机会，就没有我的今天。如果没有公司和车间主任姜合田同志对我的正确指导和大家在平时工作中对我的鼎力帮助，我就不会有今天的成长。所以说功劳是大家的，而我只不过是拿着大家的荣誉。因此，今天作为年终明星的我站在这里既感到害羞和惭愧，也感到惊喜和骄傲，更感到这个年终明星的激励和鞭策，因此我会在以后的日子里更加努力的奋斗和工作，以此来回报我们公司，回报我身边的每一个同事。争取做一个更加合格的鲁南人，为公司的快速、和谐发展做出自己的努力和奉献。</w:t>
      </w:r>
      <w:r>
        <w:rPr>
          <w:lang w:eastAsia="zh-CN"/>
        </w:rPr>
        <w:br/>
      </w:r>
      <w:r>
        <w:rPr>
          <w:lang w:eastAsia="zh-CN"/>
        </w:rPr>
        <w:t>　　因为我是一名一线员工，所以我希望可以通过自己的努力做好和升任自己的本职工作，希望通过自己的努力可以为我们公司发展做出自己的奉献，能够更好地促进我们鲁南制药的发展。可是自己怎么也没有想到公司会给我这么多。不但使我在自己的工作中得到了锻炼和成长，还让我成为了一名合格的、骄傲的、富有的鲁南人，令自己的才能得到了发挥。所以我深深地感谢诸位同事和领导、感谢我们公司，我不得不努力地工作来回报和感恩我们伟大的鲁南。</w:t>
      </w:r>
      <w:r>
        <w:rPr>
          <w:lang w:eastAsia="zh-CN"/>
        </w:rPr>
        <w:br/>
      </w:r>
      <w:r>
        <w:rPr>
          <w:lang w:eastAsia="zh-CN"/>
        </w:rPr>
        <w:t>　　最后，在新年即将来临之际，我在这里衷心地祝愿大家新年快乐，万事如意，工作安全顺利，生活开心。更愿我们鲁南制药集团在我们敬爱赵总的带领下发展的更快、更好，使我们的鲁南制药集团与祖国共成长，更辉煌。谢谢大家!</w:t>
      </w:r>
      <w:r>
        <w:rPr>
          <w:lang w:eastAsia="zh-CN"/>
        </w:rPr>
        <w:br/>
      </w:r>
      <w:r>
        <w:rPr>
          <w:lang w:eastAsia="zh-CN"/>
        </w:rPr>
        <w:t xml:space="preserve">    筑梦青春演讲稿范文 篇4 </w:t>
      </w:r>
      <w:r>
        <w:rPr>
          <w:lang w:eastAsia="zh-CN"/>
        </w:rPr>
        <w:br/>
      </w:r>
      <w:r>
        <w:rPr>
          <w:lang w:eastAsia="zh-CN"/>
        </w:rPr>
        <w:t>　　一天，与几个同学在在校园畅抒梦想时，我不由自主脱口而出：“长大后，当一名光荣的人民教师”。因为，教师平凡而又神圣。</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梦想，她就像一艘驶向彼岸的`航船，一路高歌，这就是青春梦、中国梦的力量。</w:t>
      </w:r>
      <w:r>
        <w:rPr>
          <w:lang w:eastAsia="zh-CN"/>
        </w:rPr>
        <w:br/>
      </w:r>
      <w:r>
        <w:rPr>
          <w:lang w:eastAsia="zh-CN"/>
        </w:rPr>
        <w:t>　　梦想，在心坎萌动，同时又在平时的学习生活中，在挑战我，考验我对梦想的忠贞坚定与否。语文和英语这两门功课的成绩，忽上忽下，连自已也感到不满意，过不硬，有时甚至丧气。“要飞就要飞起来”，梦想为我唤回了自信，恰如一种能量在摧我奋起，给我希望。在平日里只要一有时间，就去攻这两门课，读呀、背呀、默呀、写呀的，坚持不懈，像梦想给我毅力似的，表现出一个新的自我，恰似梦想的光芒!</w:t>
      </w:r>
      <w:r>
        <w:rPr>
          <w:lang w:eastAsia="zh-CN"/>
        </w:rPr>
        <w:br/>
      </w:r>
      <w:r>
        <w:rPr>
          <w:lang w:eastAsia="zh-CN"/>
        </w:rPr>
        <w:t>　　梦想就像人生座标，使我产生一种奋发向上、积极进取的动力。平时只有学好本领，掌握知识，明天才能搏击长空、直挂云帆，才能将梦想成为现实。“三会”计划，不论暑期寒假，还是在平时，我经常当作一面镜子去对照。梦想，她就像一种使命，让我自觉地养成了坚强不屈、严以律己的品性。</w:t>
      </w:r>
      <w:r>
        <w:rPr>
          <w:lang w:eastAsia="zh-CN"/>
        </w:rPr>
        <w:br/>
      </w:r>
      <w:r>
        <w:rPr>
          <w:lang w:eastAsia="zh-CN"/>
        </w:rPr>
        <w:t>　　“好儿女志在四方!”梦想，使我成了插上翅膀的雄鹰，飞过高山，越过大海，到边疆去，到西部去，到祖国最需要的地方去，忠诚责守，让自己成为一名优秀的人民教师，为促进民族大团结、大发展，而努力奋斗。“海阔凭鱼跃，天高任鸟飞”，为明天奋起吧，用自己青春年华去报效祖国。</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梦想，就像一颗大放异彩的明珠，为感恩父母，感恩老师，那时候，在西部任教的我，要迎接他们来西藏看看。让他们乘坐行驶在“天路”的列车上，一路欣赏祖国大好河山，一路品赏乡俗民情，和当地藏族同胞，一起给父母、老师献上洁白的哈达，到拉萨布达拉宫圣地经转朝拜，虔诚祝愿祖国繁荣昌盛，民族团结和睦。今天，我怎不为青春梦、中国梦发奋、窃喜!</w:t>
      </w:r>
      <w:r>
        <w:rPr>
          <w:lang w:eastAsia="zh-CN"/>
        </w:rPr>
        <w:br/>
      </w:r>
      <w:r>
        <w:rPr>
          <w:lang w:eastAsia="zh-CN"/>
        </w:rPr>
        <w:t>　　可爱的百年孝友中学，你选择了我，我选择了你;有多少莘莘学子为你歌唱，为你骄傲和自豪：你“孝贯人伦，友睦天下”的校训，世代相传;孝友，你是我实现梦想的摇篮，我会牢记您“努力每一天，成功每一年”的叮咛!</w:t>
      </w:r>
      <w:r>
        <w:rPr>
          <w:lang w:eastAsia="zh-CN"/>
        </w:rPr>
        <w:br/>
      </w:r>
      <w:r>
        <w:rPr>
          <w:lang w:eastAsia="zh-CN"/>
        </w:rPr>
        <w:t>　　美哉，青春梦，人生有你更精彩;伟哉，中国梦，神州有你更辉煌。</w:t>
      </w:r>
      <w:r>
        <w:rPr>
          <w:lang w:eastAsia="zh-CN"/>
        </w:rPr>
        <w:br/>
      </w:r>
      <w:r>
        <w:rPr>
          <w:lang w:eastAsia="zh-CN"/>
        </w:rPr>
        <w:t xml:space="preserve">    筑梦青春演讲稿范文 篇5 </w:t>
      </w:r>
      <w:r>
        <w:rPr>
          <w:lang w:eastAsia="zh-CN"/>
        </w:rPr>
        <w:br/>
      </w:r>
      <w:r>
        <w:rPr>
          <w:lang w:eastAsia="zh-CN"/>
        </w:rPr>
        <w:t>　　尊敬的：</w:t>
      </w:r>
      <w:r>
        <w:rPr>
          <w:lang w:eastAsia="zh-CN"/>
        </w:rPr>
        <w:br/>
      </w:r>
      <w:r>
        <w:rPr>
          <w:lang w:eastAsia="zh-CN"/>
        </w:rPr>
        <w:t>　　大家好！</w:t>
      </w:r>
      <w:r>
        <w:rPr>
          <w:lang w:eastAsia="zh-CN"/>
        </w:rPr>
        <w:br/>
      </w:r>
      <w:r>
        <w:rPr>
          <w:lang w:eastAsia="zh-CN"/>
        </w:rPr>
        <w:t>　　青春是什么？青春是轻盈欢快的小溪，青春是健康跳动的脉搏，青春是完美生活的依托，青春是事业成功的期望。如果你是一滴水，你是否滋润了一方寸土？如果你是一缕阳光，你是否照亮了一份黑暗？如果你是一粒粮食，你是否哺育了有用的生命？不好轻看这一滴、一缕、一粒，正是这点点滴滴、丝丝缕缕、颗颗粒粒，灌溉的是良田万顷，照亮的是锦绣中华，哺育的是新的生命，而绽放的正是青春中最美丽的花朵！</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工作者是美丽的，奉献者是快乐的。当我在报纸上看到了《马班上的邮递员》这篇文章后，心灵被深深地触动了。王顺友一个普普通通的乡邮员，一份平凡得不能再平凡的工作，却凭着他对生活的热爱和对事业的执着，用自己的脚一步步丈量着工作的艰辛和快乐，诠释着奉献者的给予与获得，展示了一个共产党员的伟大情怀和崇高境界。王顺友是一面镜子，在他身上，我们读懂了什么叫忠诚执着；什么叫乐观向上；什么叫爱岗敬业；什么叫无私奉献。</w:t>
      </w:r>
      <w:r>
        <w:rPr>
          <w:lang w:eastAsia="zh-CN"/>
        </w:rPr>
        <w:br/>
      </w:r>
      <w:r>
        <w:rPr>
          <w:lang w:eastAsia="zh-CN"/>
        </w:rPr>
        <w:t>　　生命中最大的奖励并不是财富的积累，而是奉献带来精神上的满足！在我们的心目中，奉献就是抗洪英雄的奋不顾身，是抗非典医务工作者的置生死于度外，是教师们“春蚕到死丝方尽，蜡炬成灰泪始干”的高尚情怀；奉献是李素丽的任劳任怨，是牛玉儒的一心为民，是王顺友的爱岗敬业。奉献就是一篇篇气势磅礴、可歌可泣的动人诗篇！</w:t>
      </w:r>
      <w:r>
        <w:rPr>
          <w:lang w:eastAsia="zh-CN"/>
        </w:rPr>
        <w:br/>
      </w:r>
      <w:r>
        <w:rPr>
          <w:lang w:eastAsia="zh-CN"/>
        </w:rPr>
        <w:t>　　奉献既是一种高尚的情操，也是一种平凡的精神。更加蕴涵了我们青年一代在本职岗位上的恪尽职守和兢兢业业。</w:t>
      </w:r>
      <w:r>
        <w:rPr>
          <w:lang w:eastAsia="zh-CN"/>
        </w:rPr>
        <w:br/>
      </w:r>
      <w:r>
        <w:rPr>
          <w:lang w:eastAsia="zh-CN"/>
        </w:rPr>
        <w:t>　　__年我踏上了邮政工作的岗位，和那些刚走出校门，步入社会的许多学生一样，渴望实现人生价值，渴望人生的成功。我被分配到储蓄组，在那里明确了自己的奋斗方向，暗下决心，把三尺柜台作为展示个人风采的平台，作为展现邮政职工精神风貌的窗口。记得有一次，局领导安排我参加区局的练功比赛，比赛的项目是点钞，这是局领导对我的信任。但是这次练功比赛我没有取得名次。通过这次事我看到了自己的差距，也知道了无论做什么事都要付出发奋。于是我除了利用上班时刻练习点钞外，回到家后也加紧练习，就连看电视手里也拿着练功券。通过我的发奋，在一次局内的练功比赛中我得了第一名，这让我又有了自信。不仅仅点钞要练好，各项业务技能都要过硬。</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几年来，我一向都在认真揣摩如何做好前台服务，怎样在有限的工作时刻内创造更大的效益。要做到服务让用户满意，微笑是表达情感的最好方法，我总是会用灿烂的微笑接待来那里办业务的每一位用户。我们带给的礼貌优质服务，是一种内心的深刻感受，而不是生硬的词语和格式化的程序，用户到我那里来办业务都有一种到家的感觉，优质的服务其实是心与心的交流，走进客户的心，才能获得客户的回报。</w:t>
      </w:r>
      <w:r>
        <w:rPr>
          <w:lang w:eastAsia="zh-CN"/>
        </w:rPr>
        <w:br/>
      </w:r>
      <w:r>
        <w:rPr>
          <w:lang w:eastAsia="zh-CN"/>
        </w:rPr>
        <w:t>　　敬业是奉献的基础，乐业是奉献的前提，勤业是奉献的根本，而青春则是激情奉献的绚丽舞台！</w:t>
      </w:r>
      <w:r>
        <w:rPr>
          <w:lang w:eastAsia="zh-CN"/>
        </w:rPr>
        <w:br/>
      </w:r>
      <w:r>
        <w:rPr>
          <w:lang w:eastAsia="zh-CN"/>
        </w:rPr>
        <w:t>　　作为年轻一代的邮政职工，我感到无比的自豪，正因在我的周围、在我们的行业中，一个个鲜活的事例和榜样激励和促进着我的成长，他们敬业爱岗，开拓创新，无私奉献，用自己的实际行动谱写着一曲曲动人的青春奉献之歌。为了邮件能够顺利的送达，他们牺牲了多少个节假日；为了支局有能很好的完成任务，他们白天揽收，晚上挑灯夜战；为了储蓄余额的增长，他们到企业走访，发展代发工资。正是正因有了他们无私的奉献，才有了邮政辉煌的成绩，才有了邮政蒸蒸日上、不断发展！即使用尽所有的加减乘除，也算不尽他们所做的奉献；即使吟遍所有的诗词歌赋，也颂不完他们的敬业之歌！</w:t>
      </w:r>
      <w:r>
        <w:rPr>
          <w:lang w:eastAsia="zh-CN"/>
        </w:rPr>
        <w:br/>
      </w:r>
      <w:r>
        <w:rPr>
          <w:lang w:eastAsia="zh-CN"/>
        </w:rPr>
        <w:t>　　朋友们，让我们擎起“青春”的火炬，吹响“激情”的号角，高举“奉献”的旗帜，在改革大潮中，劈波斩浪，勇往直前，共创邮政事业灿烂辉煌的明天！</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筑梦青春演讲稿范文 篇6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“每个人都曾拥有青春――无论是迷茫的青春、自信的青春、甜美的青春、伤痛的青春、还是荷尔蒙沸腾的青春，但我们的青春只有一次。当伤痛和欢笑远去，我们是否感到逝去的韶光，已不再是自己？”</w:t>
      </w:r>
      <w:r>
        <w:rPr>
          <w:lang w:eastAsia="zh-CN"/>
        </w:rPr>
        <w:br/>
      </w:r>
      <w:r>
        <w:rPr>
          <w:lang w:eastAsia="zh-CN"/>
        </w:rPr>
        <w:t>　　青春是场短暂的梦，梦醒之后，梦中一切美好皆化作泡影；青春是阵路过的风，风吹过后，谁不曾泪眼朦胧？</w:t>
      </w:r>
      <w:r>
        <w:rPr>
          <w:lang w:eastAsia="zh-CN"/>
        </w:rPr>
        <w:br/>
      </w:r>
      <w:r>
        <w:rPr>
          <w:lang w:eastAsia="zh-CN"/>
        </w:rPr>
        <w:t>　　青春易逝，年老。上帝做的最公平的一件事就是：每个人每天都只有二十四小时。如果我们不懂的珍惜，时间也不会眷恋我们。时间如流水，转瞬即逝。所以我们应更加珍惜青春的时光。“一年之计在于春，一日之计在于晨”而青春则是人生中的春，人生中的晨。正如欧阳修所说：“羡子年少正得路，有如扶桑初日升。”所以在我们的青春里，我们我们要不顾一切，即使知道前面也许没有转弯的余地，也许我们将永远失去光明，也许我们会遍体鳞伤，但是青春年华里我们就应该不知道什么是害怕，有的是为了梦想不顾一切，有的是即使失败也要输的漂亮的勇气。</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青春是梦想的发源地，梦想是成功的并蒂花。国家有了梦想――中国梦，一个民族复兴的强国梦！为我们送来了幸福和希望，把平穷落后的旧中国变成日益走向繁荣富强的新中国。青春年华的我们拥有梦想，并为之拼搏，为之奋斗。总有一天我们会满载而归！那时你会听到枫叶流舟，你会看到金菊在笑，你会闻到硕果飘香，因为你到了收获的季节。</w:t>
      </w:r>
      <w:r>
        <w:rPr>
          <w:lang w:eastAsia="zh-CN"/>
        </w:rPr>
        <w:br/>
      </w:r>
      <w:r>
        <w:rPr>
          <w:lang w:eastAsia="zh-CN"/>
        </w:rPr>
        <w:t>　　这就是青春，怀揣着梦想的渐渐成长，虽然梦想有时就像泡沫一样一触即碎，但青春就应该是这样，只有经历过了才会不后悔。就像歌词中所唱的：“最初的梦想，紧握在手上；最想要去的地方，怎么能在半路就返航；最初的梦想，绝对会到达；实现了真的渴望，才能够算到过了天堂”因为内心相信梦想一定会实现。</w:t>
      </w:r>
      <w:r>
        <w:rPr>
          <w:lang w:eastAsia="zh-CN"/>
        </w:rPr>
        <w:br/>
      </w:r>
      <w:r>
        <w:rPr>
          <w:lang w:eastAsia="zh-CN"/>
        </w:rPr>
        <w:t>　　青春是生命之晨，是日之黎明，要珍惜自己的青春，不轻言放弃，才能让你散发出耀眼的光。</w:t>
      </w:r>
      <w:r>
        <w:rPr>
          <w:lang w:eastAsia="zh-CN"/>
        </w:rPr>
        <w:br/>
      </w:r>
      <w:r>
        <w:rPr>
          <w:lang w:eastAsia="zh-CN"/>
        </w:rPr>
        <w:t xml:space="preserve">    筑梦青春演讲稿范文 篇7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今天，我演讲的题目是《为祖国筑梦，为青春喝彩》。</w:t>
      </w:r>
      <w:r>
        <w:rPr>
          <w:lang w:eastAsia="zh-CN"/>
        </w:rPr>
        <w:br/>
      </w:r>
      <w:r>
        <w:rPr>
          <w:lang w:eastAsia="zh-CN"/>
        </w:rPr>
        <w:t>　　青春，对于每个人来说都固然重要。屈原曾说过：“百金买骏马，千金买美人，万金买高爵，何处买青春？”</w:t>
      </w:r>
      <w:r>
        <w:rPr>
          <w:lang w:eastAsia="zh-CN"/>
        </w:rPr>
        <w:br/>
      </w:r>
      <w:r>
        <w:rPr>
          <w:lang w:eastAsia="zh-CN"/>
        </w:rPr>
        <w:t>　　青春，是人生路上最美的旅程，是我们所有所拥有的最宝贵的财富。但青春如白驹过隙、弥足珍贵，仿佛谁也抓不住它的尾巴。所以，我们得在有限的时间内发挥出其最大的价值。</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们要多交好朋友。好的朋友有助于我们进步，能让我们感受到生活的美好。好的朋友是我们第二个避风港，他会耐心地倾听我的心声，帮我们克服种种困难。更何况，我们正处于青春期，想尽早摆脱父母，认识外面的大千世界。好的朋友就成了我们的靠山，从此便形影不离。久而久之，我们甚至能从彼此的一个眼神中领会到对方的意思。随着友谊的加深，与朋友相处的时间甚至比陪父母的时间还长。</w:t>
      </w:r>
      <w:r>
        <w:rPr>
          <w:lang w:eastAsia="zh-CN"/>
        </w:rPr>
        <w:br/>
      </w:r>
      <w:r>
        <w:rPr>
          <w:lang w:eastAsia="zh-CN"/>
        </w:rPr>
        <w:t>　　我们要拼命学习。这时候的我们，学东西学的最快，一古诗、一段文言文，读上两、三遍都能背诵。青春是有限的，智慧是无限的，趁短短的青春，去学无穷的智慧。拼命学习，并不是“头悬梁、锥刺股”，而是要提高学习效率，掌握好的学习方法，效果就会一天天好起来。</w:t>
      </w:r>
      <w:r>
        <w:rPr>
          <w:lang w:eastAsia="zh-CN"/>
        </w:rPr>
        <w:br/>
      </w:r>
      <w:r>
        <w:rPr>
          <w:lang w:eastAsia="zh-CN"/>
        </w:rPr>
        <w:t>　　实现梦，我们也要努力。就像《钢铁是怎样炼成的》书中写道：一个人的一生应该是这样度过的：当他回首往事时，不会因为虚度年华而悔恨，也不会因为碌碌无为而羞耻，这样，在临死的时候，他就能够说：“我的整个生命和全部精力，都已经奉献给了世界上最壮丽的事业——为人类的解放而斗争！”</w:t>
      </w:r>
      <w:r>
        <w:rPr>
          <w:lang w:eastAsia="zh-CN"/>
        </w:rPr>
        <w:br/>
      </w:r>
      <w:r>
        <w:rPr>
          <w:lang w:eastAsia="zh-CN"/>
        </w:rPr>
        <w:t>　　青春的意义在于奋斗，我们要把握好它，不能让它白白失去。这样既能为国家做出贡献，也会让自己的人生变得更精彩！</w:t>
      </w:r>
      <w:r>
        <w:rPr>
          <w:lang w:eastAsia="zh-CN"/>
        </w:rPr>
        <w:br/>
      </w:r>
      <w:r>
        <w:rPr>
          <w:lang w:eastAsia="zh-CN"/>
        </w:rPr>
        <w:t>　　我的演讲完毕，谢谢大家</w:t>
      </w:r>
      <w:r>
        <w:rPr>
          <w:lang w:eastAsia="zh-CN"/>
        </w:rPr>
        <w:br/>
      </w:r>
      <w:r>
        <w:rPr>
          <w:lang w:eastAsia="zh-CN"/>
        </w:rPr>
        <w:t xml:space="preserve">    筑梦青春演讲稿范文 篇8 </w:t>
      </w:r>
      <w:r>
        <w:rPr>
          <w:lang w:eastAsia="zh-CN"/>
        </w:rPr>
        <w:br/>
      </w:r>
      <w:r>
        <w:rPr>
          <w:lang w:eastAsia="zh-CN"/>
        </w:rPr>
        <w:t>　　尊敬的各位老师，亲爱的同学们：</w:t>
      </w:r>
      <w:r>
        <w:rPr>
          <w:lang w:eastAsia="zh-CN"/>
        </w:rPr>
        <w:br/>
      </w:r>
      <w:r>
        <w:rPr>
          <w:lang w:eastAsia="zh-CN"/>
        </w:rPr>
        <w:t>　　大家好!</w:t>
      </w:r>
      <w:r>
        <w:rPr>
          <w:lang w:eastAsia="zh-CN"/>
        </w:rPr>
        <w:br/>
      </w:r>
      <w:r>
        <w:rPr>
          <w:lang w:eastAsia="zh-CN"/>
        </w:rPr>
        <w:t>　　岁月如梭，一转眼我已经大二了，没有了大一初到的欣喜与迷茫，没有了大一处事的青涩与紧张，多出了淡定，多出了从容。</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青春的大学里，我们都在努力奋斗着，多彩的舞台上，我们都在奋力的拼搏着。我，来自一个偏远的山村，也许是因为生在贫苦长在贫苦，所以我更能体会到父母的艰辛与不易，更能理解到付出时太阳下的汗水，收获时果实面前的笑容。我的名字就寄予了父母的期望，他们希望我长大后能扎上飞翔的翅膀，翔骋在属于自己的海洋。</w:t>
      </w:r>
      <w:r>
        <w:rPr>
          <w:lang w:eastAsia="zh-CN"/>
        </w:rPr>
        <w:br/>
      </w:r>
      <w:r>
        <w:rPr>
          <w:lang w:eastAsia="zh-CN"/>
        </w:rPr>
        <w:t>　　确实，困难磨砺人生，上天对每个人都是公平的。他给我苦难的同时又给了我解决苦难的力量。在一此次的跌倒中我学会了乐观，学会了自信，锻造出坚韧的意志，不拔的信念，而一直支持着我的是一份责任，我不只是我自己，我还是父母的儿子。所以，我必须努力!</w:t>
      </w:r>
      <w:r>
        <w:rPr>
          <w:lang w:eastAsia="zh-CN"/>
        </w:rPr>
        <w:br/>
      </w:r>
      <w:r>
        <w:rPr>
          <w:lang w:eastAsia="zh-CN"/>
        </w:rPr>
        <w:t>　　一年前，抹下悔恨的泪，抚平高考的痛，踏上北上的列车，我来到这里，来到这么一个大家庭。我当时告诉自己，当命运折断希望的风帆，不能绝望，彼岸还在!当命运凋零了美丽的花瓣，不要沉沦，绿叶还在。没有一个季节能把青春阻挡!这里是我人生的一个转折，又一个起点，在这里我更加懂的得了集体的荣誉，团度的协作。付出了很多，也学会了很多。有酸、有甜、有苦、有涩。七彩的味道充斥着我的大学生活，也许多年以后回想起来，这里就是我人生记忆中一颗闪烁的明星。</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老师们，同学们，朋友们，彩虹总在风雨后，秋实总在春花后，含泪播种的人一定会含笑收获，在未来风雨兼程的路上，走过荒芜，走过阑珊，走在青春里，我不去想是否能够成功，既然选择了远方，便只顾风雨兼程，我不去想身后会不会袭来寒风雨冷，既然目标是地平线，留给世界的只能是背影!</w:t>
      </w:r>
      <w:r>
        <w:rPr>
          <w:lang w:eastAsia="zh-CN"/>
        </w:rPr>
        <w:br/>
      </w:r>
      <w:r>
        <w:rPr>
          <w:lang w:eastAsia="zh-CN"/>
        </w:rPr>
        <w:t>　　我的演讲至此结束，谢谢!</w:t>
      </w:r>
      <w:r>
        <w:rPr>
          <w:lang w:eastAsia="zh-CN"/>
        </w:rPr>
        <w:br/>
      </w:r>
      <w:r>
        <w:rPr>
          <w:lang w:eastAsia="zh-CN"/>
        </w:rPr>
        <w:t xml:space="preserve">    筑梦青春演讲稿范文 篇9 </w:t>
      </w:r>
      <w:r>
        <w:rPr>
          <w:lang w:eastAsia="zh-CN"/>
        </w:rPr>
        <w:br/>
      </w:r>
      <w:r>
        <w:rPr>
          <w:lang w:eastAsia="zh-CN"/>
        </w:rPr>
        <w:t>　　尊敬的：</w:t>
      </w:r>
      <w:r>
        <w:rPr>
          <w:lang w:eastAsia="zh-CN"/>
        </w:rPr>
        <w:br/>
      </w:r>
      <w:r>
        <w:rPr>
          <w:lang w:eastAsia="zh-CN"/>
        </w:rPr>
        <w:t>　　大家好！</w:t>
      </w:r>
      <w:r>
        <w:rPr>
          <w:lang w:eastAsia="zh-CN"/>
        </w:rPr>
        <w:br/>
      </w:r>
      <w:r>
        <w:rPr>
          <w:lang w:eastAsia="zh-CN"/>
        </w:rPr>
        <w:t>　　你所站立的那个地方，正是你的中国。</w:t>
      </w:r>
      <w:r>
        <w:rPr>
          <w:lang w:eastAsia="zh-CN"/>
        </w:rPr>
        <w:br/>
      </w:r>
      <w:r>
        <w:rPr>
          <w:lang w:eastAsia="zh-CN"/>
        </w:rPr>
        <w:t>　　你怎么样，中国便怎么样。</w:t>
      </w:r>
      <w:r>
        <w:rPr>
          <w:lang w:eastAsia="zh-CN"/>
        </w:rPr>
        <w:br/>
      </w:r>
      <w:r>
        <w:rPr>
          <w:lang w:eastAsia="zh-CN"/>
        </w:rPr>
        <w:t>　　你是什么，中国便是什么。</w:t>
      </w:r>
      <w:r>
        <w:rPr>
          <w:lang w:eastAsia="zh-CN"/>
        </w:rPr>
        <w:br/>
      </w:r>
      <w:r>
        <w:rPr>
          <w:lang w:eastAsia="zh-CN"/>
        </w:rPr>
        <w:t>　　你若有梦，中国便会有梦。</w:t>
      </w:r>
      <w:r>
        <w:rPr>
          <w:lang w:eastAsia="zh-CN"/>
        </w:rPr>
        <w:br/>
      </w:r>
      <w:r>
        <w:rPr>
          <w:lang w:eastAsia="zh-CN"/>
        </w:rPr>
        <w:t>　　朗朗乾坤，堂堂中华，高龄五千岁，繁衍百亿人。肩挑五岳，手开三峡。腰环万里城，脚踏九曲河，中华五千年，纵横一万里，一心中国梦，万古下泉诗。</w:t>
      </w:r>
      <w:r>
        <w:rPr>
          <w:lang w:eastAsia="zh-CN"/>
        </w:rPr>
        <w:br/>
      </w:r>
      <w:r>
        <w:rPr>
          <w:lang w:eastAsia="zh-CN"/>
        </w:rPr>
        <w:t>　　在孔夫子手中，你是“道之以德，齐之以礼”的“王道”，在老农的眼里，你是“六畜兴旺，五谷丰登”的祥和；在文人的心里，你是为“为天地立心，为生民请命，为往圣继绝学，为万世开太平”的呐喊；在新中国的怀抱里，你是“国富民强，实干兴邦”的愿景。</w:t>
      </w:r>
      <w:r>
        <w:rPr>
          <w:lang w:eastAsia="zh-CN"/>
        </w:rPr>
        <w:br/>
      </w:r>
      <w:r>
        <w:rPr>
          <w:lang w:eastAsia="zh-CN"/>
        </w:rPr>
        <w:t>　　“中国梦”，你如稚拙的图画，镌刻在沧桑的历史中；你如经霜的树叶，夹藏在发黄的诗集里，你如行云，如流水，在人民的唇齿间娓娓道来；你如星辰，如宝玉，在中华大地上熠熠生辉。</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峰峦如聚，江山如簇，是谁挥舞着巨手，在茫茫天地间擎柱沉浮，勾勒了改革开放的宏伟蓝图；渺渺苍穹，浩浩乾坤，是谁睥睨着宇宙，在浩淼寰宇间俯视，决然开始了探月之旅？是黄河灌注的血脉，是轩辕传承的子孙。</w:t>
      </w:r>
      <w:r>
        <w:rPr>
          <w:lang w:eastAsia="zh-CN"/>
        </w:rPr>
        <w:br/>
      </w:r>
      <w:r>
        <w:rPr>
          <w:lang w:eastAsia="zh-CN"/>
        </w:rPr>
        <w:t>　　“中国梦”，是你奏响了21世纪的最强音。</w:t>
      </w:r>
      <w:r>
        <w:rPr>
          <w:lang w:eastAsia="zh-CN"/>
        </w:rPr>
        <w:br/>
      </w:r>
      <w:r>
        <w:rPr>
          <w:lang w:eastAsia="zh-CN"/>
        </w:rPr>
        <w:t>　　“中国梦”，是你勾起了我心中的教师情。</w:t>
      </w:r>
      <w:r>
        <w:rPr>
          <w:lang w:eastAsia="zh-CN"/>
        </w:rPr>
        <w:br/>
      </w:r>
      <w:r>
        <w:rPr>
          <w:lang w:eastAsia="zh-CN"/>
        </w:rPr>
        <w:t>　　梦在远方，路在脚下。</w:t>
      </w:r>
      <w:r>
        <w:rPr>
          <w:lang w:eastAsia="zh-CN"/>
        </w:rPr>
        <w:br/>
      </w:r>
      <w:r>
        <w:rPr>
          <w:lang w:eastAsia="zh-CN"/>
        </w:rPr>
        <w:t>　　追梦之旅，始于足下。</w:t>
      </w:r>
      <w:r>
        <w:rPr>
          <w:lang w:eastAsia="zh-CN"/>
        </w:rPr>
        <w:br/>
      </w:r>
      <w:r>
        <w:rPr>
          <w:lang w:eastAsia="zh-CN"/>
        </w:rPr>
        <w:t>　　“少年智则国智，少年富则国富，少年强则国强”，梁任公的一席话敲在了我的心坎上，在我的内心深处种下了一粒名为梦想的种子——学为人师，行为世范。它让我忘记了北上广的流光溢彩，回忆起童年弯弯的倒影。小时候的妈妈很美丽，总领着一群小鸟飞来飞去，小时候的爸爸很神气，三尺讲台也惊天动地，长大后我就成了你们，三尺教鞭扬正气，半盒粉笔绘春秋。生长在教师家庭的我坚信教育救国、教育兴国、教育强国，教育是托起中国梦的力量源泉，怀抱这个理念，我选择了和父辈相同的追梦之旅，回到了了依河而建的故乡——兰州，成为了一名光荣的人民教师。</w:t>
      </w:r>
      <w:r>
        <w:rPr>
          <w:lang w:eastAsia="zh-CN"/>
        </w:rPr>
        <w:br/>
      </w:r>
      <w:r>
        <w:rPr>
          <w:lang w:eastAsia="zh-CN"/>
        </w:rPr>
        <w:t>　　梦在远方，路在脚下。</w:t>
      </w:r>
      <w:r>
        <w:rPr>
          <w:lang w:eastAsia="zh-CN"/>
        </w:rPr>
        <w:br/>
      </w:r>
      <w:r>
        <w:rPr>
          <w:lang w:eastAsia="zh-CN"/>
        </w:rPr>
        <w:t>　　筑梦之旅，永不停息。</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曾经的我，也曾好高骛远。都说“教师是太阳底下最光辉的职业”因此我期待着“振臂一挥，应者云集”“饮马之众，池水立涸”，然而教师却像罗国杰先生所言：“是一只蜡烛，不断燃烧自己，照亮别人前进的道路；是一根粉笔，散播着智慧的种子，而渐渐的磨损着自己；是一架梯子，让人踩着肩膀，摘下胜利的果实。”教师是如此的平凡、在一张张日历中，翻转过春夏秋冬，在一缕缕晨曦里，送走了日夜黎明。</w:t>
      </w:r>
      <w:r>
        <w:rPr>
          <w:lang w:eastAsia="zh-CN"/>
        </w:rPr>
        <w:br/>
      </w:r>
      <w:r>
        <w:rPr>
          <w:lang w:eastAsia="zh-CN"/>
        </w:rPr>
        <w:t>　　但现在的我，爱上了这份平凡，因为我知道到每一朵花都有盛开的理由，每一颗草都有泛绿的时候，如果用爱去宽容，用心去呵护，我会看到世间最美丽的景色。</w:t>
      </w:r>
      <w:r>
        <w:rPr>
          <w:lang w:eastAsia="zh-CN"/>
        </w:rPr>
        <w:br/>
      </w:r>
      <w:r>
        <w:rPr>
          <w:lang w:eastAsia="zh-CN"/>
        </w:rPr>
        <w:t>　　清晨，当黎明的曙光射进教室，我聆听孩子们琅琅的读书声，仿佛是天底下最动听的乐章；黄昏，踏着最后一抹儿夕阳，我目送学生们安然的离去，充实一天就这样流逝。夜晚，灯光下，看着一个个孩子稚嫩的笔迹，逐渐成熟起来，我便感到：这是人生最大地幸福。虽然工作的道路并非一帆风顺，总是有调皮捣蛋的孩子给我波澜不惊的人生激起一点涟漪，但身为人师的这颗心告诉我：你只需静静地等待生命的开放。</w:t>
      </w:r>
      <w:r>
        <w:rPr>
          <w:lang w:eastAsia="zh-CN"/>
        </w:rPr>
        <w:br/>
      </w:r>
      <w:r>
        <w:rPr>
          <w:lang w:eastAsia="zh-CN"/>
        </w:rPr>
        <w:t>　　梦在远方，路在脚下。</w:t>
      </w:r>
      <w:r>
        <w:rPr>
          <w:lang w:eastAsia="zh-CN"/>
        </w:rPr>
        <w:br/>
      </w:r>
      <w:r>
        <w:rPr>
          <w:lang w:eastAsia="zh-CN"/>
        </w:rPr>
        <w:t>　　圆梦之时，无怨无悔。</w:t>
      </w:r>
      <w:r>
        <w:rPr>
          <w:lang w:eastAsia="zh-CN"/>
        </w:rPr>
        <w:br/>
      </w:r>
      <w:r>
        <w:rPr>
          <w:lang w:eastAsia="zh-CN"/>
        </w:rPr>
        <w:t>　　我早已知道，那间教室中放飞的是希望，守巢的是自己；我早已知道，那块黑板上写下的是真理，擦去的是功利；我早已知道，那根粉笔画出的是彩虹，奉献的是自己。大爱千秋，师者无痕。我虽微如草芥，但愿身后绿草如茵；我虽弱不及风柳，但愿背后桃李芬芳；我虽贫如清水，但我仍要大声告诉我的学生——人最大的财富是品质、是知识、是实力、是信心……</w:t>
      </w:r>
      <w:r>
        <w:rPr>
          <w:lang w:eastAsia="zh-CN"/>
        </w:rPr>
        <w:br/>
      </w:r>
      <w:r>
        <w:rPr>
          <w:lang w:eastAsia="zh-CN"/>
        </w:rPr>
        <w:t>　　“中国梦”，就握在你们的手中，愿你们你们拿出“天生我材必有用”的信心，追梦、筑梦、圆梦，精修于学，励志于心，付之于实，使堂堂中国，傲立神州。</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我知道总有一天，有一天，我也会两鬓斑白，迷朦双眼，就让让不老的时光记下我们青春的誓言——人生如船，梦想作帆，任岁月更迭，世事沧桑；任青春流逝，红颜憔悴，我们将用慈爱呵护纯真，用智慧孕育成长，用真诚开启心灵，用希冀放飞梦想。</w:t>
      </w:r>
      <w:r>
        <w:rPr>
          <w:lang w:eastAsia="zh-CN"/>
        </w:rPr>
        <w:br/>
      </w:r>
      <w:r>
        <w:rPr>
          <w:lang w:eastAsia="zh-CN"/>
        </w:rPr>
        <w:t>　　就让我带着对教育事业的无限忠诚，许下美好的心愿—————希望兰州的教育能够更快更好地发展，让我们一起用双手默默耕耘，共同托起明天的太阳！</w:t>
      </w:r>
      <w:r>
        <w:rPr>
          <w:lang w:eastAsia="zh-CN"/>
        </w:rPr>
        <w:br/>
      </w:r>
      <w:r>
        <w:rPr>
          <w:lang w:eastAsia="zh-CN"/>
        </w:rPr>
        <w:t xml:space="preserve">    筑梦青春演讲稿范文 篇10 </w:t>
      </w:r>
      <w:r>
        <w:rPr>
          <w:lang w:eastAsia="zh-CN"/>
        </w:rPr>
        <w:br/>
      </w:r>
      <w:r>
        <w:rPr>
          <w:lang w:eastAsia="zh-CN"/>
        </w:rPr>
        <w:t>　　尊敬的各位评委、老师，亲爱的同学们：</w:t>
      </w:r>
      <w:r>
        <w:rPr>
          <w:lang w:eastAsia="zh-CN"/>
        </w:rPr>
        <w:br/>
      </w:r>
      <w:r>
        <w:rPr>
          <w:lang w:eastAsia="zh-CN"/>
        </w:rPr>
        <w:t>　　按说，今天的青年人，生活远没有父辈们那么奔波、拮据、窘迫。这一代人的成长，正好伴随着中国发展最快、最好的年月，算是幸运的一代。他们有理由也有能力，比上一辈人生活得更从容、更有激情，让人生驰骋于更广阔的天地。</w:t>
      </w:r>
      <w:r>
        <w:rPr>
          <w:lang w:eastAsia="zh-CN"/>
        </w:rPr>
        <w:br/>
      </w:r>
      <w:r>
        <w:rPr>
          <w:lang w:eastAsia="zh-CN"/>
        </w:rPr>
        <w:t>　　但现实情况却并非如此，许多青年感觉生活得疲惫、憋屈，缺少阳光、色彩。</w:t>
      </w:r>
      <w:r>
        <w:rPr>
          <w:lang w:eastAsia="zh-CN"/>
        </w:rPr>
        <w:br/>
      </w:r>
      <w:r>
        <w:rPr>
          <w:lang w:eastAsia="zh-CN"/>
        </w:rPr>
        <w:t>　　究其原因，当下的青年人承受了与他们的年纪不相称的现实压力。他们的青春记忆里挤满了现实的纠结：升学、就业、成家、工作升迁、买车、买房……凡此种.种，层层加码，把年轻人结结实实地困在生活的重轭里。</w:t>
      </w:r>
      <w:r>
        <w:rPr>
          <w:lang w:eastAsia="zh-CN"/>
        </w:rPr>
        <w:br/>
      </w:r>
      <w:r>
        <w:rPr>
          <w:lang w:eastAsia="zh-CN"/>
        </w:rPr>
        <w:t>　　在这种情况下，他们难有激情去放飞青春梦想，也鲜有闲情逸致去仰望天空。面对激烈的竞争压力，青年人比的不是谁有理想、谁有激情，而是比谁更“实际”，更“唯物”、更“老成”。</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结果，“现实主义”打败了“理想主义”，“精致的利己主义”蚕食了青年登高望远的能力。不少青年纠结在狭小的利益算盘中，无视共同体的责任和青年人的使命，让人生的理想越飞越低，低到只在自己的城堡里贴地而行。</w:t>
      </w:r>
      <w:r>
        <w:rPr>
          <w:lang w:eastAsia="zh-CN"/>
        </w:rPr>
        <w:br/>
      </w:r>
      <w:r>
        <w:rPr>
          <w:lang w:eastAsia="zh-CN"/>
        </w:rPr>
        <w:t>　　长此以往，不仅青年的路会越走越窄，而且对社会和国家发展不利，反过来又会影响青年的未来。</w:t>
      </w:r>
      <w:r>
        <w:rPr>
          <w:lang w:eastAsia="zh-CN"/>
        </w:rPr>
        <w:br/>
      </w:r>
      <w:r>
        <w:rPr>
          <w:lang w:eastAsia="zh-CN"/>
        </w:rPr>
        <w:t>　　俗话说：“大河有水小河满，大河无水小河干。”只有把人生理想融入国家和民族的事业中，才能最终成就一番事业。</w:t>
      </w:r>
      <w:r>
        <w:rPr>
          <w:lang w:eastAsia="zh-CN"/>
        </w:rPr>
        <w:br/>
      </w:r>
      <w:r>
        <w:rPr>
          <w:lang w:eastAsia="zh-CN"/>
        </w:rPr>
        <w:t>　　青年人只有把目光从个人的小天地中挣脱出来，将个人理想与家国情怀结合起来，让个人理想与中国梦对接起来，才有真正出彩的人生。因为，“只有进行了激情奋斗的青春，只有进行了顽强拼搏的青春，只有为人民作出了奉献的青春，才会留下充实、温暖、持久、无悔的青春回忆”。</w:t>
      </w:r>
      <w:r>
        <w:rPr>
          <w:lang w:eastAsia="zh-CN"/>
        </w:rPr>
        <w:br/>
      </w:r>
      <w:r>
        <w:rPr>
          <w:lang w:eastAsia="zh-CN"/>
        </w:rPr>
        <w:t>　　青年兴则国家兴，青年强则国家强。在当今这样一个竞争如此之激烈，生活节奏如此之快的社会大环境下，旧的思想模式真的已经被淘汰了，适者生存。所以，少年，请不要辜负了本应奋斗的青春。</w:t>
      </w:r>
      <w:r>
        <w:rPr>
          <w:lang w:eastAsia="zh-CN"/>
        </w:rPr>
        <w:br/>
      </w:r>
      <w:r>
        <w:rPr>
          <w:lang w:eastAsia="zh-CN"/>
        </w:rPr>
        <w:t xml:space="preserve">    筑梦青春演讲稿范文 篇11 </w:t>
      </w:r>
      <w:r>
        <w:rPr>
          <w:lang w:eastAsia="zh-CN"/>
        </w:rPr>
        <w:br/>
      </w:r>
      <w:r>
        <w:rPr>
          <w:lang w:eastAsia="zh-CN"/>
        </w:rPr>
        <w:t>　　尊敬的老师，亲爱的同学们：</w:t>
      </w:r>
      <w:r>
        <w:rPr>
          <w:lang w:eastAsia="zh-CN"/>
        </w:rPr>
        <w:br/>
      </w:r>
      <w:r>
        <w:rPr>
          <w:lang w:eastAsia="zh-CN"/>
        </w:rPr>
        <w:t>　　大家上午好！我是中山市小榄中学校学生会的唐惠婷，今天我国旗下的题目是《青春筑梦，砥砺前行》。</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“不忘初心，砥砺前行”当我第一次听到这句话的时候，它就留在我脑海里怎么也忘不掉了。我们的初心在这里生根、我们的青春在这里发芽、开花。</w:t>
      </w:r>
      <w:r>
        <w:rPr>
          <w:lang w:eastAsia="zh-CN"/>
        </w:rPr>
        <w:br/>
      </w:r>
      <w:r>
        <w:rPr>
          <w:lang w:eastAsia="zh-CN"/>
        </w:rPr>
        <w:t>　　上周五，我校举行了以“榄中情，名校梦”为主题的迎新年文艺汇演，汇演上演员们各显神通，老师同学们都拿出拿手绝话，毫不吝啬，让我们大饱眼福。我们随舞蹈去到美伦美幻的青花世界，来到南山林里，又到少数民族家里做客，走近我们的伟人孙中山先生，还去到首都北京为雾霾揪心……精彩的表演可以说是真正做到了“榄中情”，我们向外校展现了我们的多才多艺，那么我们该如何实现“</w:t>
      </w:r>
      <w:r>
        <w:rPr>
          <w:lang w:eastAsia="zh-CN"/>
        </w:rPr>
        <w:br/>
      </w:r>
      <w:r>
        <w:rPr>
          <w:lang w:eastAsia="zh-CN"/>
        </w:rPr>
        <w:t>　　名校梦”呢？</w:t>
      </w:r>
      <w:r>
        <w:rPr>
          <w:lang w:eastAsia="zh-CN"/>
        </w:rPr>
        <w:br/>
      </w:r>
      <w:r>
        <w:rPr>
          <w:lang w:eastAsia="zh-CN"/>
        </w:rPr>
        <w:t>　　榄中，一直怀着“不忘初心，砥砺前行”的信念向发展全国最多语种的外国语学校方向前行，几经努力，现在，一个欣欣向荣的榄中展现在我们面前，这就是一个最好的例子。而我们，每一名有梦的榄</w:t>
      </w:r>
      <w:r>
        <w:rPr>
          <w:lang w:eastAsia="zh-CN"/>
        </w:rPr>
        <w:br/>
      </w:r>
      <w:r>
        <w:rPr>
          <w:lang w:eastAsia="zh-CN"/>
        </w:rPr>
        <w:t>　　中学子，也要筑梦榄中，在砥砺前行中让我们扬长避短，让长更长，把优势发挥到无懈可击；把短拉长，优秀是被逼出来的，不逼自己一把永远不知道自己可以多优秀。要知道最终你的成就取决于你的短板有多短而非长板有多长。</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让我们从现在开始，用热情启动征程，用青春的交响曲绽放华丽的激情，用不懈的努力向着梦的方向前进，让那些不好的习惯在岔路口渐行渐远。只有把自己的短板拉齐，综合实力提高，才能站得更高，领略别人感受不到的一览众山小的学习的快乐。期末临近，我把的期末复习的方法和策略提几点建议：</w:t>
      </w:r>
      <w:r>
        <w:rPr>
          <w:lang w:eastAsia="zh-CN"/>
        </w:rPr>
        <w:br/>
      </w:r>
      <w:r>
        <w:rPr>
          <w:lang w:eastAsia="zh-CN"/>
        </w:rPr>
        <w:t>　　1.制定计划，目标决定结果，有追求的定位。把大目标划分为小目标，一步一个脚印。</w:t>
      </w:r>
      <w:r>
        <w:rPr>
          <w:lang w:eastAsia="zh-CN"/>
        </w:rPr>
        <w:br/>
      </w:r>
      <w:r>
        <w:rPr>
          <w:lang w:eastAsia="zh-CN"/>
        </w:rPr>
        <w:t>　　2.制定时间表，严格划分作业时间与复习时间，明确任务。</w:t>
      </w:r>
      <w:r>
        <w:rPr>
          <w:lang w:eastAsia="zh-CN"/>
        </w:rPr>
        <w:br/>
      </w:r>
      <w:r>
        <w:rPr>
          <w:lang w:eastAsia="zh-CN"/>
        </w:rPr>
        <w:t>　　3.给自己积极暗示，每天告诉自己“我能行”。不骄傲，也不能让别人看不起。</w:t>
      </w:r>
      <w:r>
        <w:rPr>
          <w:lang w:eastAsia="zh-CN"/>
        </w:rPr>
        <w:br/>
      </w:r>
      <w:r>
        <w:rPr>
          <w:lang w:eastAsia="zh-CN"/>
        </w:rPr>
        <w:t>　　4.复习学过的内容，把知识点贯通，使知识系统化不易忘记。将知识结合到生活中更便于记忆。</w:t>
      </w:r>
      <w:r>
        <w:rPr>
          <w:lang w:eastAsia="zh-CN"/>
        </w:rPr>
        <w:br/>
      </w:r>
      <w:r>
        <w:rPr>
          <w:lang w:eastAsia="zh-CN"/>
        </w:rPr>
        <w:t>　　5.态度决定结果，拒绝诱惑，要做到任务在身时片刻不能忘记，勇敢对同伴，对手机电脑，说“不”。</w:t>
      </w:r>
      <w:r>
        <w:rPr>
          <w:lang w:eastAsia="zh-CN"/>
        </w:rPr>
        <w:br/>
      </w:r>
      <w:r>
        <w:rPr>
          <w:lang w:eastAsia="zh-CN"/>
        </w:rPr>
        <w:t>　　6.方法决定结果，寻找适合自己的复习方式，有的同学早上记东西快，有的同学晚上背书效率高，找到适合自己的复习方式才能在短时间里让成绩有质的飞跃。</w:t>
      </w:r>
      <w:r>
        <w:rPr>
          <w:lang w:eastAsia="zh-CN"/>
        </w:rPr>
        <w:br/>
      </w:r>
      <w:r>
        <w:rPr>
          <w:lang w:eastAsia="zh-CN"/>
        </w:rPr>
        <w:t>　　7.复习要保证有质量。自己掌握的知识坚决不能失分，自己不擅长的题型冷静对待。</w:t>
      </w:r>
      <w:r>
        <w:rPr>
          <w:lang w:eastAsia="zh-CN"/>
        </w:rPr>
        <w:br/>
      </w:r>
      <w:r>
        <w:rPr>
          <w:lang w:eastAsia="zh-CN"/>
        </w:rPr>
        <w:t>　　8.乐于帮助其他同学，在给他人讲新题的同时自己完成又一次复习的巩固，一举两得。</w:t>
      </w:r>
      <w:r>
        <w:rPr>
          <w:lang w:eastAsia="zh-CN"/>
        </w:rPr>
        <w:br/>
      </w:r>
      <w:r>
        <w:rPr>
          <w:lang w:eastAsia="zh-CN"/>
        </w:rPr>
        <w:t>　　同学们，以上8条期末注意事项，让我们共勉！</w:t>
      </w:r>
      <w:r>
        <w:rPr>
          <w:lang w:eastAsia="zh-CN"/>
        </w:rPr>
        <w:br/>
      </w:r>
      <w:r>
        <w:rPr>
          <w:lang w:eastAsia="zh-CN"/>
        </w:rPr>
        <w:t>　　有一种记忆叫感动，她叫榄中情,有一种付出叫成功，是我们共圆的名校梦,有一种辉煌叫震撼，那是始于足下的千里之行！</w:t>
      </w:r>
      <w:r>
        <w:rPr>
          <w:lang w:eastAsia="zh-CN"/>
        </w:rPr>
        <w:br/>
      </w:r>
      <w:r>
        <w:rPr>
          <w:lang w:eastAsia="zh-CN"/>
        </w:rPr>
        <w:t>　　努力吧！少年！再不努力就老了！向着心中的目标冲刺,为自己喝彩!</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加油！加油！加油！成功一定会与你们同行!</w:t>
      </w:r>
      <w:r>
        <w:rPr>
          <w:lang w:eastAsia="zh-CN"/>
        </w:rPr>
        <w:br/>
      </w:r>
      <w:r>
        <w:rPr>
          <w:lang w:eastAsia="zh-CN"/>
        </w:rPr>
        <w:t>　　我的完毕，谢谢大家！</w:t>
      </w:r>
      <w:r>
        <w:rPr>
          <w:lang w:eastAsia="zh-CN"/>
        </w:rPr>
        <w:br/>
      </w:r>
      <w:r>
        <w:rPr>
          <w:lang w:eastAsia="zh-CN"/>
        </w:rPr>
        <w:t xml:space="preserve">    筑梦青春演讲稿范文 篇12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“青春几何时，黄鸟鸣不歇”，每个人都只有一次青春，可有些人却把一次活成了一生，有人说他们是奉献，有人说他们会无悔，我说，他们只是活出了自己该有的样子，活出了青春该有的风采。</w:t>
      </w:r>
      <w:r>
        <w:rPr>
          <w:lang w:eastAsia="zh-CN"/>
        </w:rPr>
        <w:br/>
      </w:r>
      <w:r>
        <w:rPr>
          <w:lang w:eastAsia="zh-CN"/>
        </w:rPr>
        <w:t>　　从古至今，无畏的青年千千万万。雷锋曾说，“真正的青春，只属于那些永远力争上游的人，属于永远忘我劳动的人，属于永远谦虚的人。”时至今日，这样的言语依旧熠熠生辉，五四的火炬还在传承，新一代的青年们也都正奋战在自己的岗位上，恪尽职守，尽心尽力，谱写着属于他们的真正的青春。</w:t>
      </w:r>
      <w:r>
        <w:rPr>
          <w:lang w:eastAsia="zh-CN"/>
        </w:rPr>
        <w:br/>
      </w:r>
      <w:r>
        <w:rPr>
          <w:lang w:eastAsia="zh-CN"/>
        </w:rPr>
        <w:t>　　真正的青春是脚踏实地做事，是无怨无悔地追梦。邢立达痴迷于恐龙，但他更痴迷的，是所坚持的事业和所热爱的祖国。他年纪比别人小，心志却不比别人低，为了了解琥珀矿的形成，他曾穿越地雷地带，野外的气温低到零度，化石层都冻上了冰，他却是一句“要战斗到不能扛的时候”……既然有梦，便无论怎样，也只顾风雨兼程。</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真正的青春是敢想敢做的坚持，是敢为人先的奉献。“用有限的生命去探索无限的宇宙，最终还能在人类的历史上留下点什么，这是特别有存在感的事情。”这是北斗年轻一代徐颖的心声，从老一代科学家的手中接过使命，她把青春奉献给了祖国的科技研发事业。办公室里，她独自一人进行着精密准确的大量数据计算，却不曾抱怨出半句，也不曾浪费过一分……遥望宇宙，每一滴汗水，都是一颗星。</w:t>
      </w:r>
      <w:r>
        <w:rPr>
          <w:lang w:eastAsia="zh-CN"/>
        </w:rPr>
        <w:br/>
      </w:r>
      <w:r>
        <w:rPr>
          <w:lang w:eastAsia="zh-CN"/>
        </w:rPr>
        <w:t>　　“抚长剑，一扬眉”，真正的少年，当是这样勇敢着，拼搏着，奉献着。苏子云：古之成大事者，不惟有超世之才，亦必有坚忍不拔之志。我想，之于青春，便是应有勇往直前和艰苦奋斗之心。相信，青春的模样，君心已自清。</w:t>
      </w:r>
      <w:r>
        <w:rPr>
          <w:lang w:eastAsia="zh-CN"/>
        </w:rPr>
        <w:br/>
      </w:r>
      <w:r>
        <w:rPr>
          <w:lang w:eastAsia="zh-CN"/>
        </w:rPr>
        <w:t>　　当别人挑灯夜读，你有何理由对月长叹，你说时间很多，流年很长，可世界的脚步也很快，没有日以继夜的努力与付出，我们到底想靠什么来收获果实?为我们负重的人太多了，他们保护我们，呵护我们，面对这些默默付出的人们，我们该做的是强大自己，夯实步伐，好能接起他们的担子，扛起一个国家。</w:t>
      </w:r>
      <w:r>
        <w:rPr>
          <w:lang w:eastAsia="zh-CN"/>
        </w:rPr>
        <w:br/>
      </w:r>
      <w:r>
        <w:rPr>
          <w:lang w:eastAsia="zh-CN"/>
        </w:rPr>
        <w:t>　　“若我中国少年强，何惧山高路远梦难圆”，我相信，当中华大地上的青年人个个昂扬向上，个个坚韧勇敢，那么，这华夏几千年生生不息，熊熊燃烧的火焰，必会成燎原之势，作火鹏展翅，扶摇冲天!</w:t>
      </w:r>
      <w:r>
        <w:rPr>
          <w:lang w:eastAsia="zh-CN"/>
        </w:rPr>
        <w:br/>
      </w:r>
      <w:r>
        <w:rPr>
          <w:lang w:eastAsia="zh-CN"/>
        </w:rPr>
        <w:t xml:space="preserve">    筑梦青春演讲稿范文 篇13 </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英国最古老的威斯敏斯特(Westminster)教堂旁边，矗立着一块犹太思想家的墓碑，上面刻着这样一段话：我，这一生，有很多梦想，梦想改造世界，改造国家，改造家庭。然而，到了垂暮之年，回首往事，我却发现自己一事无成，我，终于意识到：如果起初我先改变自己，接着我就能依次改变家人。然后，在他们的激励下，我或许就能改变我的国家。再接下来，谁又能知道？也许，我连整个世界都能改变！”。</w:t>
      </w:r>
      <w:r>
        <w:rPr>
          <w:lang w:eastAsia="zh-CN"/>
        </w:rPr>
        <w:br/>
      </w:r>
      <w:r>
        <w:rPr>
          <w:lang w:eastAsia="zh-CN"/>
        </w:rPr>
        <w:t>　　梦可以很大，大到足以用几代人去完成；梦也可以很小，小到我们触手可及。在这个以知识改变命运的时代，我，一个普通的大学毕业生，通过自己的不懈努力，走进了城建，走进了这个饱含群众殷切希望的大家庭。</w:t>
      </w:r>
      <w:r>
        <w:rPr>
          <w:lang w:eastAsia="zh-CN"/>
        </w:rPr>
        <w:br/>
      </w:r>
      <w:r>
        <w:rPr>
          <w:lang w:eastAsia="zh-CN"/>
        </w:rPr>
        <w:t>　　每当我穿行在宽阔笔直的滨江大道，漫步于商业繁华的步行街中，流连于芳香四溢的梨花丛中，便为这日益优美的环境变化心存感动，因为这都是我们城建者汗水哺育的见证、辛勤劳动的结晶。沉甸甸的梨乡建设史，字里行间彰显着一代代城建人，劳筑梦想强根基、乘风破浪待几时的豪情壮举。</w:t>
      </w:r>
      <w:r>
        <w:rPr>
          <w:lang w:eastAsia="zh-CN"/>
        </w:rPr>
        <w:br/>
      </w:r>
      <w:r>
        <w:rPr>
          <w:lang w:eastAsia="zh-CN"/>
        </w:rPr>
        <w:t>　　作为青年一代的我们，又应该以怎样的实际行动去实现伟大中国梦、伟大的新型城镇化建设梦呢？</w:t>
      </w:r>
      <w:r>
        <w:rPr>
          <w:lang w:eastAsia="zh-CN"/>
        </w:rPr>
        <w:br/>
      </w:r>
    </w:p>
    <w:p w:rsidR="001B1F19" w14:textId="27C3F48A">
      <w:pPr>
        <w:rPr>
          <w:lang w:eastAsia="zh-CN"/>
        </w:rPr>
      </w:pPr>
      <w:r>
        <w:rPr>
          <w:lang w:eastAsia="zh-CN"/>
        </w:rPr>
        <w:t>　　文学家泰戈尔曾经说过：“上帝对于庞大的王国逐渐心生厌恶，但从不厌恶那小小的花朵”。无论是在平凡岗位的日常工作，还是重大的创造性劳动，每一次成功、每一次转变、每一次进步都来源于我们每个人脚踏实地、辛勤付出。现如今，祖国伟大的复兴之路艰辛却成效显著；现如今，美丽的正以女皇故里的激情打造辐射川陕甘结合部的经济文化生态强市；现如今，底蕴厚重的正向“宜居宜业”的川东北特色县城迈出她坚定的步伐。作为新一代的年轻人，作为正在为梦想耕耘的80后，我们,磨拳擦掌，我们，蓄势起跳，用我们的美好的建设梦去实现伟大的中国梦！</w:t>
      </w:r>
      <w:r>
        <w:rPr>
          <w:lang w:eastAsia="zh-CN"/>
        </w:rPr>
        <w:br/>
      </w:r>
      <w:r>
        <w:rPr>
          <w:lang w:eastAsia="zh-CN"/>
        </w:rPr>
        <w:t>　　“理想需伟大，现实更努力”。理想是给有准备的人。我有一个大大的梦想，但这个大大的梦想要从现在小小的努力开始：每天早到半小时，晚走一刻钟，多学专业技能，多积工作经验。做事勤快点，态度谦虚点，工作负责点。不求现在的我，能为这个国家、这个社会作出什么惊天动地的贡献，只为在这平凡的岗位上，不惧螺丝钉的苦恼，胸怀理想、满怀激情、不懈奋斗！</w:t>
      </w:r>
      <w:r>
        <w:rPr>
          <w:lang w:eastAsia="zh-CN"/>
        </w:rPr>
        <w:br/>
      </w:r>
      <w:r>
        <w:rPr>
          <w:lang w:eastAsia="zh-CN"/>
        </w:rPr>
        <w:t>　　青春，是一首激昂的诗歌，磅礴有力，催人奋进；青春，是一个多梦的季节，充满希望，踌躇满志！作为新时代的青年，我们更应释放青春，释放能量，将个人的“青春梦”融入到“中国梦”中去，以崇高的理想、蓬勃的朝气，肩负起历史赋予我们的光荣使命，使中国梦早日变成美好现实，让青春在全面建成小康社会的生动实践中焕发绚丽的光彩。</w:t>
      </w:r>
      <w:r>
        <w:rPr>
          <w:lang w:eastAsia="zh-CN"/>
        </w:rPr>
        <w:br/>
      </w:r>
      <w:r>
        <w:rPr>
          <w:lang w:eastAsia="zh-CN"/>
        </w:rPr>
        <w:t>　　我，清醒的认识到，作为城建人，就意味着责任、意味着奉献、意味着担当。我愿把我的青春和汗水奉献给这片热土，做城市整洁的美容师、做城市文明的领航员、做城市建设的铺路石。在全民共筑中国梦的和风细雨中，在全面建设小康社会的征程中，在人人释放幸福感的节拍里，让苍溪崛起的梦想，在我们共同的助推下——放飞！</w:t>
      </w:r>
      <w:r>
        <w:rPr>
          <w:lang w:eastAsia="zh-CN"/>
        </w:rPr>
        <w:br/>
      </w:r>
      <w:r>
        <w:rPr>
          <w:lang w:eastAsia="zh-CN"/>
        </w:rPr>
        <w:t>　　雄关漫道真如铁，而今迈步从头越！未来的路依旧很长，未来的路布满荆棘！让我们携起手来，凝聚激情，释放青春，放飞梦想，去迎接“长风破浪会有时”的'到来。</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https://d.book118.com/708032000043006042</w:t>
        </w:r>
      </w:hyperlink>
    </w:p>
    <w:p w:rsidR="001B1F19">
      <w:pPr>
        <w:rPr>
          <w:lang w:eastAsia="zh-CN"/>
        </w:rPr>
      </w:pPr>
    </w:p>
    <w:sectPr>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8032000043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