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2024高三毕业典礼主持词范文（34篇）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2024高三毕业典礼主持词范文（精选34篇）</w:t>
      </w:r>
      <w:r>
        <w:rPr>
          <w:lang w:eastAsia="zh-CN"/>
        </w:rPr>
        <w:br/>
      </w:r>
      <w:r>
        <w:rPr>
          <w:lang w:eastAsia="zh-CN"/>
        </w:rPr>
        <w:t xml:space="preserve">    2024高三毕业典礼主持词范文 篇1 </w:t>
      </w:r>
      <w:r>
        <w:rPr>
          <w:lang w:eastAsia="zh-CN"/>
        </w:rPr>
        <w:br/>
      </w:r>
      <w:r>
        <w:rPr>
          <w:lang w:eastAsia="zh-CN"/>
        </w:rPr>
        <w:t>　　各位领导、老师们、同学们：</w:t>
      </w:r>
      <w:r>
        <w:rPr>
          <w:lang w:eastAsia="zh-CN"/>
        </w:rPr>
        <w:br/>
      </w:r>
      <w:r>
        <w:rPr>
          <w:lang w:eastAsia="zh-CN"/>
        </w:rPr>
        <w:t>　　大家上午好!</w:t>
      </w:r>
      <w:r>
        <w:rPr>
          <w:lang w:eastAsia="zh-CN"/>
        </w:rPr>
        <w:br/>
      </w:r>
      <w:r>
        <w:rPr>
          <w:lang w:eastAsia="zh-CN"/>
        </w:rPr>
        <w:t>　　对于我们2019届高三全体同学来说，今天是个特殊的日子。时光飞逝，日月如梭，三年时光弹指挥。三年来，你们与学校荣辱与共，用你们的奋斗和汗水一次次为学校争得荣誉;三年来，你们和老师同学朝夕相处，一千多个日日夜夜，结下了深厚的情谊;三年来，你们承载着父母的嘱托，发奋自强，一天天变得成熟。在你们即将走进高考的战场之前，我们在这里最后一次隆重集会，为你们举行高三毕业典礼，为你们的高考壮行，为你们即将告别高中生活，踏上新的人生里程祝福!</w:t>
      </w:r>
      <w:r>
        <w:rPr>
          <w:lang w:eastAsia="zh-CN"/>
        </w:rPr>
        <w:br/>
      </w:r>
      <w:r>
        <w:rPr>
          <w:lang w:eastAsia="zh-CN"/>
        </w:rPr>
        <w:t>　　参加今天毕业典礼的校领导有：校长吴林强、校党委书记、副校长杨刚、副校长吴庆杰，参加我们毕业典礼的还有我校中层干部、高三年级全体老师和咱们2019届毕业班全体同学。</w:t>
      </w:r>
      <w:r>
        <w:rPr>
          <w:lang w:eastAsia="zh-CN"/>
        </w:rPr>
        <w:br/>
      </w:r>
      <w:r>
        <w:rPr>
          <w:lang w:eastAsia="zh-CN"/>
        </w:rPr>
        <w:t>　　下面我宣布，焦作市第十一中学2019届高三毕业典礼现在开始!</w:t>
      </w:r>
      <w:r>
        <w:rPr>
          <w:lang w:eastAsia="zh-CN"/>
        </w:rPr>
        <w:br/>
      </w:r>
      <w:r>
        <w:rPr>
          <w:lang w:eastAsia="zh-CN"/>
        </w:rPr>
        <w:t>　　大会进行第一项：请全体起立，升国旗、奏国歌。</w:t>
      </w:r>
      <w:r>
        <w:rPr>
          <w:lang w:eastAsia="zh-CN"/>
        </w:rPr>
        <w:br/>
      </w:r>
      <w:r>
        <w:rPr>
          <w:lang w:eastAsia="zh-CN"/>
        </w:rPr>
        <w:t>　　大会进行第二项：请校长吴林强宣布2019届学生毕业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同学们，你们毕业了!多么的令人激动!三年的高中生活来，你们从稚气走向成熟，从懵懂走向理性;一千多个日夜，洒下你们多少辛勤的汗水，留下了多少酸甜苦痛。此时此刻，面对即将告别生活了三年的菁菁校园，我想大家的心情一定难以平静。</w:t>
      </w:r>
      <w:r>
        <w:rPr>
          <w:lang w:eastAsia="zh-CN"/>
        </w:rPr>
        <w:br/>
      </w:r>
      <w:r>
        <w:rPr>
          <w:lang w:eastAsia="zh-CN"/>
        </w:rPr>
        <w:t>　　会议进行第三项：请毕业生代表高三(10)班刘佩同学抒发毕业感言 。大家欢迎!</w:t>
      </w:r>
      <w:r>
        <w:rPr>
          <w:lang w:eastAsia="zh-CN"/>
        </w:rPr>
        <w:br/>
      </w:r>
      <w:r>
        <w:rPr>
          <w:lang w:eastAsia="zh-CN"/>
        </w:rPr>
        <w:t>　　从刘佩同学的话中，我们听到了同学们在即将离开母校之际，心中饱含的感谢与感激之情，听到了你们即将踏上高考主战场、人生新旅途的信心与决心。是啊，三年来，你们看惯了玉兰花花开花落，嗅熟了桂花树的十里芳香，吃腻了餐厅里的老几样，教室、花园、跑道都见证了你们奋斗的足迹与身影。你们在磨砺中走向了坚毅、走向了成熟。但你们的每一步成长，都饱含着父母的悉心呵护，伴随着父母的无私大爱。今天，你们高中毕业了，想知道父母想说些什么吗?</w:t>
      </w:r>
      <w:r>
        <w:rPr>
          <w:lang w:eastAsia="zh-CN"/>
        </w:rPr>
        <w:br/>
      </w:r>
      <w:r>
        <w:rPr>
          <w:lang w:eastAsia="zh-CN"/>
        </w:rPr>
        <w:t>　　会议进行第四项，有请家长代表高三(4)班马璐瑶的家长孙寒梅发言。</w:t>
      </w:r>
      <w:r>
        <w:rPr>
          <w:lang w:eastAsia="zh-CN"/>
        </w:rPr>
        <w:br/>
      </w:r>
      <w:r>
        <w:rPr>
          <w:lang w:eastAsia="zh-CN"/>
        </w:rPr>
        <w:t>　　一个班级就是一个大家庭，同学们三载相处，建立了深厚纯真的友情，这种情谊将是你一生中最美好的回忆。三年来，我们的老师为我们的成长付出了辛勤的汗水，倾注了真挚的情感。如今，你们将要踏上新的征程，做老师的也有许多话语想跟同学们倾诉。</w:t>
      </w:r>
      <w:r>
        <w:rPr>
          <w:lang w:eastAsia="zh-CN"/>
        </w:rPr>
        <w:br/>
      </w:r>
      <w:r>
        <w:rPr>
          <w:lang w:eastAsia="zh-CN"/>
        </w:rPr>
        <w:t>　　大会进行第五项：有请高三年级组长、班主任赵树伟老师发言。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赵老师的发言可谓情深意长、语重心长字里行间的浓浓情意代表了全体老师对同学们的深深期待和祝福。老师是园丁，育得桃李芬芳;学生是花朵，在用心浇灌下茁壮成长。谢谢赵老师，也谢谢全体高三老师们，感谢他们用汗水、智慧和生命的激情点燃我们幸福人生的希望!让鲜花捎去我们对老师们的感谢与祝福，让师生间的情谊在这一刻地久天长!</w:t>
      </w:r>
      <w:r>
        <w:rPr>
          <w:lang w:eastAsia="zh-CN"/>
        </w:rPr>
        <w:br/>
      </w:r>
      <w:r>
        <w:rPr>
          <w:lang w:eastAsia="zh-CN"/>
        </w:rPr>
        <w:t>　　大会进行第六项：下面请各班的学生代表给班主任老师献花!</w:t>
      </w:r>
      <w:r>
        <w:rPr>
          <w:lang w:eastAsia="zh-CN"/>
        </w:rPr>
        <w:br/>
      </w:r>
      <w:r>
        <w:rPr>
          <w:lang w:eastAsia="zh-CN"/>
        </w:rPr>
        <w:t>　　真的令人感动!让我们再次用热烈的掌声感谢班主任、感谢三年来默默无闻为我们的成长做出贡献的所有老师!</w:t>
      </w:r>
      <w:r>
        <w:rPr>
          <w:lang w:eastAsia="zh-CN"/>
        </w:rPr>
        <w:br/>
      </w:r>
      <w:r>
        <w:rPr>
          <w:lang w:eastAsia="zh-CN"/>
        </w:rPr>
        <w:t>　　同学们，三载励志求学，一朝鲲鹏展翅!走出校门，你们身上寄托着母校无尽的期望。</w:t>
      </w:r>
      <w:r>
        <w:rPr>
          <w:lang w:eastAsia="zh-CN"/>
        </w:rPr>
        <w:br/>
      </w:r>
      <w:r>
        <w:rPr>
          <w:lang w:eastAsia="zh-CN"/>
        </w:rPr>
        <w:t>　　大会进行第七项，我们以热烈的掌声欢迎校党委书记张三虎致辞!</w:t>
      </w:r>
      <w:r>
        <w:rPr>
          <w:lang w:eastAsia="zh-CN"/>
        </w:rPr>
        <w:br/>
      </w:r>
      <w:r>
        <w:rPr>
          <w:lang w:eastAsia="zh-CN"/>
        </w:rPr>
        <w:t>　　张书记热情洋溢的致辞对即将走向高考战场、迈入人生新征途的同学们的提出殷切期望、表达了由衷的祝福。句句叮咛，字字千金，希望同学们牢记在心，勉励自己、鞭策自己!</w:t>
      </w:r>
      <w:r>
        <w:rPr>
          <w:lang w:eastAsia="zh-CN"/>
        </w:rPr>
        <w:br/>
      </w:r>
      <w:r>
        <w:rPr>
          <w:lang w:eastAsia="zh-CN"/>
        </w:rPr>
        <w:t>　　下面大会进行第八项：由校领导为学生代表颁发毕业证书</w:t>
      </w:r>
      <w:r>
        <w:rPr>
          <w:lang w:eastAsia="zh-CN"/>
        </w:rPr>
        <w:br/>
      </w:r>
      <w:r>
        <w:rPr>
          <w:lang w:eastAsia="zh-CN"/>
        </w:rPr>
        <w:t>　　大会进行第九项：毕业宣誓。请高三(7)司文超同学上台领誓。</w:t>
      </w:r>
      <w:r>
        <w:rPr>
          <w:lang w:eastAsia="zh-CN"/>
        </w:rPr>
        <w:br/>
      </w:r>
      <w:r>
        <w:rPr>
          <w:lang w:eastAsia="zh-CN"/>
        </w:rPr>
        <w:t>　　同学们，誓言铮铮，道出了你们毕业之际对师长对家长的无限感激、道出了你们对母校对同学的无限依恋，道出了你们对自己发展前途的踌躇满志，道出了你们为母校争光为祖国奉献的豪情决心!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临别依依，言语万千!亲爱的同学们，无论再过多少年，无论今后你们走到那里，母校都将如慈母般地把你们牵挂，老师都会因你们的进步而自豪!希望同学们把学校的殷切期望，把老师的几多叮咛，把同学间的真挚友情，化为今后成长的动力，成就自己幸福成功的人生!希望同学们关心母校发展，共</w:t>
      </w:r>
      <w:r>
        <w:rPr>
          <w:lang w:eastAsia="zh-CN"/>
        </w:rPr>
        <w:br/>
      </w:r>
      <w:r>
        <w:rPr>
          <w:lang w:eastAsia="zh-CN"/>
        </w:rPr>
        <w:t>　　祝愿我们的老师桃李满天下，同心协力使我们的母校越办越红火!</w:t>
      </w:r>
      <w:r>
        <w:rPr>
          <w:lang w:eastAsia="zh-CN"/>
        </w:rPr>
        <w:br/>
      </w:r>
      <w:r>
        <w:rPr>
          <w:lang w:eastAsia="zh-CN"/>
        </w:rPr>
        <w:t>　　最后祝同学们高考金榜题名 !祝同学们人生一帆风顺!祝同学们前途光明灿烂! 谢谢大家!</w:t>
      </w:r>
      <w:r>
        <w:rPr>
          <w:lang w:eastAsia="zh-CN"/>
        </w:rPr>
        <w:br/>
      </w:r>
      <w:r>
        <w:rPr>
          <w:lang w:eastAsia="zh-CN"/>
        </w:rPr>
        <w:t xml:space="preserve">    2024高三毕业典礼主持词范文 篇2 </w:t>
      </w:r>
      <w:r>
        <w:rPr>
          <w:lang w:eastAsia="zh-CN"/>
        </w:rPr>
        <w:br/>
      </w:r>
      <w:r>
        <w:rPr>
          <w:lang w:eastAsia="zh-CN"/>
        </w:rPr>
        <w:t>　　时间：2019年6月1日上午8点</w:t>
      </w:r>
      <w:r>
        <w:rPr>
          <w:lang w:eastAsia="zh-CN"/>
        </w:rPr>
        <w:br/>
      </w:r>
      <w:r>
        <w:rPr>
          <w:lang w:eastAsia="zh-CN"/>
        </w:rPr>
        <w:t>　　地点：学校运动场</w:t>
      </w:r>
      <w:r>
        <w:rPr>
          <w:lang w:eastAsia="zh-CN"/>
        </w:rPr>
        <w:br/>
      </w:r>
      <w:r>
        <w:rPr>
          <w:lang w:eastAsia="zh-CN"/>
        </w:rPr>
        <w:t>　　主持人：</w:t>
      </w:r>
      <w:r>
        <w:rPr>
          <w:lang w:eastAsia="zh-CN"/>
        </w:rPr>
        <w:br/>
      </w:r>
      <w:r>
        <w:rPr>
          <w:lang w:eastAsia="zh-CN"/>
        </w:rPr>
        <w:t>　　甲、邹琦(16班)</w:t>
      </w:r>
      <w:r>
        <w:rPr>
          <w:lang w:eastAsia="zh-CN"/>
        </w:rPr>
        <w:br/>
      </w:r>
      <w:r>
        <w:rPr>
          <w:lang w:eastAsia="zh-CN"/>
        </w:rPr>
        <w:t>　　乙、王莉蓉(4班)</w:t>
      </w:r>
      <w:r>
        <w:rPr>
          <w:lang w:eastAsia="zh-CN"/>
        </w:rPr>
        <w:br/>
      </w:r>
      <w:r>
        <w:rPr>
          <w:lang w:eastAsia="zh-CN"/>
        </w:rPr>
        <w:t>　　丙、王晨(20班)</w:t>
      </w:r>
      <w:r>
        <w:rPr>
          <w:lang w:eastAsia="zh-CN"/>
        </w:rPr>
        <w:br/>
      </w:r>
      <w:r>
        <w:rPr>
          <w:lang w:eastAsia="zh-CN"/>
        </w:rPr>
        <w:t>　　丁、赵天琪(15班)</w:t>
      </w:r>
      <w:r>
        <w:rPr>
          <w:lang w:eastAsia="zh-CN"/>
        </w:rPr>
        <w:br/>
      </w:r>
      <w:r>
        <w:rPr>
          <w:lang w:eastAsia="zh-CN"/>
        </w:rPr>
        <w:t>　　撰稿：邵志标</w:t>
      </w:r>
      <w:r>
        <w:rPr>
          <w:lang w:eastAsia="zh-CN"/>
        </w:rPr>
        <w:br/>
      </w:r>
      <w:r>
        <w:rPr>
          <w:lang w:eastAsia="zh-CN"/>
        </w:rPr>
        <w:t>　　入场：播放《同桌的你》《栀子花开》</w:t>
      </w:r>
      <w:r>
        <w:rPr>
          <w:lang w:eastAsia="zh-CN"/>
        </w:rPr>
        <w:br/>
      </w:r>
      <w:r>
        <w:rPr>
          <w:lang w:eastAsia="zh-CN"/>
        </w:rPr>
        <w:t>　　甲、尊敬的各位领导</w:t>
      </w:r>
      <w:r>
        <w:rPr>
          <w:lang w:eastAsia="zh-CN"/>
        </w:rPr>
        <w:br/>
      </w:r>
      <w:r>
        <w:rPr>
          <w:lang w:eastAsia="zh-CN"/>
        </w:rPr>
        <w:t>　　乙、尊敬的各位家长</w:t>
      </w:r>
      <w:r>
        <w:rPr>
          <w:lang w:eastAsia="zh-CN"/>
        </w:rPr>
        <w:br/>
      </w:r>
      <w:r>
        <w:rPr>
          <w:lang w:eastAsia="zh-CN"/>
        </w:rPr>
        <w:t>　　丙、敬爱的老师们，</w:t>
      </w:r>
      <w:r>
        <w:rPr>
          <w:lang w:eastAsia="zh-CN"/>
        </w:rPr>
        <w:br/>
      </w:r>
      <w:r>
        <w:rPr>
          <w:lang w:eastAsia="zh-CN"/>
        </w:rPr>
        <w:t>　　丁、亲爱的同学们</w:t>
      </w:r>
      <w:r>
        <w:rPr>
          <w:lang w:eastAsia="zh-CN"/>
        </w:rPr>
        <w:br/>
      </w:r>
      <w:r>
        <w:rPr>
          <w:lang w:eastAsia="zh-CN"/>
        </w:rPr>
        <w:t>　　合、大家上午好!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甲、时光飞逝，日月如梭，三年时光弹指一挥;</w:t>
      </w:r>
      <w:r>
        <w:rPr>
          <w:lang w:eastAsia="zh-CN"/>
        </w:rPr>
        <w:br/>
      </w:r>
      <w:r>
        <w:rPr>
          <w:lang w:eastAsia="zh-CN"/>
        </w:rPr>
        <w:t>　　乙、带着梦想，带着期待，三年来我们一起走过。</w:t>
      </w:r>
      <w:r>
        <w:rPr>
          <w:lang w:eastAsia="zh-CN"/>
        </w:rPr>
        <w:br/>
      </w:r>
      <w:r>
        <w:rPr>
          <w:lang w:eastAsia="zh-CN"/>
        </w:rPr>
        <w:t>　　丙、在朝夕相处的一千多个日日夜夜里，有太多太多的人和事值得我们回忆和珍藏。</w:t>
      </w:r>
      <w:r>
        <w:rPr>
          <w:lang w:eastAsia="zh-CN"/>
        </w:rPr>
        <w:br/>
      </w:r>
      <w:r>
        <w:rPr>
          <w:lang w:eastAsia="zh-CN"/>
        </w:rPr>
        <w:t>　　丁、三年来，全体师生风雨同舟，荣辱与共，结下了深情厚谊。</w:t>
      </w:r>
      <w:r>
        <w:rPr>
          <w:lang w:eastAsia="zh-CN"/>
        </w:rPr>
        <w:br/>
      </w:r>
      <w:r>
        <w:rPr>
          <w:lang w:eastAsia="zh-CN"/>
        </w:rPr>
        <w:t>　　合、忘不了这情同手足般的纯真友情，忘不了这慈母严父般的浓浓师恩。</w:t>
      </w:r>
      <w:r>
        <w:rPr>
          <w:lang w:eastAsia="zh-CN"/>
        </w:rPr>
        <w:br/>
      </w:r>
      <w:r>
        <w:rPr>
          <w:lang w:eastAsia="zh-CN"/>
        </w:rPr>
        <w:t>　　甲、同学们，这份厚爱与深情将会滋养你的心田，</w:t>
      </w:r>
      <w:r>
        <w:rPr>
          <w:lang w:eastAsia="zh-CN"/>
        </w:rPr>
        <w:br/>
      </w:r>
      <w:r>
        <w:rPr>
          <w:lang w:eastAsia="zh-CN"/>
        </w:rPr>
        <w:t>　　乙、这些美好的回忆将会永远珍藏在你心底。</w:t>
      </w:r>
      <w:r>
        <w:rPr>
          <w:lang w:eastAsia="zh-CN"/>
        </w:rPr>
        <w:br/>
      </w:r>
      <w:r>
        <w:rPr>
          <w:lang w:eastAsia="zh-CN"/>
        </w:rPr>
        <w:t>　　丙、今天，请释放你心中的祝福与祈祷，拉起身边深情之手，拉起身边厚谊之手!</w:t>
      </w:r>
      <w:r>
        <w:rPr>
          <w:lang w:eastAsia="zh-CN"/>
        </w:rPr>
        <w:br/>
      </w:r>
      <w:r>
        <w:rPr>
          <w:lang w:eastAsia="zh-CN"/>
        </w:rPr>
        <w:t>　　丁、今天，请释放你心中的真诚与感恩，拥抱关心疼爱你的恩师，拥抱哺育你成人成才的爸爸和妈妈!</w:t>
      </w:r>
      <w:r>
        <w:rPr>
          <w:lang w:eastAsia="zh-CN"/>
        </w:rPr>
        <w:br/>
      </w:r>
      <w:r>
        <w:rPr>
          <w:lang w:eastAsia="zh-CN"/>
        </w:rPr>
        <w:t>　　合、淮北市实验高级中学2019届毕业典礼现在开始!</w:t>
      </w:r>
      <w:r>
        <w:rPr>
          <w:lang w:eastAsia="zh-CN"/>
        </w:rPr>
        <w:br/>
      </w:r>
      <w:r>
        <w:rPr>
          <w:lang w:eastAsia="zh-CN"/>
        </w:rPr>
        <w:t>　　甲、(升旗仪式)</w:t>
      </w:r>
      <w:r>
        <w:rPr>
          <w:lang w:eastAsia="zh-CN"/>
        </w:rPr>
        <w:br/>
      </w:r>
      <w:r>
        <w:rPr>
          <w:lang w:eastAsia="zh-CN"/>
        </w:rPr>
        <w:t>　　全体注意：立正，向左、向右转!</w:t>
      </w:r>
      <w:r>
        <w:rPr>
          <w:lang w:eastAsia="zh-CN"/>
        </w:rPr>
        <w:br/>
      </w:r>
      <w:r>
        <w:rPr>
          <w:lang w:eastAsia="zh-CN"/>
        </w:rPr>
        <w:t>　　出旗!升国旗、唱国歌!</w:t>
      </w:r>
      <w:r>
        <w:rPr>
          <w:lang w:eastAsia="zh-CN"/>
        </w:rPr>
        <w:br/>
      </w:r>
      <w:r>
        <w:rPr>
          <w:lang w:eastAsia="zh-CN"/>
        </w:rPr>
        <w:t>　　礼毕!向左、向右转!</w:t>
      </w:r>
      <w:r>
        <w:rPr>
          <w:lang w:eastAsia="zh-CN"/>
        </w:rPr>
        <w:br/>
      </w:r>
      <w:r>
        <w:rPr>
          <w:lang w:eastAsia="zh-CN"/>
        </w:rPr>
        <w:t>　　乙、岁岁花相似，今朝别样红。今天是个特殊的日子，今天是个值得庆贺、值得永远铭记的日子!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三年来，校领导高瞻远瞩、抢抓机遇，以先进的办学理念和科学的管理方法，使我校迅速崛起，成为皖北大地上一颗熠熠生辉的明珠。</w:t>
      </w:r>
      <w:r>
        <w:rPr>
          <w:lang w:eastAsia="zh-CN"/>
        </w:rPr>
        <w:br/>
      </w:r>
      <w:r>
        <w:rPr>
          <w:lang w:eastAsia="zh-CN"/>
        </w:rPr>
        <w:t>　　下面，让我们用热烈的掌声欢迎纪迎春校长致辞。</w:t>
      </w:r>
      <w:r>
        <w:rPr>
          <w:lang w:eastAsia="zh-CN"/>
        </w:rPr>
        <w:br/>
      </w:r>
      <w:r>
        <w:rPr>
          <w:lang w:eastAsia="zh-CN"/>
        </w:rPr>
        <w:t>　　丙、纪校长回顾了我们高中三年的学习情况，对大家健康成长表示了祝贺，并给大家提出了殷切的期望和要求。句句叮咛，字字千金，纪校长的祝福语重心长。请同学们牢记在心，在今后的人生道路上时时勉励自己、鞭策自己，奋勇向前。</w:t>
      </w:r>
      <w:r>
        <w:rPr>
          <w:lang w:eastAsia="zh-CN"/>
        </w:rPr>
        <w:br/>
      </w:r>
      <w:r>
        <w:rPr>
          <w:lang w:eastAsia="zh-CN"/>
        </w:rPr>
        <w:t>　　谢谢纪校长的热情鼓励和殷切希望!</w:t>
      </w:r>
      <w:r>
        <w:rPr>
          <w:lang w:eastAsia="zh-CN"/>
        </w:rPr>
        <w:br/>
      </w:r>
      <w:r>
        <w:rPr>
          <w:lang w:eastAsia="zh-CN"/>
        </w:rPr>
        <w:t>　　丁、三年的秋冬春夏，我们一道走过;三年的酸甜苦辣，我们共同品尝。在陪伴我们走过的这一千多个日日夜夜，老师们同样是在风雨兼程，奔忙于每一个清晨与黄昏，顾不上欣赏旭日和夕阳留给大地的美景。三年苦行生涯，我们盼望着脱离，可老师们一如既往，用热情和智慧点亮了每一缕曙光。课堂上，课堂下，有循循善诱的讲解，有和风细雨的教诲，还有严厉的批评，都是希望我们能更顺利地抵达理想的彼岸。</w:t>
      </w:r>
      <w:r>
        <w:rPr>
          <w:lang w:eastAsia="zh-CN"/>
        </w:rPr>
        <w:br/>
      </w:r>
      <w:r>
        <w:rPr>
          <w:lang w:eastAsia="zh-CN"/>
        </w:rPr>
        <w:t>　　下面有请毕业班教师代表王峰老师致辞。</w:t>
      </w:r>
      <w:r>
        <w:rPr>
          <w:lang w:eastAsia="zh-CN"/>
        </w:rPr>
        <w:br/>
      </w:r>
      <w:r>
        <w:rPr>
          <w:lang w:eastAsia="zh-CN"/>
        </w:rPr>
        <w:t>　　甲、王峰老师的讲话可谓是真情流露、豪情满怀，谢谢他的精彩致辞。也谢谢老师们辛勤的付出，感谢你们用汗水、智慧和生命的激情点燃我们幸福人生的希望。</w:t>
      </w:r>
      <w:r>
        <w:rPr>
          <w:lang w:eastAsia="zh-CN"/>
        </w:rPr>
        <w:br/>
      </w:r>
      <w:r>
        <w:rPr>
          <w:lang w:eastAsia="zh-CN"/>
        </w:rPr>
        <w:t>　　乙、今天，我们相聚在这里，为在实验高中三年的学习生活画上圆满的句号。我们应该为自己自豪，因为我们无悔于青春，无悔于母校。</w:t>
      </w:r>
      <w:r>
        <w:rPr>
          <w:lang w:eastAsia="zh-CN"/>
        </w:rPr>
        <w:br/>
      </w:r>
      <w:r>
        <w:rPr>
          <w:lang w:eastAsia="zh-CN"/>
        </w:rPr>
        <w:t>　　下面，有请学生代表王汉卿同学致感谢词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丙、三年的时光，大家一同走过，没有同学之间的朝夕相处，互帮互助，我们的成长就会少了很多乐趣。正因为我们的相聚，青春才会变得如此绚烂多彩!此时此刻，面对三年来朝夕相伴的老师和同学，我们有几多不舍和无奈。但是，同学们，带上老师的祝福，放心的去飞吧。展翅的鲲鹏总会有属于自己新的天空去翱翔!</w:t>
      </w:r>
      <w:r>
        <w:rPr>
          <w:lang w:eastAsia="zh-CN"/>
        </w:rPr>
        <w:br/>
      </w:r>
      <w:r>
        <w:rPr>
          <w:lang w:eastAsia="zh-CN"/>
        </w:rPr>
        <w:t>　　丁、大爱无痕，大爱无疆!在我们的成长过程中，我们的父母以厚重如山的爱和宽阔如海的胸襟为我们铸造了一双隐形的翅膀，正是这双翅膀，带我们飞度重重难关。</w:t>
      </w:r>
      <w:r>
        <w:rPr>
          <w:lang w:eastAsia="zh-CN"/>
        </w:rPr>
        <w:br/>
      </w:r>
      <w:r>
        <w:rPr>
          <w:lang w:eastAsia="zh-CN"/>
        </w:rPr>
        <w:t>　　下面，请高三(19)班任鹏宇同学的父亲代表家长致辞。</w:t>
      </w:r>
      <w:r>
        <w:rPr>
          <w:lang w:eastAsia="zh-CN"/>
        </w:rPr>
        <w:br/>
      </w:r>
      <w:r>
        <w:rPr>
          <w:lang w:eastAsia="zh-CN"/>
        </w:rPr>
        <w:t>　　甲、同学们，请把最朴素的感恩献给我们可亲可敬的家长，无数个黑夜里的默默祈愿与耐心守望，无数白昼间的苦苦相依与无怨奔忙。谢谢您，谢谢您对我们的关爱，谢谢您对学校的理解和支持。谢谢您，可亲可敬的家长朋友们!</w:t>
      </w:r>
      <w:r>
        <w:rPr>
          <w:lang w:eastAsia="zh-CN"/>
        </w:rPr>
        <w:br/>
      </w:r>
      <w:r>
        <w:rPr>
          <w:lang w:eastAsia="zh-CN"/>
        </w:rPr>
        <w:t>　　乙、怎能忘啊，多少个清晨，我们书声琅琅;多少个寒冬酷暑，我们伏案勤学，多少次专注聆听老师那声情并茂的讲课，多少次凝神苦思那解不完的题，多少次接受老师们耐心答疑辅导，多少次竞赛场上参与较量。</w:t>
      </w:r>
      <w:r>
        <w:rPr>
          <w:lang w:eastAsia="zh-CN"/>
        </w:rPr>
        <w:br/>
      </w:r>
      <w:r>
        <w:rPr>
          <w:lang w:eastAsia="zh-CN"/>
        </w:rPr>
        <w:t>　　请允许我们向您，我们敬爱的老师表达最崇高的敬意!</w:t>
      </w:r>
      <w:r>
        <w:rPr>
          <w:lang w:eastAsia="zh-CN"/>
        </w:rPr>
        <w:br/>
      </w:r>
      <w:r>
        <w:rPr>
          <w:lang w:eastAsia="zh-CN"/>
        </w:rPr>
        <w:t>　　下面，请学生为老师颁发特殊贡献奖!</w:t>
      </w:r>
      <w:r>
        <w:rPr>
          <w:lang w:eastAsia="zh-CN"/>
        </w:rPr>
        <w:br/>
      </w:r>
      <w:r>
        <w:rPr>
          <w:lang w:eastAsia="zh-CN"/>
        </w:rPr>
        <w:t>　　丙、老师是园丁，育得桃李芬芳;</w:t>
      </w:r>
      <w:r>
        <w:rPr>
          <w:lang w:eastAsia="zh-CN"/>
        </w:rPr>
        <w:br/>
      </w:r>
      <w:r>
        <w:rPr>
          <w:lang w:eastAsia="zh-CN"/>
        </w:rPr>
        <w:t>　　班主任老师更是浩瀚江海中的长帆，助你我顺利起航!</w:t>
      </w:r>
      <w:r>
        <w:rPr>
          <w:lang w:eastAsia="zh-CN"/>
        </w:rPr>
        <w:br/>
      </w:r>
      <w:r>
        <w:rPr>
          <w:lang w:eastAsia="zh-CN"/>
        </w:rPr>
        <w:t>　　学生是花朵，在老师们的精心浇灌下茁壮成长!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下面请学生给班主任献花!</w:t>
      </w:r>
      <w:r>
        <w:rPr>
          <w:lang w:eastAsia="zh-CN"/>
        </w:rPr>
        <w:br/>
      </w:r>
      <w:r>
        <w:rPr>
          <w:lang w:eastAsia="zh-CN"/>
        </w:rPr>
        <w:t>　　(播放《长大后我就成了你》)</w:t>
      </w:r>
      <w:r>
        <w:rPr>
          <w:lang w:eastAsia="zh-CN"/>
        </w:rPr>
        <w:br/>
      </w:r>
      <w:r>
        <w:rPr>
          <w:lang w:eastAsia="zh-CN"/>
        </w:rPr>
        <w:t>　　丁、让鲜花捎去我们对老师们的感谢与祝福，让师生间的情谊在这一刻天长地久!</w:t>
      </w:r>
      <w:r>
        <w:rPr>
          <w:lang w:eastAsia="zh-CN"/>
        </w:rPr>
        <w:br/>
      </w:r>
      <w:r>
        <w:rPr>
          <w:lang w:eastAsia="zh-CN"/>
        </w:rPr>
        <w:t>　　甲、生命是灿烂的，青春是美丽的。三年的高中校园生活，同学们在这里树理想、求真理、勤学习、强能力。(励志 )校园里留下了每一位同学奋发向上的足迹，学校也见证了同学们的青春和成长。</w:t>
      </w:r>
      <w:r>
        <w:rPr>
          <w:lang w:eastAsia="zh-CN"/>
        </w:rPr>
        <w:br/>
      </w:r>
      <w:r>
        <w:rPr>
          <w:lang w:eastAsia="zh-CN"/>
        </w:rPr>
        <w:t>　　下面，请校长为我们颁发毕业证书!</w:t>
      </w:r>
      <w:r>
        <w:rPr>
          <w:lang w:eastAsia="zh-CN"/>
        </w:rPr>
        <w:br/>
      </w:r>
      <w:r>
        <w:rPr>
          <w:lang w:eastAsia="zh-CN"/>
        </w:rPr>
        <w:t>　　(播放《友谊地久天长》)</w:t>
      </w:r>
      <w:r>
        <w:rPr>
          <w:lang w:eastAsia="zh-CN"/>
        </w:rPr>
        <w:br/>
      </w:r>
      <w:r>
        <w:rPr>
          <w:lang w:eastAsia="zh-CN"/>
        </w:rPr>
        <w:t>　　乙、迎着东方绚丽的朝阳，</w:t>
      </w:r>
      <w:r>
        <w:rPr>
          <w:lang w:eastAsia="zh-CN"/>
        </w:rPr>
        <w:br/>
      </w:r>
      <w:r>
        <w:rPr>
          <w:lang w:eastAsia="zh-CN"/>
        </w:rPr>
        <w:t>　　满园鲜花散发着芬芳。</w:t>
      </w:r>
      <w:r>
        <w:rPr>
          <w:lang w:eastAsia="zh-CN"/>
        </w:rPr>
        <w:br/>
      </w:r>
      <w:r>
        <w:rPr>
          <w:lang w:eastAsia="zh-CN"/>
        </w:rPr>
        <w:t>　　丙、快乐学习，健康成长，</w:t>
      </w:r>
      <w:r>
        <w:rPr>
          <w:lang w:eastAsia="zh-CN"/>
        </w:rPr>
        <w:br/>
      </w:r>
      <w:r>
        <w:rPr>
          <w:lang w:eastAsia="zh-CN"/>
        </w:rPr>
        <w:t>　　带着嘱托,带着希望。</w:t>
      </w:r>
      <w:r>
        <w:rPr>
          <w:lang w:eastAsia="zh-CN"/>
        </w:rPr>
        <w:br/>
      </w:r>
      <w:r>
        <w:rPr>
          <w:lang w:eastAsia="zh-CN"/>
        </w:rPr>
        <w:t>　　丁、沐浴着青春阳光，</w:t>
      </w:r>
      <w:r>
        <w:rPr>
          <w:lang w:eastAsia="zh-CN"/>
        </w:rPr>
        <w:br/>
      </w:r>
      <w:r>
        <w:rPr>
          <w:lang w:eastAsia="zh-CN"/>
        </w:rPr>
        <w:t>　　青春载着希望起航，</w:t>
      </w:r>
      <w:r>
        <w:rPr>
          <w:lang w:eastAsia="zh-CN"/>
        </w:rPr>
        <w:br/>
      </w:r>
      <w:r>
        <w:rPr>
          <w:lang w:eastAsia="zh-CN"/>
        </w:rPr>
        <w:t>　　合、让人生更精彩，</w:t>
      </w:r>
      <w:r>
        <w:rPr>
          <w:lang w:eastAsia="zh-CN"/>
        </w:rPr>
        <w:br/>
      </w:r>
      <w:r>
        <w:rPr>
          <w:lang w:eastAsia="zh-CN"/>
        </w:rPr>
        <w:t>　　精彩在这青春时光。</w:t>
      </w:r>
      <w:r>
        <w:rPr>
          <w:lang w:eastAsia="zh-CN"/>
        </w:rPr>
        <w:br/>
      </w:r>
      <w:r>
        <w:rPr>
          <w:lang w:eastAsia="zh-CN"/>
        </w:rPr>
        <w:t>　　甲、下面让我们齐唱校歌《精彩在这青春时光》!</w:t>
      </w:r>
      <w:r>
        <w:rPr>
          <w:lang w:eastAsia="zh-CN"/>
        </w:rPr>
        <w:br/>
      </w:r>
      <w:r>
        <w:rPr>
          <w:lang w:eastAsia="zh-CN"/>
        </w:rPr>
        <w:t>　　乙、敬爱的母校，我心中永远的明灯;敬爱的母校，我心中清冽的甘泉!</w:t>
      </w:r>
      <w:r>
        <w:rPr>
          <w:lang w:eastAsia="zh-CN"/>
        </w:rPr>
        <w:br/>
      </w:r>
      <w:r>
        <w:rPr>
          <w:lang w:eastAsia="zh-CN"/>
        </w:rPr>
        <w:t>　　丙、尊敬的老师，我们永远感激您;尊敬的老师，我们永远铭记您!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丁、让我们记住这美好的三年，记住这难忘的一刻，让我们的手紧紧握在一起，让我们肝胆相照，同舟共济!</w:t>
      </w:r>
      <w:r>
        <w:rPr>
          <w:lang w:eastAsia="zh-CN"/>
        </w:rPr>
        <w:br/>
      </w:r>
      <w:r>
        <w:rPr>
          <w:lang w:eastAsia="zh-CN"/>
        </w:rPr>
        <w:t>　　甲、老师们，同学们，毕业典礼就要结束了，但我们的师生情，同学情永远不会中止。愿我们一帆风顺、梦想成真，祝福我们的明天更美好!</w:t>
      </w:r>
      <w:r>
        <w:rPr>
          <w:lang w:eastAsia="zh-CN"/>
        </w:rPr>
        <w:br/>
      </w:r>
      <w:r>
        <w:rPr>
          <w:lang w:eastAsia="zh-CN"/>
        </w:rPr>
        <w:t>　　乙、同学们，不管将来我们走到哪里，母校老师的心都会永远和我们相依，母校的血脉都会永远和我们紧紧相连!</w:t>
      </w:r>
      <w:r>
        <w:rPr>
          <w:lang w:eastAsia="zh-CN"/>
        </w:rPr>
        <w:br/>
      </w:r>
      <w:r>
        <w:rPr>
          <w:lang w:eastAsia="zh-CN"/>
        </w:rPr>
        <w:t>　　合、淮北市实验高级中学2019届毕业典礼到此结束，再见!</w:t>
      </w:r>
      <w:r>
        <w:rPr>
          <w:lang w:eastAsia="zh-CN"/>
        </w:rPr>
        <w:br/>
      </w:r>
      <w:r>
        <w:rPr>
          <w:lang w:eastAsia="zh-CN"/>
        </w:rPr>
        <w:t xml:space="preserve">    2024高三毕业典礼主持词范文 篇3 </w:t>
      </w:r>
      <w:r>
        <w:rPr>
          <w:lang w:eastAsia="zh-CN"/>
        </w:rPr>
        <w:br/>
      </w:r>
      <w:r>
        <w:rPr>
          <w:lang w:eastAsia="zh-CN"/>
        </w:rPr>
        <w:t>　　尊敬的各位领导、各位家长朋友，敬爱的老师们，亲爱的同学们：</w:t>
      </w:r>
      <w:r>
        <w:rPr>
          <w:lang w:eastAsia="zh-CN"/>
        </w:rPr>
        <w:br/>
      </w:r>
      <w:r>
        <w:rPr>
          <w:lang w:eastAsia="zh-CN"/>
        </w:rPr>
        <w:t>　　大家上午好!</w:t>
      </w:r>
      <w:r>
        <w:rPr>
          <w:lang w:eastAsia="zh-CN"/>
        </w:rPr>
        <w:br/>
      </w:r>
      <w:r>
        <w:rPr>
          <w:lang w:eastAsia="zh-CN"/>
        </w:rPr>
        <w:t>　　时光飞逝，日月如梭，三年时光弹指一挥;带着梦想，带着期待，三年来我们一起走过。在朝夕相处的千百个日日夜夜里，有太多太多的人和事值得我们回忆和珍藏。三年来，全体毕业班师生风雨同舟，荣辱与共，结下了深情厚谊。忘不了这情同手足般的纯真友情，忘不了这慈母严父般的深深师恩。同学们，这份厚爱与深情将会滋养你的心田，这些美好的回忆将会永远珍藏在你心底。今天，请释放你心中的祝福与祈祷，拉起身边友谊之手;今天，请释放你心中的真诚与感恩，拥抱关心疼爱你的恩师、拥抱哺育你成人成才的家长。</w:t>
      </w:r>
      <w:r>
        <w:rPr>
          <w:lang w:eastAsia="zh-CN"/>
        </w:rPr>
        <w:br/>
      </w:r>
      <w:r>
        <w:rPr>
          <w:lang w:eastAsia="zh-CN"/>
        </w:rPr>
        <w:t>　　下面我宣布，中学2019届学生毕业典礼现在开始!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(1)大会第一项：举行升旗仪式(升旗后说)岁岁花相似，今朝别样红。今天是个特殊的日子，今天是个值得庆贺、值得永远铭记的日子。出席今天典礼的领导和嘉宾有</w:t>
      </w:r>
      <w:r>
        <w:rPr>
          <w:lang w:eastAsia="zh-CN"/>
        </w:rPr>
        <w:t xml:space="preserve"> 他们是大家在运中三年成长历程的见证人，让我们以热烈的掌声对他们的到来表示热烈的欢迎和衷心的感谢。同时我们也要对_市各新闻媒体及步步高电子教育有限公司对中学大力支持表示衷心地感谢。</w:t>
      </w:r>
      <w:r>
        <w:rPr>
          <w:lang w:eastAsia="zh-CN"/>
        </w:rPr>
        <w:br/>
      </w:r>
      <w:r>
        <w:rPr>
          <w:lang w:eastAsia="zh-CN"/>
        </w:rPr>
        <w:t>　　(2)下面进行大会第二项：有请毕业班教师代表致辞。</w:t>
      </w:r>
      <w:r>
        <w:rPr>
          <w:lang w:eastAsia="zh-CN"/>
        </w:rPr>
        <w:br/>
      </w:r>
      <w:r>
        <w:rPr>
          <w:lang w:eastAsia="zh-CN"/>
        </w:rPr>
        <w:t>　　(教师致辞后说)胡老师讲话可谓是真情流露、豪情满怀，谢谢她的精彩致辞。也谢谢老师们辛勤的付出，感谢他们用汗水、智慧和生命的激情点燃我们幸福人生的希望。</w:t>
      </w:r>
      <w:r>
        <w:rPr>
          <w:lang w:eastAsia="zh-CN"/>
        </w:rPr>
        <w:br/>
      </w:r>
      <w:r>
        <w:rPr>
          <w:lang w:eastAsia="zh-CN"/>
        </w:rPr>
        <w:t>　　(3)班旗是班级凝聚力的象征，班旗更是班级战斗力的集中体现。每一面班旗都体现了同学们聪明才智，见证了同学们的刻苦努力。三年来，我们都是用实际行动把幸福写满鲜红的班旗。下面进行大会第三项：上传班旗并请张校长发放母校留言册。</w:t>
      </w:r>
      <w:r>
        <w:rPr>
          <w:lang w:eastAsia="zh-CN"/>
        </w:rPr>
        <w:br/>
      </w:r>
      <w:r>
        <w:rPr>
          <w:lang w:eastAsia="zh-CN"/>
        </w:rPr>
        <w:t>　　(上传班旗后说)班旗的移交，意味着你们在运中阶段性学习的结束，在你们即将离开母校之际，请将最真挚的语言献给母校，我们将把你们的真情永远珍藏。让运中薪火相传、永远辉煌。</w:t>
      </w:r>
      <w:r>
        <w:rPr>
          <w:lang w:eastAsia="zh-CN"/>
        </w:rPr>
        <w:br/>
      </w:r>
      <w:r>
        <w:rPr>
          <w:lang w:eastAsia="zh-CN"/>
        </w:rPr>
        <w:t>　　(4)老师是园丁，育得桃李芬芳;学生是花朵，在精心浇灌下茁壮成长。大会第四项：请毕业班学生给老师献花，师生话别。让鲜花捎去我们对老师们的感谢与祝福，让师生间的情谊在这一刻天长地久!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(5)今天，我们相聚在这里，为在运中三年的学习生活画上圆满的句号。我们应该为自己自豪，因为我们无悔于青春，无悔于母校。下面进行大会第五项，有请学生代表宣誓。</w:t>
      </w:r>
      <w:r>
        <w:rPr>
          <w:lang w:eastAsia="zh-CN"/>
        </w:rPr>
        <w:br/>
      </w:r>
      <w:r>
        <w:rPr>
          <w:lang w:eastAsia="zh-CN"/>
        </w:rPr>
        <w:t>　　(学生宣誓后说)三年的时光，大家一同走过，没有同学之间的朝夕相处，互帮互助，我们的成长就会少了很多乐趣。正因为我们的相聚，青春才会变得如此绚烂多彩!此时此刻，面对三年来日夕相伴的老师和同学，我们有几多不舍和无奈。但是，同学们，带上老师的祝福，放心的去飞吧。展翅的鲲鹏总会有属于自己新的天空去翱翔。</w:t>
      </w:r>
      <w:r>
        <w:rPr>
          <w:lang w:eastAsia="zh-CN"/>
        </w:rPr>
        <w:br/>
      </w:r>
      <w:r>
        <w:rPr>
          <w:lang w:eastAsia="zh-CN"/>
        </w:rPr>
        <w:t>　　(6)俗话说：大爱无痕。在我们的成长过程中，我们的父母以厚重如山的爱和宽阔如海的胸襟为我们铸造了一双隐形的翅膀，正是这双翅膀，带我们飞越重重难关。下面进行大会第六项，请高三年级406班祁辉同学的父亲代表家长致辞</w:t>
      </w:r>
      <w:r>
        <w:rPr>
          <w:lang w:eastAsia="zh-CN"/>
        </w:rPr>
        <w:br/>
      </w:r>
      <w:r>
        <w:rPr>
          <w:lang w:eastAsia="zh-CN"/>
        </w:rPr>
        <w:t>　　(家长致辞后说)孩子们，请把最朴素的感恩献给我们可亲可敬的家长，无数个黑夜里的默默祈愿与耐心守望，无数白昼间的苦苦相依与无怨奔忙。谢谢您，谢谢您对孩子的关爱，谢谢您对学校的理解和支持。谢谢您，可亲可敬的家长朋友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(7)_中学迁入东校以来，校领导高瞻远瞩、抢抓机遇，以先进的办学理念和科学的管理方法，使我校迅速崛起，成为河东大地上一颗熠熠生辉的明珠。下面进行大会第七项：欢迎张校长向全体毕业生送上祝福。(张校长讲话)(张校长讲话后说)张校长回顾了我们初、高中三年的学习情况，对大家健康成长表示了祝贺，并给大家提出殷切期望和要求。句句叮咛，字字千金，张校长的祝福语重心长。请同学们牢记在心，在今后的人生道路上时时勉励自己、鞭策自己，奋勇向前。谢谢张校长的热情鼓励和殷切希望!</w:t>
      </w:r>
      <w:r>
        <w:rPr>
          <w:lang w:eastAsia="zh-CN"/>
        </w:rPr>
        <w:br/>
      </w:r>
      <w:r>
        <w:rPr>
          <w:lang w:eastAsia="zh-CN"/>
        </w:rPr>
        <w:t>　　(8)大会第八项：全体起立唱校歌，请毕业班同学代表签名。</w:t>
      </w:r>
      <w:r>
        <w:rPr>
          <w:lang w:eastAsia="zh-CN"/>
        </w:rPr>
        <w:br/>
      </w:r>
      <w:r>
        <w:rPr>
          <w:lang w:eastAsia="zh-CN"/>
        </w:rPr>
        <w:t>　　(9)老师们，同学们，毕业典礼就要结束了，但我们的师生情，同学情永远不会中止。下面让我们以热烈的掌声为毕业班同学壮行，祝他们一帆风顺、梦想成真，祝福他们的明天更美好!同学们，不管将来你们走到哪里，母校老师的心都会永远和你们相依，母校的血脉都会永远和你们紧紧相连!</w:t>
      </w:r>
      <w:r>
        <w:rPr>
          <w:lang w:eastAsia="zh-CN"/>
        </w:rPr>
        <w:br/>
      </w:r>
      <w:r>
        <w:rPr>
          <w:lang w:eastAsia="zh-CN"/>
        </w:rPr>
        <w:t xml:space="preserve">    2024高三毕业典礼主持词范文 篇4 </w:t>
      </w:r>
      <w:r>
        <w:rPr>
          <w:lang w:eastAsia="zh-CN"/>
        </w:rPr>
        <w:br/>
      </w:r>
      <w:r>
        <w:rPr>
          <w:lang w:eastAsia="zh-CN"/>
        </w:rPr>
        <w:t>　　各位老师、同学，大家下午好!我是来自高三(3)班的。</w:t>
      </w:r>
      <w:r>
        <w:rPr>
          <w:lang w:eastAsia="zh-CN"/>
        </w:rPr>
        <w:br/>
      </w:r>
      <w:r>
        <w:rPr>
          <w:lang w:eastAsia="zh-CN"/>
        </w:rPr>
        <w:t>　　大家好，我是来自高三(4)班的。</w:t>
      </w:r>
      <w:r>
        <w:rPr>
          <w:lang w:eastAsia="zh-CN"/>
        </w:rPr>
        <w:br/>
      </w:r>
      <w:r>
        <w:rPr>
          <w:lang w:eastAsia="zh-CN"/>
        </w:rPr>
        <w:t>　　光阴似箭，日月如梭。三年前，当我们踏入__中学校园的时候，就决定了有今天离开这样一个特殊的日子。</w:t>
      </w:r>
      <w:r>
        <w:rPr>
          <w:lang w:eastAsia="zh-CN"/>
        </w:rPr>
        <w:br/>
      </w:r>
      <w:r>
        <w:rPr>
          <w:lang w:eastAsia="zh-CN"/>
        </w:rPr>
        <w:t>　　老师们，同学们，此时此刻，我们大家每个人都带着兴奋喜悦的心情，带着一丝离别的伤感，最后一次相聚在这里，为三年的高中生活画上一个圆满的句号。</w:t>
      </w:r>
      <w:r>
        <w:rPr>
          <w:lang w:eastAsia="zh-CN"/>
        </w:rPr>
        <w:br/>
      </w:r>
      <w:r>
        <w:rPr>
          <w:lang w:eastAsia="zh-CN"/>
        </w:rPr>
        <w:t>　　在这灿烂的季节里，在这美丽的校园里，在这庄严的气氛里，我们聚在一起，一起举行简单而隆重的__中学2019届高三毕业典礼。</w:t>
      </w:r>
      <w:r>
        <w:rPr>
          <w:lang w:eastAsia="zh-CN"/>
        </w:rPr>
        <w:br/>
      </w:r>
      <w:r>
        <w:rPr>
          <w:lang w:eastAsia="zh-CN"/>
        </w:rPr>
        <w:t>　　现在我宣布：__中学2019届高中毕业典礼开始</w:t>
      </w:r>
      <w:r>
        <w:rPr>
          <w:lang w:eastAsia="zh-CN"/>
        </w:rPr>
        <w:br/>
      </w:r>
      <w:r>
        <w:rPr>
          <w:lang w:eastAsia="zh-CN"/>
        </w:rPr>
        <w:t>　　(全体起立，奏唱中华人民共和国国歌!全体坐下!)</w:t>
      </w:r>
      <w:r>
        <w:rPr>
          <w:lang w:eastAsia="zh-CN"/>
        </w:rPr>
        <w:br/>
      </w:r>
      <w:r>
        <w:rPr>
          <w:lang w:eastAsia="zh-CN"/>
        </w:rPr>
        <w:t>　　三载励志求学，一朝鲲鹏展翅，下面由校领导致辞</w:t>
      </w:r>
      <w:r>
        <w:rPr>
          <w:lang w:eastAsia="zh-CN"/>
        </w:rPr>
        <w:br/>
      </w:r>
      <w:r>
        <w:rPr>
          <w:lang w:eastAsia="zh-CN"/>
        </w:rPr>
        <w:t>　　校长的话语重心长。请同学们牢记在心，在今后的人生道路上时时鞭策自己，奋勇前行。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走过春夏，走过秋冬，蓦然回首，三年的高中生活已接近尾声。高中三年的路程，留下多少蹒跚的足迹，三年的成长，溶入老师多少的栽培。</w:t>
      </w:r>
      <w:r>
        <w:rPr>
          <w:lang w:eastAsia="zh-CN"/>
        </w:rPr>
        <w:br/>
      </w:r>
      <w:r>
        <w:rPr>
          <w:lang w:eastAsia="zh-CN"/>
        </w:rPr>
        <w:t>　　回首高中这条艰辛的道路，我们有过成功的喜悦，有过失败的痛苦，这点点滴滴，我们将铭记于心。(下面让我们一起回顾高中生活)</w:t>
      </w:r>
      <w:r>
        <w:rPr>
          <w:lang w:eastAsia="zh-CN"/>
        </w:rPr>
        <w:br/>
      </w:r>
      <w:r>
        <w:rPr>
          <w:lang w:eastAsia="zh-CN"/>
        </w:rPr>
        <w:t>　　同学们，三年的校园生活，我们的老师付出了辛勤的汗水，倾注了真挚的情感。如今，自己的学生要踏上新的征程，我们的老师作何表示呢?(下面有请陈军老师寄语)</w:t>
      </w:r>
      <w:r>
        <w:rPr>
          <w:lang w:eastAsia="zh-CN"/>
        </w:rPr>
        <w:br/>
      </w:r>
      <w:r>
        <w:rPr>
          <w:lang w:eastAsia="zh-CN"/>
        </w:rPr>
        <w:t>　　同学们，老师是灵魂的工程师，从事着天底下最阳光的工作。三年来，老师和我们一起 ，教室里，食堂里，运动场上，都留下了老师和我们在一起的身影，留下了难忘的师生情谊，我们永远不会忘记我们的老师!</w:t>
      </w:r>
      <w:r>
        <w:rPr>
          <w:lang w:eastAsia="zh-CN"/>
        </w:rPr>
        <w:br/>
      </w:r>
      <w:r>
        <w:rPr>
          <w:lang w:eastAsia="zh-CN"/>
        </w:rPr>
        <w:t>　　此时此刻，全体毕业生的心情一定非常激动，三年了，同学们真的长大了，成熟了，一定感慨万千(下面就请.两位学生代表讲话)</w:t>
      </w:r>
      <w:r>
        <w:rPr>
          <w:lang w:eastAsia="zh-CN"/>
        </w:rPr>
        <w:br/>
      </w:r>
      <w:r>
        <w:rPr>
          <w:lang w:eastAsia="zh-CN"/>
        </w:rPr>
        <w:t>　　母校是同学们成才的摇篮，无论风吹还是雨打，烈日还是严寒，母校始终以一颗宽广的胸怀包容着我们每个学子(下面向母校献礼)</w:t>
      </w:r>
      <w:r>
        <w:rPr>
          <w:lang w:eastAsia="zh-CN"/>
        </w:rPr>
        <w:br/>
      </w:r>
      <w:r>
        <w:rPr>
          <w:lang w:eastAsia="zh-CN"/>
        </w:rPr>
        <w:t>　　每个老师都有自己的风格，自己的个性，也许他是幽默风趣，也许他是和蔼可亲的，也许他憨厚可爱..我们高三同学为老师进行评奖活动，(下面让我们为老师们颁奖)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说起我们的老师，每个同学都会想到我们老师的经典口头禅，我想大家一定都不会陌生，(下面让我们一起听听老师们的经典口头禅吧)</w:t>
      </w:r>
      <w:r>
        <w:rPr>
          <w:lang w:eastAsia="zh-CN"/>
        </w:rPr>
        <w:br/>
      </w:r>
      <w:r>
        <w:rPr>
          <w:lang w:eastAsia="zh-CN"/>
        </w:rPr>
        <w:t>　　三年来，我们在无涯学海乘风破浪，我们在有径书山奋勇登攀，经历无数风风雨雨，一路征战，终见彩虹。我们在座的各位都很优秀，我们都是好样的!(下面请.为我们高三同学颁发毕业证书)</w:t>
      </w:r>
      <w:r>
        <w:rPr>
          <w:lang w:eastAsia="zh-CN"/>
        </w:rPr>
        <w:br/>
      </w:r>
      <w:r>
        <w:rPr>
          <w:lang w:eastAsia="zh-CN"/>
        </w:rPr>
        <w:t>　　亲爱的同学们：高中的毕业是我们人生一个阶段的终结，更是人生一个新征程的开端。明天，我们又将带着各自的梦想，驾驭我们青春的生命之舟在新的岁月港湾里启航，直挂云帆，乘风破浪。 海阔凭鱼跃，天高任鸟飞，我们一定能开创自己新的美好的人生。(让我们一起高唱《毕业歌》)</w:t>
      </w:r>
      <w:r>
        <w:rPr>
          <w:lang w:eastAsia="zh-CN"/>
        </w:rPr>
        <w:br/>
      </w:r>
      <w:r>
        <w:rPr>
          <w:lang w:eastAsia="zh-CN"/>
        </w:rPr>
        <w:t>　　临别依依，言语万千!亲爱的同学们，无论再过多少年，无论今后我们走到那里，学校都将是我们慈祥的母亲!每位同学都是母校优秀的孩子!老师都因我们的点滴进步而自豪!</w:t>
      </w:r>
      <w:r>
        <w:rPr>
          <w:lang w:eastAsia="zh-CN"/>
        </w:rPr>
        <w:br/>
      </w:r>
      <w:r>
        <w:rPr>
          <w:lang w:eastAsia="zh-CN"/>
        </w:rPr>
        <w:t>　　请大家毕业后，要常与母校保持联系，当我们事业有成时，不要忘了给母校报喜，当我们遭遇困难和挫折时，母校将一如既往给大家帮助和支持。</w:t>
      </w:r>
      <w:r>
        <w:rPr>
          <w:lang w:eastAsia="zh-CN"/>
        </w:rPr>
        <w:br/>
      </w:r>
      <w:r>
        <w:rPr>
          <w:lang w:eastAsia="zh-CN"/>
        </w:rPr>
        <w:t>　　同学们，今天大家以学校为荣，明天母校必将因为大家而感到骄傲。</w:t>
      </w:r>
      <w:r>
        <w:rPr>
          <w:lang w:eastAsia="zh-CN"/>
        </w:rPr>
        <w:br/>
      </w:r>
      <w:r>
        <w:rPr>
          <w:lang w:eastAsia="zh-CN"/>
        </w:rPr>
        <w:t>　　毕业典礼已接近尾声了，但我们的师生情，同学情将永远不会结束。让我们共同祝愿我们的母校越办越好，我们的老师桃李满天下，我们的同学前程灿烂辉煌。(让我们同唱小虎队的《再见》)</w:t>
      </w:r>
      <w:r>
        <w:rPr>
          <w:lang w:eastAsia="zh-CN"/>
        </w:rPr>
        <w:br/>
      </w:r>
      <w:r>
        <w:rPr>
          <w:lang w:eastAsia="zh-CN"/>
        </w:rPr>
        <w:t>　　2019届__中学毕业典礼到底结束</w:t>
      </w:r>
      <w:r>
        <w:rPr>
          <w:lang w:eastAsia="zh-CN"/>
        </w:rPr>
        <w:br/>
      </w:r>
      <w:r>
        <w:rPr>
          <w:lang w:eastAsia="zh-CN"/>
        </w:rPr>
        <w:t xml:space="preserve">    2024高三毕业典礼主持词范文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女：6月，这是一个收获的季节，却也是一个宴席将散的季节。</w:t>
      </w:r>
      <w:r>
        <w:rPr>
          <w:lang w:eastAsia="zh-CN"/>
        </w:rPr>
        <w:br/>
      </w:r>
      <w:r>
        <w:rPr>
          <w:lang w:eastAsia="zh-CN"/>
        </w:rPr>
        <w:t>　　男：6月，这是一个热情的季节，却也是一个渐进离别的季节。</w:t>
      </w:r>
      <w:r>
        <w:rPr>
          <w:lang w:eastAsia="zh-CN"/>
        </w:rPr>
        <w:br/>
      </w:r>
      <w:r>
        <w:rPr>
          <w:lang w:eastAsia="zh-CN"/>
        </w:rPr>
        <w:t>　　女：岁月如流，少年幻想变成了青年哲思，当初跨进中方一中大门时的稚气和憧憬，早已化作走向成熟的热情和希望!</w:t>
      </w:r>
      <w:r>
        <w:rPr>
          <w:lang w:eastAsia="zh-CN"/>
        </w:rPr>
        <w:br/>
      </w:r>
      <w:r>
        <w:rPr>
          <w:lang w:eastAsia="zh-CN"/>
        </w:rPr>
        <w:t>　　男：岁月如画，豆蔻情怀包容了远大理想，我们早已把少年的烦恼甩到身后，挺起青年的胸膛，走向又一个朝阳!</w:t>
      </w:r>
      <w:r>
        <w:rPr>
          <w:lang w:eastAsia="zh-CN"/>
        </w:rPr>
        <w:br/>
      </w:r>
      <w:r>
        <w:rPr>
          <w:lang w:eastAsia="zh-CN"/>
        </w:rPr>
        <w:t>　　女：把最崇高的感恩献给我们可敬的老师，难忘你们辛勤操劳的日日夜夜，难忘你们课堂上妙语连珠的讲解;</w:t>
      </w:r>
      <w:r>
        <w:rPr>
          <w:lang w:eastAsia="zh-CN"/>
        </w:rPr>
        <w:br/>
      </w:r>
      <w:r>
        <w:rPr>
          <w:lang w:eastAsia="zh-CN"/>
        </w:rPr>
        <w:t>　　男：也把最诚挚的感恩献给可敬的校领导，难忘你们动之以情的心理疏导，难忘你们亲临课堂为我们鼓舞士气;一项项重大教学决策的辗转决度，用行动号召中方人共铸辉煌!</w:t>
      </w:r>
      <w:r>
        <w:rPr>
          <w:lang w:eastAsia="zh-CN"/>
        </w:rPr>
        <w:br/>
      </w:r>
      <w:r>
        <w:rPr>
          <w:lang w:eastAsia="zh-CN"/>
        </w:rPr>
        <w:t>　　女：把最朴素的感恩送给我们可爱的家长，无数个不眠的夜晚默默祈祷与守望，无数个昼日的辛勤奔波，为我们搭桥铺路;</w:t>
      </w:r>
      <w:r>
        <w:rPr>
          <w:lang w:eastAsia="zh-CN"/>
        </w:rPr>
        <w:br/>
      </w:r>
      <w:r>
        <w:rPr>
          <w:lang w:eastAsia="zh-CN"/>
        </w:rPr>
        <w:t>　　男：也把最真情的感恩送给我们最可爱的同学，求学中丰富枯竭的头脑，沉浮中，锤炼不屈的意志，我们长大了。</w:t>
      </w:r>
      <w:r>
        <w:rPr>
          <w:lang w:eastAsia="zh-CN"/>
        </w:rPr>
        <w:br/>
      </w:r>
      <w:r>
        <w:rPr>
          <w:lang w:eastAsia="zh-CN"/>
        </w:rPr>
        <w:t>　　女：今天我们怀着激动的心情，欢聚一堂，在这里隆重举行中方一中2019届毕业典礼。</w:t>
      </w:r>
      <w:r>
        <w:rPr>
          <w:lang w:eastAsia="zh-CN"/>
        </w:rPr>
        <w:br/>
      </w:r>
      <w:r>
        <w:rPr>
          <w:lang w:eastAsia="zh-CN"/>
        </w:rPr>
        <w:t>　　男：出席今天典礼的领导有：?</w:t>
      </w:r>
      <w:r>
        <w:rPr>
          <w:lang w:eastAsia="zh-CN"/>
        </w:rPr>
        <w:br/>
      </w:r>
      <w:r>
        <w:rPr>
          <w:lang w:eastAsia="zh-CN"/>
        </w:rPr>
        <w:t>　　女：一份浓浓的感恩之情催促着我们，中方一中2019届感恩梦想毕业典礼</w:t>
      </w:r>
      <w:r>
        <w:rPr>
          <w:lang w:eastAsia="zh-CN"/>
        </w:rPr>
        <w:br/>
      </w:r>
      <w:r>
        <w:rPr>
          <w:lang w:eastAsia="zh-CN"/>
        </w:rPr>
        <w:t>　　合：现在开始</w:t>
      </w:r>
      <w:r>
        <w:rPr>
          <w:lang w:eastAsia="zh-CN"/>
        </w:rPr>
        <w:br/>
      </w:r>
      <w:r>
        <w:rPr>
          <w:lang w:eastAsia="zh-CN"/>
        </w:rPr>
        <w:t>　　一、奏国歌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男：大会第一项：奏国歌!请全体起立!(请坐)</w:t>
      </w:r>
      <w:r>
        <w:rPr>
          <w:lang w:eastAsia="zh-CN"/>
        </w:rPr>
        <w:br/>
      </w:r>
      <w:r>
        <w:rPr>
          <w:lang w:eastAsia="zh-CN"/>
        </w:rPr>
        <w:t>　　二、校长寄语</w:t>
      </w:r>
      <w:r>
        <w:rPr>
          <w:lang w:eastAsia="zh-CN"/>
        </w:rPr>
        <w:br/>
      </w:r>
      <w:r>
        <w:rPr>
          <w:lang w:eastAsia="zh-CN"/>
        </w:rPr>
        <w:t>　　女：送走一届又一届的学生，如同将自己的孩子培养成人，现在要让他们开始独立，去迎接挑战</w:t>
      </w:r>
      <w:r>
        <w:rPr>
          <w:lang w:eastAsia="zh-CN"/>
        </w:rPr>
        <w:br/>
      </w:r>
      <w:r>
        <w:rPr>
          <w:lang w:eastAsia="zh-CN"/>
        </w:rPr>
        <w:t>　　男：是的，一中如同我们温馨的家，而在辛苦支撑起这个家的大家长，看到一批又一批的孩子即将离家远去他别有感触</w:t>
      </w:r>
      <w:r>
        <w:rPr>
          <w:lang w:eastAsia="zh-CN"/>
        </w:rPr>
        <w:br/>
      </w:r>
      <w:r>
        <w:rPr>
          <w:lang w:eastAsia="zh-CN"/>
        </w:rPr>
        <w:t>　　女：大会第二项：让我们用热烈的掌声欢迎?校长为我们做寄语，大家欢迎!(校长致辞)</w:t>
      </w:r>
      <w:r>
        <w:rPr>
          <w:lang w:eastAsia="zh-CN"/>
        </w:rPr>
        <w:br/>
      </w:r>
      <w:r>
        <w:rPr>
          <w:lang w:eastAsia="zh-CN"/>
        </w:rPr>
        <w:t>　　三、学生代表发言</w:t>
      </w:r>
      <w:r>
        <w:rPr>
          <w:lang w:eastAsia="zh-CN"/>
        </w:rPr>
        <w:br/>
      </w:r>
      <w:r>
        <w:rPr>
          <w:lang w:eastAsia="zh-CN"/>
        </w:rPr>
        <w:t>　　男：感谢校长满怀深情的致辞，是啊，正是有了各级领导的关心才有了中方一中今天的发展，正是有了社会各界人士以及家长们的热情支持，才有了中方一中今天的成绩。让我们用掌声对他们的关心和支持表示衷心的感谢!</w:t>
      </w:r>
      <w:r>
        <w:rPr>
          <w:lang w:eastAsia="zh-CN"/>
        </w:rPr>
        <w:br/>
      </w:r>
      <w:r>
        <w:rPr>
          <w:lang w:eastAsia="zh-CN"/>
        </w:rPr>
        <w:t>　　女：亲爱的同学们，此时此刻，你是否沉浸在对高中三年的无尽回忆中?</w:t>
      </w:r>
      <w:r>
        <w:rPr>
          <w:lang w:eastAsia="zh-CN"/>
        </w:rPr>
        <w:br/>
      </w:r>
      <w:r>
        <w:rPr>
          <w:lang w:eastAsia="zh-CN"/>
        </w:rPr>
        <w:t>　　男：是的，三年的点点滴滴勾起了我们远去的，你一定也想倾诉心中的千言万语</w:t>
      </w:r>
      <w:r>
        <w:rPr>
          <w:lang w:eastAsia="zh-CN"/>
        </w:rPr>
        <w:br/>
      </w:r>
      <w:r>
        <w:rPr>
          <w:lang w:eastAsia="zh-CN"/>
        </w:rPr>
        <w:t>　　女：是啊，轻轻的来，轻轻的走，不带走云彩，却满载着重重的感恩和深深的敬意</w:t>
      </w:r>
      <w:r>
        <w:rPr>
          <w:lang w:eastAsia="zh-CN"/>
        </w:rPr>
        <w:br/>
      </w:r>
      <w:r>
        <w:rPr>
          <w:lang w:eastAsia="zh-CN"/>
        </w:rPr>
        <w:t>　　男：大会第三项：有请学生代表?代表全体高三毕业生发言。大家欢迎!首先有请文科代表189班的周成成同学发言。</w:t>
      </w:r>
      <w:r>
        <w:rPr>
          <w:lang w:eastAsia="zh-CN"/>
        </w:rPr>
        <w:br/>
      </w:r>
      <w:r>
        <w:rPr>
          <w:lang w:eastAsia="zh-CN"/>
        </w:rPr>
        <w:t>　　女：接下来有请188班的杨雪花同学发言。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男：有请专业生代表赵雅芝同学发言。</w:t>
      </w:r>
      <w:r>
        <w:rPr>
          <w:lang w:eastAsia="zh-CN"/>
        </w:rPr>
        <w:br/>
      </w:r>
      <w:r>
        <w:rPr>
          <w:lang w:eastAsia="zh-CN"/>
        </w:rPr>
        <w:t>　　女：有请高二学生代表杨理翔同学发言。</w:t>
      </w:r>
      <w:r>
        <w:rPr>
          <w:lang w:eastAsia="zh-CN"/>
        </w:rPr>
        <w:br/>
      </w:r>
      <w:r>
        <w:rPr>
          <w:lang w:eastAsia="zh-CN"/>
        </w:rPr>
        <w:t>　　四、教师代表寄语</w:t>
      </w:r>
      <w:r>
        <w:rPr>
          <w:lang w:eastAsia="zh-CN"/>
        </w:rPr>
        <w:br/>
      </w:r>
      <w:r>
        <w:rPr>
          <w:lang w:eastAsia="zh-CN"/>
        </w:rPr>
        <w:t>　　男：三年的艰苦努力，三年的风风雨雨，高三学子渐渐长大，走向成熟，我们相信，你们一定能够成功!</w:t>
      </w:r>
      <w:r>
        <w:rPr>
          <w:lang w:eastAsia="zh-CN"/>
        </w:rPr>
        <w:br/>
      </w:r>
      <w:r>
        <w:rPr>
          <w:lang w:eastAsia="zh-CN"/>
        </w:rPr>
        <w:t>　　女：三年的校园生活，我们的老师付出了辛勤的汗水，倾注了真挚的情感。</w:t>
      </w:r>
      <w:r>
        <w:rPr>
          <w:lang w:eastAsia="zh-CN"/>
        </w:rPr>
        <w:br/>
      </w:r>
      <w:r>
        <w:rPr>
          <w:lang w:eastAsia="zh-CN"/>
        </w:rPr>
        <w:t>　　男：现在，带着母校的嘱托，我们张开理想的翅膀，即将展翅飞翔。</w:t>
      </w:r>
      <w:r>
        <w:rPr>
          <w:lang w:eastAsia="zh-CN"/>
        </w:rPr>
        <w:br/>
      </w:r>
      <w:r>
        <w:rPr>
          <w:lang w:eastAsia="zh-CN"/>
        </w:rPr>
        <w:t>　　女：自己的学生要踏上新的征程，作为老师心中是十分感慨的。</w:t>
      </w:r>
      <w:r>
        <w:rPr>
          <w:lang w:eastAsia="zh-CN"/>
        </w:rPr>
        <w:br/>
      </w:r>
      <w:r>
        <w:rPr>
          <w:lang w:eastAsia="zh-CN"/>
        </w:rPr>
        <w:t>　　男：大会第四项：有请年级主任丁绍东老师发言。</w:t>
      </w:r>
      <w:r>
        <w:rPr>
          <w:lang w:eastAsia="zh-CN"/>
        </w:rPr>
        <w:br/>
      </w:r>
      <w:r>
        <w:rPr>
          <w:lang w:eastAsia="zh-CN"/>
        </w:rPr>
        <w:t>　　女：有请班主任代表杨柳老师发言。</w:t>
      </w:r>
      <w:r>
        <w:rPr>
          <w:lang w:eastAsia="zh-CN"/>
        </w:rPr>
        <w:br/>
      </w:r>
      <w:r>
        <w:rPr>
          <w:lang w:eastAsia="zh-CN"/>
        </w:rPr>
        <w:t>　　男：有请教师代表袁玲老师发言。</w:t>
      </w:r>
      <w:r>
        <w:rPr>
          <w:lang w:eastAsia="zh-CN"/>
        </w:rPr>
        <w:br/>
      </w:r>
      <w:r>
        <w:rPr>
          <w:lang w:eastAsia="zh-CN"/>
        </w:rPr>
        <w:t>　　五、献花</w:t>
      </w:r>
      <w:r>
        <w:rPr>
          <w:lang w:eastAsia="zh-CN"/>
        </w:rPr>
        <w:br/>
      </w:r>
      <w:r>
        <w:rPr>
          <w:lang w:eastAsia="zh-CN"/>
        </w:rPr>
        <w:t>　　男：恩师的一席话，侵透众人的心田，亲爱的同学们，请你用老师给你的那份爱去温暖未来，请你用老师给你的这盏明灯去挑战黑夜，迎接黎明。</w:t>
      </w:r>
      <w:r>
        <w:rPr>
          <w:lang w:eastAsia="zh-CN"/>
        </w:rPr>
        <w:br/>
      </w:r>
      <w:r>
        <w:rPr>
          <w:lang w:eastAsia="zh-CN"/>
        </w:rPr>
        <w:t>　　女：有一种美妙的生物叫春蚕&amp;&amp;&amp;&amp;春蚕到死丝方尽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女：春蚕一生没说过自诩的话，那吐出的银丝就是丈量生命价值的尺子。您们的爱，太阳一般温暖，春风一般和煦，清泉一般甘甜。您们的爱，比父爱更严峻，比母爱更细腻。接下来有请193班8个学生向主席台领导献花，敬爱的校领导，请收下代表我们感激的鲜花，希望你们永远健康!(学生为校领导献上花)</w:t>
      </w:r>
      <w:r>
        <w:rPr>
          <w:lang w:eastAsia="zh-CN"/>
        </w:rPr>
        <w:br/>
      </w:r>
      <w:r>
        <w:rPr>
          <w:lang w:eastAsia="zh-CN"/>
        </w:rPr>
        <w:t>　　男：有一种崇高的精神叫红烛&amp;&amp;&amp;&amp;蜡炬成灰泪始干</w:t>
      </w:r>
      <w:r>
        <w:rPr>
          <w:lang w:eastAsia="zh-CN"/>
        </w:rPr>
        <w:br/>
      </w:r>
      <w:r>
        <w:rPr>
          <w:lang w:eastAsia="zh-CN"/>
        </w:rPr>
        <w:t>　　男：您是美的耕耘者，美的播种者。是您用美的阳光普照，用美的雨露滋润，我们的心田才绿草如茵，繁花似锦!您为花的盛开，果的成熟忙碌着，默默地垂着叶的绿荫!有请高三的各班班长向班主任献花，亲爱的班主任，请收下我们感恩的献花，希望你们永远年轻。(学生为班主任献上花)</w:t>
      </w:r>
      <w:r>
        <w:rPr>
          <w:lang w:eastAsia="zh-CN"/>
        </w:rPr>
        <w:br/>
      </w:r>
      <w:r>
        <w:rPr>
          <w:lang w:eastAsia="zh-CN"/>
        </w:rPr>
        <w:t>　　女：三年来，亲爱的老师们为我们呕心沥血，却毫无怨言;我知道，他们为的不是回报，而是给我们打开那一片湛蓝湛蓝的天。接下来，请同学们为老师们献上美丽的鲜花，希望他们永远美丽。有请学生代表向任课老师和专业老师献花。在若干年后，在回首时请记住，曾经有过这样一届学生，他们向孩童般稚嫩，但青春洋溢，他们答应过我们，用青春献上他们对我们的感恩，用美好未来献上他们对我们最诚挚的感谢。</w:t>
      </w:r>
      <w:r>
        <w:rPr>
          <w:lang w:eastAsia="zh-CN"/>
        </w:rPr>
        <w:br/>
      </w:r>
      <w:r>
        <w:rPr>
          <w:lang w:eastAsia="zh-CN"/>
        </w:rPr>
        <w:t>　　六、赠送纪念品</w:t>
      </w:r>
      <w:r>
        <w:rPr>
          <w:lang w:eastAsia="zh-CN"/>
        </w:rPr>
        <w:br/>
      </w:r>
      <w:r>
        <w:rPr>
          <w:lang w:eastAsia="zh-CN"/>
        </w:rPr>
        <w:t>　　男：青春脉搏的跳动，梦想即将起航奔赴更高的殿堂</w:t>
      </w:r>
      <w:r>
        <w:rPr>
          <w:lang w:eastAsia="zh-CN"/>
        </w:rPr>
        <w:br/>
      </w:r>
      <w:r>
        <w:rPr>
          <w:lang w:eastAsia="zh-CN"/>
        </w:rPr>
        <w:t>　　女：熠熠闪光的红本，母校依旧停驻在我们的心间</w:t>
      </w:r>
      <w:r>
        <w:rPr>
          <w:lang w:eastAsia="zh-CN"/>
        </w:rPr>
        <w:br/>
      </w:r>
      <w:r>
        <w:rPr>
          <w:lang w:eastAsia="zh-CN"/>
        </w:rPr>
        <w:t>　　男：今朝母校用辉煌来为我们保驾护航，护过花季雨季</w:t>
      </w:r>
      <w:r>
        <w:rPr>
          <w:lang w:eastAsia="zh-CN"/>
        </w:rPr>
        <w:br/>
      </w:r>
      <w:r>
        <w:rPr>
          <w:lang w:eastAsia="zh-CN"/>
        </w:rPr>
        <w:t>　　女：明日我们用成就来为母校增添光彩</w:t>
      </w:r>
      <w:r>
        <w:rPr>
          <w:lang w:eastAsia="zh-CN"/>
        </w:rPr>
        <w:br/>
      </w:r>
      <w:r>
        <w:rPr>
          <w:lang w:eastAsia="zh-CN"/>
        </w:rPr>
        <w:t>　　男：大会第六项：有请原学生会主席张慧同学和校团委会杨司军同学向母校赠送纪念品。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女：是的，纪念品所记下的不仅仅是对母校的感谢，更多的是寄予了我们无限的祝福</w:t>
      </w:r>
      <w:r>
        <w:rPr>
          <w:lang w:eastAsia="zh-CN"/>
        </w:rPr>
        <w:br/>
      </w:r>
      <w:r>
        <w:rPr>
          <w:lang w:eastAsia="zh-CN"/>
        </w:rPr>
        <w:t>　　男：祝福母校能越办越好，朝着扬长教育的创新理念不断开拓，播撒桃李满天下</w:t>
      </w:r>
      <w:r>
        <w:rPr>
          <w:lang w:eastAsia="zh-CN"/>
        </w:rPr>
        <w:br/>
      </w:r>
      <w:r>
        <w:rPr>
          <w:lang w:eastAsia="zh-CN"/>
        </w:rPr>
        <w:t>　　七、颁发毕业证书</w:t>
      </w:r>
      <w:r>
        <w:rPr>
          <w:lang w:eastAsia="zh-CN"/>
        </w:rPr>
        <w:br/>
      </w:r>
      <w:r>
        <w:rPr>
          <w:lang w:eastAsia="zh-CN"/>
        </w:rPr>
        <w:t>　　女：毕业了，让拼搏的汗水为我们见证男：毕业了，让奋斗的足迹为我们见证</w:t>
      </w:r>
      <w:r>
        <w:rPr>
          <w:lang w:eastAsia="zh-CN"/>
        </w:rPr>
        <w:br/>
      </w:r>
      <w:r>
        <w:rPr>
          <w:lang w:eastAsia="zh-CN"/>
        </w:rPr>
        <w:t>　　合：毕业了，让无悔的岁月为我们见证</w:t>
      </w:r>
      <w:r>
        <w:rPr>
          <w:lang w:eastAsia="zh-CN"/>
        </w:rPr>
        <w:br/>
      </w:r>
      <w:r>
        <w:rPr>
          <w:lang w:eastAsia="zh-CN"/>
        </w:rPr>
        <w:t>　　男：大会第九项：有请郭校长和贺书记为我们全体毕业生发放毕业证书以及为优秀毕业生颁发省级获奖证书，并合影留念。让我们向所有毕业的学生及获奖的同学祝贺!(颁发毕业证书及获奖证书)</w:t>
      </w:r>
      <w:r>
        <w:rPr>
          <w:lang w:eastAsia="zh-CN"/>
        </w:rPr>
        <w:br/>
      </w:r>
      <w:r>
        <w:rPr>
          <w:lang w:eastAsia="zh-CN"/>
        </w:rPr>
        <w:t>　　八、家长代表发言</w:t>
      </w:r>
      <w:r>
        <w:rPr>
          <w:lang w:eastAsia="zh-CN"/>
        </w:rPr>
        <w:br/>
      </w:r>
      <w:r>
        <w:rPr>
          <w:lang w:eastAsia="zh-CN"/>
        </w:rPr>
        <w:t>　　女：它不一定是最美丽的，但一定是最多姿的;它不是最细腻的，但一定是最传神的。它就是我们特别的爱&amp;&amp;亲情之爱!大会第十项：让我们掌声有请家长代表所有毕业班学生的家长讲话。有请192班的刘东坤同学的家长发言。</w:t>
      </w:r>
      <w:r>
        <w:rPr>
          <w:lang w:eastAsia="zh-CN"/>
        </w:rPr>
        <w:br/>
      </w:r>
      <w:r>
        <w:rPr>
          <w:lang w:eastAsia="zh-CN"/>
        </w:rPr>
        <w:t>　　九、</w:t>
      </w:r>
      <w:r>
        <w:rPr>
          <w:lang w:eastAsia="zh-CN"/>
        </w:rPr>
        <w:br/>
      </w:r>
      <w:r>
        <w:rPr>
          <w:lang w:eastAsia="zh-CN"/>
        </w:rPr>
        <w:t>　　男：如今，我们已经站在高考的起跑线上，只等那一声枪响，便奔赴火热的战场。</w:t>
      </w:r>
      <w:r>
        <w:rPr>
          <w:lang w:eastAsia="zh-CN"/>
        </w:rPr>
        <w:br/>
      </w:r>
      <w:r>
        <w:rPr>
          <w:lang w:eastAsia="zh-CN"/>
        </w:rPr>
        <w:t>　　女：临行前，让我们静心倾听学校领导的嘱托，这份嘱托正如一杯壮行酒，给了我们傲视群雄的胆量。大会第八项：有请戴校长致辞。</w:t>
      </w:r>
      <w:r>
        <w:rPr>
          <w:lang w:eastAsia="zh-CN"/>
        </w:rPr>
        <w:br/>
      </w:r>
      <w:r>
        <w:rPr>
          <w:lang w:eastAsia="zh-CN"/>
        </w:rPr>
        <w:t>　　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女：接下来有请我们的杨伟老师和专业生们给大家带来一首《明天会更好》，并且我们坚信中方一中明天一定会更好。</w:t>
      </w:r>
      <w:r>
        <w:rPr>
          <w:lang w:eastAsia="zh-CN"/>
        </w:rPr>
        <w:br/>
      </w:r>
      <w:r>
        <w:rPr>
          <w:lang w:eastAsia="zh-CN"/>
        </w:rPr>
        <w:t>　　十一、大会结束</w:t>
      </w:r>
      <w:r>
        <w:rPr>
          <w:lang w:eastAsia="zh-CN"/>
        </w:rPr>
        <w:br/>
      </w:r>
      <w:r>
        <w:rPr>
          <w:lang w:eastAsia="zh-CN"/>
        </w:rPr>
        <w:t>　　男：三载的卧薪尝胆，我们无悔于朝气蓬勃如旭日般的年龄;</w:t>
      </w:r>
      <w:r>
        <w:rPr>
          <w:lang w:eastAsia="zh-CN"/>
        </w:rPr>
        <w:br/>
      </w:r>
      <w:r>
        <w:rPr>
          <w:lang w:eastAsia="zh-CN"/>
        </w:rPr>
        <w:t>　　女：三年的厉兵秣马，我们无愧于清新芬芳如甘露般的年华。</w:t>
      </w:r>
      <w:r>
        <w:rPr>
          <w:lang w:eastAsia="zh-CN"/>
        </w:rPr>
        <w:br/>
      </w:r>
      <w:r>
        <w:rPr>
          <w:lang w:eastAsia="zh-CN"/>
        </w:rPr>
        <w:t>　　男：今天，面临毕业，我们没有遗憾，只有充实;</w:t>
      </w:r>
      <w:r>
        <w:rPr>
          <w:lang w:eastAsia="zh-CN"/>
        </w:rPr>
        <w:br/>
      </w:r>
      <w:r>
        <w:rPr>
          <w:lang w:eastAsia="zh-CN"/>
        </w:rPr>
        <w:t>　　女：此刻，将要告别;我们没有犹豫，只有憧憬。</w:t>
      </w:r>
      <w:r>
        <w:rPr>
          <w:lang w:eastAsia="zh-CN"/>
        </w:rPr>
        <w:br/>
      </w:r>
      <w:r>
        <w:rPr>
          <w:lang w:eastAsia="zh-CN"/>
        </w:rPr>
        <w:t>　　男：今后的路上，让我们心怀对母校的感恩，用不懈的努力继续诠释中方一中学子的风采。</w:t>
      </w:r>
      <w:r>
        <w:rPr>
          <w:lang w:eastAsia="zh-CN"/>
        </w:rPr>
        <w:br/>
      </w:r>
      <w:r>
        <w:rPr>
          <w:lang w:eastAsia="zh-CN"/>
        </w:rPr>
        <w:t>　　女：此时此刻，让我们一同祝福。</w:t>
      </w:r>
      <w:r>
        <w:rPr>
          <w:lang w:eastAsia="zh-CN"/>
        </w:rPr>
        <w:br/>
      </w:r>
      <w:r>
        <w:rPr>
          <w:lang w:eastAsia="zh-CN"/>
        </w:rPr>
        <w:t>　　合：愿每一位中方一中学子前程似锦，愿敬爱的老师桃李满园，愿亲爱的母校永葆青春朝气，再创辉煌!</w:t>
      </w:r>
      <w:r>
        <w:rPr>
          <w:lang w:eastAsia="zh-CN"/>
        </w:rPr>
        <w:br/>
      </w:r>
      <w:r>
        <w:rPr>
          <w:lang w:eastAsia="zh-CN"/>
        </w:rPr>
        <w:t>　　男：下面我宣布：中方一中201_届感恩梦想毕业典礼到此结束!</w:t>
      </w:r>
      <w:r>
        <w:rPr>
          <w:lang w:eastAsia="zh-CN"/>
        </w:rPr>
        <w:br/>
      </w:r>
      <w:r>
        <w:rPr>
          <w:lang w:eastAsia="zh-CN"/>
        </w:rPr>
        <w:t xml:space="preserve">    2024高三毕业典礼主持词范文 篇6 </w:t>
      </w:r>
      <w:r>
        <w:rPr>
          <w:lang w:eastAsia="zh-CN"/>
        </w:rPr>
        <w:br/>
      </w:r>
      <w:r>
        <w:rPr>
          <w:lang w:eastAsia="zh-CN"/>
        </w:rPr>
        <w:t>　　甲：时光飞逝，弹指一挥，在朝夕相处的千百个日日夜夜里，有太多太多的人和事值得我们回忆珍藏。</w:t>
      </w:r>
      <w:r>
        <w:rPr>
          <w:lang w:eastAsia="zh-CN"/>
        </w:rPr>
        <w:br/>
      </w:r>
      <w:r>
        <w:rPr>
          <w:lang w:eastAsia="zh-CN"/>
        </w:rPr>
        <w:t>　　乙：岁月如流，少年幻想变成了青年哲思，当初的稚气和憧憬，早已化作走向成熟的希望和热情!</w:t>
      </w:r>
      <w:r>
        <w:rPr>
          <w:lang w:eastAsia="zh-CN"/>
        </w:rPr>
        <w:br/>
      </w:r>
      <w:r>
        <w:rPr>
          <w:lang w:eastAsia="zh-CN"/>
        </w:rPr>
        <w:t>　　丙：光阴如画，三年来，带着希望，带着梦想，全体毕业班师生风雨同舟，荣辱与共，结下了深情厚谊。</w:t>
      </w:r>
      <w:r>
        <w:rPr>
          <w:lang w:eastAsia="zh-CN"/>
        </w:rPr>
        <w:br/>
      </w:r>
      <w:r>
        <w:rPr>
          <w:lang w:eastAsia="zh-CN"/>
        </w:rPr>
        <w:t>　　丁：岁月如梭，豆蔻情怀包容了远大理想，我们早已把少年的烦恼甩到身后，挺起青年的胸膛，走向又一个朝阳!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甲：忘不了这情同手足般的纯真友情，忘不了这慈母严父般的深深师恩。</w:t>
      </w:r>
      <w:r>
        <w:rPr>
          <w:lang w:eastAsia="zh-CN"/>
        </w:rPr>
        <w:br/>
      </w:r>
      <w:r>
        <w:rPr>
          <w:lang w:eastAsia="zh-CN"/>
        </w:rPr>
        <w:t>　　乙：这份厚爱与深情将会滋养你的心田，这些美好的回忆将会永远珍藏在你心底。</w:t>
      </w:r>
      <w:r>
        <w:rPr>
          <w:lang w:eastAsia="zh-CN"/>
        </w:rPr>
        <w:br/>
      </w:r>
      <w:r>
        <w:rPr>
          <w:lang w:eastAsia="zh-CN"/>
        </w:rPr>
        <w:t>　　丙：今天，请释放你心中的祝福与祈祷，拉起身边友谊之手。</w:t>
      </w:r>
      <w:r>
        <w:rPr>
          <w:lang w:eastAsia="zh-CN"/>
        </w:rPr>
        <w:br/>
      </w:r>
      <w:r>
        <w:rPr>
          <w:lang w:eastAsia="zh-CN"/>
        </w:rPr>
        <w:t>　　丁：今天，请释放你心中的真诚与感恩，拥抱关心疼爱你的恩师、拥抱哺育你成人成才的家长。</w:t>
      </w:r>
      <w:r>
        <w:rPr>
          <w:lang w:eastAsia="zh-CN"/>
        </w:rPr>
        <w:br/>
      </w:r>
      <w:r>
        <w:rPr>
          <w:lang w:eastAsia="zh-CN"/>
        </w:rPr>
        <w:t>　　甲：下面我宣布&amp;&amp;</w:t>
      </w:r>
      <w:r>
        <w:rPr>
          <w:lang w:eastAsia="zh-CN"/>
        </w:rPr>
        <w:br/>
      </w:r>
      <w:r>
        <w:rPr>
          <w:lang w:eastAsia="zh-CN"/>
        </w:rPr>
        <w:t>　　合：20__年金乡二中毕业典礼正式开始!</w:t>
      </w:r>
      <w:r>
        <w:rPr>
          <w:lang w:eastAsia="zh-CN"/>
        </w:rPr>
        <w:br/>
      </w:r>
      <w:r>
        <w:rPr>
          <w:lang w:eastAsia="zh-CN"/>
        </w:rPr>
        <w:t xml:space="preserve">    2024高三毕业典礼主持词范文 篇7 </w:t>
      </w:r>
      <w:r>
        <w:rPr>
          <w:lang w:eastAsia="zh-CN"/>
        </w:rPr>
        <w:br/>
      </w:r>
      <w:r>
        <w:rPr>
          <w:lang w:eastAsia="zh-CN"/>
        </w:rPr>
        <w:t>　　(梁)尊敬的各位领导、各位家长，(王)敬爱的老师、亲爱的同学们，(合)大家晚上好!</w:t>
      </w:r>
      <w:r>
        <w:rPr>
          <w:lang w:eastAsia="zh-CN"/>
        </w:rPr>
        <w:br/>
      </w:r>
      <w:r>
        <w:rPr>
          <w:lang w:eastAsia="zh-CN"/>
        </w:rPr>
        <w:t>　　(顾)展现人文内涵，再现校园生活，(崔)深化师生感情，展望美好未来!</w:t>
      </w:r>
      <w:r>
        <w:rPr>
          <w:lang w:eastAsia="zh-CN"/>
        </w:rPr>
        <w:br/>
      </w:r>
      <w:r>
        <w:rPr>
          <w:lang w:eastAsia="zh-CN"/>
        </w:rPr>
        <w:t>　　(梁)我是主持人梁盛宁(顾)我是顾哲贤(崔)我是崔伟(王)我是王靖婷</w:t>
      </w:r>
      <w:r>
        <w:rPr>
          <w:lang w:eastAsia="zh-CN"/>
        </w:rPr>
        <w:br/>
      </w:r>
      <w:r>
        <w:rPr>
          <w:lang w:eastAsia="zh-CN"/>
        </w:rPr>
        <w:t>　　(梁)夏，是一个温暖的季节，却也是一个渐进离别的季节。</w:t>
      </w:r>
      <w:r>
        <w:rPr>
          <w:lang w:eastAsia="zh-CN"/>
        </w:rPr>
        <w:br/>
      </w:r>
      <w:r>
        <w:rPr>
          <w:lang w:eastAsia="zh-CN"/>
        </w:rPr>
        <w:t>　　(顾)多少次，在晨曦中我们勤思苦读;多少次，在灯光下，我们埋头苦做。我们风雨同舟，我们携手共进。</w:t>
      </w:r>
      <w:r>
        <w:rPr>
          <w:lang w:eastAsia="zh-CN"/>
        </w:rPr>
        <w:br/>
      </w:r>
      <w:r>
        <w:rPr>
          <w:lang w:eastAsia="zh-CN"/>
        </w:rPr>
        <w:t>　　(崔)青春是跳动的旋律，青春是飘扬的音符。青春是生命中的火把，点燃你我沸腾的热情，燃烧你我飞翔的梦想。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(王)三年了，一千多个日日夜夜，我们一起度过了这人生中最难忘的时光。今天，让我们以青春飞扬的心情共度最后一个美丽的夜晚。</w:t>
      </w:r>
      <w:r>
        <w:rPr>
          <w:lang w:eastAsia="zh-CN"/>
        </w:rPr>
        <w:br/>
      </w:r>
      <w:r>
        <w:rPr>
          <w:lang w:eastAsia="zh-CN"/>
        </w:rPr>
        <w:t>　　(合)南宁外国语学校20__届高三毕业班毕业晚会现在开始!</w:t>
      </w:r>
      <w:r>
        <w:rPr>
          <w:lang w:eastAsia="zh-CN"/>
        </w:rPr>
        <w:br/>
      </w:r>
      <w:r>
        <w:rPr>
          <w:lang w:eastAsia="zh-CN"/>
        </w:rPr>
        <w:t>　　(二)</w:t>
      </w:r>
      <w:r>
        <w:rPr>
          <w:lang w:eastAsia="zh-CN"/>
        </w:rPr>
        <w:br/>
      </w:r>
      <w:r>
        <w:rPr>
          <w:lang w:eastAsia="zh-CN"/>
        </w:rPr>
        <w:t>　　(梁)首先，由我来介绍出席本次晚会的领导，他们是：袁树和校长，(王)杨干书记，(顾)唐军清副校长，(崔)韦昭仁副校长(顾)苏朝葵副校长，让我们用最热烈的掌声欢迎他们!</w:t>
      </w:r>
      <w:r>
        <w:rPr>
          <w:lang w:eastAsia="zh-CN"/>
        </w:rPr>
        <w:br/>
      </w:r>
      <w:r>
        <w:rPr>
          <w:lang w:eastAsia="zh-CN"/>
        </w:rPr>
        <w:t>　　(顾)有请唐军清校长上台为我们宣布典礼开始，掌声欢迎!〔典礼开始后请全体起立，奏国歌。礼毕〕</w:t>
      </w:r>
      <w:r>
        <w:rPr>
          <w:lang w:eastAsia="zh-CN"/>
        </w:rPr>
        <w:br/>
      </w:r>
      <w:r>
        <w:rPr>
          <w:lang w:eastAsia="zh-CN"/>
        </w:rPr>
        <w:t>　　(三)</w:t>
      </w:r>
      <w:r>
        <w:rPr>
          <w:lang w:eastAsia="zh-CN"/>
        </w:rPr>
        <w:br/>
      </w:r>
      <w:r>
        <w:rPr>
          <w:lang w:eastAsia="zh-CN"/>
        </w:rPr>
        <w:t>　　(崔)相信每位家长都是望子成龙，望女成凤的，而为了这个愿望，他们对我们倾注了所有的爱和一生。如今，当我们真的长大了，要离开父母温暖的怀抱出去闯荡了，父母又有什么话要送给我们呢?接下来有请家长代表发言，大家掌声欢迎!</w:t>
      </w:r>
      <w:r>
        <w:rPr>
          <w:lang w:eastAsia="zh-CN"/>
        </w:rPr>
        <w:br/>
      </w:r>
      <w:r>
        <w:rPr>
          <w:lang w:eastAsia="zh-CN"/>
        </w:rPr>
        <w:t>　　(王)谢谢家长对我们寄予的厚望，我们一定会通过自己的努力来给你们最好的回报!三年过去了。转眼间，咱们个个都是亭亭玉立的大姑娘和英俊潇洒的男子汉了。三年的锤炼，我们告别了青涩，走向了成熟;我们忘掉了卤莽，学会了思索;我们舍弃了依赖，学会了自立自强。接下来，就让家长们来听听咱们儿女的心声。有请学生代表上台发言。(发言者按班级顺序上台发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梁)感谢这些发自肺腑的动人话语。三年来的朝夕相处、教学相长，师生们建立了深厚的情谊，老师们见证了我们的成长与进步，我们也带给老师很多的幸福和感动。在即将毕业之际，让我们再次聆听一下老师们的心声吧!有请全体老师上台为我们寄语，大家掌声欢迎!</w:t>
      </w:r>
      <w:r>
        <w:rPr>
          <w:lang w:eastAsia="zh-CN"/>
        </w:rPr>
        <w:br/>
      </w:r>
      <w:r>
        <w:rPr>
          <w:lang w:eastAsia="zh-CN"/>
        </w:rPr>
        <w:t>　　(顾)一年一度李花白，一年一度桃花灼。非常感谢家长、老师和同学们的发言，接下来让我们用最热烈的掌声欢迎杨干书记为我们寄语!</w:t>
      </w:r>
      <w:r>
        <w:rPr>
          <w:lang w:eastAsia="zh-CN"/>
        </w:rPr>
        <w:br/>
      </w:r>
      <w:r>
        <w:rPr>
          <w:lang w:eastAsia="zh-CN"/>
        </w:rPr>
        <w:t>　　(崔)感谢杨干书记的寄语!书记的话语重心长，鞭策着同学们奋勇前行。相信在未来，我们都将会有一个美好的明天!(王)是的，我们都会努力的。在南外一千多个日日夜夜，每天都是那么难忘美好。如今就要离开这个美丽的校园了，不知道崔伟你最舍不得的地方是哪里呢?〔崔〕我最舍不得的是南外的篮球场。在那里，我能够尽情挥洒青春的汗水，能够尽情地奔跑和跳跃，如今要离开了，真的很舍不得。(王)我能够体会你的心情，相信在场的爱打篮球的男生此刻的心情都是和你一样的。我也相信这些美好的瞬间将会永远定格在我们的心里。接下来就让我们一起跟着大屏幕来回顾这些让我们刻骨铭心的画面。</w:t>
      </w:r>
      <w:r>
        <w:rPr>
          <w:lang w:eastAsia="zh-CN"/>
        </w:rPr>
        <w:br/>
      </w:r>
      <w:r>
        <w:rPr>
          <w:lang w:eastAsia="zh-CN"/>
        </w:rPr>
        <w:t>　　(四)</w:t>
      </w:r>
      <w:r>
        <w:rPr>
          <w:lang w:eastAsia="zh-CN"/>
        </w:rPr>
        <w:br/>
      </w:r>
      <w:r>
        <w:rPr>
          <w:lang w:eastAsia="zh-CN"/>
        </w:rPr>
        <w:t>　　(顾)三年，就这么过来了，回顾我们曾经的点点滴滴，不禁感慨万千，千言万语，无语言表，让我们把热烈的掌声送给我们自己吧!</w:t>
      </w:r>
      <w:r>
        <w:rPr>
          <w:lang w:eastAsia="zh-CN"/>
        </w:rPr>
        <w:br/>
      </w:r>
      <w:r>
        <w:rPr>
          <w:lang w:eastAsia="zh-CN"/>
        </w:rPr>
        <w:t>　　(五)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王)不知道刚才播出的这些生活情景同学们是否都还记忆犹新呢?三年时光，说长不长，说短也不短，虽说大多都是教室-宿舍-食堂三点一线的匆忙，但是我们不觉得单调和感伤，因为同学的友谊在心房，朋友的关爱在身旁，所以我们不孤单。一起来欣赏高三(5)班的同学们带来的节目。掌声响起来!</w:t>
      </w:r>
      <w:r>
        <w:rPr>
          <w:lang w:eastAsia="zh-CN"/>
        </w:rPr>
        <w:br/>
      </w:r>
      <w:r>
        <w:rPr>
          <w:lang w:eastAsia="zh-CN"/>
        </w:rPr>
        <w:t>　　(梁)即将跨入大学门槛的我们，即将走上社会大道的我们，能够走到这一步我们更加要感谢的是我们的父母。是他们的养育，他们的关爱，他们的呵护，才成就了今天的我们。接下来请欣赏由高三(4)班带来的表演--《街舞》。</w:t>
      </w:r>
      <w:r>
        <w:rPr>
          <w:lang w:eastAsia="zh-CN"/>
        </w:rPr>
        <w:br/>
      </w:r>
      <w:r>
        <w:rPr>
          <w:lang w:eastAsia="zh-CN"/>
        </w:rPr>
        <w:t>　　(崔)接下来掌声有请高三(2)班的同学们给咱们带来精彩的节目。</w:t>
      </w:r>
      <w:r>
        <w:rPr>
          <w:lang w:eastAsia="zh-CN"/>
        </w:rPr>
        <w:br/>
      </w:r>
      <w:r>
        <w:rPr>
          <w:lang w:eastAsia="zh-CN"/>
        </w:rPr>
        <w:t>　　(顾)非常好看的节目，让我们把掌声再次送给他们!接下来请欣赏有高三(1)班的同学们带来的表演。</w:t>
      </w:r>
      <w:r>
        <w:rPr>
          <w:lang w:eastAsia="zh-CN"/>
        </w:rPr>
        <w:br/>
      </w:r>
      <w:r>
        <w:rPr>
          <w:lang w:eastAsia="zh-CN"/>
        </w:rPr>
        <w:t>　　(六)</w:t>
      </w:r>
      <w:r>
        <w:rPr>
          <w:lang w:eastAsia="zh-CN"/>
        </w:rPr>
        <w:br/>
      </w:r>
      <w:r>
        <w:rPr>
          <w:lang w:eastAsia="zh-CN"/>
        </w:rPr>
        <w:t>　　(王)感谢同学们带来这些精彩的表演!我们大家都知道，在南外，不仅是学生们善歌善舞，我们的老师们也都是多才多艺喔!在今天这个特别的日子里，他们也准备了精彩节目要送给我们。让我们用最热烈的掌声欢迎他们出场!</w:t>
      </w:r>
      <w:r>
        <w:rPr>
          <w:lang w:eastAsia="zh-CN"/>
        </w:rPr>
        <w:br/>
      </w:r>
      <w:r>
        <w:rPr>
          <w:lang w:eastAsia="zh-CN"/>
        </w:rPr>
        <w:t>　　(梁)靖婷啊，你说咱们做孩子的是不是该给咱们的父母表示表示呢?(王)当然啊!父母为了我们辛苦了一辈子。我们一定要好好报答他们!接下来有请每班的家长代表上台接受自己的孩子的献花。当然，还有一个大大的幸福拥抱。</w:t>
      </w:r>
      <w:r>
        <w:rPr>
          <w:lang w:eastAsia="zh-CN"/>
        </w:rPr>
        <w:br/>
      </w:r>
      <w:r>
        <w:rPr>
          <w:lang w:eastAsia="zh-CN"/>
        </w:rPr>
        <w:t>　　(顾)现在我要和家长还有我们的同学们玩个小游戏，传气球。(可以调动现场气氛)拿到气球的家长或同学就要接受我的提问。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顾)三年前我们怀着彩色梦想走进了校园，来到了南外。三年中我们有过欢笑，流过泪水，经历磨炼，得到成长。三年后的今天，我们在这里重温青春过往，因为明天就将各奔天涯。亲爱的同学们，不要带着离别的愁绪，因为明天又是一个新的起点，因为我们相信再次相逢，我们还是一首动人的歌!有请南宁外国语学校2019年十佳歌手冠军唐迎盈为我们带来好听的美声歌曲《西班牙女郎》。大家掌声欢迎!</w:t>
      </w:r>
      <w:r>
        <w:rPr>
          <w:lang w:eastAsia="zh-CN"/>
        </w:rPr>
        <w:br/>
      </w:r>
      <w:r>
        <w:rPr>
          <w:lang w:eastAsia="zh-CN"/>
        </w:rPr>
        <w:t>　　(顾)三年的校园生活，同学们不但收获了知识，更养成了优良品质。我们的老师付出了辛勤的汗水，倾注了真挚的情感。如今，自己的学生要踏上新的征程，相信此时此刻老师们也有很多话对我们说。(梁)接下来请全体老师上台接受同学们的鲜花，让我们再次把最热烈的掌声送给这些可爱可亲的老师们!(鲜花结束后四位主持人就上台采访老师和学生)</w:t>
      </w:r>
      <w:r>
        <w:rPr>
          <w:lang w:eastAsia="zh-CN"/>
        </w:rPr>
        <w:br/>
      </w:r>
      <w:r>
        <w:rPr>
          <w:lang w:eastAsia="zh-CN"/>
        </w:rPr>
        <w:t>　　(崔)三年的学习和生活，在即将毕业离校的时候，同学们对母校有着更多的眷恋。(王)没错，为了表达这份感情，毕业班的同学们都准备了礼物要送给母校，以示纪念。下面就有请学生代表向我们的母校赠送纪念品。南外，也将永远在我们的心中!</w:t>
      </w:r>
      <w:r>
        <w:rPr>
          <w:lang w:eastAsia="zh-CN"/>
        </w:rPr>
        <w:br/>
      </w:r>
      <w:r>
        <w:rPr>
          <w:lang w:eastAsia="zh-CN"/>
        </w:rPr>
        <w:t>　　(七)</w:t>
      </w:r>
      <w:r>
        <w:rPr>
          <w:lang w:eastAsia="zh-CN"/>
        </w:rPr>
        <w:br/>
      </w:r>
      <w:r>
        <w:rPr>
          <w:lang w:eastAsia="zh-CN"/>
        </w:rPr>
        <w:t>　　(梁)最神圣的一刻到了，相信此刻全体毕业生的心情一定非常激动。有请袁树和校长宣读毕业决定并为我们颁发毕业证书!掌声欢迎!</w:t>
      </w:r>
      <w:r>
        <w:rPr>
          <w:lang w:eastAsia="zh-CN"/>
        </w:rPr>
        <w:br/>
      </w:r>
      <w:r>
        <w:rPr>
          <w:lang w:eastAsia="zh-CN"/>
        </w:rPr>
        <w:t>　　【上台顺序：1至5班依顺序上台接受毕业证】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(八)</w:t>
      </w:r>
      <w:r>
        <w:rPr>
          <w:lang w:eastAsia="zh-CN"/>
        </w:rPr>
        <w:br/>
      </w:r>
      <w:r>
        <w:rPr>
          <w:lang w:eastAsia="zh-CN"/>
        </w:rPr>
        <w:t>　　(崔)毕业典礼已接近尾声了，但我们的师生情，同学情将永远不会结束。</w:t>
      </w:r>
      <w:r>
        <w:rPr>
          <w:lang w:eastAsia="zh-CN"/>
        </w:rPr>
        <w:br/>
      </w:r>
      <w:r>
        <w:rPr>
          <w:lang w:eastAsia="zh-CN"/>
        </w:rPr>
        <w:t>　　(顾)毕业了，开始学会了回忆;毕业了，开始懂得了珍惜。拜别师长，握别同学，我们将相聚在更美好的明天!</w:t>
      </w:r>
      <w:r>
        <w:rPr>
          <w:lang w:eastAsia="zh-CN"/>
        </w:rPr>
        <w:br/>
      </w:r>
      <w:r>
        <w:rPr>
          <w:lang w:eastAsia="zh-CN"/>
        </w:rPr>
        <w:t>　　(王)让我们共同祝愿我们的母校越办越好，我们的老师桃李满天下，我们的同学前程灿烂!</w:t>
      </w:r>
      <w:r>
        <w:rPr>
          <w:lang w:eastAsia="zh-CN"/>
        </w:rPr>
        <w:br/>
      </w:r>
      <w:r>
        <w:rPr>
          <w:lang w:eastAsia="zh-CN"/>
        </w:rPr>
        <w:t>　　(梁)让我们相信，让我们相约，让我们开始下一轮的远航!</w:t>
      </w:r>
      <w:r>
        <w:rPr>
          <w:lang w:eastAsia="zh-CN"/>
        </w:rPr>
        <w:br/>
      </w:r>
      <w:r>
        <w:rPr>
          <w:lang w:eastAsia="zh-CN"/>
        </w:rPr>
        <w:t>　　(合)南宁外国语学校20__届高三毕业晚会到此结束。老师们同学们，我们后会有期!</w:t>
      </w:r>
      <w:r>
        <w:rPr>
          <w:lang w:eastAsia="zh-CN"/>
        </w:rPr>
        <w:br/>
      </w:r>
      <w:r>
        <w:rPr>
          <w:lang w:eastAsia="zh-CN"/>
        </w:rPr>
        <w:t xml:space="preserve">    2024高三毕业典礼主持词范文 篇8 </w:t>
      </w:r>
      <w:r>
        <w:rPr>
          <w:lang w:eastAsia="zh-CN"/>
        </w:rPr>
        <w:br/>
      </w:r>
      <w:r>
        <w:rPr>
          <w:lang w:eastAsia="zh-CN"/>
        </w:rPr>
        <w:t>　　主持人：</w:t>
      </w:r>
      <w:r>
        <w:rPr>
          <w:lang w:eastAsia="zh-CN"/>
        </w:rPr>
        <w:br/>
      </w:r>
      <w:r>
        <w:rPr>
          <w:lang w:eastAsia="zh-CN"/>
        </w:rPr>
        <w:t>　　一、进场</w:t>
      </w:r>
      <w:r>
        <w:rPr>
          <w:lang w:eastAsia="zh-CN"/>
        </w:rPr>
        <w:br/>
      </w:r>
      <w:r>
        <w:rPr>
          <w:lang w:eastAsia="zh-CN"/>
        </w:rPr>
        <w:t>　　背景音乐：《毕业歌》</w:t>
      </w:r>
      <w:r>
        <w:rPr>
          <w:lang w:eastAsia="zh-CN"/>
        </w:rPr>
        <w:br/>
      </w:r>
      <w:r>
        <w:rPr>
          <w:lang w:eastAsia="zh-CN"/>
        </w:rPr>
        <w:t>　　主持词：</w:t>
      </w:r>
      <w:r>
        <w:rPr>
          <w:lang w:eastAsia="zh-CN"/>
        </w:rPr>
        <w:br/>
      </w:r>
      <w:r>
        <w:rPr>
          <w:lang w:eastAsia="zh-CN"/>
        </w:rPr>
        <w:t>　　高中三年，我们穿越人生的雨季，走向灿烂的花季; 高中三年，我们飞过一段青春航程，又站到了新的人生起跑线上! 岁月如流，少年幻想变成了青年哲思，当初跨进铁一大门时的稚气和憧憬，早已化作走向成熟的热情和希望;岁月如画，豆蔻情怀包容了远大理想，我们早已把少年的烦恼甩到身后，挺起青年的胸膛，走向又一个朝阳!</w:t>
      </w:r>
      <w:r>
        <w:rPr>
          <w:lang w:eastAsia="zh-CN"/>
        </w:rPr>
        <w:br/>
      </w:r>
      <w:r>
        <w:rPr>
          <w:lang w:eastAsia="zh-CN"/>
        </w:rPr>
        <w:t>　　z中学2019届高中毕业典礼现在开始!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让我们用热烈的掌声欢迎校长致词!</w:t>
      </w:r>
      <w:r>
        <w:rPr>
          <w:lang w:eastAsia="zh-CN"/>
        </w:rPr>
        <w:br/>
      </w:r>
      <w:r>
        <w:rPr>
          <w:lang w:eastAsia="zh-CN"/>
        </w:rPr>
        <w:t xml:space="preserve">    2024高三毕业典礼主持词范文 篇9 </w:t>
      </w:r>
      <w:r>
        <w:rPr>
          <w:lang w:eastAsia="zh-CN"/>
        </w:rPr>
        <w:br/>
      </w:r>
      <w:r>
        <w:rPr>
          <w:lang w:eastAsia="zh-CN"/>
        </w:rPr>
        <w:t>　　高中三年，我们穿越人生的雨季，走向灿烂的花季; 高中三年，我们飞过一段青春航程，又站到了新的人生起跑线上! 岁月如流，少年幻想变成了青年哲思，当初跨进铁一大门时的稚气和憧憬，早已化作走向成熟的热情和希望;岁月如画，豆蔻情怀包容了远大理想，我们早已把少年的烦恼甩到身后，挺起青年的胸膛，走向又一个朝阳!</w:t>
      </w:r>
      <w:r>
        <w:rPr>
          <w:lang w:eastAsia="zh-CN"/>
        </w:rPr>
        <w:br/>
      </w:r>
      <w:r>
        <w:rPr>
          <w:lang w:eastAsia="zh-CN"/>
        </w:rPr>
        <w:t xml:space="preserve">    2024高三毕业典礼主持词范文 篇10 </w:t>
      </w:r>
      <w:r>
        <w:rPr>
          <w:lang w:eastAsia="zh-CN"/>
        </w:rPr>
        <w:br/>
      </w:r>
      <w:r>
        <w:rPr>
          <w:lang w:eastAsia="zh-CN"/>
        </w:rPr>
        <w:t>　　时间：20__年6月1日上午8点</w:t>
      </w:r>
      <w:r>
        <w:rPr>
          <w:lang w:eastAsia="zh-CN"/>
        </w:rPr>
        <w:br/>
      </w:r>
      <w:r>
        <w:rPr>
          <w:lang w:eastAsia="zh-CN"/>
        </w:rPr>
        <w:t>　　地点：学校运动场</w:t>
      </w:r>
      <w:r>
        <w:rPr>
          <w:lang w:eastAsia="zh-CN"/>
        </w:rPr>
        <w:br/>
      </w:r>
      <w:r>
        <w:rPr>
          <w:lang w:eastAsia="zh-CN"/>
        </w:rPr>
        <w:t>　　主持人：</w:t>
      </w:r>
      <w:r>
        <w:rPr>
          <w:lang w:eastAsia="zh-CN"/>
        </w:rPr>
        <w:br/>
      </w:r>
      <w:r>
        <w:rPr>
          <w:lang w:eastAsia="zh-CN"/>
        </w:rPr>
        <w:t>　　甲、邹琦(16班)</w:t>
      </w:r>
      <w:r>
        <w:rPr>
          <w:lang w:eastAsia="zh-CN"/>
        </w:rPr>
        <w:br/>
      </w:r>
      <w:r>
        <w:rPr>
          <w:lang w:eastAsia="zh-CN"/>
        </w:rPr>
        <w:t>　　乙、王莉蓉(4班)</w:t>
      </w:r>
      <w:r>
        <w:rPr>
          <w:lang w:eastAsia="zh-CN"/>
        </w:rPr>
        <w:br/>
      </w:r>
      <w:r>
        <w:rPr>
          <w:lang w:eastAsia="zh-CN"/>
        </w:rPr>
        <w:t>　　丙、王晨(20班)</w:t>
      </w:r>
      <w:r>
        <w:rPr>
          <w:lang w:eastAsia="zh-CN"/>
        </w:rPr>
        <w:br/>
      </w:r>
      <w:r>
        <w:rPr>
          <w:lang w:eastAsia="zh-CN"/>
        </w:rPr>
        <w:t>　　丁、赵天琪(15班)</w:t>
      </w:r>
      <w:r>
        <w:rPr>
          <w:lang w:eastAsia="zh-CN"/>
        </w:rPr>
        <w:br/>
      </w:r>
      <w:r>
        <w:rPr>
          <w:lang w:eastAsia="zh-CN"/>
        </w:rPr>
        <w:t>　　撰稿：邵志标</w:t>
      </w:r>
      <w:r>
        <w:rPr>
          <w:lang w:eastAsia="zh-CN"/>
        </w:rPr>
        <w:br/>
      </w:r>
      <w:r>
        <w:rPr>
          <w:lang w:eastAsia="zh-CN"/>
        </w:rPr>
        <w:t>　　入场：播放《同桌的你》《栀子花开》</w:t>
      </w:r>
      <w:r>
        <w:rPr>
          <w:lang w:eastAsia="zh-CN"/>
        </w:rPr>
        <w:br/>
      </w:r>
      <w:r>
        <w:rPr>
          <w:lang w:eastAsia="zh-CN"/>
        </w:rPr>
        <w:t>　　甲、尊敬的各位领导</w:t>
      </w:r>
      <w:r>
        <w:rPr>
          <w:lang w:eastAsia="zh-CN"/>
        </w:rPr>
        <w:br/>
      </w:r>
      <w:r>
        <w:rPr>
          <w:lang w:eastAsia="zh-CN"/>
        </w:rPr>
        <w:t>　　乙、尊敬的各位家长</w:t>
      </w:r>
      <w:r>
        <w:rPr>
          <w:lang w:eastAsia="zh-CN"/>
        </w:rPr>
        <w:br/>
      </w:r>
      <w:r>
        <w:rPr>
          <w:lang w:eastAsia="zh-CN"/>
        </w:rPr>
        <w:t>　　丙、敬爱的老师们，</w:t>
      </w:r>
      <w:r>
        <w:rPr>
          <w:lang w:eastAsia="zh-CN"/>
        </w:rPr>
        <w:br/>
      </w:r>
      <w:r>
        <w:rPr>
          <w:lang w:eastAsia="zh-CN"/>
        </w:rPr>
        <w:t>　　丁、亲爱的同学们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合、大家上午好!</w:t>
      </w:r>
      <w:r>
        <w:rPr>
          <w:lang w:eastAsia="zh-CN"/>
        </w:rPr>
        <w:br/>
      </w:r>
      <w:r>
        <w:rPr>
          <w:lang w:eastAsia="zh-CN"/>
        </w:rPr>
        <w:t>　　甲、时光飞逝，日月如梭，三年时光弹指一挥;</w:t>
      </w:r>
      <w:r>
        <w:rPr>
          <w:lang w:eastAsia="zh-CN"/>
        </w:rPr>
        <w:br/>
      </w:r>
      <w:r>
        <w:rPr>
          <w:lang w:eastAsia="zh-CN"/>
        </w:rPr>
        <w:t>　　乙、带着梦想，带着期待，三年来我们一起走过。</w:t>
      </w:r>
      <w:r>
        <w:rPr>
          <w:lang w:eastAsia="zh-CN"/>
        </w:rPr>
        <w:br/>
      </w:r>
      <w:r>
        <w:rPr>
          <w:lang w:eastAsia="zh-CN"/>
        </w:rPr>
        <w:t>　　丙、在朝夕相处的一千多个日日夜夜里，有太多太多的人和事值得我们回忆和珍藏。</w:t>
      </w:r>
      <w:r>
        <w:rPr>
          <w:lang w:eastAsia="zh-CN"/>
        </w:rPr>
        <w:br/>
      </w:r>
      <w:r>
        <w:rPr>
          <w:lang w:eastAsia="zh-CN"/>
        </w:rPr>
        <w:t>　　丁、三年来，全体师生风雨同舟，荣辱与共，结下了深情厚谊。</w:t>
      </w:r>
      <w:r>
        <w:rPr>
          <w:lang w:eastAsia="zh-CN"/>
        </w:rPr>
        <w:br/>
      </w:r>
      <w:r>
        <w:rPr>
          <w:lang w:eastAsia="zh-CN"/>
        </w:rPr>
        <w:t>　　合、忘不了这情同手足般的纯真友情，忘不了这慈母严父般的浓浓师恩。</w:t>
      </w:r>
      <w:r>
        <w:rPr>
          <w:lang w:eastAsia="zh-CN"/>
        </w:rPr>
        <w:br/>
      </w:r>
      <w:r>
        <w:rPr>
          <w:lang w:eastAsia="zh-CN"/>
        </w:rPr>
        <w:t>　　甲、同学们，这份厚爱与深情将会滋养你的心田，</w:t>
      </w:r>
      <w:r>
        <w:rPr>
          <w:lang w:eastAsia="zh-CN"/>
        </w:rPr>
        <w:br/>
      </w:r>
      <w:r>
        <w:rPr>
          <w:lang w:eastAsia="zh-CN"/>
        </w:rPr>
        <w:t>　　乙、这些美好的回忆将会永远珍藏在你心底。</w:t>
      </w:r>
      <w:r>
        <w:rPr>
          <w:lang w:eastAsia="zh-CN"/>
        </w:rPr>
        <w:br/>
      </w:r>
      <w:r>
        <w:rPr>
          <w:lang w:eastAsia="zh-CN"/>
        </w:rPr>
        <w:t>　　丙、今天，请释放你心中的祝福与祈祷，拉起身边深情之手，拉起身边厚谊之手!</w:t>
      </w:r>
      <w:r>
        <w:rPr>
          <w:lang w:eastAsia="zh-CN"/>
        </w:rPr>
        <w:br/>
      </w:r>
      <w:r>
        <w:rPr>
          <w:lang w:eastAsia="zh-CN"/>
        </w:rPr>
        <w:t>　　丁、今天，请释放你心中的真诚与感恩，拥抱关心疼爱你的恩师，拥抱哺育你成人成才的爸爸和妈妈!</w:t>
      </w:r>
      <w:r>
        <w:rPr>
          <w:lang w:eastAsia="zh-CN"/>
        </w:rPr>
        <w:br/>
      </w:r>
      <w:r>
        <w:rPr>
          <w:lang w:eastAsia="zh-CN"/>
        </w:rPr>
        <w:t>　　合、淮北市实验高级中学20__届毕业典礼现在开始!</w:t>
      </w:r>
      <w:r>
        <w:rPr>
          <w:lang w:eastAsia="zh-CN"/>
        </w:rPr>
        <w:br/>
      </w:r>
      <w:r>
        <w:rPr>
          <w:lang w:eastAsia="zh-CN"/>
        </w:rPr>
        <w:t>　　甲、(升旗仪式)</w:t>
      </w:r>
      <w:r>
        <w:rPr>
          <w:lang w:eastAsia="zh-CN"/>
        </w:rPr>
        <w:br/>
      </w:r>
      <w:r>
        <w:rPr>
          <w:lang w:eastAsia="zh-CN"/>
        </w:rPr>
        <w:t>　　全体注意：立正，向左、向右转!</w:t>
      </w:r>
      <w:r>
        <w:rPr>
          <w:lang w:eastAsia="zh-CN"/>
        </w:rPr>
        <w:br/>
      </w:r>
      <w:r>
        <w:rPr>
          <w:lang w:eastAsia="zh-CN"/>
        </w:rPr>
        <w:t>　　出旗!升国旗、唱国歌!</w:t>
      </w:r>
      <w:r>
        <w:rPr>
          <w:lang w:eastAsia="zh-CN"/>
        </w:rPr>
        <w:br/>
      </w:r>
      <w:r>
        <w:rPr>
          <w:lang w:eastAsia="zh-CN"/>
        </w:rPr>
        <w:t>　　礼毕!向左、向右转!</w:t>
      </w:r>
      <w:r>
        <w:rPr>
          <w:lang w:eastAsia="zh-CN"/>
        </w:rPr>
        <w:br/>
      </w:r>
      <w:r>
        <w:rPr>
          <w:lang w:eastAsia="zh-CN"/>
        </w:rPr>
        <w:t>　　乙、岁岁花相似，今朝别样红。今天是个特殊的日子，今天是个值得庆贺、值得永远铭记的日子!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三年来，校领导高瞻远瞩、抢抓机遇，以先进的办学理念和科学的管理方法，使我校迅速崛起，成为皖北大地上一颗熠熠生辉的明珠。</w:t>
      </w:r>
      <w:r>
        <w:rPr>
          <w:lang w:eastAsia="zh-CN"/>
        </w:rPr>
        <w:br/>
      </w:r>
      <w:r>
        <w:rPr>
          <w:lang w:eastAsia="zh-CN"/>
        </w:rPr>
        <w:t>　　下面，让我们用热烈的掌声欢迎纪迎春校长致辞。</w:t>
      </w:r>
      <w:r>
        <w:rPr>
          <w:lang w:eastAsia="zh-CN"/>
        </w:rPr>
        <w:br/>
      </w:r>
      <w:r>
        <w:rPr>
          <w:lang w:eastAsia="zh-CN"/>
        </w:rPr>
        <w:t>　　丙、纪校长回顾了我们高中三年的学习情况，对大家健康成长表示了祝贺，并给大家提出了殷切的期望和要求。句句叮咛，字字千金，纪校长的祝福语重心长。请同学们牢记在心，在今后的人生道路上时时勉励自己、鞭策自己，奋勇向前。</w:t>
      </w:r>
      <w:r>
        <w:rPr>
          <w:lang w:eastAsia="zh-CN"/>
        </w:rPr>
        <w:br/>
      </w:r>
      <w:r>
        <w:rPr>
          <w:lang w:eastAsia="zh-CN"/>
        </w:rPr>
        <w:t>　　谢谢纪校长的热情鼓励和殷切希望!</w:t>
      </w:r>
      <w:r>
        <w:rPr>
          <w:lang w:eastAsia="zh-CN"/>
        </w:rPr>
        <w:br/>
      </w:r>
      <w:r>
        <w:rPr>
          <w:lang w:eastAsia="zh-CN"/>
        </w:rPr>
        <w:t>　　丁、三年的秋冬春夏，我们一道走过;三年的酸甜苦辣，我们共同品尝。在陪伴我们走过的这一千多个日日夜夜，老师们同样是在风雨兼程，奔忙于每一个清晨与黄昏，顾不上欣赏旭日和夕阳留给大地的美景。三年苦行生涯，我们盼望着脱离，可老师们一如既往，用热情和智慧点亮了每一缕曙光。课堂上，课堂下，有循循善诱的讲解，有和风细雨的教诲，还有严厉的批评，都是希望我们能更顺利地抵达理想的彼岸。</w:t>
      </w:r>
      <w:r>
        <w:rPr>
          <w:lang w:eastAsia="zh-CN"/>
        </w:rPr>
        <w:br/>
      </w:r>
      <w:r>
        <w:rPr>
          <w:lang w:eastAsia="zh-CN"/>
        </w:rPr>
        <w:t>　　下面有请毕业班教师代表王峰老师致辞。</w:t>
      </w:r>
      <w:r>
        <w:rPr>
          <w:lang w:eastAsia="zh-CN"/>
        </w:rPr>
        <w:br/>
      </w:r>
      <w:r>
        <w:rPr>
          <w:lang w:eastAsia="zh-CN"/>
        </w:rPr>
        <w:t>　　甲、王峰老师的讲话可谓是真情流露、豪情满怀，谢谢他的精彩致辞。也谢谢老师们辛勤的付出，感谢你们用汗水、智慧和生命的激情点燃我们幸福人生的希望。</w:t>
      </w:r>
      <w:r>
        <w:rPr>
          <w:lang w:eastAsia="zh-CN"/>
        </w:rPr>
        <w:br/>
      </w:r>
      <w:r>
        <w:rPr>
          <w:lang w:eastAsia="zh-CN"/>
        </w:rPr>
        <w:t>　　乙、今天，我们相聚在这里，为在实验高中三年的学习生活画上圆满的句号。我们应该为自己自豪，因为我们无悔于青春，无悔于母校。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下面，有请学生代表王汉卿同学致感谢词</w:t>
      </w:r>
      <w:r>
        <w:rPr>
          <w:lang w:eastAsia="zh-CN"/>
        </w:rPr>
        <w:br/>
      </w:r>
      <w:r>
        <w:rPr>
          <w:lang w:eastAsia="zh-CN"/>
        </w:rPr>
        <w:t>　　丙、三年的时光，大家一同走过，没有同学之间的朝夕相处，互帮互助，我们的成长就会少了很多乐趣。正因为我们的相聚，青春才会变得如此绚烂多彩!此时此刻，面对三年来朝夕相伴的老师和同学，我们有几多不舍和无奈。但是，同学们，带上老师的祝福，放心的去飞吧。展翅的鲲鹏总会有属于自己新的天空去翱翔!</w:t>
      </w:r>
      <w:r>
        <w:rPr>
          <w:lang w:eastAsia="zh-CN"/>
        </w:rPr>
        <w:br/>
      </w:r>
      <w:r>
        <w:rPr>
          <w:lang w:eastAsia="zh-CN"/>
        </w:rPr>
        <w:t>　　丁、大爱无痕，大爱无疆!在我们的成长过程中，我们的父母以厚重如山的爱和宽阔如海的胸襟为我们铸造了一双隐形的翅膀，正是这双翅膀，带我们飞度重重难关。</w:t>
      </w:r>
      <w:r>
        <w:rPr>
          <w:lang w:eastAsia="zh-CN"/>
        </w:rPr>
        <w:br/>
      </w:r>
      <w:r>
        <w:rPr>
          <w:lang w:eastAsia="zh-CN"/>
        </w:rPr>
        <w:t>　　下面，请高三(19)班任鹏宇同学的父亲代表家长致辞。</w:t>
      </w:r>
      <w:r>
        <w:rPr>
          <w:lang w:eastAsia="zh-CN"/>
        </w:rPr>
        <w:br/>
      </w:r>
      <w:r>
        <w:rPr>
          <w:lang w:eastAsia="zh-CN"/>
        </w:rPr>
        <w:t>　　甲、同学们，请把最朴素的感恩献给我们可亲可敬的家长，无数个黑夜里的默默祈愿与耐心守望，无数白昼间的苦苦相依与无怨奔忙。谢谢您，谢谢您对我们的关爱，谢谢您对学校的理解和支持。谢谢您，可亲可敬的家长朋友们!</w:t>
      </w:r>
      <w:r>
        <w:rPr>
          <w:lang w:eastAsia="zh-CN"/>
        </w:rPr>
        <w:br/>
      </w:r>
      <w:r>
        <w:rPr>
          <w:lang w:eastAsia="zh-CN"/>
        </w:rPr>
        <w:t>　　乙、怎能忘啊，多少个清晨，我们书声琅琅;多少个寒冬酷暑，我们伏案勤学，多少次专注聆听老师那声情并茂的讲课，多少次凝神苦思那解不完的题，多少次接受老师们耐心答疑辅导，多少次竞赛场上参与较量。</w:t>
      </w:r>
      <w:r>
        <w:rPr>
          <w:lang w:eastAsia="zh-CN"/>
        </w:rPr>
        <w:br/>
      </w:r>
      <w:r>
        <w:rPr>
          <w:lang w:eastAsia="zh-CN"/>
        </w:rPr>
        <w:t>　　请允许我们向您，我们敬爱的老师表达最崇高的敬意!</w:t>
      </w:r>
      <w:r>
        <w:rPr>
          <w:lang w:eastAsia="zh-CN"/>
        </w:rPr>
        <w:br/>
      </w:r>
      <w:r>
        <w:rPr>
          <w:lang w:eastAsia="zh-CN"/>
        </w:rPr>
        <w:t>　　下面，请学生为老师颁发特殊贡献奖!</w:t>
      </w:r>
      <w:r>
        <w:rPr>
          <w:lang w:eastAsia="zh-CN"/>
        </w:rPr>
        <w:br/>
      </w:r>
      <w:r>
        <w:rPr>
          <w:lang w:eastAsia="zh-CN"/>
        </w:rPr>
        <w:t>　　丙、老师是园丁，育得桃李芬芳;</w:t>
      </w:r>
      <w:r>
        <w:rPr>
          <w:lang w:eastAsia="zh-CN"/>
        </w:rPr>
        <w:br/>
      </w:r>
      <w:r>
        <w:rPr>
          <w:lang w:eastAsia="zh-CN"/>
        </w:rPr>
        <w:t>　　班主任老师更是浩瀚江海中的长帆，助你我顺利起航!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学生是花朵，在老师们的精心浇灌下茁壮成长!</w:t>
      </w:r>
      <w:r>
        <w:rPr>
          <w:lang w:eastAsia="zh-CN"/>
        </w:rPr>
        <w:br/>
      </w:r>
      <w:r>
        <w:rPr>
          <w:lang w:eastAsia="zh-CN"/>
        </w:rPr>
        <w:t>　　下面请学生给班主任献花!</w:t>
      </w:r>
      <w:r>
        <w:rPr>
          <w:lang w:eastAsia="zh-CN"/>
        </w:rPr>
        <w:br/>
      </w:r>
      <w:r>
        <w:rPr>
          <w:lang w:eastAsia="zh-CN"/>
        </w:rPr>
        <w:t>　　(播放《长大后我就成了你》)</w:t>
      </w:r>
      <w:r>
        <w:rPr>
          <w:lang w:eastAsia="zh-CN"/>
        </w:rPr>
        <w:br/>
      </w:r>
      <w:r>
        <w:rPr>
          <w:lang w:eastAsia="zh-CN"/>
        </w:rPr>
        <w:t>　　丁、让鲜花捎去我们对老师们的感谢与祝福，让师生间的情谊在这一刻天长地久!</w:t>
      </w:r>
      <w:r>
        <w:rPr>
          <w:lang w:eastAsia="zh-CN"/>
        </w:rPr>
        <w:br/>
      </w:r>
      <w:r>
        <w:rPr>
          <w:lang w:eastAsia="zh-CN"/>
        </w:rPr>
        <w:t>　　甲、生命是灿烂的，青春是美丽的。三年的高中校园生活，同学们在这里树理想、求真理、勤学习、强能力。校园里留下了每一位同学奋发向上的足迹，学校也见证了同学们的青春和成长。</w:t>
      </w:r>
      <w:r>
        <w:rPr>
          <w:lang w:eastAsia="zh-CN"/>
        </w:rPr>
        <w:br/>
      </w:r>
      <w:r>
        <w:rPr>
          <w:lang w:eastAsia="zh-CN"/>
        </w:rPr>
        <w:t>　　下面，请校长为我们颁发毕业证书!</w:t>
      </w:r>
      <w:r>
        <w:rPr>
          <w:lang w:eastAsia="zh-CN"/>
        </w:rPr>
        <w:br/>
      </w:r>
      <w:r>
        <w:rPr>
          <w:lang w:eastAsia="zh-CN"/>
        </w:rPr>
        <w:t>　　(播放《友谊地久天长》)</w:t>
      </w:r>
      <w:r>
        <w:rPr>
          <w:lang w:eastAsia="zh-CN"/>
        </w:rPr>
        <w:br/>
      </w:r>
      <w:r>
        <w:rPr>
          <w:lang w:eastAsia="zh-CN"/>
        </w:rPr>
        <w:t>　　乙、迎着东方绚丽的朝阳，满园鲜花散发着芬芳。</w:t>
      </w:r>
      <w:r>
        <w:rPr>
          <w:lang w:eastAsia="zh-CN"/>
        </w:rPr>
        <w:br/>
      </w:r>
      <w:r>
        <w:rPr>
          <w:lang w:eastAsia="zh-CN"/>
        </w:rPr>
        <w:t>　　丙、快乐学习，健康成长，带着嘱托,带着希望。</w:t>
      </w:r>
      <w:r>
        <w:rPr>
          <w:lang w:eastAsia="zh-CN"/>
        </w:rPr>
        <w:br/>
      </w:r>
      <w:r>
        <w:rPr>
          <w:lang w:eastAsia="zh-CN"/>
        </w:rPr>
        <w:t>　　丁、沐浴着青春阳光，</w:t>
      </w:r>
      <w:r>
        <w:rPr>
          <w:lang w:eastAsia="zh-CN"/>
        </w:rPr>
        <w:br/>
      </w:r>
      <w:r>
        <w:rPr>
          <w:lang w:eastAsia="zh-CN"/>
        </w:rPr>
        <w:t>　　合、让人生更精彩，</w:t>
      </w:r>
      <w:r>
        <w:rPr>
          <w:lang w:eastAsia="zh-CN"/>
        </w:rPr>
        <w:br/>
      </w:r>
      <w:r>
        <w:rPr>
          <w:lang w:eastAsia="zh-CN"/>
        </w:rPr>
        <w:t>　　精彩在这青春时光。</w:t>
      </w:r>
      <w:r>
        <w:rPr>
          <w:lang w:eastAsia="zh-CN"/>
        </w:rPr>
        <w:br/>
      </w:r>
      <w:r>
        <w:rPr>
          <w:lang w:eastAsia="zh-CN"/>
        </w:rPr>
        <w:t>　　甲、下面让我们齐唱校歌《精彩在这青春时光》!</w:t>
      </w:r>
      <w:r>
        <w:rPr>
          <w:lang w:eastAsia="zh-CN"/>
        </w:rPr>
        <w:br/>
      </w:r>
      <w:r>
        <w:rPr>
          <w:lang w:eastAsia="zh-CN"/>
        </w:rPr>
        <w:t>　　乙、敬爱的母校，我心中永远的明灯;敬爱的母校，我心中清冽的甘泉!</w:t>
      </w:r>
      <w:r>
        <w:rPr>
          <w:lang w:eastAsia="zh-CN"/>
        </w:rPr>
        <w:br/>
      </w:r>
      <w:r>
        <w:rPr>
          <w:lang w:eastAsia="zh-CN"/>
        </w:rPr>
        <w:t>　　丙、尊敬的老师，我们永远感激您;尊敬的老师，我们永远铭记您!</w:t>
      </w:r>
      <w:r>
        <w:rPr>
          <w:lang w:eastAsia="zh-CN"/>
        </w:rPr>
        <w:br/>
      </w:r>
      <w:r>
        <w:rPr>
          <w:lang w:eastAsia="zh-CN"/>
        </w:rPr>
        <w:t>　　丁、让我们记住这美好的三年，记住这难忘的一刻，让我们的手紧紧握在一起，让我们肝胆相照，同舟共济!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甲、老师们，同学们，毕业典礼就要结束了，但我们的师生情，同学情永远不会中止。愿我们一帆风顺、梦想成真，祝福我们的明天更美好!</w:t>
      </w:r>
      <w:r>
        <w:rPr>
          <w:lang w:eastAsia="zh-CN"/>
        </w:rPr>
        <w:br/>
      </w:r>
      <w:r>
        <w:rPr>
          <w:lang w:eastAsia="zh-CN"/>
        </w:rPr>
        <w:t>　　乙、同学们，不管将来我们走到哪里，母校老师的心都会永远和我们相依，母校的血脉都会永远和我们紧紧相连!</w:t>
      </w:r>
      <w:r>
        <w:rPr>
          <w:lang w:eastAsia="zh-CN"/>
        </w:rPr>
        <w:br/>
      </w:r>
      <w:r>
        <w:rPr>
          <w:lang w:eastAsia="zh-CN"/>
        </w:rPr>
        <w:t>　　合、淮北市实验高级中学20__届毕业典礼到此结束，再见!</w:t>
      </w:r>
      <w:r>
        <w:rPr>
          <w:lang w:eastAsia="zh-CN"/>
        </w:rPr>
        <w:br/>
      </w:r>
      <w:r>
        <w:rPr>
          <w:lang w:eastAsia="zh-CN"/>
        </w:rPr>
        <w:t>　　(播放《二十年后再相会》)</w:t>
      </w:r>
      <w:r>
        <w:rPr>
          <w:lang w:eastAsia="zh-CN"/>
        </w:rPr>
        <w:br/>
      </w:r>
      <w:r>
        <w:rPr>
          <w:lang w:eastAsia="zh-CN"/>
        </w:rPr>
        <w:t xml:space="preserve">    2024高三毕业典礼主持词范文 篇11 </w:t>
      </w:r>
      <w:r>
        <w:rPr>
          <w:lang w:eastAsia="zh-CN"/>
        </w:rPr>
        <w:br/>
      </w:r>
      <w:r>
        <w:rPr>
          <w:lang w:eastAsia="zh-CN"/>
        </w:rPr>
        <w:t>　　第一阶段：集体活动</w:t>
      </w:r>
      <w:r>
        <w:rPr>
          <w:lang w:eastAsia="zh-CN"/>
        </w:rPr>
        <w:br/>
      </w:r>
      <w:r>
        <w:rPr>
          <w:lang w:eastAsia="zh-CN"/>
        </w:rPr>
        <w:t>　　时间：20__年6月2日上午8:50开始</w:t>
      </w:r>
      <w:r>
        <w:rPr>
          <w:lang w:eastAsia="zh-CN"/>
        </w:rPr>
        <w:br/>
      </w:r>
      <w:r>
        <w:rPr>
          <w:lang w:eastAsia="zh-CN"/>
        </w:rPr>
        <w:t>　　地点：学校塑胶运动场</w:t>
      </w:r>
      <w:r>
        <w:rPr>
          <w:lang w:eastAsia="zh-CN"/>
        </w:rPr>
        <w:br/>
      </w:r>
      <w:r>
        <w:rPr>
          <w:lang w:eastAsia="zh-CN"/>
        </w:rPr>
        <w:t>　　我的主持词整理：</w:t>
      </w:r>
      <w:r>
        <w:rPr>
          <w:lang w:eastAsia="zh-CN"/>
        </w:rPr>
        <w:br/>
      </w:r>
      <w:r>
        <w:rPr>
          <w:lang w:eastAsia="zh-CN"/>
        </w:rPr>
        <w:t>　　尊敬的各位领导、敬爱的高三年级全体老师、亲爱的高三毕业班同学们：</w:t>
      </w:r>
      <w:r>
        <w:rPr>
          <w:lang w:eastAsia="zh-CN"/>
        </w:rPr>
        <w:br/>
      </w:r>
      <w:r>
        <w:rPr>
          <w:lang w:eastAsia="zh-CN"/>
        </w:rPr>
        <w:t>　　大家上午好!</w:t>
      </w:r>
      <w:r>
        <w:rPr>
          <w:lang w:eastAsia="zh-CN"/>
        </w:rPr>
        <w:br/>
      </w:r>
      <w:r>
        <w:rPr>
          <w:lang w:eastAsia="zh-CN"/>
        </w:rPr>
        <w:t>　　同学们，今天是个特殊的日子，是个值得大家铭记的日子;三年前，当你们踏入天印高中的时候，就决定了有今天离开这样一个特殊的日子。三年来，你们与学校风雨同舟，荣辱与共，一齐走过了千百个日日夜夜;三年来，你们与老师朝夕相处，有太多太多的人和太多太多的事永远值得我们一起回味和珍藏。今天，我们最后一次相聚在这里，隆重举行毕业典礼仪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1.现在，我宣布：南京市天印高级中学20__届高三毕业典礼正式开始。请全体师生起立，奏唱中华人民共和国国歌。</w:t>
      </w:r>
      <w:r>
        <w:rPr>
          <w:lang w:eastAsia="zh-CN"/>
        </w:rPr>
        <w:br/>
      </w:r>
      <w:r>
        <w:rPr>
          <w:lang w:eastAsia="zh-CN"/>
        </w:rPr>
        <w:t>　　同学们，听着这伴随自己成长的国歌，你们定会有与往日不同的感受。因为今天你们即将为自己三年的高中学习和生活画上圆满的句号，重新踏上新的人生里程的开始。下面我&amp;&amp;</w:t>
      </w:r>
      <w:r>
        <w:rPr>
          <w:lang w:eastAsia="zh-CN"/>
        </w:rPr>
        <w:br/>
      </w:r>
      <w:r>
        <w:rPr>
          <w:lang w:eastAsia="zh-CN"/>
        </w:rPr>
        <w:t>　　2.介绍主席台就座领导、老师代表和毕业生代表。</w:t>
      </w:r>
      <w:r>
        <w:rPr>
          <w:lang w:eastAsia="zh-CN"/>
        </w:rPr>
        <w:br/>
      </w:r>
      <w:r>
        <w:rPr>
          <w:lang w:eastAsia="zh-CN"/>
        </w:rPr>
        <w:t>　　他们分别是：</w:t>
      </w:r>
      <w:r>
        <w:rPr>
          <w:lang w:eastAsia="zh-CN"/>
        </w:rPr>
        <w:br/>
      </w:r>
      <w:r>
        <w:rPr>
          <w:lang w:eastAsia="zh-CN"/>
        </w:rPr>
        <w:t>　　高三年级优秀教师代表</w:t>
      </w:r>
      <w:r>
        <w:rPr>
          <w:lang w:eastAsia="zh-CN"/>
        </w:rPr>
        <w:br/>
      </w:r>
      <w:r>
        <w:rPr>
          <w:lang w:eastAsia="zh-CN"/>
        </w:rPr>
        <w:t>　　高三年级优秀学生代表让我们以热烈的掌声表示欢迎!</w:t>
      </w:r>
      <w:r>
        <w:rPr>
          <w:lang w:eastAsia="zh-CN"/>
        </w:rPr>
        <w:br/>
      </w:r>
      <w:r>
        <w:rPr>
          <w:lang w:eastAsia="zh-CN"/>
        </w:rPr>
        <w:t>　　3.学生向主席台就坐的领导、老师和同学代表献花。</w:t>
      </w:r>
      <w:r>
        <w:rPr>
          <w:lang w:eastAsia="zh-CN"/>
        </w:rPr>
        <w:br/>
      </w:r>
      <w:r>
        <w:rPr>
          <w:lang w:eastAsia="zh-CN"/>
        </w:rPr>
        <w:t>　　同学们，三年前你们来到天印高中，三年来母校记下了你们成长的足迹。大家不应忘记那挥洒着汗水，流淌着青春的校园;大家不能忘记那辛勤操劳，默默耕耘的领导和老师;大家不该忘记那朝夕相处，共同拼搏的同学。</w:t>
      </w:r>
      <w:r>
        <w:rPr>
          <w:lang w:eastAsia="zh-CN"/>
        </w:rPr>
        <w:br/>
      </w:r>
      <w:r>
        <w:rPr>
          <w:lang w:eastAsia="zh-CN"/>
        </w:rPr>
        <w:t>　　下面请学生代表为主席台就坐的领导、老师和同学代表敬献鲜花来表达我们的心意吧&amp;&amp;</w:t>
      </w:r>
      <w:r>
        <w:rPr>
          <w:lang w:eastAsia="zh-CN"/>
        </w:rPr>
        <w:br/>
      </w:r>
      <w:r>
        <w:rPr>
          <w:lang w:eastAsia="zh-CN"/>
        </w:rPr>
        <w:t>　　感谢学校的关怀和爱护。感谢老师对我们的教导和帮助。感谢同学间的互帮和互助。</w:t>
      </w:r>
      <w:r>
        <w:rPr>
          <w:lang w:eastAsia="zh-CN"/>
        </w:rPr>
        <w:br/>
      </w:r>
      <w:r>
        <w:rPr>
          <w:lang w:eastAsia="zh-CN"/>
        </w:rPr>
        <w:t>　　4.请校长讲话。</w:t>
      </w:r>
      <w:r>
        <w:rPr>
          <w:lang w:eastAsia="zh-CN"/>
        </w:rPr>
        <w:br/>
      </w:r>
      <w:r>
        <w:rPr>
          <w:lang w:eastAsia="zh-CN"/>
        </w:rPr>
        <w:t>　　下面请我们敬爱的校长致辞!大家欢迎!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校长意味深长、热情洋溢的讲话，回顾了同学们在校三年的表现和取得的巨大进步，对大家顺利完成高中学业表示了祝贺，在临别之际给大家提出了殷切期望和要求，希望同学们在未来的人生旅途中，用自己的勤奋、智慧和不懈的努力向着更高的目标迈进，为养你的父母、育你的老师和母校争光!</w:t>
      </w:r>
      <w:r>
        <w:rPr>
          <w:lang w:eastAsia="zh-CN"/>
        </w:rPr>
        <w:br/>
      </w:r>
      <w:r>
        <w:rPr>
          <w:lang w:eastAsia="zh-CN"/>
        </w:rPr>
        <w:t>　　感谢校长!</w:t>
      </w:r>
      <w:r>
        <w:rPr>
          <w:lang w:eastAsia="zh-CN"/>
        </w:rPr>
        <w:br/>
      </w:r>
      <w:r>
        <w:rPr>
          <w:lang w:eastAsia="zh-CN"/>
        </w:rPr>
        <w:t>　　5.优秀毕业生代表：黄雪健同学毕业感言。</w:t>
      </w:r>
      <w:r>
        <w:rPr>
          <w:lang w:eastAsia="zh-CN"/>
        </w:rPr>
        <w:br/>
      </w:r>
      <w:r>
        <w:rPr>
          <w:lang w:eastAsia="zh-CN"/>
        </w:rPr>
        <w:t>　　同学们，三年了，三年的时光，一千多个日夜，弹指一挥间到了依依惜别的时刻，也许还有太多的感动，太多的眷恋，太多的话想对母校和老师们诉说。下面就请优秀毕业生代表同学代表大家发言。大家掌声欢迎。</w:t>
      </w:r>
      <w:r>
        <w:rPr>
          <w:lang w:eastAsia="zh-CN"/>
        </w:rPr>
        <w:br/>
      </w:r>
      <w:r>
        <w:rPr>
          <w:lang w:eastAsia="zh-CN"/>
        </w:rPr>
        <w:t>　　从同学的发言中，让我们听到了他在即将离开母校的时刻，珍藏在心中很久感谢与感激之情，听出了你们出征的号角、拼搏的决心和必胜的信心。</w:t>
      </w:r>
      <w:r>
        <w:rPr>
          <w:lang w:eastAsia="zh-CN"/>
        </w:rPr>
        <w:br/>
      </w:r>
      <w:r>
        <w:rPr>
          <w:lang w:eastAsia="zh-CN"/>
        </w:rPr>
        <w:t>　　如今，你们即将踏上新的征程，老师们现在在想什么呢?下面请高三优秀教师代表致临别赠言。掌声欢迎!</w:t>
      </w:r>
      <w:r>
        <w:rPr>
          <w:lang w:eastAsia="zh-CN"/>
        </w:rPr>
        <w:br/>
      </w:r>
      <w:r>
        <w:rPr>
          <w:lang w:eastAsia="zh-CN"/>
        </w:rPr>
        <w:t>　　6.优秀教师代表发言。</w:t>
      </w:r>
      <w:r>
        <w:rPr>
          <w:lang w:eastAsia="zh-CN"/>
        </w:rPr>
        <w:br/>
      </w:r>
      <w:r>
        <w:rPr>
          <w:lang w:eastAsia="zh-CN"/>
        </w:rPr>
        <w:t>　　谢谢老师!刚才老师语重心长的话语，字里行间浓浓的情意，代表了全体老师对同学们深深地期待和祝福。同学们，没有老师默默的付出和辛勤的汗水，我们难有今天的进步!(励志 )师恩难忘，让我们铭记母校老师们的谆谆教诲，心存理想走出校门，做一名志向高远、品德高尚、能力高强、气质高雅的时代新青年。下面进行颁奖仪式：</w:t>
      </w:r>
      <w:r>
        <w:rPr>
          <w:lang w:eastAsia="zh-CN"/>
        </w:rPr>
        <w:br/>
      </w:r>
      <w:r>
        <w:rPr>
          <w:lang w:eastAsia="zh-CN"/>
        </w:rPr>
        <w:t>　　7.颁奖仪式：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同学们，在过去的一年里，我们的毕业班里涌现出了一批全面和谐发展的优秀学生和优秀学生集体，在20__-20__学年度省、市普通中学三好学生和先进学生集体评比中，我校高三(3)班被表彰为江苏省三好学生，高三(1)班、高三(3)班、高三(4)班、高三(8)班、高三(17)班、高三(18)班等7位同学被表彰为南京市三好学生，高三(8)班被评为南京市先进班集体(班主任：老师)。</w:t>
      </w:r>
      <w:r>
        <w:rPr>
          <w:lang w:eastAsia="zh-CN"/>
        </w:rPr>
        <w:br/>
      </w:r>
      <w:r>
        <w:rPr>
          <w:lang w:eastAsia="zh-CN"/>
        </w:rPr>
        <w:t>　　下面请主席台的领导老师为获表彰的班级和个人颁奖，</w:t>
      </w:r>
      <w:r>
        <w:rPr>
          <w:lang w:eastAsia="zh-CN"/>
        </w:rPr>
        <w:br/>
      </w:r>
      <w:r>
        <w:rPr>
          <w:lang w:eastAsia="zh-CN"/>
        </w:rPr>
        <w:t>　　首先请获得市先进班集体的高三(8)班班长和班主任上台领奖;</w:t>
      </w:r>
      <w:r>
        <w:rPr>
          <w:lang w:eastAsia="zh-CN"/>
        </w:rPr>
        <w:br/>
      </w:r>
      <w:r>
        <w:rPr>
          <w:lang w:eastAsia="zh-CN"/>
        </w:rPr>
        <w:t>　　请获得省、市三好学生的同学上台领奖。</w:t>
      </w:r>
      <w:r>
        <w:rPr>
          <w:lang w:eastAsia="zh-CN"/>
        </w:rPr>
        <w:br/>
      </w:r>
      <w:r>
        <w:rPr>
          <w:lang w:eastAsia="zh-CN"/>
        </w:rPr>
        <w:t>　　同学们，在天印的三年，可以说我们在座的各位都获得了成长和发展，你们都是好样的，仅以同学为例类似进步的例子还有很多很多。</w:t>
      </w:r>
      <w:r>
        <w:rPr>
          <w:lang w:eastAsia="zh-CN"/>
        </w:rPr>
        <w:br/>
      </w:r>
      <w:r>
        <w:rPr>
          <w:lang w:eastAsia="zh-CN"/>
        </w:rPr>
        <w:t>　　同学们，让我们再一次以热烈的掌声向此次获表彰的班级和同学，向在天印得到发展的你们表示祝贺。</w:t>
      </w:r>
      <w:r>
        <w:rPr>
          <w:lang w:eastAsia="zh-CN"/>
        </w:rPr>
        <w:br/>
      </w:r>
      <w:r>
        <w:rPr>
          <w:lang w:eastAsia="zh-CN"/>
        </w:rPr>
        <w:t>　　8.颁发毕业证书(各班班长上台领取毕业证书)。</w:t>
      </w:r>
      <w:r>
        <w:rPr>
          <w:lang w:eastAsia="zh-CN"/>
        </w:rPr>
        <w:br/>
      </w:r>
      <w:r>
        <w:rPr>
          <w:lang w:eastAsia="zh-CN"/>
        </w:rPr>
        <w:t>　　同学们，在天印的三年，你们在无涯学海乘风破浪，在有径书山奋勇登攀，经历无数风风雨雨，不断挑战，终见彩虹，学有所成。下面请校长为我们高三同学颁发高中毕业证书!请各班班长代表上台领取证书!</w:t>
      </w:r>
      <w:r>
        <w:rPr>
          <w:lang w:eastAsia="zh-CN"/>
        </w:rPr>
        <w:br/>
      </w:r>
      <w:r>
        <w:rPr>
          <w:lang w:eastAsia="zh-CN"/>
        </w:rPr>
        <w:t>　　同学们，今天你们毕业啦!你们即将带着各自的梦想，拼搏奋进，继续成长。接过校长颁发的毕业证书，接过的就是父母的期待，老师的嘱托，学校的期盼，社会的责任。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下面，进行业余党校结业证书颁发仪式，有请学校党总支副书记同志宣布天印高中首届业余党校结业学员名单：请各班团支部书记上来领取本班业余党校学员的结业证书。</w:t>
      </w:r>
      <w:r>
        <w:rPr>
          <w:lang w:eastAsia="zh-CN"/>
        </w:rPr>
        <w:br/>
      </w:r>
      <w:r>
        <w:rPr>
          <w:lang w:eastAsia="zh-CN"/>
        </w:rPr>
        <w:t>　　祝贺这51名同学圆满结业!同时希望你们始终坚守梦想，坚持努力不忘，成为各行各业的成功者和领军人物。(请取得结业证书的业余党校学员结束后到主席台前合影留念)</w:t>
      </w:r>
      <w:r>
        <w:rPr>
          <w:lang w:eastAsia="zh-CN"/>
        </w:rPr>
        <w:br/>
      </w:r>
      <w:r>
        <w:rPr>
          <w:lang w:eastAsia="zh-CN"/>
        </w:rPr>
        <w:t>　　9.优秀毕业生代表揭幕赠送母校纪念品;请校长接受礼品并作简短感言。</w:t>
      </w:r>
      <w:r>
        <w:rPr>
          <w:lang w:eastAsia="zh-CN"/>
        </w:rPr>
        <w:br/>
      </w:r>
      <w:r>
        <w:rPr>
          <w:lang w:eastAsia="zh-CN"/>
        </w:rPr>
        <w:t>　　同学们，作为天印首届毕业生，你们与母校共成长，母校是你们成才的摇篮，你们和母校有着深厚的友谊。今天，你们和母校的深情就会有个永久的纪念和历史的见证。</w:t>
      </w:r>
      <w:r>
        <w:rPr>
          <w:lang w:eastAsia="zh-CN"/>
        </w:rPr>
        <w:br/>
      </w:r>
      <w:r>
        <w:rPr>
          <w:lang w:eastAsia="zh-CN"/>
        </w:rPr>
        <w:t>　　下面由请毕业生代表向母校赠送纪念品：鼎盛，上面镶嵌一副金箔对联：三年领颂天印华章，一生铭记母校恩情。</w:t>
      </w:r>
      <w:r>
        <w:rPr>
          <w:lang w:eastAsia="zh-CN"/>
        </w:rPr>
        <w:br/>
      </w:r>
      <w:r>
        <w:rPr>
          <w:lang w:eastAsia="zh-CN"/>
        </w:rPr>
        <w:t>　　鼎作为一种重要礼器，象征着团结，代表着和谐、发展、昌盛。蕴含着在座926名首届学子对母校的深深祝愿，祝愿母校的蒸蒸日上，祝愿母校不断超越，从辉煌走向新的辉煌。</w:t>
      </w:r>
      <w:r>
        <w:rPr>
          <w:lang w:eastAsia="zh-CN"/>
        </w:rPr>
        <w:br/>
      </w:r>
      <w:r>
        <w:rPr>
          <w:lang w:eastAsia="zh-CN"/>
        </w:rPr>
        <w:t>　　10.学生给班主任献花，18位班主任寄语。</w:t>
      </w:r>
      <w:r>
        <w:rPr>
          <w:lang w:eastAsia="zh-CN"/>
        </w:rPr>
        <w:br/>
      </w:r>
      <w:r>
        <w:rPr>
          <w:lang w:eastAsia="zh-CN"/>
        </w:rPr>
        <w:t>　　同学们，你们在天印的三年，我们班主任老师始终和你们一起，教室里，食堂里，寝室里，运动场上，都曾留下了班主任老师和我们在一起的身影，我们不应也不能忘记那18位班主任老师!掌声有请请我们18位班主任老师到主席台上来。</w:t>
      </w:r>
      <w:r>
        <w:rPr>
          <w:lang w:eastAsia="zh-CN"/>
        </w:rPr>
        <w:br/>
      </w:r>
      <w:r>
        <w:rPr>
          <w:lang w:eastAsia="zh-CN"/>
        </w:rPr>
        <w:t>　　请我们的毕业生代表上台为我们敬爱的班主任老师献花，以表达我们最诚挚的敬意和谢意!感谢他们时时刻刻的提醒和关爱!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同学们，即将离开，请再一次聆听老班的教诲!下面请各班主任依次发表临别感言。</w:t>
      </w:r>
      <w:r>
        <w:rPr>
          <w:lang w:eastAsia="zh-CN"/>
        </w:rPr>
        <w:br/>
      </w:r>
      <w:r>
        <w:rPr>
          <w:lang w:eastAsia="zh-CN"/>
        </w:rPr>
        <w:t>　　感谢我们优秀的18位高三班主任，同学们，掌声送给他们!</w:t>
      </w:r>
      <w:r>
        <w:rPr>
          <w:lang w:eastAsia="zh-CN"/>
        </w:rPr>
        <w:br/>
      </w:r>
      <w:r>
        <w:rPr>
          <w:lang w:eastAsia="zh-CN"/>
        </w:rPr>
        <w:t>　　下面请我们全体高三教师走到主席台上来，接受学生代表的鲜花，</w:t>
      </w:r>
      <w:r>
        <w:rPr>
          <w:lang w:eastAsia="zh-CN"/>
        </w:rPr>
        <w:br/>
      </w:r>
      <w:r>
        <w:rPr>
          <w:lang w:eastAsia="zh-CN"/>
        </w:rPr>
        <w:t>　　同学们，下面请听我们全体高三教师带给大家的诗歌朗诵《天印人》，掌声!</w:t>
      </w:r>
      <w:r>
        <w:rPr>
          <w:lang w:eastAsia="zh-CN"/>
        </w:rPr>
        <w:br/>
      </w:r>
      <w:r>
        <w:rPr>
          <w:lang w:eastAsia="zh-CN"/>
        </w:rPr>
        <w:t>　　11.全体高三教师朗诵《天印人》，学生向教师献花。</w:t>
      </w:r>
      <w:r>
        <w:rPr>
          <w:lang w:eastAsia="zh-CN"/>
        </w:rPr>
        <w:br/>
      </w:r>
      <w:r>
        <w:rPr>
          <w:lang w:eastAsia="zh-CN"/>
        </w:rPr>
        <w:t>　　同学们，在天印三年的学习和生活中，我们拥有的太多&amp;&amp;因为这份师生情值得拥有;我们要留恋的更多&amp;&amp;因为曾经的校园生活值得留恋，这里有我们的根，那根就是：从今天起做一个乐观、勤奋、高尚、有追求的人，让梦想插上翅膀，让遗憾不再重来;让豪情激荡胸怀，让天印因我而精彩。</w:t>
      </w:r>
      <w:r>
        <w:rPr>
          <w:lang w:eastAsia="zh-CN"/>
        </w:rPr>
        <w:br/>
      </w:r>
      <w:r>
        <w:rPr>
          <w:lang w:eastAsia="zh-CN"/>
        </w:rPr>
        <w:t>　　我提议：请同学们起立，让我们以自己的方式向母校、向包括班主任在内的全体高三教师表达我们最真诚的感谢和祝愿。让我们向敬爱的老师鞠个躬，好不好?1、2开始!敬爱的老师，谢谢您!老师们，你们辛苦了!</w:t>
      </w:r>
      <w:r>
        <w:rPr>
          <w:lang w:eastAsia="zh-CN"/>
        </w:rPr>
        <w:br/>
      </w:r>
      <w:r>
        <w:rPr>
          <w:lang w:eastAsia="zh-CN"/>
        </w:rPr>
        <w:t>　　12.主持人宣布毕业典礼结束，高三教师夹道欢送学生回班(播放欢送进行曲)。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高三毕业典礼大会集中部分到此告一个段落。亲爱的同学们：毕业不是结束，而是新的开始，不只是中学阶段的结束，更意味着一段新征程的起点。请你们相信：无论你们走到那里，无论你们离开多少年，母校都将永远关注着你们，因为你们承载着母校的祝愿，带着老师们的期望，即将向着新的目标扬帆起航。祝愿大家青春的生命之舟在新的岁月港湾里继续启航，直挂云帆，乘风破浪;期待你们早日挑起家庭的重担，成为国家的栋梁。</w:t>
      </w:r>
      <w:r>
        <w:rPr>
          <w:lang w:eastAsia="zh-CN"/>
        </w:rPr>
        <w:br/>
      </w:r>
      <w:r>
        <w:rPr>
          <w:lang w:eastAsia="zh-CN"/>
        </w:rPr>
        <w:t>　　今天的你们以母校为荣，明天母校必将因为有你们而感到骄傲，无论天涯海角，我们都坚信：不久的将来，会有那么一天，在座的每一位定会以自己曾经作为一名天印人而更加自信、倍加自豪!同学们!不要忘记常回母校看看!</w:t>
      </w:r>
      <w:r>
        <w:rPr>
          <w:lang w:eastAsia="zh-CN"/>
        </w:rPr>
        <w:br/>
      </w:r>
      <w:r>
        <w:rPr>
          <w:lang w:eastAsia="zh-CN"/>
        </w:rPr>
        <w:t>　　我宣布：天印高级中学20__届毕业典礼到此结束(音乐响起)，请大家按班级次序退场，请我们敬爱的全体高三教师夹道欢送学生回到各自班级。</w:t>
      </w:r>
      <w:r>
        <w:rPr>
          <w:lang w:eastAsia="zh-CN"/>
        </w:rPr>
        <w:br/>
      </w:r>
      <w:r>
        <w:rPr>
          <w:lang w:eastAsia="zh-CN"/>
        </w:rPr>
        <w:t>　　第二阶段：班级活动</w:t>
      </w:r>
      <w:r>
        <w:rPr>
          <w:lang w:eastAsia="zh-CN"/>
        </w:rPr>
        <w:br/>
      </w:r>
      <w:r>
        <w:rPr>
          <w:lang w:eastAsia="zh-CN"/>
        </w:rPr>
        <w:t>　　时间:上午9：30&amp;&amp;11：00</w:t>
      </w:r>
      <w:r>
        <w:rPr>
          <w:lang w:eastAsia="zh-CN"/>
        </w:rPr>
        <w:br/>
      </w:r>
      <w:r>
        <w:rPr>
          <w:lang w:eastAsia="zh-CN"/>
        </w:rPr>
        <w:t>　　地点:各班教室</w:t>
      </w:r>
      <w:r>
        <w:rPr>
          <w:lang w:eastAsia="zh-CN"/>
        </w:rPr>
        <w:br/>
      </w:r>
      <w:r>
        <w:rPr>
          <w:lang w:eastAsia="zh-CN"/>
        </w:rPr>
        <w:t>　　主持人:各班主任</w:t>
      </w:r>
      <w:r>
        <w:rPr>
          <w:lang w:eastAsia="zh-CN"/>
        </w:rPr>
        <w:br/>
      </w:r>
      <w:r>
        <w:rPr>
          <w:lang w:eastAsia="zh-CN"/>
        </w:rPr>
        <w:t>　　内容:1.领取毕业生纪念册、照片、费用清单、退款、后期工作安排;2.教师与学生写毕业留言、留影;3.自拟节目。</w:t>
      </w:r>
      <w:r>
        <w:rPr>
          <w:lang w:eastAsia="zh-CN"/>
        </w:rPr>
        <w:br/>
      </w:r>
      <w:r>
        <w:rPr>
          <w:lang w:eastAsia="zh-CN"/>
        </w:rPr>
        <w:t xml:space="preserve">    2024高三毕业典礼主持词范文 篇12 </w:t>
      </w:r>
      <w:r>
        <w:rPr>
          <w:lang w:eastAsia="zh-CN"/>
        </w:rPr>
        <w:br/>
      </w:r>
      <w:r>
        <w:rPr>
          <w:lang w:eastAsia="zh-CN"/>
        </w:rPr>
        <w:t>　　各位老师、同学们：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今天，我们在此齐聚一堂，举行告别母校仪式。三年前，当同学们踏入中学校园的时候，就决定了有今天这样一个特殊的日子。正因为我们的相聚，你们的努力，青春时光才变得如此五彩缤纷，烂漫无比!三年的校园生活，留下同学们甜美欢乐的笑声，那笑声仿佛还在校园的四周回荡;三年的高中苦读，留下大家磨练翅膀的背影，那背影是如此深刻的印记在我们的脑海。学生的命运自古就和老师连在一起，你们进步，我们欣慰;你们失误，我们焦急。每年的六月，我们都要经历这痛苦的喜悦。没有老师的含辛茹苦，呕心沥血，你们的成长也许就会多一些曲折，多一些弯路;没有同学之间的朝夕相处，互思互学，你们的成长就会少了一些乐趣，少了一份鼓励。今天，我们最后一次相聚在这里，为三年的高中生活画上圆满的句号。我们应该为自己而自豪，因为我们无悔于青春年华，我们无悔于成纪中学这个大家庭，现在该是我们扬帆远航的时候了，在这里，我代表全体教师向同学们胜利完成高中学业表示热烈的祝贺。我宣布，高中毕业典礼暨考风考纪教育会现在开始</w:t>
      </w:r>
      <w:r>
        <w:rPr>
          <w:lang w:eastAsia="zh-CN"/>
        </w:rPr>
        <w:br/>
      </w:r>
      <w:r>
        <w:rPr>
          <w:lang w:eastAsia="zh-CN"/>
        </w:rPr>
        <w:t xml:space="preserve">    2024高三毕业典礼主持词范文 篇13 </w:t>
      </w:r>
      <w:r>
        <w:rPr>
          <w:lang w:eastAsia="zh-CN"/>
        </w:rPr>
        <w:br/>
      </w:r>
      <w:r>
        <w:rPr>
          <w:lang w:eastAsia="zh-CN"/>
        </w:rPr>
        <w:t>　　亲爱的同学们：</w:t>
      </w:r>
      <w:r>
        <w:rPr>
          <w:lang w:eastAsia="zh-CN"/>
        </w:rPr>
        <w:br/>
      </w:r>
      <w:r>
        <w:rPr>
          <w:lang w:eastAsia="zh-CN"/>
        </w:rPr>
        <w:t>　　可以用“依依惜别的深情”来形容此刻我们彼此的心境。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青春，是一本太匆忙的书。高中的生活，一千多个日夜，正如一千多页精彩的书卷，每一页都是追逐梦想的激昂文字。遥想三年前的盛夏，同学们满怀对未来的无限憧憬，步入省赣中。三年里，我们彼此相识，相知，相伴。“练兵场”上你们挥洒汗水，运动会上你们尽展风采，艺术节里你们领略风骚，社团活动你们大显身手。在高考面前，同学们直面挑战，埋头苦读，理性抉择，磨砺品格。三年里，同学们坚持着对未来的向往，不怕挫折，孜孜以求，永不言弃。我很高兴能见证你们，在应试教育的土壤里，从受动到理解，再到融合，最终在一个看似不成熟的制度里，完成了自己向成熟的过渡，最终长成一株嘉禾。同学们，请将最热烈的掌声，送给最美的最后，和最精彩的自己！</w:t>
      </w:r>
      <w:r>
        <w:rPr>
          <w:lang w:eastAsia="zh-CN"/>
        </w:rPr>
        <w:br/>
      </w:r>
      <w:r>
        <w:rPr>
          <w:lang w:eastAsia="zh-CN"/>
        </w:rPr>
        <w:t>　　高中，或许并不是人生最精彩的部分，但它却能决定你一生的精彩。蓦然回首，你们已然将要离开，开始新的追梦之旅。新的梦想又将引领你们去游学四海，建树八方，去开辟新的天地。未来的道路上，我们无法携手并进。送君千里，终有一别，此时此刻，作为你们的师长和朋友，说一声“珍重”，道一声“再见”。此刻，我有4点希望，想放进你们的行囊，临行密密缝，愿它能伴随同学们走向远方！</w:t>
      </w:r>
      <w:r>
        <w:rPr>
          <w:lang w:eastAsia="zh-CN"/>
        </w:rPr>
        <w:br/>
      </w:r>
      <w:r>
        <w:rPr>
          <w:lang w:eastAsia="zh-CN"/>
        </w:rPr>
        <w:t>　　我希望，你们能成为一个感恩的人。</w:t>
      </w:r>
      <w:r>
        <w:rPr>
          <w:lang w:eastAsia="zh-CN"/>
        </w:rPr>
        <w:br/>
      </w:r>
      <w:r>
        <w:rPr>
          <w:lang w:eastAsia="zh-CN"/>
        </w:rPr>
        <w:t>　　感恩，并不意味着要你们给予帮助你们的人多少物质上的回报，它是一种发自内心的对爱的珍视。尼采曾经说过：“感恩象征灵魂的健康。”的确，人生追求的不仅是外在的一种成功，最重要的是内在的心境与品德。其实，衡量一个人是否成功，就在于他是否能胜任人生当中的各种角色，而胜任角色的过程，恰是一个人回报感恩的过程。生活的过程，本质上就是感恩的过程，此语不为过矣。</w:t>
      </w:r>
      <w:r>
        <w:rPr>
          <w:lang w:eastAsia="zh-CN"/>
        </w:rPr>
        <w:br/>
      </w:r>
      <w:r>
        <w:rPr>
          <w:lang w:eastAsia="zh-CN"/>
        </w:rPr>
        <w:t>　　我希望,你们能成为一个敬畏自然的人。</w:t>
      </w:r>
      <w:r>
        <w:rPr>
          <w:lang w:eastAsia="zh-CN"/>
        </w:rPr>
        <w:br/>
      </w:r>
    </w:p>
    <w:p w:rsidR="001B1F19" w14:textId="27C3F48A">
      <w:pPr>
        <w:rPr>
          <w:rFonts w:hint="eastAsia"/>
          <w:lang w:eastAsia="zh-CN"/>
        </w:rPr>
      </w:pPr>
      <w:r>
        <w:rPr>
          <w:lang w:eastAsia="zh-CN"/>
        </w:rPr>
        <w:t>　　今年江苏高考材料作文“蜡烛与蝴蝶”的一个立意角度就是要敬畏和尊重自然空间（当然还可以从改变大环境的角度去写）。人的不经意的闯入，蜡烛的微光，惊扰了蝴蝶。这里我要说的是，我们要敬畏生命。我们既要敬畏自己的生命，也要敬畏他人的生命。如果人人都有这样的敬畏之心，就不会发生复旦大学因分担纯净水费用而发生的投毒悲剧，就不会发生南京航空航天大学因开门小事而引发的喋血命案，就不会发生今年高考广东荔湾真光中学考生被捅伤的不幸事件。知道感恩，懂得敬畏，我们才会走得更远，飞得更高。</w:t>
      </w:r>
      <w:r>
        <w:rPr>
          <w:lang w:eastAsia="zh-CN"/>
        </w:rPr>
        <w:br/>
      </w:r>
      <w:r>
        <w:rPr>
          <w:lang w:eastAsia="zh-CN"/>
        </w:rPr>
        <w:t>　　我希望，你们能成为一名终身学习的人。</w:t>
      </w:r>
      <w:r>
        <w:rPr>
          <w:lang w:eastAsia="zh-CN"/>
        </w:rPr>
        <w:br/>
      </w:r>
      <w:r>
        <w:rPr>
          <w:lang w:eastAsia="zh-CN"/>
        </w:rPr>
        <w:t>　　没有比脚更长的路，没有比人更高的山。同学们即将带着母校的期望走向祖国各地，甚至还有人远渡重洋。请记住，教育不可能仅限于学校。它是人生永恒的主题。一个人能力素质的高低，最终取决于能否锲而不舍地自主学习。华人首富李嘉诚，他每晚再忙都要看书学习，这个习惯已坚持了几十年。比尔盖茨说过：“在21世纪，人们比的是学习的毅力与速度。”能永远勤奋、理智而又诗意生活的人，即便今天你不是高考中的翘楚，明日，你也一定会是这个时代的先驱！</w:t>
      </w:r>
      <w:r>
        <w:rPr>
          <w:lang w:eastAsia="zh-CN"/>
        </w:rPr>
        <w:br/>
      </w:r>
      <w:r>
        <w:rPr>
          <w:lang w:eastAsia="zh-CN"/>
        </w:rPr>
        <w:t>　　我希望，你们能成为一个有梦想、敢担当的人。</w:t>
      </w:r>
      <w:r>
        <w:rPr>
          <w:lang w:eastAsia="zh-CN"/>
        </w:rPr>
        <w:br/>
      </w:r>
      <w:r>
        <w:rPr>
          <w:lang w:eastAsia="zh-CN"/>
        </w:rPr>
        <w:t>　　国之命运系于青年，青年之前途系于志向，志向之价值在于高远。人为什么活着？是为了梦和责任。梦，让我们的生活有了理由，责任让我们的生活逐渐坚强。有梦想，内心会变得更为豁达，敢担当，灵魂会站得更高远。</w:t>
      </w:r>
      <w:r>
        <w:rPr>
          <w:lang w:eastAsia="zh-CN"/>
        </w:rPr>
        <w:br/>
      </w:r>
      <w:r>
        <w:rPr>
          <w:lang w:eastAsia="zh-CN"/>
        </w:rPr>
        <w:t>　　除却希望，此刻，我还想对大家表达歉意。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https://d.book118.com/716225005112010044</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16225005112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