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2024年教师节演讲的心得体会（33篇）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2024年教师节演讲的心得体会（精选33篇）</w:t>
      </w:r>
      <w:r>
        <w:rPr>
          <w:lang w:eastAsia="zh-CN"/>
        </w:rPr>
        <w:br/>
      </w:r>
      <w:r>
        <w:rPr>
          <w:lang w:eastAsia="zh-CN"/>
        </w:rPr>
        <w:t xml:space="preserve">    2024年教师节演讲的心得体会 篇1 </w:t>
      </w:r>
      <w:r>
        <w:rPr>
          <w:lang w:eastAsia="zh-CN"/>
        </w:rPr>
        <w:br/>
      </w:r>
      <w:r>
        <w:rPr>
          <w:lang w:eastAsia="zh-CN"/>
        </w:rPr>
        <w:t>　　近日，我深入学习了习近平总书记在北京师范大学的讲话，感受颇深。对于如何成为一名好老师有了更为深刻、全面的认识。</w:t>
      </w:r>
      <w:r>
        <w:rPr>
          <w:lang w:eastAsia="zh-CN"/>
        </w:rPr>
        <w:br/>
      </w:r>
      <w:r>
        <w:rPr>
          <w:lang w:eastAsia="zh-CN"/>
        </w:rPr>
        <w:t>　　作为一名普普通通的教育工作者，我很幸运地生活在这个充满正能量、催人振奋的年代。习近平总书记提出的争当党和人民满意的好老师让我感觉身份光荣、责任重大。提出的“四有”好教师为我指明了方向。每一位教师要以好老师的标准严格要求自己，鞭策自己，让每一个教授过的学生学有所获、学有所成，真正做到一切为了学生，为了学生的一切。</w:t>
      </w:r>
      <w:r>
        <w:rPr>
          <w:lang w:eastAsia="zh-CN"/>
        </w:rPr>
        <w:br/>
      </w:r>
      <w:r>
        <w:rPr>
          <w:lang w:eastAsia="zh-CN"/>
        </w:rPr>
        <w:t>　　教师要在课堂上、讲台上传送正能量，践行社会主义核心价值观，用人格魅力征服、感化、教育学生们，要有扎实的学术水平，要有一辈子更新知识，不断丰富自己学识的觉悟，让学生掌握科学思维方法、本事、技术、技能，要以父母之心关爱学生，像对女儿一样无私奉献，让教书育人落到实处。当贵州教师征求称呼为““可不可以时，亲切地用”Yes"回答，表明了他与人民群众心心相印，与人民群众同甘共苦，也是身体力行告诫身居高位者“不是神”，要切实做到为党分忧、为国尽责、为民奉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每一位教师都要把“以学生为本”的理念放到第一位，把培养学生当作事业来做、把关爱学生当作本能来要求，千方百计让学生开心生活、快乐学习、健康成长、快速成才。不管学生取得成绩还是犯了错误，不管学生明理懂事还是懵懂无知，老师的表扬、宽容、鞭策、引导无不诠释了一个“爱”字。作为一名青年教师，必须用心挑起责任、用爱选择坚持，把这份爱传承下去，坚信授人以渔胜过授人以鱼的道理。</w:t>
      </w:r>
      <w:r>
        <w:rPr>
          <w:lang w:eastAsia="zh-CN"/>
        </w:rPr>
        <w:br/>
      </w:r>
      <w:r>
        <w:rPr>
          <w:lang w:eastAsia="zh-CN"/>
        </w:rPr>
        <w:t>　　教师要教书育人，首先要做好自己，让自己变得更优秀，才有可能教出优秀的学生，才能为祖国的建设添砖加瓦。</w:t>
      </w:r>
      <w:r>
        <w:rPr>
          <w:lang w:eastAsia="zh-CN"/>
        </w:rPr>
        <w:br/>
      </w:r>
      <w:r>
        <w:rPr>
          <w:lang w:eastAsia="zh-CN"/>
        </w:rPr>
        <w:t xml:space="preserve">    2024年教师节演讲的心得体会 篇2 </w:t>
      </w:r>
      <w:r>
        <w:rPr>
          <w:lang w:eastAsia="zh-CN"/>
        </w:rPr>
        <w:br/>
      </w:r>
      <w:r>
        <w:rPr>
          <w:lang w:eastAsia="zh-CN"/>
        </w:rPr>
        <w:t>　　近期，我们学校组织了全体老师学习了习近平总书记《在教师节的讲话精神》，我的内心真是有点儿小激动！诚恳亲切的讲话确实温暖人心。</w:t>
      </w:r>
      <w:r>
        <w:rPr>
          <w:lang w:eastAsia="zh-CN"/>
        </w:rPr>
        <w:br/>
      </w:r>
      <w:r>
        <w:rPr>
          <w:lang w:eastAsia="zh-CN"/>
        </w:rPr>
        <w:t>　　在看完深刻丰富的讲话精神之后，我不仅感到激动和鼓舞，更感到作为一名人类灵魂的工程师，自己肩上的担子是多么的沉重，使命是多么的艰巨。以下我将围绕提出的“四点希望”，从四个方面谈谈自己对讲话中“师德精神”的领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1、做一名充满责任与爱的教师。作为一名教师，强烈的敬业意识和忠诚自己本职工作的事业心，敬重本职工作的责任感和成就本职工作的使命感，是从事教育工作不可或缺的。这使我想起了，网上《中国最美的深山女教师》一文。文中描绘了22岁的女教师和她仅有的两名学生在深山里的学习与生活，她不畏艰辛，已经在那任教了六年，教室塌了，她就把自己的家当做教室。她用自已的“爱”体现了崇高的事业责任心，是“爱”使她战胜生活的艰辛，兢兢业业地在深山的教学岗位上默默地奉献。是啊，一名敬业的老师首先要爱自己的事业，爱自己的学生，用爱撒播希望，用爱浇灌智慧，才能真正地成为学生的良师益友，学生健康成长的引路人。</w:t>
      </w:r>
      <w:r>
        <w:rPr>
          <w:lang w:eastAsia="zh-CN"/>
        </w:rPr>
        <w:br/>
      </w:r>
      <w:r>
        <w:rPr>
          <w:lang w:eastAsia="zh-CN"/>
        </w:rPr>
        <w:t>　　2、做一名勤奋学习的教师。俗话说得好：“活到老，学到老。”在知识更新如此迅速的今天，教师不应是一桶水，应是一股不断涌出新水的清泉，永远新鲜，有活力，才能在知识迅速变更的年代不落后，交给学生丰厚有用的知识。所以教师不应局限于所教教材，还应该读各种各样的书，丰富自己的知识修养，才会在课堂上旁征博引，妙语连珠，深深地吸引学生。抱着一种务真求实、乐观上进、严谨自律的治学态度，在平凡的岗位上干出不平凡的业绩。</w:t>
      </w:r>
      <w:r>
        <w:rPr>
          <w:lang w:eastAsia="zh-CN"/>
        </w:rPr>
        <w:br/>
      </w:r>
      <w:r>
        <w:rPr>
          <w:lang w:eastAsia="zh-CN"/>
        </w:rPr>
        <w:t>　　3、做一名拥有创新的教师。在当前新的国际环境和课程改革背景下，教师们更要大胆探究，创造性地完成自己的教育使命。就拿我们一直倡导的素质教育来说，要想缩小中西差距，必须从整体上培养全民族的科学素养、创新精神、创新意识。这些，都要依靠素质教育的发展。而照搬国外成功的教育经验，永远与创造无缘，只有别具炉锤，打造有自己特色的“素质教育”，才能真正成为教育创新的排头兵，培养出适合国情全方面发展的人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4、做一名清贫高尚的教师。“春蚕到死丝方尽，蜡炬成灰泪始干。”一名受学生和人民爱戴的称职教师，要打心底热爱自己的教育事业，不求名利，燃烧自己，照亮别人，无怨无悔地从事着太阳底下最光辉的职业。虽然都会有着不为人知的艰辛，但是本着为国家和人民造福的职责，它同样有着无限的骄傲。在今天，我们的教师们要抵御各种“金钱至上”腐朽思想的侵蚀，加强师风师德修养，用自己高尚的情操去赢得社会的敬仰。</w:t>
      </w:r>
      <w:r>
        <w:rPr>
          <w:lang w:eastAsia="zh-CN"/>
        </w:rPr>
        <w:br/>
      </w:r>
      <w:r>
        <w:rPr>
          <w:lang w:eastAsia="zh-CN"/>
        </w:rPr>
        <w:t>　　作为一名人民教师，我要以的在教师节的讲话精神为指导，从思想上严格要求自己，在行动上提高自己的工作责任心，树立一切为学生服务的思想。提高自己的钻研精神，发挥敢于与一切困难做斗争的思想和作风。刻苦钻研业务知识，用一片赤诚之心培育学生，用高尚的人格魅力影响学生，用崇高的师德塑造学生。</w:t>
      </w:r>
      <w:r>
        <w:rPr>
          <w:lang w:eastAsia="zh-CN"/>
        </w:rPr>
        <w:br/>
      </w:r>
      <w:r>
        <w:rPr>
          <w:lang w:eastAsia="zh-CN"/>
        </w:rPr>
        <w:t xml:space="preserve">    2024年教师节演讲的心得体会 篇3 </w:t>
      </w:r>
      <w:r>
        <w:rPr>
          <w:lang w:eastAsia="zh-CN"/>
        </w:rPr>
        <w:br/>
      </w:r>
      <w:r>
        <w:rPr>
          <w:lang w:eastAsia="zh-CN"/>
        </w:rPr>
        <w:t>　　老师，您有一颗爱生如子的心，您用平等的眼光看待每一名学生，无微不至地关怀、爱护我们。红花最清楚绿叶的无私，鸟儿最知道天空的广阔，作为您的学生，最能体会您的良苦用心。那些聪明伶俐、活泼可爱的学生确实招人喜欢，但那些内心卑微、自控能力差的学生可谓是班上的“后腿”，他们得到的多数是怒斥和批评。一个班级，都是由“好”学生和“坏”学生组成的，好学生常常受到老师的青睐和信任;“坏”学生常常得到的是老师的不理解和讨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您可不同，对于那些差生，从不用尖酸刻薄的话语批评他们，打击他们的积极性，伤害他们的自尊心，而是对他们悉心教诲，经常给予鼓励;上课时，您用坦诚和蔼的目光注视他们，细心倾听他们的心声;对于上课不敢问题的胆小害羞的学生，您会特别点名提问，其实，您不是存心和他们过不去，而是在锻炼他们的胆量，挖掘他们的闪光点，让他们不断进步。总之，对于每一个学生，您都用满腔热情唤醒他们，让他们跟着您在知识的海洋里尽情遨游。</w:t>
      </w:r>
      <w:r>
        <w:rPr>
          <w:lang w:eastAsia="zh-CN"/>
        </w:rPr>
        <w:br/>
      </w:r>
      <w:r>
        <w:rPr>
          <w:lang w:eastAsia="zh-CN"/>
        </w:rPr>
        <w:t>　　老师，教师节快乐!</w:t>
      </w:r>
      <w:r>
        <w:rPr>
          <w:lang w:eastAsia="zh-CN"/>
        </w:rPr>
        <w:br/>
      </w:r>
      <w:r>
        <w:rPr>
          <w:lang w:eastAsia="zh-CN"/>
        </w:rPr>
        <w:t xml:space="preserve">    2024年教师节演讲的心得体会 篇4 </w:t>
      </w:r>
      <w:r>
        <w:rPr>
          <w:lang w:eastAsia="zh-CN"/>
        </w:rPr>
        <w:br/>
      </w:r>
      <w:r>
        <w:rPr>
          <w:lang w:eastAsia="zh-CN"/>
        </w:rPr>
        <w:t>　　9月10日——一个美丽的日子。这天阳光灿烂，碧云如洗，__匆匆地背起书包去上学，她准备送给_老师一束美丽的鲜花。</w:t>
      </w:r>
      <w:r>
        <w:rPr>
          <w:lang w:eastAsia="zh-CN"/>
        </w:rPr>
        <w:br/>
      </w:r>
      <w:r>
        <w:rPr>
          <w:lang w:eastAsia="zh-CN"/>
        </w:rPr>
        <w:t>　　路旁，黄色的和紫色的野菊花真美啊!娇小的花瓣上闪动着晶莹的露珠，多么像一颗颗珍珠!看到这美丽的花儿，__的脚步放慢了，她蹲下身去，仔细挑选起来，经过左挑右选，两束鲜艳的花儿被__采走了。</w:t>
      </w:r>
      <w:r>
        <w:rPr>
          <w:lang w:eastAsia="zh-CN"/>
        </w:rPr>
        <w:br/>
      </w:r>
      <w:r>
        <w:rPr>
          <w:lang w:eastAsia="zh-CN"/>
        </w:rPr>
        <w:t>　　她哼着小调儿，不一会儿就来到了学校，她不是急着去教室，而是来到了_老师办公室的窗前，__心想：现在_师还没有来，我要给她一个惊喜!这样想着，__把珍宝似的花儿小心翼翼地插进了老师那个已经很旧的笔筒里。看着那美丽的花儿，__想起了上学期发生的一件事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那学期，__身体不太好。有一次，__感冒了，可爸爸在外地出差，妈妈又要值班，一星期不能回家，这下没有了爸爸的照顾，也没有了妈妈的关心，__的感冒越来越重，浑身像个火球，十分难受。她不能去上课，不能写作业，看着越堆越多的作业，__既着急又担心，满脸愁容，她害怕病好后去上课时，被_老师责怪。然而恰恰相反，当_老师来到__家时，她看到重病的__，担起了一个母亲的责任，她带__去看病，为__讲故事，还把__接到她们家住，像慈母般的照顾__，这些事__看在眼里，记在心里。</w:t>
      </w:r>
      <w:r>
        <w:rPr>
          <w:lang w:eastAsia="zh-CN"/>
        </w:rPr>
        <w:br/>
      </w:r>
      <w:r>
        <w:rPr>
          <w:lang w:eastAsia="zh-CN"/>
        </w:rPr>
        <w:t>　　想到这里，__的眼泪“扑哧扑哧”地掉了下来，她望着那两束美丽的鲜花，心里默默地祝愿着：_老师，祝您节日快乐，愿您像花儿一样美丽!</w:t>
      </w:r>
      <w:r>
        <w:rPr>
          <w:lang w:eastAsia="zh-CN"/>
        </w:rPr>
        <w:br/>
      </w:r>
      <w:r>
        <w:rPr>
          <w:lang w:eastAsia="zh-CN"/>
        </w:rPr>
        <w:t xml:space="preserve">    2024年教师节演讲的心得体会 篇5 </w:t>
      </w:r>
      <w:r>
        <w:rPr>
          <w:lang w:eastAsia="zh-CN"/>
        </w:rPr>
        <w:br/>
      </w:r>
      <w:r>
        <w:rPr>
          <w:lang w:eastAsia="zh-CN"/>
        </w:rPr>
        <w:t>　　站在三尺讲台，用心灵谱写着孩子们成长的篇章。一年一届，始终如一，您是我们最永恒的伴侣。年年岁岁暖如初在春天，在这万物复苏的美好季节，您陪我们用知识敲开新年的大门，为了我们获取更多的知识，您在新年夜24小时开机，随时守候我们在作业中的提问，离开了烟花绚烂，离开了红酒美食，离开了可爱的孩子，在这热闹的夜晚，您又想到了我们，想起了密密麻麻的备课本，为了我们，您放弃了一个个休闲的夜晚。烈日炎炎汗如雨我们永远无法忘记在我们报怨军训的酷暑时是谁送来了清凉的饮用水，无法忘记在我们跑操气喘吁吁后是谁为我们鼓劲。</w:t>
      </w:r>
      <w:r>
        <w:rPr>
          <w:lang w:eastAsia="zh-CN"/>
        </w:rPr>
        <w:br/>
      </w:r>
      <w:r>
        <w:rPr>
          <w:lang w:eastAsia="zh-CN"/>
        </w:rPr>
        <w:t>　　不必多言，您湿透的衣襟，成缕的头发，模糊的眼睛就是最好的见证，为了学生，您放弃了一个个清凉的夏天。白雪如毡心无阻我们作为学生，曾因大雪铺路而退缩，而您却走出家门准时踏入教室，拿起粉笔，开始新的一天。纷纷掉落的笔沫是爱的背景，没有任何恶劣的环境能阻挡您传授知识的师者情怀。为了我们，您放弃了一个个温暖的冬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我们是幸运的，因为我们有无数辛勤耕耘的老师们培育；我们是幸福的，因为我们有亲如一家的老师们陪伴；我们是快乐的，因为老师教授我们如何在学海中畅游的。</w:t>
      </w:r>
      <w:r>
        <w:rPr>
          <w:lang w:eastAsia="zh-CN"/>
        </w:rPr>
        <w:br/>
      </w:r>
      <w:r>
        <w:rPr>
          <w:lang w:eastAsia="zh-CN"/>
        </w:rPr>
        <w:t>　　亲爱的老师，谢谢您，祝您节日快乐！</w:t>
      </w:r>
      <w:r>
        <w:rPr>
          <w:lang w:eastAsia="zh-CN"/>
        </w:rPr>
        <w:br/>
      </w:r>
      <w:r>
        <w:rPr>
          <w:lang w:eastAsia="zh-CN"/>
        </w:rPr>
        <w:t xml:space="preserve">    2024年教师节演讲的心得体会 篇6 </w:t>
      </w:r>
      <w:r>
        <w:rPr>
          <w:lang w:eastAsia="zh-CN"/>
        </w:rPr>
        <w:br/>
      </w:r>
      <w:r>
        <w:rPr>
          <w:lang w:eastAsia="zh-CN"/>
        </w:rPr>
        <w:t>　　尊师重教是永远的美德，在教师节来临之际，我校结合教育教学工作实际，及时落实省、州、县教育局文件精神，本着“隆重、热烈、务实、简朴”的原则，按照“加强领导、精心策划、统筹安排、总体部署”的要求，切实组织好了本次教师节庆祝及表彰活动。现将活动情况总结如下：</w:t>
      </w:r>
      <w:r>
        <w:rPr>
          <w:lang w:eastAsia="zh-CN"/>
        </w:rPr>
        <w:br/>
      </w:r>
      <w:r>
        <w:rPr>
          <w:lang w:eastAsia="zh-CN"/>
        </w:rPr>
        <w:t>　　一、尊师颂德</w:t>
      </w:r>
      <w:r>
        <w:rPr>
          <w:lang w:eastAsia="zh-CN"/>
        </w:rPr>
        <w:br/>
      </w:r>
      <w:r>
        <w:rPr>
          <w:lang w:eastAsia="zh-CN"/>
        </w:rPr>
        <w:t>　　利用橱窗、板报、广播、学校网站等多种形式，围绕今年教师节主题“忠诚党的教育事业，落实教育规划纲要”，宣传优秀教师风采，倡导尊师重教新风，营造浓厚节日气氛。</w:t>
      </w:r>
      <w:r>
        <w:rPr>
          <w:lang w:eastAsia="zh-CN"/>
        </w:rPr>
        <w:br/>
      </w:r>
      <w:r>
        <w:rPr>
          <w:lang w:eastAsia="zh-CN"/>
        </w:rPr>
        <w:t>　　二、以班为单位，开展“感念师恩”主题队会</w:t>
      </w:r>
      <w:r>
        <w:rPr>
          <w:lang w:eastAsia="zh-CN"/>
        </w:rPr>
        <w:br/>
      </w:r>
      <w:r>
        <w:rPr>
          <w:lang w:eastAsia="zh-CN"/>
        </w:rPr>
        <w:t>　　1、利用班队活动开展“老师，谢谢你”主题活动，让学生给老师制作一张贺卡或说一句心里话。</w:t>
      </w:r>
      <w:r>
        <w:rPr>
          <w:lang w:eastAsia="zh-CN"/>
        </w:rPr>
        <w:br/>
      </w:r>
      <w:r>
        <w:rPr>
          <w:lang w:eastAsia="zh-CN"/>
        </w:rPr>
        <w:t>　　2、开展“老师，让我来帮你”活动，让学生主动帮助老师做一些力所能及的事情，进一步激发爱师、尊师的意识。</w:t>
      </w:r>
      <w:r>
        <w:rPr>
          <w:lang w:eastAsia="zh-CN"/>
        </w:rPr>
        <w:br/>
      </w:r>
      <w:r>
        <w:rPr>
          <w:lang w:eastAsia="zh-CN"/>
        </w:rPr>
        <w:t>　　三、隆重召开教师节庆祝及表彰大会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9月9日下午，学校在体育馆内召开了教师节庆祝暨表彰大会。县委常委、宣传部长、县教育局局长、副局长应邀参加了本次庆祝活动。_部长发表了热情洋溢的讲话，表达了党和政府对教育的关心和支持。校长在会上充分肯定了全校教职工一年来的辛勤工作，给大家送来了节日的祝福，同时他希望全体教职工向获得表彰的先进人物学习，团结协作，努力工作，共创我校教育教学工作新局面。学校副校长宣读20__年__中学对__年度先进个人和先进集体进行表彰奖励的决定：</w:t>
      </w:r>
      <w:r>
        <w:rPr>
          <w:lang w:eastAsia="zh-CN"/>
        </w:rPr>
        <w:br/>
      </w:r>
      <w:r>
        <w:rPr>
          <w:lang w:eastAsia="zh-CN"/>
        </w:rPr>
        <w:t>　　受到表彰的先进个人有师德师风标兵_名，优秀班主任_名。学校还对20__学年上半年的教科研工作、科研课题结题、优秀教研室、优秀备课组、优秀论文等进行了表彰和奖励。</w:t>
      </w:r>
      <w:r>
        <w:rPr>
          <w:lang w:eastAsia="zh-CN"/>
        </w:rPr>
        <w:br/>
      </w:r>
      <w:r>
        <w:rPr>
          <w:lang w:eastAsia="zh-CN"/>
        </w:rPr>
        <w:t>　　总之，今年我校的教师节庆祝活动开展的丰富多彩，成效显著，每位老师都振奋了精神、鼓足干劲，准备在今后的工作中大显身手。其次，营造了团结、奋进的教师队伍，营造了人文、和谐的育人环境，为我校今后的发展奠定了坚实的基础。</w:t>
      </w:r>
      <w:r>
        <w:rPr>
          <w:lang w:eastAsia="zh-CN"/>
        </w:rPr>
        <w:br/>
      </w:r>
      <w:r>
        <w:rPr>
          <w:lang w:eastAsia="zh-CN"/>
        </w:rPr>
        <w:t xml:space="preserve">    2024年教师节演讲的心得体会 篇7 </w:t>
      </w:r>
      <w:r>
        <w:rPr>
          <w:lang w:eastAsia="zh-CN"/>
        </w:rPr>
        <w:br/>
      </w:r>
      <w:r>
        <w:rPr>
          <w:lang w:eastAsia="zh-CN"/>
        </w:rPr>
        <w:t>　　教师是一项神圣的、引以为豪的职业。教师承担教书育人，培养社会主义事业建设者和接班人、提高民族素质的使命。教师的工作是直接教育人的特殊职业，对学生的影响深远，起到了引导、模范的作用。</w:t>
      </w:r>
      <w:r>
        <w:rPr>
          <w:lang w:eastAsia="zh-CN"/>
        </w:rPr>
        <w:br/>
      </w:r>
      <w:r>
        <w:rPr>
          <w:lang w:eastAsia="zh-CN"/>
        </w:rPr>
        <w:t>　　今年的9月10日，我们迎来了第38个教师节，全国各地的学生都在用自己独特的方式表达自己内心对老师的感谢和尊敬。同样，我们武汉生物工程学院青年志愿者协会及时召开了关于“尊师、感恩、责任”系列教师节活动的工作会议，发动全校志愿者共同参与。同时我校阳光爱心社及手工艺协会的成员在这一天也用行动表达了自己对老师的崇敬和感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10日早上7时青年志愿者按照会议安排，各系志愿者负责不同教学楼，在老师还未到教室的时候将黑板擦拭干净，整理讲台，为老师布置洁净的工作的环境。那白色的粉末在空中飞舞着，犹如翩翩起舞的白蝴蝶，最后又落在志愿者们黑色的头发上。</w:t>
      </w:r>
      <w:r>
        <w:rPr>
          <w:lang w:eastAsia="zh-CN"/>
        </w:rPr>
        <w:br/>
      </w:r>
      <w:r>
        <w:rPr>
          <w:lang w:eastAsia="zh-CN"/>
        </w:rPr>
        <w:t>　　看到这一幕不仅让我们想起了这些白色的粉末不知在老师的头发上落下了多少，不知进入老师身体里了多少！老师是这样的辛苦，但是他们从来也没有抱怨过，一直默默无闻的奉献着，活动的中我们每一位志愿者都深刻感受到了老师工作的辛苦。</w:t>
      </w:r>
      <w:r>
        <w:rPr>
          <w:lang w:eastAsia="zh-CN"/>
        </w:rPr>
        <w:br/>
      </w:r>
      <w:r>
        <w:rPr>
          <w:lang w:eastAsia="zh-CN"/>
        </w:rPr>
        <w:t>　　随后，志愿者们都在讲台上贴了祝老师教师节快乐的便条，短短的几句话语，却包含了学生们最诚挚的祝福。</w:t>
      </w:r>
      <w:r>
        <w:rPr>
          <w:lang w:eastAsia="zh-CN"/>
        </w:rPr>
        <w:br/>
      </w:r>
      <w:r>
        <w:rPr>
          <w:lang w:eastAsia="zh-CN"/>
        </w:rPr>
        <w:t>　　站在鲜艳的红旗下，我们又迎来了一个难忘的教师节，在这幸福、温馨而又激动的时刻，我代表全校的莘莘学子捧出我们最纯真、最真挚、最热烈的心，祝关心、爱护我们成长的一中全体老师们节日快乐、幸福安康！我们甚至希望我们的问候和祝福能抚平园丁脸上的皱纹，擦去园丁双鬓的微霜，让园丁们那智慧的双眸永放光芒！</w:t>
      </w:r>
      <w:r>
        <w:rPr>
          <w:lang w:eastAsia="zh-CN"/>
        </w:rPr>
        <w:br/>
      </w:r>
      <w:r>
        <w:rPr>
          <w:lang w:eastAsia="zh-CN"/>
        </w:rPr>
        <w:t>　　当老师是辛劳的，可塑造灵魂的工作是伟大的;红烛的燃烧是短暂的，可她燃烧自己，照亮别人的心却是永恒的。你们之所以伟大，不仅仅在于传授我们的科学文化知识，更在于给我们树立了一个做人的典范。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感谢您——老师，您让我们成为自信的，能超越自己的人。你用事实向我们证明：学习并不是一种负担，而是一种快乐和责任，一把通向我们从未知道的天地的钥匙。您教会我们用自己的头脑和双手大胆探索，去寻找和发现，让生活充满惊喜！</w:t>
      </w:r>
      <w:r>
        <w:rPr>
          <w:lang w:eastAsia="zh-CN"/>
        </w:rPr>
        <w:br/>
      </w:r>
      <w:r>
        <w:rPr>
          <w:lang w:eastAsia="zh-CN"/>
        </w:rPr>
        <w:t>　　感谢您——老师，您是一个我们能永远信赖的人，在生活中遇到麻烦便会去求救的人。你让我们知道：只要我们愿意，能把一切向您倾诉。你常说你也曾是个孩子，因此你能理解孩子的喜怒哀乐。</w:t>
      </w:r>
      <w:r>
        <w:rPr>
          <w:lang w:eastAsia="zh-CN"/>
        </w:rPr>
        <w:br/>
      </w:r>
      <w:r>
        <w:rPr>
          <w:lang w:eastAsia="zh-CN"/>
        </w:rPr>
        <w:t>　　感谢您——老师，是您让我明白：我们能从失败中汲取教训，在困难中积聚力量，在黑暗中寻找光明。您给我们勇气去卡动脑筋，同时要求我们襟怀坦荡。您将美放在我们心中，给我们教诲、见识和想象，由此营造我们的一生。不管我们建造什么，你总帮助我们垒好基础，你为成长的我们做到了！或许你讲课的每个细节随着时间的流逝会被我们淡忘，但您的热情、勇气和慈爱会永远保留。</w:t>
      </w:r>
      <w:r>
        <w:rPr>
          <w:lang w:eastAsia="zh-CN"/>
        </w:rPr>
        <w:br/>
      </w:r>
      <w:r>
        <w:rPr>
          <w:lang w:eastAsia="zh-CN"/>
        </w:rPr>
        <w:t>　　感谢您从不对我们冷嘲热讽，在我们尝试时，您总是殷切关注着，即使结果是那么微不足道，也总是让我们明白您已看到了我们的成绩。是您让我们懂得生活能像一张纸一样轻薄，也可以像大海一样深邃，向天空一样辽阔，而我们必须自己做出选择。您带领我们所经历的每个问题，每个发现，们中体验都令我们着迷，让我们看到了智慧在知识海洋中的闪烁。</w:t>
      </w:r>
      <w:r>
        <w:rPr>
          <w:lang w:eastAsia="zh-CN"/>
        </w:rPr>
        <w:br/>
      </w:r>
      <w:r>
        <w:rPr>
          <w:lang w:eastAsia="zh-CN"/>
        </w:rPr>
        <w:t>　　亲爱的老师们，你们的光热是有限的，可正是你们有限的光热融会在一起引燃了祖国腾飞的万丈光芒！</w:t>
      </w:r>
      <w:r>
        <w:rPr>
          <w:lang w:eastAsia="zh-CN"/>
        </w:rPr>
        <w:br/>
      </w:r>
      <w:r>
        <w:rPr>
          <w:lang w:eastAsia="zh-CN"/>
        </w:rPr>
        <w:t>　　最后，再次祝全体老师们节日快乐！</w:t>
      </w:r>
      <w:r>
        <w:rPr>
          <w:lang w:eastAsia="zh-CN"/>
        </w:rPr>
        <w:br/>
      </w:r>
      <w:r>
        <w:rPr>
          <w:lang w:eastAsia="zh-CN"/>
        </w:rPr>
        <w:t xml:space="preserve">    2024年教师节演讲的心得体会 篇8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在大会上县领导的讲话为万荣的教育事业改革发展指明了方向，肯定了教育的重要地位和教师对教育事业所作出的巨大贡献。从社会责任、治学态度、创新精神等多方面对全县教师作出了期望。在领略了领导的深刻丰富的讲话之后。我感到精神鼓舞、振奋，感到作为一名教师的荣幸与使命感。在今后的日子里，我将努力做好本职工作，做一名充满责任的教师，培养强烈的敬业精神和忠诚于自己本职工作的事业心，培养敬重本职工作的责任感和成就本职工作的使命感。这是从事教育工作不可或缺的。要努力做一名勤奋学习的教师，在知识迅猛发展的今天，要保证知识不落后，自己不落伍，就必须多学习，多钻研，多读各种各样的书，丰富自己的知识修养。要做一名拥有创新精神的教师，我们要大胆探究、勇于探索，创造性的完成自己的使命，全力提高自己的科学素养、创新精神和创新意识。那样，我们做教师的做就做木桶上那70%的长木板，不做那30%的短木板。</w:t>
      </w:r>
      <w:r>
        <w:rPr>
          <w:lang w:eastAsia="zh-CN"/>
        </w:rPr>
        <w:br/>
      </w:r>
      <w:r>
        <w:rPr>
          <w:lang w:eastAsia="zh-CN"/>
        </w:rPr>
        <w:t>　　今年教师节领导的讲话包含了深刻的哲理和丰富的内涵，在今后的教学生涯中，我将以此为座右铭，时时鼓舞鞭策自己，积极地投身于教育事业。爱岗敬业、教书育人、为人师表，用自己的实际行动努力做好教育。</w:t>
      </w:r>
      <w:r>
        <w:rPr>
          <w:lang w:eastAsia="zh-CN"/>
        </w:rPr>
        <w:br/>
      </w:r>
      <w:r>
        <w:rPr>
          <w:lang w:eastAsia="zh-CN"/>
        </w:rPr>
        <w:t xml:space="preserve">    2024年教师节演讲的心得体会 篇9 </w:t>
      </w:r>
      <w:r>
        <w:rPr>
          <w:lang w:eastAsia="zh-CN"/>
        </w:rPr>
        <w:br/>
      </w:r>
      <w:r>
        <w:rPr>
          <w:lang w:eastAsia="zh-CN"/>
        </w:rPr>
        <w:t>　　在我的记忆中，有很多事情已被遗忘，可我唯一忘不了的，就是那关心我、指导我、呵护我，帮助我前进的好老师，我的班主任数学老师––姜秀云老师，我人生的指路灯。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姜老师到现在只教了我二年，但她的一句警告，一个微笑都好像在我耳旁回荡着。姜老师上课十分有趣，讲课时她那和蔼可亲，时严肃时快乐的表情让我“心惊胆战！”老师一但看到某些同学不认真听讲，东张西望的时候，老师顿时严肃起来，把那位同学吓得立即坐好！</w:t>
      </w:r>
      <w:r>
        <w:rPr>
          <w:lang w:eastAsia="zh-CN"/>
        </w:rPr>
        <w:br/>
      </w:r>
      <w:r>
        <w:rPr>
          <w:lang w:eastAsia="zh-CN"/>
        </w:rPr>
        <w:t>　　记得有一次，在做老师出的计算题时，我居然错了一道不该错的题，老师让我回来重做，这时我的同桌偷偷的告诉了我正确的答案。我把答案写上了之后，老师问我是怎么做的？我默默的不说话了。老师到下课时，把我叫过去，说了一顿，说道：“知识到底是学在你的脑子里，谁也抢不走。”这句话我记忆犹新。</w:t>
      </w:r>
      <w:r>
        <w:rPr>
          <w:lang w:eastAsia="zh-CN"/>
        </w:rPr>
        <w:br/>
      </w:r>
      <w:r>
        <w:rPr>
          <w:lang w:eastAsia="zh-CN"/>
        </w:rPr>
        <w:t>　　姜老师，别人把您比喻为辛勤的园丁，而我却认为，您如夜空中皎洁的圆月，而我们如您周围闪闪发光的小星星，您指引我们前进的方向，带我们走向璀璨之地……虽然我们只是一轮初升的太阳，我们也要学着释放温暖，更要怀着对老师感恩的心去思考、行动，毕竟老师为我付出太多太多。</w:t>
      </w:r>
      <w:r>
        <w:rPr>
          <w:lang w:eastAsia="zh-CN"/>
        </w:rPr>
        <w:br/>
      </w:r>
      <w:r>
        <w:rPr>
          <w:lang w:eastAsia="zh-CN"/>
        </w:rPr>
        <w:t>　　在此时，我代表全体同学，向我们尊敬的姜老师说：老师，您辛苦了。希望您平安，健康。老师，您是美丽的耕耘者，美的传播者，是您用美的阳光普照，用美的雨露滋润我们的心田，才绿草如茵，繁花似锦！您是我们心中一颗灿烂明珠，您对我们的教育和培养，我们全铭记于心。</w:t>
      </w:r>
      <w:r>
        <w:rPr>
          <w:lang w:eastAsia="zh-CN"/>
        </w:rPr>
        <w:br/>
      </w:r>
      <w:r>
        <w:rPr>
          <w:lang w:eastAsia="zh-CN"/>
        </w:rPr>
        <w:t>　　这是一个有感恩之心的学生，内心充满激情充满阳光充满希望！</w:t>
      </w:r>
      <w:r>
        <w:rPr>
          <w:lang w:eastAsia="zh-CN"/>
        </w:rPr>
        <w:br/>
      </w:r>
      <w:r>
        <w:rPr>
          <w:lang w:eastAsia="zh-CN"/>
        </w:rPr>
        <w:t>　　老师爱学生，学生爱老师！老师是学生心中的女神，有老师的地方，就有了方向！</w:t>
      </w:r>
      <w:r>
        <w:rPr>
          <w:lang w:eastAsia="zh-CN"/>
        </w:rPr>
        <w:br/>
      </w:r>
      <w:r>
        <w:rPr>
          <w:lang w:eastAsia="zh-CN"/>
        </w:rPr>
        <w:t xml:space="preserve">    2024年教师节演讲的心得体会 篇10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今年的教师节快到了，我用什么方式送给老师节日礼物呢?用什么方式去感恩老师呢?怎样回报老师呢?</w:t>
      </w:r>
      <w:r>
        <w:rPr>
          <w:lang w:eastAsia="zh-CN"/>
        </w:rPr>
        <w:br/>
      </w:r>
      <w:r>
        <w:rPr>
          <w:lang w:eastAsia="zh-CN"/>
        </w:rPr>
        <w:t>　　老师是辛勤的园丁，为我们日夜操劳，付出了大量的时间和精力。他要精心设计每一个教学方案，认真讲好每一节课，仔细批改每一份作业，教我们时刻注意安全。老师真是为我们操尽了心。老师，您的爱像太阳一样温暖、像春风一样和煦、像清泉一样甘甜;您的爱，比父爱更严峻，比母爱更细腻，比友爱更纯洁;您的爱最伟大，最无私，最神圣。老师的工作辛苦而繁重，我们应该体谅老师的工作特点和辛苦，不辜负老师对我们的希望。</w:t>
      </w:r>
      <w:r>
        <w:rPr>
          <w:lang w:eastAsia="zh-CN"/>
        </w:rPr>
        <w:br/>
      </w:r>
      <w:r>
        <w:rPr>
          <w:lang w:eastAsia="zh-CN"/>
        </w:rPr>
        <w:t>　　我们用什么方式送给老师节日礼物，用什么方式去感恩老师，回报老师。我们要用心学好各门功课，上课注意听讲，认真完成老师布置作业，注意安全。这就是送给老师最好的节日礼物，最好的感恩，最好的回报。</w:t>
      </w:r>
      <w:r>
        <w:rPr>
          <w:lang w:eastAsia="zh-CN"/>
        </w:rPr>
        <w:br/>
      </w:r>
      <w:r>
        <w:rPr>
          <w:lang w:eastAsia="zh-CN"/>
        </w:rPr>
        <w:t>　　老师，我衷心祝您教师节快乐，您辛苦了。</w:t>
      </w:r>
      <w:r>
        <w:rPr>
          <w:lang w:eastAsia="zh-CN"/>
        </w:rPr>
        <w:br/>
      </w:r>
      <w:r>
        <w:rPr>
          <w:lang w:eastAsia="zh-CN"/>
        </w:rPr>
        <w:t xml:space="preserve">    2024年教师节演讲的心得体会 篇11 </w:t>
      </w:r>
      <w:r>
        <w:rPr>
          <w:lang w:eastAsia="zh-CN"/>
        </w:rPr>
        <w:br/>
      </w:r>
      <w:r>
        <w:rPr>
          <w:lang w:eastAsia="zh-CN"/>
        </w:rPr>
        <w:t>　　今天是我过得第_个教师节，在这很平淡的日子里学生给了我一些惊喜。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这个我刚刚接手的班级，我各方面管理得比较严格，开学到现在我一直板着一副严肃的面孔面对他们，有时他们的一点点小错误都会遭来我的大声呵斥，很多时候我觉得我都快失去了母性的温柔了！对他们我都极少露出笑容，我以为学生害怕我了，对我只是敬畏了，再也没有了以前我和学生之间的那种友情了！今天当我走进教室的时候，那些学生集体鼓起掌接着齐声说：“刘老师，祝您教师节快乐！”随后，学生纷纷把他们自制的贺卡递给我。·看着那些花花绿绿的贺卡和那些稚嫩的面孔，我心里充满感激的同时感到很自责。</w:t>
      </w:r>
      <w:r>
        <w:rPr>
          <w:lang w:eastAsia="zh-CN"/>
        </w:rPr>
        <w:br/>
      </w:r>
      <w:r>
        <w:rPr>
          <w:lang w:eastAsia="zh-CN"/>
        </w:rPr>
        <w:t>　　那么可爱的学生，我却一直在抱怨这的工作环境，对他们关心不够，很多事情处理方式过于粗暴，也许我已伤害了某些幼小的心灵。我深深向学生鞠一个躬，用沙哑的声音（昨天感冒，声音哑了）向他们说了一声谢谢！接着我先检讨自己起来，我觉得我很有必要向学生检讨，我对他们太严格了，要求高了，毕竟他们还是孩子，这2周来，我对他们真的太严肃了！仔细想想，这的孩子虽然学习基础比较差，但都很乖的，全班49个学生没有一个是很调皮的，每当我悄悄走进教室的时候，都很安静！我想我在对他们严厉的同时，应该给他们更多的关怀，他们中大多数都是留守儿童！</w:t>
      </w:r>
      <w:r>
        <w:rPr>
          <w:lang w:eastAsia="zh-CN"/>
        </w:rPr>
        <w:br/>
      </w:r>
      <w:r>
        <w:rPr>
          <w:lang w:eastAsia="zh-CN"/>
        </w:rPr>
        <w:t>　　有学生中贺卡里说，我像她们的姐姐一样，那我更应该给予她们一些关怀和爱才是，的确如林海音的所说的那样：你们是吃饭长大的，也是读书长大的，还是在爱里长大的！宝山这有着旖旎风光的地方，却不被很多人发现，就像这群有着聪颖智慧的孩子们一样，却很少得到别人关注！我想我会慢慢适应和喜欢这的！</w:t>
      </w:r>
      <w:r>
        <w:rPr>
          <w:lang w:eastAsia="zh-CN"/>
        </w:rPr>
        <w:br/>
      </w:r>
      <w:r>
        <w:rPr>
          <w:lang w:eastAsia="zh-CN"/>
        </w:rPr>
        <w:t xml:space="preserve">    2024年教师节演讲的心得体会 篇12 </w:t>
      </w:r>
      <w:r>
        <w:rPr>
          <w:lang w:eastAsia="zh-CN"/>
        </w:rPr>
        <w:br/>
      </w:r>
      <w:r>
        <w:rPr>
          <w:lang w:eastAsia="zh-CN"/>
        </w:rPr>
        <w:t>　　1.世界上有一种情，超越了亲情、友情。那就是老师对我们无微不至的关怀之情，对我们细心教导之情。我真心祝福老师万事如意、永远健康，永远HAPPY!</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2.老师，您就像是蜡烛，点燃自己，照亮别人，也像吐尽青丝的春蚕，为了让年轻一代得到攀登科学顶峰的“金钥匙”，您煞白了头发，费尽了心血。在教师节之际祝您身体健康、万事如意!</w:t>
      </w:r>
      <w:r>
        <w:rPr>
          <w:lang w:eastAsia="zh-CN"/>
        </w:rPr>
        <w:br/>
      </w:r>
      <w:r>
        <w:rPr>
          <w:lang w:eastAsia="zh-CN"/>
        </w:rPr>
        <w:t>　　3.祝各位老师身体健康、万事如意、工作顺利、开开心心过每一分钟，高高兴兴过每一天!</w:t>
      </w:r>
      <w:r>
        <w:rPr>
          <w:lang w:eastAsia="zh-CN"/>
        </w:rPr>
        <w:br/>
      </w:r>
      <w:r>
        <w:rPr>
          <w:lang w:eastAsia="zh-CN"/>
        </w:rPr>
        <w:t>　　4.师恩如山，因为高山巍峨，使人崇敬;师恩似海，因为大海浩瀚，无法估量。值此教师节到来之际，学生祝您健康快乐，全家幸福!</w:t>
      </w:r>
      <w:r>
        <w:rPr>
          <w:lang w:eastAsia="zh-CN"/>
        </w:rPr>
        <w:br/>
      </w:r>
      <w:r>
        <w:rPr>
          <w:lang w:eastAsia="zh-CN"/>
        </w:rPr>
        <w:t>　　5.祝老师桃李满天下，心好，一切都好。</w:t>
      </w:r>
      <w:r>
        <w:rPr>
          <w:lang w:eastAsia="zh-CN"/>
        </w:rPr>
        <w:br/>
      </w:r>
      <w:r>
        <w:rPr>
          <w:lang w:eastAsia="zh-CN"/>
        </w:rPr>
        <w:t>　　6.您授予我们知识，您，指给我们向前的路。你如同母亲一样保护我们。作为您的学子祝身体健康，一帆风顺!</w:t>
      </w:r>
      <w:r>
        <w:rPr>
          <w:lang w:eastAsia="zh-CN"/>
        </w:rPr>
        <w:br/>
      </w:r>
      <w:r>
        <w:rPr>
          <w:lang w:eastAsia="zh-CN"/>
        </w:rPr>
        <w:t>　　7.老师是神圣的职业，你们为了我们的学习、成长，不辞辛劳的教导、教育我们。在这个神圣的节日中，我们要说一声：老师，您辛苦了!</w:t>
      </w:r>
      <w:r>
        <w:rPr>
          <w:lang w:eastAsia="zh-CN"/>
        </w:rPr>
        <w:br/>
      </w:r>
      <w:r>
        <w:rPr>
          <w:lang w:eastAsia="zh-CN"/>
        </w:rPr>
        <w:t>　　8.敬爱的老师，您的谆谆教诲如春风，似瑞雨，永铭我心!</w:t>
      </w:r>
      <w:r>
        <w:rPr>
          <w:lang w:eastAsia="zh-CN"/>
        </w:rPr>
        <w:br/>
      </w:r>
      <w:r>
        <w:rPr>
          <w:lang w:eastAsia="zh-CN"/>
        </w:rPr>
        <w:t>　　9.一个个日子升起又降落，一届届学生走来又走过。不变的是您深沉的爱和灿烂的笑容，祝福您，亲爱的老师!</w:t>
      </w:r>
      <w:r>
        <w:rPr>
          <w:lang w:eastAsia="zh-CN"/>
        </w:rPr>
        <w:br/>
      </w:r>
      <w:r>
        <w:rPr>
          <w:lang w:eastAsia="zh-CN"/>
        </w:rPr>
        <w:t>　　10.如果说我们是彩虹，那您就是太阳，给予我们七彩之光，如果说我们是鱼儿，那您就是水中的空气，给予我们新的呼吸。如果说我们是小草，那您就是春季的雨滴，给予我们生命的源泉。</w:t>
      </w:r>
      <w:r>
        <w:rPr>
          <w:lang w:eastAsia="zh-CN"/>
        </w:rPr>
        <w:br/>
      </w:r>
      <w:r>
        <w:rPr>
          <w:lang w:eastAsia="zh-CN"/>
        </w:rPr>
        <w:t xml:space="preserve">    2024年教师节演讲的心得体会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教师节那天，我有幸收到一份意外的礼物：一支紫色的玫瑰，幸福感瞬间溢满心田，一种被学生认可的快乐，漫润着我每一根敏感的神经。'</w:t>
      </w:r>
      <w:r>
        <w:rPr>
          <w:lang w:eastAsia="zh-CN"/>
        </w:rPr>
        <w:br/>
      </w:r>
      <w:r>
        <w:rPr>
          <w:lang w:eastAsia="zh-CN"/>
        </w:rPr>
        <w:t>　　回家路上，我思绪万千心情久久不能平静。我想起了职教一生的父亲，想起了昔日的启蒙老师，想起了好多与教师有关的人和事。</w:t>
      </w:r>
      <w:r>
        <w:rPr>
          <w:lang w:eastAsia="zh-CN"/>
        </w:rPr>
        <w:br/>
      </w:r>
      <w:r>
        <w:rPr>
          <w:lang w:eastAsia="zh-CN"/>
        </w:rPr>
        <w:t>　　记得小时侯，教师节并不存在，"九月十日"是个遥远的天文数字，遥不可及。</w:t>
      </w:r>
      <w:r>
        <w:rPr>
          <w:lang w:eastAsia="zh-CN"/>
        </w:rPr>
        <w:br/>
      </w:r>
      <w:r>
        <w:rPr>
          <w:lang w:eastAsia="zh-CN"/>
        </w:rPr>
        <w:t>　　那时，乡村教师的工资很低，工作很累，没有最起码的尊重，有的只是“臭老九“的称号。在交通不便的情况下，两条腿代替了所有的交通工具。他们的家庭状况大多是“一头沉"，生活压力非常大。那时的文化生活极其落后，进剧院，看电影的人大多是经济条件好的人才敢想的，穷孩子是不可能奢求的。电影公演时，大人小孩赶趟儿般全家出动前往，那怕山高路远，那怕穿村过巷，那怕天黑路滑。家庭背景与生活条件的趋限性，乡村教师们几乎没有走出大山的可能。为了生活，乡村老师不得不奔波劳累于乡村小路，深沟浅洼，往返于家与学校的距离。风雨兼程地维持着两点一线的生活。既要教书育人为人师表，又要操心一家老小的吃，喝，拉，撒，油，盐，酱，醋，茶。他们多在外，少在家。在家，是一个挂职的家长，忍辱负重；在外，是一个称职的老师，任重道远。我的父亲就是一个现实的例子。</w:t>
      </w:r>
      <w:r>
        <w:rPr>
          <w:lang w:eastAsia="zh-CN"/>
        </w:rPr>
        <w:br/>
      </w:r>
      <w:r>
        <w:rPr>
          <w:lang w:eastAsia="zh-CN"/>
        </w:rPr>
        <w:t>　　我的父亲是一位人民教师，教龄三十多年。父亲毕业于陕西师大中文系，毕业后回到家乡，投身于教育事业。受父亲的熏陶与影响，我家成了名副其实的教师之家。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父亲一生儿多女多，刚参加工作那几年，父亲每月只有四十多元的工资，这一拿就是几年。多儿多女的家庭，使父母无论怎样勤劳，怎样努力。有限的工分有限的工资，总是很难维持一家人的生活开支。日子过得非常拮据。</w:t>
      </w:r>
      <w:r>
        <w:rPr>
          <w:lang w:eastAsia="zh-CN"/>
        </w:rPr>
        <w:br/>
      </w:r>
      <w:r>
        <w:rPr>
          <w:lang w:eastAsia="zh-CN"/>
        </w:rPr>
        <w:t>　　记忆中，周休的父亲总有做不完的活。不是上坡割柴，就是上地劳作。为了盖建新房，父亲的假节日常排得满满当当。寒冷的冬天他领着哥哥进山伐木；酷热的夏日，他领着全家起土打墙。为了家庭，为了工作，他吃尽了苦头，受尽了磨难。操心家务，奋寝忘食的父亲，总是受到妈妈这样的抱怨："饭前忙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父亲每次返校，都是劳动刚回来，身上衣服老是沾满了泥巴，灰尘，还有带着小刺的植物种子。教书育人，为人师表的父亲，不但把一生所学教给学生，而且总想把自己的的形象留给学生。但造化弄人，天不逐人愿。拮据的生活，困苦的意遇，常常使他不能穿着体面的出现在大众面前，尤其是他的学生。亲戚邻居对他的评价既短而又寒酸，自然是不好的了。叫人羡慕，崇拜的只是别人拿不走的学识与他做人的原则。父亲一生谨小慎微，争强好面。从不主动与人争执摩擦，却也从不怕事，遇事沉着冷静，理智处强。他常对我们说："不惹事，不怕事"。他还对我们说：“贫穷不可怕，可怕的是穷的没志气“。退休后的父亲，儿女先后成家成业，日子好过了，本该享受天伦之乐。谁科天有不测风云，疾病使他尘封了所有的情感，多言善辩，乐施助人的父亲变得烦燥易怒，善变而脆弱，甚至不愿开口说话。他小孩一般的被我们敬着，宠着，疾病使他痴痴呆呆，晚年生活不尽人意。</w:t>
      </w:r>
      <w:r>
        <w:rPr>
          <w:lang w:eastAsia="zh-CN"/>
        </w:rPr>
        <w:br/>
      </w:r>
      <w:r>
        <w:rPr>
          <w:lang w:eastAsia="zh-CN"/>
        </w:rPr>
        <w:t>　　父亲年轻时，家境贫寒，生活压力大，但是，生活的困苦并没有冲谈他对工作的执爱与激情。生活的艰辛，从没使他误了工作。他总是及时返校，准时上班。他总说："端了国家这碗饭，就要端牢，受人之托，忠人之事"。</w:t>
      </w:r>
      <w:r>
        <w:rPr>
          <w:lang w:eastAsia="zh-CN"/>
        </w:rPr>
        <w:br/>
      </w:r>
      <w:r>
        <w:rPr>
          <w:lang w:eastAsia="zh-CN"/>
        </w:rPr>
        <w:t>　　记得有一次，任性贪玩的我，偷推了父亲的云山牌自行车在公路上横冲直闯。谁料，连人连车摔下了高堰，正值父亲返校时间。父亲当时很生气的埋怨我，不该摔坏了他的车子，误了他归校时间。平时的父亲，性情温和，可敬可亲。此时的父亲，冷眉横对，残酷无情。一下子判苦俩人的父亲，从我面前一晃而过，只是匆匆扛走了他的车子，火急火燎地离开了事发现场。摔下河畔在乱石堆中呻吟的我，望着父亲渐行惭远的背影，伤痛伴着失落，眼眶里涌满了委屈与怨恨的泪水。闻讯赶来的叔叔，言语中伤着父亲对我的态度。他对着父亲大吼：“不看娃啥样，只看你那烂车子"。赶时间的父亲那有时间理会叔叔的责骂，他以最快的速度修好了车子，并按时返回了他任职的学校。</w:t>
      </w:r>
      <w:r>
        <w:rPr>
          <w:lang w:eastAsia="zh-CN"/>
        </w:rPr>
        <w:br/>
      </w:r>
      <w:r>
        <w:rPr>
          <w:lang w:eastAsia="zh-CN"/>
        </w:rPr>
        <w:t>　　贫穷与困苦交织的生活境遇，并没有使父亲放松对我们的培养和教育。当着人民教师的父亲，懂得知识的重要，文化的深远。连没进过学堂的母亲也深知文盲的可怕。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每年寒暑假，父亲鼓励我们想方设法筹集学费。为了上学，我们虽小，却都很努力遵从父母的教诲，凭着勤劳获得自已想要的报酬。父亲常说:：山里的孩子，唯有学习才有出路。为了能填饱肚子补贴家用，五黄六月，年长的姐姐用架子车替人上寺耳拉过公粮，一趟六七十里，沿途爬坡下岭，穿村淌河，并忍饥挨饿的；为了上学，寒冬腊月哥几个上巡检蜂王贩过木材，每次回来，累得睡几天；为了上学，就连最小的我，也曾翻山越岭，吃力地挖过药材，打过枣核，摘过松仁。饿了，吃过野莓；渴了，喝过山泉。每次都以中午十二点飞机从头上飞过为回家时间，中午休息，下午继续上山。苦难的经历，给我们磨砺，助我们成长，也给我们生活的勇气和动力，激发着我们努力改变命运的决心。</w:t>
      </w:r>
      <w:r>
        <w:rPr>
          <w:lang w:eastAsia="zh-CN"/>
        </w:rPr>
        <w:br/>
      </w:r>
      <w:r>
        <w:rPr>
          <w:lang w:eastAsia="zh-CN"/>
        </w:rPr>
        <w:t>　　生活总给人艰辛，也给人战胜困难的激情，然后才有快乐与收获，对一件事情的认可与坚持是需要用时间来验证的，从教一生的父亲是这样做的，我生命中的乡村老师也是这样做的。</w:t>
      </w:r>
      <w:r>
        <w:rPr>
          <w:lang w:eastAsia="zh-CN"/>
        </w:rPr>
        <w:br/>
      </w:r>
      <w:r>
        <w:rPr>
          <w:lang w:eastAsia="zh-CN"/>
        </w:rPr>
        <w:t xml:space="preserve">    2024年教师节演讲的心得体会 篇14 </w:t>
      </w:r>
      <w:r>
        <w:rPr>
          <w:lang w:eastAsia="zh-CN"/>
        </w:rPr>
        <w:br/>
      </w:r>
      <w:r>
        <w:rPr>
          <w:lang w:eastAsia="zh-CN"/>
        </w:rPr>
        <w:t>　　老师是辛勤的园丁，精心培育幼小的花苗;老师是勤劳的蜜蜂，酿造美味无比的蜜;老师是夜晚的明灯，照亮学生前进的方向。您的眼睛是我永远的牵挂，即使我走过千山万水，却总走不出您那慈祥的目光;您的呼唤是我永恒的温暖，无论凄风冷雨，您总是为我点亮心中那盏灯;您的背影是我永生的眷恋，您的坚强牵引我们勇往直前。老师是辛勤的园丁，精心培育幼小的花苗;老师是勤劳的蜜蜂，酿造美味无比的蜜;老师是夜晚的明灯，照亮学生前进的方向。</w:t>
      </w:r>
      <w:r>
        <w:rPr>
          <w:lang w:eastAsia="zh-CN"/>
        </w:rPr>
        <w:br/>
      </w:r>
      <w:r>
        <w:rPr>
          <w:lang w:eastAsia="zh-CN"/>
        </w:rPr>
        <w:t>　　萤火虫的可贵，在于用那盏挂在后尾的灯传照别人;您的可敬，则在于总是给别人提供方便。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是谁把雨露撒遍大地?是谁把幼苗辛勤哺育?是您，老师，您是一位伟大的园丁看这遍地怒放的鲜花，哪一朵上没有您的心血，哪一朵上没有您的笑影!</w:t>
      </w:r>
      <w:r>
        <w:rPr>
          <w:lang w:eastAsia="zh-CN"/>
        </w:rPr>
        <w:br/>
      </w:r>
      <w:r>
        <w:rPr>
          <w:lang w:eastAsia="zh-CN"/>
        </w:rPr>
        <w:t>　　人们把老师比作“春雨”，把学生比作“春苗”，春苗血药春雨去浇灌。我们的老师就如那绵绵的春雨，用播洒的爱去滋润学生的心田，用丰富知识去开启学生的，用优秀的人格去潜移默化培育学生的品德，用无私的奉献精神去熏陶学生的心灵。</w:t>
      </w:r>
      <w:r>
        <w:rPr>
          <w:lang w:eastAsia="zh-CN"/>
        </w:rPr>
        <w:br/>
      </w:r>
      <w:r>
        <w:rPr>
          <w:lang w:eastAsia="zh-CN"/>
        </w:rPr>
        <w:t>　　感谢老师的话语太多太多，但用我们的实际行动来表现出我们对老师的这份感谢应该才是老师最高兴的。</w:t>
      </w:r>
      <w:r>
        <w:rPr>
          <w:lang w:eastAsia="zh-CN"/>
        </w:rPr>
        <w:br/>
      </w:r>
      <w:r>
        <w:rPr>
          <w:lang w:eastAsia="zh-CN"/>
        </w:rPr>
        <w:t>　　老师，您像路灯，照我们勇往直前，老师，您像船夫，拉我们渡过险滩急流。您用火一般的情感温暖着每一个同学的心房，无数颗心被您牵引激荡，连您的背影也凝聚着滚烫的目光……您不是演员，却吸引着我们饥渴的目光;您不是歌唱家，却让知识的清泉叮咚作响，唱出迷人的歌曲;您不是雕塑家，却塑造着一批批青年人的灵魂……老师啊，我怎能把您遗忘?最后说一声：“谢谢您，我的老师……”</w:t>
      </w:r>
      <w:r>
        <w:rPr>
          <w:lang w:eastAsia="zh-CN"/>
        </w:rPr>
        <w:br/>
      </w:r>
      <w:r>
        <w:rPr>
          <w:lang w:eastAsia="zh-CN"/>
        </w:rPr>
        <w:t xml:space="preserve">    2024年教师节演讲的心得体会 篇15 </w:t>
      </w:r>
      <w:r>
        <w:rPr>
          <w:lang w:eastAsia="zh-CN"/>
        </w:rPr>
        <w:br/>
      </w:r>
      <w:r>
        <w:rPr>
          <w:lang w:eastAsia="zh-CN"/>
        </w:rPr>
        <w:t>　　祝你生日快乐</w:t>
      </w:r>
      <w:r>
        <w:rPr>
          <w:lang w:eastAsia="zh-CN"/>
        </w:rPr>
        <w:br/>
      </w:r>
      <w:r>
        <w:rPr>
          <w:lang w:eastAsia="zh-CN"/>
        </w:rPr>
        <w:t>　　老师，虽然我不懂您的生日是几月几日，但我懂9月10日一定是您的生日，因为这天是教师节。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老师是人类灵魂的工程师，她不但教给我们知识，还教我们怎样修养品行;老师是辛勤的园丁，她在一块黑板前，三尺讲台旁，辛勤地耕耘着祖国的未来，用知识的雨露浇灌着每一朵含苞欲放的花蕾。</w:t>
      </w:r>
      <w:r>
        <w:rPr>
          <w:lang w:eastAsia="zh-CN"/>
        </w:rPr>
        <w:br/>
      </w:r>
      <w:r>
        <w:rPr>
          <w:lang w:eastAsia="zh-CN"/>
        </w:rPr>
        <w:t>　　读了五年小学，我庆幸我遇到了许多好老师，他们当中有德高望重的李素云老师、陈凤春老师、林国安老师，有才华横溢的唐剑能老师、韦以俊老师、覃壮莲老师。而最让我难忘的还是我的启蒙老师&amp;&amp;邓莉凡老师。</w:t>
      </w:r>
      <w:r>
        <w:rPr>
          <w:lang w:eastAsia="zh-CN"/>
        </w:rPr>
        <w:br/>
      </w:r>
      <w:r>
        <w:rPr>
          <w:lang w:eastAsia="zh-CN"/>
        </w:rPr>
        <w:t>　　邓老师她年轻漂亮又充满活力。在我刚读一年级时，邓老师就从a、o、e开始，认真的教我读，当时因为刚接触拼音，很多字母我都混淆不清，邓老师就不厌其烦的一次次，一遍遍的教我读，并帮助我纠正口型以及发音，慢慢地我分得清声母、韵母的读和写了。</w:t>
      </w:r>
      <w:r>
        <w:rPr>
          <w:lang w:eastAsia="zh-CN"/>
        </w:rPr>
        <w:br/>
      </w:r>
      <w:r>
        <w:rPr>
          <w:lang w:eastAsia="zh-CN"/>
        </w:rPr>
        <w:t>　　后来，邓老师用她那敏锐的眼光发现了我，不断地给我机会，教我唱歌、教我讲故事、教我美文诵读，鼓励我参加各种各样的比赛，使我的综合能力有了明显的提高。</w:t>
      </w:r>
      <w:r>
        <w:rPr>
          <w:lang w:eastAsia="zh-CN"/>
        </w:rPr>
        <w:br/>
      </w:r>
      <w:r>
        <w:rPr>
          <w:lang w:eastAsia="zh-CN"/>
        </w:rPr>
        <w:t>　　邓老师不但是一位爱岗敬业的好老师，还更象我们的亲姐姐，在生活上对我们也是关怀倍至。记得有一次学校搞板报比赛，邓老师让我和几个同学利用星期六到学校协助她做板报，我们把板报做好了，突然间天上下起了瓢泼大雨，谁也回不了家。这时，邓老师就一一地给每位同学的家长打电话，并且很快地买来了美味可口的饭菜，我们看见邓老师被雨水淋湿了，谁也不知道说什么好，只知道眼里含着泪水。邓老师却笑着说：“吃吧，小妹妹们，你们正在长身体，千万别饿着。”等我们吃完饭，雨也停了，邓老师又一一地把我们送回了家。老师的恩情我们永生不忘!</w:t>
      </w:r>
      <w:r>
        <w:rPr>
          <w:lang w:eastAsia="zh-CN"/>
        </w:rPr>
        <w:br/>
      </w:r>
    </w:p>
    <w:p w:rsidR="001B1F19" w14:textId="27C3F48A">
      <w:pPr>
        <w:rPr>
          <w:rFonts w:hint="eastAsia"/>
          <w:lang w:eastAsia="zh-CN"/>
        </w:rPr>
      </w:pPr>
      <w:r>
        <w:rPr>
          <w:lang w:eastAsia="zh-CN"/>
        </w:rPr>
        <w:t>　　今天，在这里，在教师节到来之际，老师，请您接受我一个少先队员最崇高的敬礼!让我用感恩的心向您道一声：谢谢，老师您辛苦了!感恩的心，感谢有你，花开花落，我依然会珍惜</w:t>
      </w:r>
      <w:r>
        <w:rPr>
          <w:lang w:eastAsia="zh-CN"/>
        </w:rPr>
        <w:br/>
      </w:r>
      <w:r>
        <w:rPr>
          <w:lang w:eastAsia="zh-CN"/>
        </w:rPr>
        <w:t xml:space="preserve">    2024年教师节演讲的心得体会 篇16 </w:t>
      </w:r>
      <w:r>
        <w:rPr>
          <w:lang w:eastAsia="zh-CN"/>
        </w:rPr>
        <w:br/>
      </w:r>
      <w:r>
        <w:rPr>
          <w:lang w:eastAsia="zh-CN"/>
        </w:rPr>
        <w:t>　　昨天是教师节，也是我在南外的一个难忘的教师节。记得初一时，我们还是刚入学的小朋友，只知道教师节是一个给老师送花的节日，我们只是在教师节的时候，回小学去看看老师，给老师献上真心的祝福。</w:t>
      </w:r>
      <w:r>
        <w:rPr>
          <w:lang w:eastAsia="zh-CN"/>
        </w:rPr>
        <w:br/>
      </w:r>
      <w:r>
        <w:rPr>
          <w:lang w:eastAsia="zh-CN"/>
        </w:rPr>
        <w:t>　　今年，一切都变了，我们不仅变得成熟了，而且也变得更懂事了，我们懂得在教师节上，不仅仅要送给老师真心的祝福和礼物，美丽的鲜花和鲜草，更多的是我们那一本本交齐的作业，那上课时一双双渴求知识的眼睛，我们做到了。</w:t>
      </w:r>
      <w:r>
        <w:rPr>
          <w:lang w:eastAsia="zh-CN"/>
        </w:rPr>
        <w:br/>
      </w:r>
      <w:r>
        <w:rPr>
          <w:lang w:eastAsia="zh-CN"/>
        </w:rPr>
        <w:t>　　一进入校园，伴着扑鼻而来的花香，我们就发现校门口贴着一张大大的条幅，上面写着：老师，您辛苦了。这也是我们最想在教师节送给老师的话。许多新初一的同学在条幅上写着自己对老师的祝福，一个个稚嫩的儿童，一笔一划，就是用这样的方式来诠释他们对老师的感激的。</w:t>
      </w:r>
      <w:r>
        <w:rPr>
          <w:lang w:eastAsia="zh-CN"/>
        </w:rPr>
        <w:br/>
      </w:r>
      <w:r>
        <w:rPr>
          <w:lang w:eastAsia="zh-CN"/>
        </w:rPr>
        <w:t>　　到了班级，班委们早已准备好给各科老师的礼物，还把它们悄悄地藏了起来，不让老师们发现，准备给老师们一个惊喜。我们的班委真是贴心，知道老师的嗓子不好，特地为每一位老师准备了水杯，还送上了大束的鲜花，顿时教室里溢满了花香。我想这也是我们越来越懂事的诠释吧。</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https://d.book118.com/717116026012006051</w:t>
        </w:r>
      </w:hyperlink>
    </w:p>
    <w:p w:rsidR="001B1F19">
      <w:pPr>
        <w:rPr>
          <w:rFonts w:hint="eastAsia"/>
          <w:lang w:eastAsia="zh-CN"/>
        </w:rPr>
      </w:pPr>
    </w:p>
    <w:sectPr>
      <w:type w:val="nextPage"/>
      <w:pgSz w:w="11906" w:h="16838"/>
      <w:pgMar w:top="1440" w:right="1800" w:bottom="1440" w:left="1800" w:header="851" w:footer="992" w:gutter="0"/>
      <w:pgNumType w:start="2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1711602601200605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