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美术教案－教学计划（30篇）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美术教案－教学计划（通用30篇）</w:t>
      </w:r>
      <w:r>
        <w:rPr>
          <w:lang w:eastAsia="zh-CN"/>
        </w:rPr>
        <w:br/>
      </w:r>
      <w:r>
        <w:rPr>
          <w:lang w:eastAsia="zh-CN"/>
        </w:rPr>
        <w:t xml:space="preserve">    美术教案－教学计划 篇1 </w:t>
      </w:r>
      <w:r>
        <w:rPr>
          <w:lang w:eastAsia="zh-CN"/>
        </w:rPr>
        <w:br/>
      </w:r>
      <w:r>
        <w:rPr>
          <w:lang w:eastAsia="zh-CN"/>
        </w:rPr>
        <w:t>　　美术教育作为全面发展中不可缺少的组成部分纳入学校的教育轨道,其目的显然不是要将每个学生都培养成“画家”而主要是培养他们具有一定的审美能力，下面为大家分享了小学美术教学计划，欢迎借鉴！</w:t>
      </w:r>
      <w:r>
        <w:rPr>
          <w:lang w:eastAsia="zh-CN"/>
        </w:rPr>
        <w:br/>
      </w:r>
      <w:r>
        <w:rPr>
          <w:lang w:eastAsia="zh-CN"/>
        </w:rPr>
        <w:t>　　一、指导思想：</w:t>
      </w:r>
      <w:r>
        <w:rPr>
          <w:lang w:eastAsia="zh-CN"/>
        </w:rPr>
        <w:br/>
      </w:r>
      <w:r>
        <w:rPr>
          <w:lang w:eastAsia="zh-CN"/>
        </w:rPr>
        <w:t>　　认真贯彻学校工作重点，通过美术教学进一步培养学生的创新精神和实践能力，以课程标准改革为中心，着力抓好新课程标准的培训、实验和推广工作，结合我校实际组织组内教师探索课堂教学创新策略的研究。本学期继续将课程改革作为美术学科教学研究的中心工作，通过教学实践与探索深入领会课程理念，通过多种教研方式唤起美术教师参与教改的积极性和主动性，认真总结新课程改革实施中形成的经验，加强对教师素质的培养，搞好美术阵地建设，全面提高我校美术教学质量。</w:t>
      </w:r>
      <w:r>
        <w:rPr>
          <w:lang w:eastAsia="zh-CN"/>
        </w:rPr>
        <w:br/>
      </w:r>
      <w:r>
        <w:rPr>
          <w:lang w:eastAsia="zh-CN"/>
        </w:rPr>
        <w:t>　　二、工作目标：</w:t>
      </w:r>
      <w:r>
        <w:rPr>
          <w:lang w:eastAsia="zh-CN"/>
        </w:rPr>
        <w:br/>
      </w:r>
      <w:r>
        <w:rPr>
          <w:lang w:eastAsia="zh-CN"/>
        </w:rPr>
        <w:t>　　1、对学生进行传统的文化艺术教育和当今的艺术文化教育。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2、通过各种方法特别是现代教育手段采用形象直观的教学形式即能引起学生广泛兴趣的，达到积极的教育效果。</w:t>
      </w:r>
      <w:r>
        <w:rPr>
          <w:lang w:eastAsia="zh-CN"/>
        </w:rPr>
        <w:br/>
      </w:r>
      <w:r>
        <w:rPr>
          <w:lang w:eastAsia="zh-CN"/>
        </w:rPr>
        <w:t>　　3、要与学校密切合作与班级教师紧密合作，开展多种形式的美术课堂教学和美术创作活动，对学生进行美育教育，凸现美术教育的特殊审美教育功能。</w:t>
      </w:r>
      <w:r>
        <w:rPr>
          <w:lang w:eastAsia="zh-CN"/>
        </w:rPr>
        <w:br/>
      </w:r>
      <w:r>
        <w:rPr>
          <w:lang w:eastAsia="zh-CN"/>
        </w:rPr>
        <w:t>　　4、从理论上把握好美术课教学的专业教学特点，特别是要注意：文化教育与知识技能的相互关系问题，在教学改革中既要突破传统的教学方法和形式，但又不要丧失美术课的专业知识和技能凸现的重要问题。</w:t>
      </w:r>
      <w:r>
        <w:rPr>
          <w:lang w:eastAsia="zh-CN"/>
        </w:rPr>
        <w:br/>
      </w:r>
      <w:r>
        <w:rPr>
          <w:lang w:eastAsia="zh-CN"/>
        </w:rPr>
        <w:t>　　5、同时要把握好面向全体学生的教育方法，既要关注个别学困生，加强辅导，又要在不断提高发展学生的艺术方法提高上狠下功夫，以点带面。</w:t>
      </w:r>
      <w:r>
        <w:rPr>
          <w:lang w:eastAsia="zh-CN"/>
        </w:rPr>
        <w:br/>
      </w:r>
      <w:r>
        <w:rPr>
          <w:lang w:eastAsia="zh-CN"/>
        </w:rPr>
        <w:t>　　6、通过开展一系列的组织辅导学生进行绘画创作。工艺制作，配合班主任、大队部开展的黑板报，以及设计创作的其它贴近学生学习生活的教育活动艺术创作，培养学生的创作意识，增强创新意识，尝试感受成功的喜悦情感，以及正确对待失败的情感；形成正确的价值观取向。对学生作业、作品参加的各种竞赛活动，要给予积极的鼓励和表扬，不断激发学生的学习兴趣，提高对美术学术的价值观取向和培养学生积极间上的进取精神。</w:t>
      </w:r>
      <w:r>
        <w:rPr>
          <w:lang w:eastAsia="zh-CN"/>
        </w:rPr>
        <w:br/>
      </w:r>
      <w:r>
        <w:rPr>
          <w:lang w:eastAsia="zh-CN"/>
        </w:rPr>
        <w:t>　　三、主要措施：</w:t>
      </w:r>
      <w:r>
        <w:rPr>
          <w:lang w:eastAsia="zh-CN"/>
        </w:rPr>
        <w:br/>
      </w:r>
      <w:r>
        <w:rPr>
          <w:lang w:eastAsia="zh-CN"/>
        </w:rPr>
        <w:t>　　1、紧紧抓住美术课堂教学，使教育质量不断提高，进一步实践探究美术课堂教学的新教法，促进学生全面发展，进行深入研究、认真学习、努力研讨、认真实践、突出教学效果。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2、加强课堂教学常规管理，积极配合班主任、各位教师对学生进行良好的行为习惯培养，加强组织纪律教育，形成正常良好的教学秩序。</w:t>
      </w:r>
      <w:r>
        <w:rPr>
          <w:lang w:eastAsia="zh-CN"/>
        </w:rPr>
        <w:br/>
      </w:r>
      <w:r>
        <w:rPr>
          <w:lang w:eastAsia="zh-CN"/>
        </w:rPr>
        <w:t>　　3、认真备课，上课，进行认真的反思，随时改进调整自己的教学方法，每星期进行一次组内的集体备课，对研究课进行集体讨论研究，保证研究课的质量。</w:t>
      </w:r>
      <w:r>
        <w:rPr>
          <w:lang w:eastAsia="zh-CN"/>
        </w:rPr>
        <w:br/>
      </w:r>
      <w:r>
        <w:rPr>
          <w:lang w:eastAsia="zh-CN"/>
        </w:rPr>
        <w:t>　　4、结合道德教育为主题的教育活动，运用美术语言独特的表达方式，对学生进行直观形象、活泼生动的教育，达到德育教育的效果。</w:t>
      </w:r>
      <w:r>
        <w:rPr>
          <w:lang w:eastAsia="zh-CN"/>
        </w:rPr>
        <w:br/>
      </w:r>
      <w:r>
        <w:rPr>
          <w:lang w:eastAsia="zh-CN"/>
        </w:rPr>
        <w:t>　　5、努力探索和完善美术课学习，进行探索学习实践，社区资源开发实践，进行校内艺术资源的开发，积极配合学校综合实践活动，注意结合儿童的学习生活经验进行美术与其它课程的整合，实现美术教育，审美教育功能的特点和效果。</w:t>
      </w:r>
      <w:r>
        <w:rPr>
          <w:lang w:eastAsia="zh-CN"/>
        </w:rPr>
        <w:br/>
      </w:r>
      <w:r>
        <w:rPr>
          <w:lang w:eastAsia="zh-CN"/>
        </w:rPr>
        <w:t>　　6、积极组织和辅导学生参加各种形式的美术创作活动，大力开展以班为基础的美术创作活动，活跃我校艺术教育的气氛，营造校园浓厚的文化艺术氛围，并在此基础上，组织辅导学生参加县、市、省、全国各级的儿童绘画比赛活动，为培养学校的艺术人才，为上一级学校输选艺术人才而努力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7、教研组内要加强教育教学理论的学习与研究，积极参加校内校外的教学研究活动，特别是要把理论结合学校的研究和实践融入日常的教学当中。认真开展以组内为基础的教学观摩研究活动，并认真选拔争取参加校、县、市以上的教学优质课比赛，提高教研组整体的教学水平。</w:t>
      </w:r>
      <w:r>
        <w:rPr>
          <w:lang w:eastAsia="zh-CN"/>
        </w:rPr>
        <w:br/>
      </w:r>
      <w:r>
        <w:rPr>
          <w:lang w:eastAsia="zh-CN"/>
        </w:rPr>
        <w:t>　　8、教研组内教师要加强自己的教学理论学习，在学习提高的同时，要注意自己专业素养和能力的发展和提高，要加强美术专业知识和技能学习，使自己在美术教学和专业能力方面，都有大量的进步，以适应学校的发展和要求。</w:t>
      </w:r>
      <w:r>
        <w:rPr>
          <w:lang w:eastAsia="zh-CN"/>
        </w:rPr>
        <w:br/>
      </w:r>
      <w:r>
        <w:rPr>
          <w:lang w:eastAsia="zh-CN"/>
        </w:rPr>
        <w:t>　　9、认真开展学生日常成绩的检查与评价，积极引导，注意培养学生对自己作品的收集与整理，作好期中期末的学生学习成绩的检查与考核，引导学生自我评价，对他人进行评价的意识，不断完善学生美术成绩评价体系，认真做好对学生的成长评价工作，把握好评价中的鼓励与激励作用。</w:t>
      </w:r>
      <w:r>
        <w:rPr>
          <w:lang w:eastAsia="zh-CN"/>
        </w:rPr>
        <w:br/>
      </w:r>
      <w:r>
        <w:rPr>
          <w:lang w:eastAsia="zh-CN"/>
        </w:rPr>
        <w:t>　　10、每位教师要加强自己的教育理论学习，并能对自己教育实践进行总结与提炼，上升到理论认识高度，结合新课程的理念，认真撰写论文、教学随笔等经验文章，为学科教研积累丰富的精神财富。</w:t>
      </w:r>
      <w:r>
        <w:rPr>
          <w:lang w:eastAsia="zh-CN"/>
        </w:rPr>
        <w:br/>
      </w:r>
      <w:r>
        <w:rPr>
          <w:lang w:eastAsia="zh-CN"/>
        </w:rPr>
        <w:t>　　11、结合学校的课题研究，进行认真的总结，确立研究主题，结合学校的培训，撰写课题报告。</w:t>
      </w:r>
      <w:r>
        <w:rPr>
          <w:lang w:eastAsia="zh-CN"/>
        </w:rPr>
        <w:br/>
      </w:r>
      <w:r>
        <w:rPr>
          <w:lang w:eastAsia="zh-CN"/>
        </w:rPr>
        <w:t>　　12、结合学校的信息技术特色，发挥现有教育资源库应有的效应，不断提高教师计算机的使用效率。并充分运用现代教育技术，努力拓宽教育渠道。</w:t>
      </w:r>
      <w:r>
        <w:rPr>
          <w:lang w:eastAsia="zh-CN"/>
        </w:rPr>
        <w:br/>
      </w:r>
      <w:r>
        <w:rPr>
          <w:lang w:eastAsia="zh-CN"/>
        </w:rPr>
        <w:t>　　13、搞好组内的互帮互学，团结合作，使我们组内教师业务不断发展，努力学习，钻研教育教学业务，提高自己的教育教学理论水平，虚心学习，向前发展。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14、积极争取参加校内外的学习与培训，参加校内外的教学课研究活动。</w:t>
      </w:r>
      <w:r>
        <w:rPr>
          <w:lang w:eastAsia="zh-CN"/>
        </w:rPr>
        <w:br/>
      </w:r>
      <w:r>
        <w:rPr>
          <w:lang w:eastAsia="zh-CN"/>
        </w:rPr>
        <w:t>　　15、注意加强教研组博客教师个人博客的建设使用，特别是注意对教研组组内信息和教师个人信息的收集和上传，强化信息资源的建设和资源共享。</w:t>
      </w:r>
      <w:r>
        <w:rPr>
          <w:lang w:eastAsia="zh-CN"/>
        </w:rPr>
        <w:br/>
      </w:r>
      <w:r>
        <w:rPr>
          <w:lang w:eastAsia="zh-CN"/>
        </w:rPr>
        <w:t>　　四、具体工作安排：</w:t>
      </w:r>
      <w:r>
        <w:rPr>
          <w:lang w:eastAsia="zh-CN"/>
        </w:rPr>
        <w:br/>
      </w:r>
      <w:r>
        <w:rPr>
          <w:lang w:eastAsia="zh-CN"/>
        </w:rPr>
        <w:t>　　1、各年段每周增设一节书法课，中低年级主要以硬笔为主，高年级以软笔为主。</w:t>
      </w:r>
      <w:r>
        <w:rPr>
          <w:lang w:eastAsia="zh-CN"/>
        </w:rPr>
        <w:br/>
      </w:r>
      <w:r>
        <w:rPr>
          <w:lang w:eastAsia="zh-CN"/>
        </w:rPr>
        <w:t>　　2、利用课余时间开设兴趣小组。</w:t>
      </w:r>
      <w:r>
        <w:rPr>
          <w:lang w:eastAsia="zh-CN"/>
        </w:rPr>
        <w:br/>
      </w:r>
      <w:r>
        <w:rPr>
          <w:lang w:eastAsia="zh-CN"/>
        </w:rPr>
        <w:t>　　3、举办全校的关于的绘画比赛，从中选拔各年段各班级中绘画较好的.同学参与美化校园的绘画制作，同时把同学们较好的作品表框放在班级中促进同学之间的美术绘画交流。</w:t>
      </w:r>
      <w:r>
        <w:rPr>
          <w:lang w:eastAsia="zh-CN"/>
        </w:rPr>
        <w:br/>
      </w:r>
      <w:r>
        <w:rPr>
          <w:lang w:eastAsia="zh-CN"/>
        </w:rPr>
        <w:t>　　4、利用标准化学校建设的机会，让学生充分发挥聪明才干，培养学生积极参与美术活动的热情，自行设计、创作美术作品。</w:t>
      </w:r>
      <w:r>
        <w:rPr>
          <w:lang w:eastAsia="zh-CN"/>
        </w:rPr>
        <w:br/>
      </w:r>
      <w:r>
        <w:rPr>
          <w:lang w:eastAsia="zh-CN"/>
        </w:rPr>
        <w:t>　　5、认真落实美术课，及时批改美术作业。</w:t>
      </w:r>
      <w:r>
        <w:rPr>
          <w:lang w:eastAsia="zh-CN"/>
        </w:rPr>
        <w:br/>
      </w:r>
      <w:r>
        <w:rPr>
          <w:lang w:eastAsia="zh-CN"/>
        </w:rPr>
        <w:t>　　6、学期末，认真做好美术工作考评和总结。</w:t>
      </w:r>
      <w:r>
        <w:rPr>
          <w:lang w:eastAsia="zh-CN"/>
        </w:rPr>
        <w:br/>
      </w:r>
      <w:r>
        <w:rPr>
          <w:lang w:eastAsia="zh-CN"/>
        </w:rPr>
        <w:t xml:space="preserve">    美术教案－教学计划 篇2 </w:t>
      </w:r>
      <w:r>
        <w:rPr>
          <w:lang w:eastAsia="zh-CN"/>
        </w:rPr>
        <w:br/>
      </w:r>
      <w:r>
        <w:rPr>
          <w:lang w:eastAsia="zh-CN"/>
        </w:rPr>
        <w:t>　　一、谈话导入</w:t>
      </w:r>
      <w:r>
        <w:rPr>
          <w:lang w:eastAsia="zh-CN"/>
        </w:rPr>
        <w:br/>
      </w:r>
      <w:r>
        <w:rPr>
          <w:lang w:eastAsia="zh-CN"/>
        </w:rPr>
        <w:t>　　新的一年马上就要到来了，让我们翻开台历来看看吧。（出示实物台历）台历有什么作用呢？台历放在什么地方？（作用，告知日期，放在桌前）</w:t>
      </w:r>
      <w:r>
        <w:rPr>
          <w:lang w:eastAsia="zh-CN"/>
        </w:rPr>
        <w:br/>
      </w:r>
      <w:r>
        <w:rPr>
          <w:lang w:eastAsia="zh-CN"/>
        </w:rPr>
        <w:t>　　我们来给新的一年或者新的一周作一个台历好吗？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设计意图：（采用直观教学法，不仅开门见山地让学生了解这节课的教学内容，而且调动了学生极大的学习兴趣，提高对所学内容的关注程度，充分发挥美术教学特有的魅力）</w:t>
      </w:r>
      <w:r>
        <w:rPr>
          <w:lang w:eastAsia="zh-CN"/>
        </w:rPr>
        <w:br/>
      </w:r>
      <w:r>
        <w:rPr>
          <w:lang w:eastAsia="zh-CN"/>
        </w:rPr>
        <w:t>　　出示课题：“趣味小台历”</w:t>
      </w:r>
      <w:r>
        <w:rPr>
          <w:lang w:eastAsia="zh-CN"/>
        </w:rPr>
        <w:br/>
      </w:r>
      <w:r>
        <w:rPr>
          <w:lang w:eastAsia="zh-CN"/>
        </w:rPr>
        <w:t>　　二、欣赏分析，学习方法。</w:t>
      </w:r>
      <w:r>
        <w:rPr>
          <w:lang w:eastAsia="zh-CN"/>
        </w:rPr>
        <w:br/>
      </w:r>
      <w:r>
        <w:rPr>
          <w:lang w:eastAsia="zh-CN"/>
        </w:rPr>
        <w:t>　　1、台历范品出示：台历由哪三个部分组成？（基座、日期、画面）板书：</w:t>
      </w:r>
      <w:r>
        <w:rPr>
          <w:lang w:eastAsia="zh-CN"/>
        </w:rPr>
        <w:br/>
      </w:r>
      <w:r>
        <w:rPr>
          <w:lang w:eastAsia="zh-CN"/>
        </w:rPr>
        <w:t>　　2、制作基座：台历要放稳在桌上，必须立起来。怎样使小纸片立起来？我们试一试好吗？</w:t>
      </w:r>
      <w:r>
        <w:rPr>
          <w:lang w:eastAsia="zh-CN"/>
        </w:rPr>
        <w:br/>
      </w:r>
      <w:r>
        <w:rPr>
          <w:lang w:eastAsia="zh-CN"/>
        </w:rPr>
        <w:t>　　（生尝试作业，请几名学生上台试着折）</w:t>
      </w:r>
      <w:r>
        <w:rPr>
          <w:lang w:eastAsia="zh-CN"/>
        </w:rPr>
        <w:br/>
      </w:r>
      <w:r>
        <w:rPr>
          <w:lang w:eastAsia="zh-CN"/>
        </w:rPr>
        <w:t>　　3、怎样让折好的基座更加有趣呢？师示范将对折方法的基座剪制成小毛外形。</w:t>
      </w:r>
      <w:r>
        <w:rPr>
          <w:lang w:eastAsia="zh-CN"/>
        </w:rPr>
        <w:br/>
      </w:r>
      <w:r>
        <w:rPr>
          <w:lang w:eastAsia="zh-CN"/>
        </w:rPr>
        <w:t>　　4、讨论：你有什么新的想法和创意？（动物外形，植物外形，物品外形等）</w:t>
      </w:r>
      <w:r>
        <w:rPr>
          <w:lang w:eastAsia="zh-CN"/>
        </w:rPr>
        <w:br/>
      </w:r>
      <w:r>
        <w:rPr>
          <w:lang w:eastAsia="zh-CN"/>
        </w:rPr>
        <w:t>　　5、作品展示，激发情趣</w:t>
      </w:r>
      <w:r>
        <w:rPr>
          <w:lang w:eastAsia="zh-CN"/>
        </w:rPr>
        <w:br/>
      </w:r>
      <w:r>
        <w:rPr>
          <w:lang w:eastAsia="zh-CN"/>
        </w:rPr>
        <w:t>　　今天老师带来了一些自己制作的小台历，请仔细看，它们都是用什么材料制作的。（出示小台历）</w:t>
      </w:r>
      <w:r>
        <w:rPr>
          <w:lang w:eastAsia="zh-CN"/>
        </w:rPr>
        <w:br/>
      </w:r>
      <w:r>
        <w:rPr>
          <w:lang w:eastAsia="zh-CN"/>
        </w:rPr>
        <w:t>　　设计意图：（采用造型别致、设计精美的自制台历在视觉上带给学生新鲜、刺激的冲击）</w:t>
      </w:r>
      <w:r>
        <w:rPr>
          <w:lang w:eastAsia="zh-CN"/>
        </w:rPr>
        <w:br/>
      </w:r>
      <w:r>
        <w:rPr>
          <w:lang w:eastAsia="zh-CN"/>
        </w:rPr>
        <w:t>　　（1）剪纸贴画</w:t>
      </w:r>
      <w:r>
        <w:rPr>
          <w:lang w:eastAsia="zh-CN"/>
        </w:rPr>
        <w:br/>
      </w:r>
      <w:r>
        <w:rPr>
          <w:lang w:eastAsia="zh-CN"/>
        </w:rPr>
        <w:t>　　这是什么？（小房子和树）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它们是用什么材料制作的呢？那位同学自告奋勇上来摸一摸，看一看。（废挂历纸）</w:t>
      </w:r>
      <w:r>
        <w:rPr>
          <w:lang w:eastAsia="zh-CN"/>
        </w:rPr>
        <w:br/>
      </w:r>
      <w:r>
        <w:rPr>
          <w:lang w:eastAsia="zh-CN"/>
        </w:rPr>
        <w:t>　　这些是把废挂历剪成各种造型，再拼成各种美丽的图案，贴在卡纸上制成的。</w:t>
      </w:r>
      <w:r>
        <w:rPr>
          <w:lang w:eastAsia="zh-CN"/>
        </w:rPr>
        <w:br/>
      </w:r>
      <w:r>
        <w:rPr>
          <w:lang w:eastAsia="zh-CN"/>
        </w:rPr>
        <w:t>　　（2）吹塑纸贴画</w:t>
      </w:r>
      <w:r>
        <w:rPr>
          <w:lang w:eastAsia="zh-CN"/>
        </w:rPr>
        <w:br/>
      </w:r>
      <w:r>
        <w:rPr>
          <w:lang w:eastAsia="zh-CN"/>
        </w:rPr>
        <w:t>　　哪这一张上面又是什么呢？（两只美丽的小鸟）</w:t>
      </w:r>
      <w:r>
        <w:rPr>
          <w:lang w:eastAsia="zh-CN"/>
        </w:rPr>
        <w:br/>
      </w:r>
      <w:r>
        <w:rPr>
          <w:lang w:eastAsia="zh-CN"/>
        </w:rPr>
        <w:t>　　它们是用什么材料制作的呢？那位同学上来看一看。（吹塑纸）</w:t>
      </w:r>
      <w:r>
        <w:rPr>
          <w:lang w:eastAsia="zh-CN"/>
        </w:rPr>
        <w:br/>
      </w:r>
      <w:r>
        <w:rPr>
          <w:lang w:eastAsia="zh-CN"/>
        </w:rPr>
        <w:t>　　这些是把吹塑纸剪成各种造型，拼贴在卡纸上制成的。</w:t>
      </w:r>
      <w:r>
        <w:rPr>
          <w:lang w:eastAsia="zh-CN"/>
        </w:rPr>
        <w:br/>
      </w:r>
      <w:r>
        <w:rPr>
          <w:lang w:eastAsia="zh-CN"/>
        </w:rPr>
        <w:t>　　（3）卡纸绘画</w:t>
      </w:r>
      <w:r>
        <w:rPr>
          <w:lang w:eastAsia="zh-CN"/>
        </w:rPr>
        <w:br/>
      </w:r>
      <w:r>
        <w:rPr>
          <w:lang w:eastAsia="zh-CN"/>
        </w:rPr>
        <w:t>　　看，这两个好朋友在说什么呢？大家来猜一猜。（学生发言）</w:t>
      </w:r>
      <w:r>
        <w:rPr>
          <w:lang w:eastAsia="zh-CN"/>
        </w:rPr>
        <w:br/>
      </w:r>
      <w:r>
        <w:rPr>
          <w:lang w:eastAsia="zh-CN"/>
        </w:rPr>
        <w:t>　　对，这个呢是用油画棒画成的，这个呢是用黑色水性笔直接在卡片纸上作画制成。</w:t>
      </w:r>
      <w:r>
        <w:rPr>
          <w:lang w:eastAsia="zh-CN"/>
        </w:rPr>
        <w:br/>
      </w:r>
      <w:r>
        <w:rPr>
          <w:lang w:eastAsia="zh-CN"/>
        </w:rPr>
        <w:t>　　（4）布贴画：</w:t>
      </w:r>
      <w:r>
        <w:rPr>
          <w:lang w:eastAsia="zh-CN"/>
        </w:rPr>
        <w:br/>
      </w:r>
      <w:r>
        <w:rPr>
          <w:lang w:eastAsia="zh-CN"/>
        </w:rPr>
        <w:t>　　仔细看看，这是什么？用手摸一摸，感觉一下，是用什么材料做成的？这些小台历漂亮吗？喜欢吗?同学们想不想自己也做一张漂亮的小台历呢?其实啊，更漂亮、更有趣味的小台历还在你们自己手中呢。</w:t>
      </w:r>
      <w:r>
        <w:rPr>
          <w:lang w:eastAsia="zh-CN"/>
        </w:rPr>
        <w:br/>
      </w:r>
      <w:r>
        <w:rPr>
          <w:lang w:eastAsia="zh-CN"/>
        </w:rPr>
        <w:t>　　设计意图：（提高从生活中发现素材的能力）</w:t>
      </w:r>
      <w:r>
        <w:rPr>
          <w:lang w:eastAsia="zh-CN"/>
        </w:rPr>
        <w:br/>
      </w:r>
      <w:r>
        <w:rPr>
          <w:lang w:eastAsia="zh-CN"/>
        </w:rPr>
        <w:t>　　（5）打开课本12页，来我们欣赏一下其它学校小朋友制作的小台历。看一看他们是怎样制作的。好吗？</w:t>
      </w:r>
      <w:r>
        <w:rPr>
          <w:lang w:eastAsia="zh-CN"/>
        </w:rPr>
        <w:br/>
      </w:r>
      <w:r>
        <w:rPr>
          <w:lang w:eastAsia="zh-CN"/>
        </w:rPr>
        <w:t>　　我们刚刚看到的这些小台历，它们都是用我们生活中比较常见的一些材料做成的，这些材料其实都很容易收集，以后大家要注意积累，这样做起来才会比较方便。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除了以上我们看到的这些制作方法外，想一想，还能用其它的材料和方法吗？想一想。谁来说一说。</w:t>
      </w:r>
      <w:r>
        <w:rPr>
          <w:lang w:eastAsia="zh-CN"/>
        </w:rPr>
        <w:br/>
      </w:r>
      <w:r>
        <w:rPr>
          <w:lang w:eastAsia="zh-CN"/>
        </w:rPr>
        <w:t>　　三、教师边讲解、边示范并板书制作步骤</w:t>
      </w:r>
      <w:r>
        <w:rPr>
          <w:lang w:eastAsia="zh-CN"/>
        </w:rPr>
        <w:br/>
      </w:r>
      <w:r>
        <w:rPr>
          <w:lang w:eastAsia="zh-CN"/>
        </w:rPr>
        <w:t>　　（教师用较快的速度示范制作过程与方法）</w:t>
      </w:r>
      <w:r>
        <w:rPr>
          <w:lang w:eastAsia="zh-CN"/>
        </w:rPr>
        <w:br/>
      </w:r>
      <w:r>
        <w:rPr>
          <w:lang w:eastAsia="zh-CN"/>
        </w:rPr>
        <w:t>　　今天我们先学习在卡纸上直接剪画做成的小台历，其它的呢？我相信你们做的会更好。</w:t>
      </w:r>
      <w:r>
        <w:rPr>
          <w:lang w:eastAsia="zh-CN"/>
        </w:rPr>
        <w:br/>
      </w:r>
      <w:r>
        <w:rPr>
          <w:lang w:eastAsia="zh-CN"/>
        </w:rPr>
        <w:t>　　1、制作基座：</w:t>
      </w:r>
      <w:r>
        <w:rPr>
          <w:lang w:eastAsia="zh-CN"/>
        </w:rPr>
        <w:br/>
      </w:r>
      <w:r>
        <w:rPr>
          <w:lang w:eastAsia="zh-CN"/>
        </w:rPr>
        <w:t>　　拿出卡纸，开动脑筋折好。怎样使折好的基座更加有趣呢？示范基座并剪制成小房子外形。</w:t>
      </w:r>
      <w:r>
        <w:rPr>
          <w:lang w:eastAsia="zh-CN"/>
        </w:rPr>
        <w:br/>
      </w:r>
      <w:r>
        <w:rPr>
          <w:lang w:eastAsia="zh-CN"/>
        </w:rPr>
        <w:t>　　2、画上你最喜欢的图画，再写上日期。</w:t>
      </w:r>
      <w:r>
        <w:rPr>
          <w:lang w:eastAsia="zh-CN"/>
        </w:rPr>
        <w:br/>
      </w:r>
      <w:r>
        <w:rPr>
          <w:lang w:eastAsia="zh-CN"/>
        </w:rPr>
        <w:t>　　3、小组合作，学生自由讨论制作方法。</w:t>
      </w:r>
      <w:r>
        <w:rPr>
          <w:lang w:eastAsia="zh-CN"/>
        </w:rPr>
        <w:br/>
      </w:r>
      <w:r>
        <w:rPr>
          <w:lang w:eastAsia="zh-CN"/>
        </w:rPr>
        <w:t>　　师：现在大家动脑筋总结一下制作的步骤，好吗？（板书）</w:t>
      </w:r>
      <w:r>
        <w:rPr>
          <w:lang w:eastAsia="zh-CN"/>
        </w:rPr>
        <w:br/>
      </w:r>
      <w:r>
        <w:rPr>
          <w:lang w:eastAsia="zh-CN"/>
        </w:rPr>
        <w:t>　　（1）构思你要作什么</w:t>
      </w:r>
      <w:r>
        <w:rPr>
          <w:lang w:eastAsia="zh-CN"/>
        </w:rPr>
        <w:br/>
      </w:r>
      <w:r>
        <w:rPr>
          <w:lang w:eastAsia="zh-CN"/>
        </w:rPr>
        <w:t>　　（2）制作有创意的基座</w:t>
      </w:r>
      <w:r>
        <w:rPr>
          <w:lang w:eastAsia="zh-CN"/>
        </w:rPr>
        <w:br/>
      </w:r>
      <w:r>
        <w:rPr>
          <w:lang w:eastAsia="zh-CN"/>
        </w:rPr>
        <w:t>　　（3）画、粘贴、剪、拓印等</w:t>
      </w:r>
      <w:r>
        <w:rPr>
          <w:lang w:eastAsia="zh-CN"/>
        </w:rPr>
        <w:br/>
      </w:r>
      <w:r>
        <w:rPr>
          <w:lang w:eastAsia="zh-CN"/>
        </w:rPr>
        <w:t>　　（4）配日期</w:t>
      </w:r>
      <w:r>
        <w:rPr>
          <w:lang w:eastAsia="zh-CN"/>
        </w:rPr>
        <w:br/>
      </w:r>
      <w:r>
        <w:rPr>
          <w:lang w:eastAsia="zh-CN"/>
        </w:rPr>
        <w:t>　　师：看来老师做的还不错，我相信一会儿你们都能做出比老师的还漂亮的小台历，有信心吗？</w:t>
      </w:r>
      <w:r>
        <w:rPr>
          <w:lang w:eastAsia="zh-CN"/>
        </w:rPr>
        <w:br/>
      </w:r>
      <w:r>
        <w:rPr>
          <w:lang w:eastAsia="zh-CN"/>
        </w:rPr>
        <w:t>　　师：那我们先思考一下，你打算做什么？</w:t>
      </w:r>
      <w:r>
        <w:rPr>
          <w:lang w:eastAsia="zh-CN"/>
        </w:rPr>
        <w:br/>
      </w:r>
      <w:r>
        <w:rPr>
          <w:lang w:eastAsia="zh-CN"/>
        </w:rPr>
        <w:t>　　设计意图：（鼓励学生创新，发现创意独特的作品）</w:t>
      </w:r>
      <w:r>
        <w:rPr>
          <w:lang w:eastAsia="zh-CN"/>
        </w:rPr>
        <w:br/>
      </w:r>
      <w:r>
        <w:rPr>
          <w:lang w:eastAsia="zh-CN"/>
        </w:rPr>
        <w:t>　　讨论一下：想一想做一个什么样的小台历呢</w:t>
      </w:r>
      <w:r>
        <w:rPr>
          <w:lang w:eastAsia="zh-CN"/>
        </w:rPr>
        <w:br/>
      </w:r>
      <w:r>
        <w:rPr>
          <w:lang w:eastAsia="zh-CN"/>
        </w:rPr>
        <w:t>　　（生自由讨论交流。）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（师到学生中间去，鼓励学生大胆想象，勇于创新。大约3分钟。）</w:t>
      </w:r>
      <w:r>
        <w:rPr>
          <w:lang w:eastAsia="zh-CN"/>
        </w:rPr>
        <w:br/>
      </w:r>
      <w:r>
        <w:rPr>
          <w:lang w:eastAsia="zh-CN"/>
        </w:rPr>
        <w:t>　　师：好我们先思考到这儿，谁来说说你打算做什么？</w:t>
      </w:r>
      <w:r>
        <w:rPr>
          <w:lang w:eastAsia="zh-CN"/>
        </w:rPr>
        <w:br/>
      </w:r>
      <w:r>
        <w:rPr>
          <w:lang w:eastAsia="zh-CN"/>
        </w:rPr>
        <w:t>　　师：当然可以，你的主意非常棒，很有创新。</w:t>
      </w:r>
      <w:r>
        <w:rPr>
          <w:lang w:eastAsia="zh-CN"/>
        </w:rPr>
        <w:br/>
      </w:r>
      <w:r>
        <w:rPr>
          <w:lang w:eastAsia="zh-CN"/>
        </w:rPr>
        <w:t>　　师：小组合作，也不错。</w:t>
      </w:r>
      <w:r>
        <w:rPr>
          <w:lang w:eastAsia="zh-CN"/>
        </w:rPr>
        <w:br/>
      </w:r>
      <w:r>
        <w:rPr>
          <w:lang w:eastAsia="zh-CN"/>
        </w:rPr>
        <w:t>　　四、学生制作趣味小台历，教师巡回指导</w:t>
      </w:r>
      <w:r>
        <w:rPr>
          <w:lang w:eastAsia="zh-CN"/>
        </w:rPr>
        <w:br/>
      </w:r>
      <w:r>
        <w:rPr>
          <w:lang w:eastAsia="zh-CN"/>
        </w:rPr>
        <w:t>　　师：看来同学们都想好要做什么了，现在我们就充分发挥想象，看谁做的又快又好。开始动手制作吧！</w:t>
      </w:r>
      <w:r>
        <w:rPr>
          <w:lang w:eastAsia="zh-CN"/>
        </w:rPr>
        <w:br/>
      </w:r>
      <w:r>
        <w:rPr>
          <w:lang w:eastAsia="zh-CN"/>
        </w:rPr>
        <w:t>　　设计意图：（使学生在互相启迪中不断创新）</w:t>
      </w:r>
      <w:r>
        <w:rPr>
          <w:lang w:eastAsia="zh-CN"/>
        </w:rPr>
        <w:br/>
      </w:r>
      <w:r>
        <w:rPr>
          <w:lang w:eastAsia="zh-CN"/>
        </w:rPr>
        <w:t>　　1、学生尝试第二次制作基座（提示：要有创意创作），发现问题，提出问题。</w:t>
      </w:r>
      <w:r>
        <w:rPr>
          <w:lang w:eastAsia="zh-CN"/>
        </w:rPr>
        <w:br/>
      </w:r>
      <w:r>
        <w:rPr>
          <w:lang w:eastAsia="zh-CN"/>
        </w:rPr>
        <w:t>　　设计意图：（鼓励学生在个性的基础上大胆地表现）</w:t>
      </w:r>
      <w:r>
        <w:rPr>
          <w:lang w:eastAsia="zh-CN"/>
        </w:rPr>
        <w:br/>
      </w:r>
      <w:r>
        <w:rPr>
          <w:lang w:eastAsia="zh-CN"/>
        </w:rPr>
        <w:t>　　(老师到学生中间巡回辅导，了解情况和学生一起制作。)</w:t>
      </w:r>
      <w:r>
        <w:rPr>
          <w:lang w:eastAsia="zh-CN"/>
        </w:rPr>
        <w:br/>
      </w:r>
      <w:r>
        <w:rPr>
          <w:lang w:eastAsia="zh-CN"/>
        </w:rPr>
        <w:t>　　2、学生活动：画画、粘贴、剪等（提示：如何使之更精细——用铅笔画好以后再剪）</w:t>
      </w:r>
      <w:r>
        <w:rPr>
          <w:lang w:eastAsia="zh-CN"/>
        </w:rPr>
        <w:br/>
      </w:r>
      <w:r>
        <w:rPr>
          <w:lang w:eastAsia="zh-CN"/>
        </w:rPr>
        <w:t>　　3、配日期：（提示：可选择一个月或者一个星期的日期配上去。）</w:t>
      </w:r>
      <w:r>
        <w:rPr>
          <w:lang w:eastAsia="zh-CN"/>
        </w:rPr>
        <w:br/>
      </w:r>
      <w:r>
        <w:rPr>
          <w:lang w:eastAsia="zh-CN"/>
        </w:rPr>
        <w:t>　　(学生继续创作，教师巡回辅导。遇到共性的问题，共同解决;个别的问题，个别辅导。时间大约22分钟。)</w:t>
      </w:r>
      <w:r>
        <w:rPr>
          <w:lang w:eastAsia="zh-CN"/>
        </w:rPr>
        <w:br/>
      </w:r>
      <w:r>
        <w:rPr>
          <w:lang w:eastAsia="zh-CN"/>
        </w:rPr>
        <w:t>　　4、教师出示范品（正误对比）</w:t>
      </w:r>
      <w:r>
        <w:rPr>
          <w:lang w:eastAsia="zh-CN"/>
        </w:rPr>
        <w:br/>
      </w:r>
      <w:r>
        <w:rPr>
          <w:lang w:eastAsia="zh-CN"/>
        </w:rPr>
        <w:t>　　（1）日期写得很小，写得乱。</w:t>
      </w:r>
      <w:r>
        <w:rPr>
          <w:lang w:eastAsia="zh-CN"/>
        </w:rPr>
        <w:br/>
      </w:r>
      <w:r>
        <w:rPr>
          <w:lang w:eastAsia="zh-CN"/>
        </w:rPr>
        <w:t>　　（2）日期写得大，并配上画面，干净。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五、鉴赏作品，并作介绍：</w:t>
      </w:r>
      <w:r>
        <w:rPr>
          <w:lang w:eastAsia="zh-CN"/>
        </w:rPr>
        <w:br/>
      </w:r>
      <w:r>
        <w:rPr>
          <w:lang w:eastAsia="zh-CN"/>
        </w:rPr>
        <w:t>　　师：（看到大多数同学做好了。）好!这节课我们先做到这儿，谁愿意把你的作品拿到前面来，给大家介绍一下。</w:t>
      </w:r>
      <w:r>
        <w:rPr>
          <w:lang w:eastAsia="zh-CN"/>
        </w:rPr>
        <w:br/>
      </w:r>
      <w:r>
        <w:rPr>
          <w:lang w:eastAsia="zh-CN"/>
        </w:rPr>
        <w:t>　　1、学生展示作品并作自行介绍</w:t>
      </w:r>
      <w:r>
        <w:rPr>
          <w:lang w:eastAsia="zh-CN"/>
        </w:rPr>
        <w:br/>
      </w:r>
      <w:r>
        <w:rPr>
          <w:lang w:eastAsia="zh-CN"/>
        </w:rPr>
        <w:t>　　师：小兔子做的真漂亮、真有趣，你是怎样做的，能跟大家说说吗？</w:t>
      </w:r>
      <w:r>
        <w:rPr>
          <w:lang w:eastAsia="zh-CN"/>
        </w:rPr>
        <w:br/>
      </w:r>
      <w:r>
        <w:rPr>
          <w:lang w:eastAsia="zh-CN"/>
        </w:rPr>
        <w:t>　　2、学生自由欣赏，评出各项奖项</w:t>
      </w:r>
      <w:r>
        <w:rPr>
          <w:lang w:eastAsia="zh-CN"/>
        </w:rPr>
        <w:br/>
      </w:r>
      <w:r>
        <w:rPr>
          <w:lang w:eastAsia="zh-CN"/>
        </w:rPr>
        <w:t>　　师：同学们！你们听清楚了吗？谁还愿意把你的作品拿到前面来给大家看看？</w:t>
      </w:r>
      <w:r>
        <w:rPr>
          <w:lang w:eastAsia="zh-CN"/>
        </w:rPr>
        <w:br/>
      </w:r>
      <w:r>
        <w:rPr>
          <w:lang w:eastAsia="zh-CN"/>
        </w:rPr>
        <w:t>　　3、小组交流：看一看，比一比，谁制作的趣味小台历最漂亮、最有创意。</w:t>
      </w:r>
      <w:r>
        <w:rPr>
          <w:lang w:eastAsia="zh-CN"/>
        </w:rPr>
        <w:br/>
      </w:r>
      <w:r>
        <w:rPr>
          <w:lang w:eastAsia="zh-CN"/>
        </w:rPr>
        <w:t>　　（大约有2～4个同学展示并介绍作品，同学互评，教师随机点评，适时引导。）设计意图：（鼓励学生对他人的作品发表自己与众不同的见解）</w:t>
      </w:r>
      <w:r>
        <w:rPr>
          <w:lang w:eastAsia="zh-CN"/>
        </w:rPr>
        <w:br/>
      </w:r>
      <w:r>
        <w:rPr>
          <w:lang w:eastAsia="zh-CN"/>
        </w:rPr>
        <w:t>　　4、展示评价，评选最“有趣味”的台历。</w:t>
      </w:r>
      <w:r>
        <w:rPr>
          <w:lang w:eastAsia="zh-CN"/>
        </w:rPr>
        <w:br/>
      </w:r>
      <w:r>
        <w:rPr>
          <w:lang w:eastAsia="zh-CN"/>
        </w:rPr>
        <w:t>　　（学生自由欣赏，评出各种奖项，鼓励同学们大胆创新，取长补短。）</w:t>
      </w:r>
      <w:r>
        <w:rPr>
          <w:lang w:eastAsia="zh-CN"/>
        </w:rPr>
        <w:br/>
      </w:r>
      <w:r>
        <w:rPr>
          <w:lang w:eastAsia="zh-CN"/>
        </w:rPr>
        <w:t>　　师：同学们做的都非常棒，说得也特别好！现在为了能看到更多同学的作品，我们在作品的右下角写清自己姓名，把作品集中放到讲桌上，我们共同欣赏。选出最有创意的作品，最精致的作品，最漂亮的作品，最有趣味的作品。好吗？</w:t>
      </w:r>
      <w:r>
        <w:rPr>
          <w:lang w:eastAsia="zh-CN"/>
        </w:rPr>
        <w:br/>
      </w:r>
      <w:r>
        <w:rPr>
          <w:lang w:eastAsia="zh-CN"/>
        </w:rPr>
        <w:t>　　设计意图：（肯定学生的想象力和创造力）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六、交流总结：</w:t>
      </w:r>
      <w:r>
        <w:rPr>
          <w:lang w:eastAsia="zh-CN"/>
        </w:rPr>
        <w:br/>
      </w:r>
      <w:r>
        <w:rPr>
          <w:lang w:eastAsia="zh-CN"/>
        </w:rPr>
        <w:t>　　1、通过这节课的学习，你们有什么想法或感受要跟大家说说吗？</w:t>
      </w:r>
      <w:r>
        <w:rPr>
          <w:lang w:eastAsia="zh-CN"/>
        </w:rPr>
        <w:br/>
      </w:r>
      <w:r>
        <w:rPr>
          <w:lang w:eastAsia="zh-CN"/>
        </w:rPr>
        <w:t>　　2、学生谈感受及想法</w:t>
      </w:r>
      <w:r>
        <w:rPr>
          <w:lang w:eastAsia="zh-CN"/>
        </w:rPr>
        <w:br/>
      </w:r>
      <w:r>
        <w:rPr>
          <w:lang w:eastAsia="zh-CN"/>
        </w:rPr>
        <w:t>　　3、总结：你真是一个知道努力的好孩子！老师相信，只要我们平时善于观察，多动脑筋，我们的手会制作出更多更漂亮的小台历。好了，现在就到这里吧。</w:t>
      </w:r>
      <w:r>
        <w:rPr>
          <w:lang w:eastAsia="zh-CN"/>
        </w:rPr>
        <w:br/>
      </w:r>
      <w:r>
        <w:rPr>
          <w:lang w:eastAsia="zh-CN"/>
        </w:rPr>
        <w:t xml:space="preserve">    美术教案－教学计划 篇3 </w:t>
      </w:r>
      <w:r>
        <w:rPr>
          <w:lang w:eastAsia="zh-CN"/>
        </w:rPr>
        <w:br/>
      </w:r>
      <w:r>
        <w:rPr>
          <w:lang w:eastAsia="zh-CN"/>
        </w:rPr>
        <w:t>　　一、指导思想：</w:t>
      </w:r>
      <w:r>
        <w:rPr>
          <w:lang w:eastAsia="zh-CN"/>
        </w:rPr>
        <w:br/>
      </w:r>
      <w:r>
        <w:rPr>
          <w:lang w:eastAsia="zh-CN"/>
        </w:rPr>
        <w:t>　　根据《课标》要求，力求体现素质教育要求，以学习活动方式划分美术学习领域，加强学习活动的综合性和探索性，注重美术课程与学生生活经验紧密关联，使学生在积极的情感体验中提高想象力和创造力，提高审美意识和审美能力，增强对大自然和人类社会的热爱和责任感，发展创造美好生活的愿望与能力。</w:t>
      </w:r>
      <w:r>
        <w:rPr>
          <w:lang w:eastAsia="zh-CN"/>
        </w:rPr>
        <w:br/>
      </w:r>
      <w:r>
        <w:rPr>
          <w:lang w:eastAsia="zh-CN"/>
        </w:rPr>
        <w:t>　　二、学情分析：</w:t>
      </w:r>
      <w:r>
        <w:rPr>
          <w:lang w:eastAsia="zh-CN"/>
        </w:rPr>
        <w:br/>
      </w:r>
      <w:r>
        <w:rPr>
          <w:lang w:eastAsia="zh-CN"/>
        </w:rPr>
        <w:t>　　三年级授课班级2个，三年级学生对美术学习的兴趣非常高，平时就有很多学生平时就爱画画，但受到右脑模式干扰较强，所以教师应继续保持学生对美术的学习兴趣，并在此基础上，给予学生适当的绘画方法指导，让他们接触初步的美术知识的同时感受到美术更大的魅力。</w:t>
      </w:r>
      <w:r>
        <w:rPr>
          <w:lang w:eastAsia="zh-CN"/>
        </w:rPr>
        <w:br/>
      </w:r>
      <w:r>
        <w:rPr>
          <w:lang w:eastAsia="zh-CN"/>
        </w:rPr>
        <w:t>　　三、全册教材分析：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全册共十三个课题。考虑到中段学生的年龄特点以及小学生的生活实际和兴趣与需要，在整体结构上延续了整套教材的知识体系，如：手工系列的《会走的小人》、《旋转卡》；设计系列的《花样》、《卡通大亮相》；泥塑系列的《盘泥条》；教师在教学中应注意新旧知识的衔接。</w:t>
      </w:r>
      <w:r>
        <w:rPr>
          <w:lang w:eastAsia="zh-CN"/>
        </w:rPr>
        <w:br/>
      </w:r>
      <w:r>
        <w:rPr>
          <w:lang w:eastAsia="zh-CN"/>
        </w:rPr>
        <w:t>　　从主题选择上看，突出多元化与趣味性。在课程设计中充分挖掘人文精神内涵，从和小学生密切相关的生活中选择人文主题，并注意延伸与拓展。教材内容突出趣味性、游戏性、注重过程与参与。在循序渐进的传授基础知识、基本技能的基础上始终贯穿审美性和情意性的教学要求，兼顾学生个性的发展和知识技能的学习的两方面的需要。</w:t>
      </w:r>
      <w:r>
        <w:rPr>
          <w:lang w:eastAsia="zh-CN"/>
        </w:rPr>
        <w:br/>
      </w:r>
      <w:r>
        <w:rPr>
          <w:lang w:eastAsia="zh-CN"/>
        </w:rPr>
        <w:t>　　四、全期教学总目标：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的能力，发展学生的空间知觉能力、形象记忆能力、形象记忆能力和创造能力。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r>
        <w:rPr>
          <w:lang w:eastAsia="zh-CN"/>
        </w:rPr>
        <w:br/>
      </w:r>
      <w:r>
        <w:rPr>
          <w:lang w:eastAsia="zh-CN"/>
        </w:rPr>
        <w:t>　　五、教学重点、难点</w:t>
      </w:r>
      <w:r>
        <w:rPr>
          <w:lang w:eastAsia="zh-CN"/>
        </w:rPr>
        <w:br/>
      </w:r>
      <w:r>
        <w:rPr>
          <w:lang w:eastAsia="zh-CN"/>
        </w:rPr>
        <w:t>　　重点：</w:t>
      </w:r>
      <w:r>
        <w:rPr>
          <w:lang w:eastAsia="zh-CN"/>
        </w:rPr>
        <w:br/>
      </w:r>
      <w:r>
        <w:rPr>
          <w:lang w:eastAsia="zh-CN"/>
        </w:rPr>
        <w:t>　　1、想象画的训练，进一步培养学生的创造性思维。</w:t>
      </w:r>
      <w:r>
        <w:rPr>
          <w:lang w:eastAsia="zh-CN"/>
        </w:rPr>
        <w:br/>
      </w:r>
      <w:r>
        <w:rPr>
          <w:lang w:eastAsia="zh-CN"/>
        </w:rPr>
        <w:t>　　2、在课堂教学中（特别是绘画练习中）进一步培养学生的观察力、创造力和表现力。</w:t>
      </w:r>
      <w:r>
        <w:rPr>
          <w:lang w:eastAsia="zh-CN"/>
        </w:rPr>
        <w:br/>
      </w:r>
      <w:r>
        <w:rPr>
          <w:lang w:eastAsia="zh-CN"/>
        </w:rPr>
        <w:t>　　3、进行工艺制作，培养动手能力，立体造型，想象力和概括力。</w:t>
      </w:r>
      <w:r>
        <w:rPr>
          <w:lang w:eastAsia="zh-CN"/>
        </w:rPr>
        <w:br/>
      </w:r>
      <w:r>
        <w:rPr>
          <w:lang w:eastAsia="zh-CN"/>
        </w:rPr>
        <w:t>　　4、提高学生欣赏水平，培养美术兴趣。</w:t>
      </w:r>
      <w:r>
        <w:rPr>
          <w:lang w:eastAsia="zh-CN"/>
        </w:rPr>
        <w:br/>
      </w:r>
      <w:r>
        <w:rPr>
          <w:lang w:eastAsia="zh-CN"/>
        </w:rPr>
        <w:t>　　难点：</w:t>
      </w:r>
      <w:r>
        <w:rPr>
          <w:lang w:eastAsia="zh-CN"/>
        </w:rPr>
        <w:br/>
      </w:r>
      <w:r>
        <w:rPr>
          <w:lang w:eastAsia="zh-CN"/>
        </w:rPr>
        <w:t>　　1、想象能力的培养和动手操作能力的提高。</w:t>
      </w:r>
      <w:r>
        <w:rPr>
          <w:lang w:eastAsia="zh-CN"/>
        </w:rPr>
        <w:br/>
      </w:r>
      <w:r>
        <w:rPr>
          <w:lang w:eastAsia="zh-CN"/>
        </w:rPr>
        <w:t>　　2、在绘画、工艺教学中，使学生的观察力、创造力和表现力得到进一步培养，动手能力，立体造型，空间想象力也有所发展。</w:t>
      </w:r>
      <w:r>
        <w:rPr>
          <w:lang w:eastAsia="zh-CN"/>
        </w:rPr>
        <w:br/>
      </w:r>
      <w:r>
        <w:rPr>
          <w:lang w:eastAsia="zh-CN"/>
        </w:rPr>
        <w:t>　　六、教学进度安排</w:t>
      </w:r>
      <w:r>
        <w:rPr>
          <w:lang w:eastAsia="zh-CN"/>
        </w:rPr>
        <w:br/>
      </w:r>
      <w:r>
        <w:rPr>
          <w:lang w:eastAsia="zh-CN"/>
        </w:rPr>
        <w:t>　　七、教学措施：</w:t>
      </w:r>
      <w:r>
        <w:rPr>
          <w:lang w:eastAsia="zh-CN"/>
        </w:rPr>
        <w:br/>
      </w:r>
      <w:r>
        <w:rPr>
          <w:lang w:eastAsia="zh-CN"/>
        </w:rPr>
        <w:t>　　1、注重对学生造型表现的培养。在教学中，让学生初步和使用常用色和点、线、面，了解美术语言的表达方式和方法，尝试各种工具、材料和制作过程，通过看看、画画、做做等方法表现所见所闻、所感所想的事物，激发丰富的想象力与创造愿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2、重视激发学生的创新精神和培养学生的实践能力。教师积极为学生创设有利于激发创新精神的学习环境，通过思考、讨论、对话等活动引导学生在美术创作活动中，创造性地运用美术语言。老师鼓励学生在欣赏活动中，开展探究性的学习，发表自己独特的见解，能用简单的话语大胆的表达自己的感受。</w:t>
      </w:r>
      <w:r>
        <w:rPr>
          <w:lang w:eastAsia="zh-CN"/>
        </w:rPr>
        <w:br/>
      </w:r>
      <w:r>
        <w:rPr>
          <w:lang w:eastAsia="zh-CN"/>
        </w:rPr>
        <w:t>　　3、加强教学中师生的双边关系，确立学生的主体地位，师生间建立情感交流和平等关系。</w:t>
      </w:r>
      <w:r>
        <w:rPr>
          <w:lang w:eastAsia="zh-CN"/>
        </w:rPr>
        <w:br/>
      </w:r>
      <w:r>
        <w:rPr>
          <w:lang w:eastAsia="zh-CN"/>
        </w:rPr>
        <w:t>　　5、重视对学生学习方法的研究，引导学生以感受、观察、体验、表现以及收集资料等学习方法，进行自主学习与合作交流。</w:t>
      </w:r>
      <w:r>
        <w:rPr>
          <w:lang w:eastAsia="zh-CN"/>
        </w:rPr>
        <w:br/>
      </w:r>
      <w:r>
        <w:rPr>
          <w:lang w:eastAsia="zh-CN"/>
        </w:rPr>
        <w:t>　　6、教师以各种生动有趣的教学手段，如电视、录像、范画，甚至故事、游戏、音乐等方式引导学生增强对形象的感受能力与想像能力，激发学生学习美术的兴趣。</w:t>
      </w:r>
      <w:r>
        <w:rPr>
          <w:lang w:eastAsia="zh-CN"/>
        </w:rPr>
        <w:br/>
      </w:r>
      <w:r>
        <w:rPr>
          <w:lang w:eastAsia="zh-CN"/>
        </w:rPr>
        <w:t>　　7、教师尽可能尝试计算机和网络美术教学，引导学生利用计算机设计制作出生动的美术作品，鼓励学生利用国际互联网资源，检索在一定历史条件下的美术信息开阔视野，展示他们的美术作品进行交流。</w:t>
      </w:r>
      <w:r>
        <w:rPr>
          <w:lang w:eastAsia="zh-CN"/>
        </w:rPr>
        <w:br/>
      </w:r>
      <w:r>
        <w:rPr>
          <w:lang w:eastAsia="zh-CN"/>
        </w:rPr>
        <w:t>　　八、评价工作安排：</w:t>
      </w:r>
      <w:r>
        <w:rPr>
          <w:lang w:eastAsia="zh-CN"/>
        </w:rPr>
        <w:br/>
      </w:r>
      <w:r>
        <w:rPr>
          <w:lang w:eastAsia="zh-CN"/>
        </w:rPr>
        <w:t>　　评价方法：合作学习评价法</w:t>
      </w:r>
      <w:r>
        <w:rPr>
          <w:lang w:eastAsia="zh-CN"/>
        </w:rPr>
        <w:br/>
      </w:r>
      <w:r>
        <w:rPr>
          <w:lang w:eastAsia="zh-CN"/>
        </w:rPr>
        <w:t>　　评价措施：把学生按四个人一组分成独立的合作团，每一个合作团中又给每个人编好号（1、2、3、4），在课中设立情感态度星、纪律星、合作星、创意星，每周小结一次，期终作好总结工作。</w:t>
      </w:r>
      <w:r>
        <w:rPr>
          <w:lang w:eastAsia="zh-CN"/>
        </w:rPr>
        <w:br/>
      </w:r>
      <w:r>
        <w:rPr>
          <w:lang w:eastAsia="zh-CN"/>
        </w:rPr>
        <w:t>　　评价原则：坚持课内教学和课外实践相结合的原则</w:t>
      </w:r>
      <w:r>
        <w:rPr>
          <w:lang w:eastAsia="zh-CN"/>
        </w:rPr>
        <w:br/>
      </w:r>
      <w:r>
        <w:rPr>
          <w:lang w:eastAsia="zh-CN"/>
        </w:rPr>
        <w:t>　　坚持多元评价的原则</w:t>
      </w:r>
      <w:r>
        <w:rPr>
          <w:lang w:eastAsia="zh-CN"/>
        </w:rPr>
        <w:br/>
      </w:r>
      <w:r>
        <w:rPr>
          <w:lang w:eastAsia="zh-CN"/>
        </w:rPr>
        <w:t>　　坚持而向全体的原则</w:t>
      </w:r>
      <w:r>
        <w:rPr>
          <w:lang w:eastAsia="zh-CN"/>
        </w:rPr>
        <w:br/>
      </w:r>
      <w:r>
        <w:rPr>
          <w:lang w:eastAsia="zh-CN"/>
        </w:rPr>
        <w:t>　　九、个人业务学习安排：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1、阅读专科教育杂志和教育报刊。</w:t>
      </w:r>
      <w:r>
        <w:rPr>
          <w:lang w:eastAsia="zh-CN"/>
        </w:rPr>
        <w:br/>
      </w:r>
      <w:r>
        <w:rPr>
          <w:lang w:eastAsia="zh-CN"/>
        </w:rPr>
        <w:t>　　2、单周业务学习，双周政治学习，并做好笔记。</w:t>
      </w:r>
      <w:r>
        <w:rPr>
          <w:lang w:eastAsia="zh-CN"/>
        </w:rPr>
        <w:br/>
      </w:r>
      <w:r>
        <w:rPr>
          <w:lang w:eastAsia="zh-CN"/>
        </w:rPr>
        <w:t>　　十、教研专题及研究措施：</w:t>
      </w:r>
      <w:r>
        <w:rPr>
          <w:lang w:eastAsia="zh-CN"/>
        </w:rPr>
        <w:br/>
      </w:r>
      <w:r>
        <w:rPr>
          <w:lang w:eastAsia="zh-CN"/>
        </w:rPr>
        <w:t>　　教研专题：</w:t>
      </w:r>
      <w:r>
        <w:rPr>
          <w:lang w:eastAsia="zh-CN"/>
        </w:rPr>
        <w:br/>
      </w:r>
      <w:r>
        <w:rPr>
          <w:lang w:eastAsia="zh-CN"/>
        </w:rPr>
        <w:t>　　1、让学生学会欣赏；</w:t>
      </w:r>
      <w:r>
        <w:rPr>
          <w:lang w:eastAsia="zh-CN"/>
        </w:rPr>
        <w:br/>
      </w:r>
      <w:r>
        <w:rPr>
          <w:lang w:eastAsia="zh-CN"/>
        </w:rPr>
        <w:t>　　2、怎样培养学生的创新思维。</w:t>
      </w:r>
      <w:r>
        <w:rPr>
          <w:lang w:eastAsia="zh-CN"/>
        </w:rPr>
        <w:br/>
      </w:r>
      <w:r>
        <w:rPr>
          <w:lang w:eastAsia="zh-CN"/>
        </w:rPr>
        <w:t>　　研究措施：</w:t>
      </w:r>
      <w:r>
        <w:rPr>
          <w:lang w:eastAsia="zh-CN"/>
        </w:rPr>
        <w:br/>
      </w:r>
      <w:r>
        <w:rPr>
          <w:lang w:eastAsia="zh-CN"/>
        </w:rPr>
        <w:t>　　1、积极为学生创造有利于激发创新精神的学习环境，通过思考、讨论、对话等活动，引导学生在美术创作活动中，创造性地运用美术语言，鼓励学生在欣赏活动中，开展探究性的学习，发表自己独特的见解。</w:t>
      </w:r>
      <w:r>
        <w:rPr>
          <w:lang w:eastAsia="zh-CN"/>
        </w:rPr>
        <w:br/>
      </w:r>
      <w:r>
        <w:rPr>
          <w:lang w:eastAsia="zh-CN"/>
        </w:rPr>
        <w:t>　　2、加强教学中师生的双边关系，既重视教师的教，也重视学生的学。</w:t>
      </w:r>
      <w:r>
        <w:rPr>
          <w:lang w:eastAsia="zh-CN"/>
        </w:rPr>
        <w:br/>
      </w:r>
      <w:r>
        <w:rPr>
          <w:lang w:eastAsia="zh-CN"/>
        </w:rPr>
        <w:t>　　3、教师以各种生动有趣的教学手段，引导学生增强对形象的感受能力与想象能力，激发学生学习美术的兴趣。</w:t>
      </w:r>
      <w:r>
        <w:rPr>
          <w:lang w:eastAsia="zh-CN"/>
        </w:rPr>
        <w:br/>
      </w:r>
      <w:r>
        <w:rPr>
          <w:lang w:eastAsia="zh-CN"/>
        </w:rPr>
        <w:t>　　4、重视对学生学习方法的研究，引导学生增强对形象的感受能力与想象能力，激发学生学习美术的兴趣。</w:t>
      </w:r>
      <w:r>
        <w:rPr>
          <w:lang w:eastAsia="zh-CN"/>
        </w:rPr>
        <w:br/>
      </w:r>
      <w:r>
        <w:rPr>
          <w:lang w:eastAsia="zh-CN"/>
        </w:rPr>
        <w:t>　　5、鼓励学生进行综合性与探究性学习，加强美术与其他学科的联系，与学生生活经验的联系，培养学生的综合思维和综合探究能力。</w:t>
      </w:r>
      <w:r>
        <w:rPr>
          <w:lang w:eastAsia="zh-CN"/>
        </w:rPr>
        <w:br/>
      </w:r>
      <w:r>
        <w:rPr>
          <w:lang w:eastAsia="zh-CN"/>
        </w:rPr>
        <w:t>　　6、积极与班主任联系，了解学生的学习情况，一起搞好学校的美术工作。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十一、学科实践活动安排：</w:t>
      </w:r>
      <w:r>
        <w:rPr>
          <w:lang w:eastAsia="zh-CN"/>
        </w:rPr>
        <w:br/>
      </w:r>
      <w:r>
        <w:rPr>
          <w:lang w:eastAsia="zh-CN"/>
        </w:rPr>
        <w:t>　　1、开展学校美术特长班的训练活动。</w:t>
      </w:r>
      <w:r>
        <w:rPr>
          <w:lang w:eastAsia="zh-CN"/>
        </w:rPr>
        <w:br/>
      </w:r>
      <w:r>
        <w:rPr>
          <w:lang w:eastAsia="zh-CN"/>
        </w:rPr>
        <w:t>　　2、组织学生书画展。</w:t>
      </w:r>
      <w:r>
        <w:rPr>
          <w:lang w:eastAsia="zh-CN"/>
        </w:rPr>
        <w:br/>
      </w:r>
      <w:r>
        <w:rPr>
          <w:lang w:eastAsia="zh-CN"/>
        </w:rPr>
        <w:t xml:space="preserve">    美术教案－教学计划 篇4 </w:t>
      </w:r>
      <w:r>
        <w:rPr>
          <w:lang w:eastAsia="zh-CN"/>
        </w:rPr>
        <w:br/>
      </w:r>
      <w:r>
        <w:rPr>
          <w:lang w:eastAsia="zh-CN"/>
        </w:rPr>
        <w:t>　　一：小班幼儿的年龄特点分析：</w:t>
      </w:r>
      <w:r>
        <w:rPr>
          <w:lang w:eastAsia="zh-CN"/>
        </w:rPr>
        <w:br/>
      </w:r>
      <w:r>
        <w:rPr>
          <w:lang w:eastAsia="zh-CN"/>
        </w:rPr>
        <w:t>　　刚入园的小班幼儿喜欢手拿笔在纸上涂鸦。但由于观察力较差，手的肌肉极其功能尚未发育完善，还不能有意识的用绘画来表现事物。他们喜欢的是绘画过程，对于画什么他们并不感兴趣。</w:t>
      </w:r>
      <w:r>
        <w:rPr>
          <w:lang w:eastAsia="zh-CN"/>
        </w:rPr>
        <w:br/>
      </w:r>
      <w:r>
        <w:rPr>
          <w:lang w:eastAsia="zh-CN"/>
        </w:rPr>
        <w:t>　　在图画过程中对偶尔出现的一些形象产生联想，而且容易改变。他们绘画的技能还不能完全表达他们对生活的认识和理解，经常用语言和动作来补充绘画的内容。</w:t>
      </w:r>
      <w:r>
        <w:rPr>
          <w:lang w:eastAsia="zh-CN"/>
        </w:rPr>
        <w:br/>
      </w:r>
      <w:r>
        <w:rPr>
          <w:lang w:eastAsia="zh-CN"/>
        </w:rPr>
        <w:t>　　二：实施步骤</w:t>
      </w:r>
      <w:r>
        <w:rPr>
          <w:lang w:eastAsia="zh-CN"/>
        </w:rPr>
        <w:br/>
      </w:r>
      <w:r>
        <w:rPr>
          <w:lang w:eastAsia="zh-CN"/>
        </w:rPr>
        <w:t>　　在刚开始，可以让他们拿着彩笔在纸上任意涂鸦。在涂画过程中，认识画笔和纸的特性。给他们欣赏大班孩子的作品，激发他们的作画愿望，逐渐地教给他们一些简单的绘画技巧。使他们从无意识的涂鸦到有意识的绘画阶段，促使幼儿智力的发展。</w:t>
      </w:r>
      <w:r>
        <w:rPr>
          <w:lang w:eastAsia="zh-CN"/>
        </w:rPr>
        <w:br/>
      </w:r>
      <w:r>
        <w:rPr>
          <w:lang w:eastAsia="zh-CN"/>
        </w:rPr>
        <w:t>　　在教幼儿绘画过程中，首先让幼儿掌握形，其次掌握色彩，最后掌握有关空间的简单知识和技能。</w:t>
      </w:r>
      <w:r>
        <w:rPr>
          <w:lang w:eastAsia="zh-CN"/>
        </w:rPr>
        <w:br/>
      </w:r>
      <w:r>
        <w:rPr>
          <w:lang w:eastAsia="zh-CN"/>
        </w:rPr>
        <w:t>　　先教他们使用涂染的.方法。只要用笔按照物体的大致轮廓摸样涂染就可以。用这样的方法，小班幼儿短时间里就可以画出较为生动的任人物形象。在初步掌握涂染法的基础上，可循序渐进的教幼儿学习基本的线条，基本形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色彩是绘画的基础之一。幼儿对各种色彩表现出很大的兴趣。但他们还不能正确辨认各种颜色，也不能用相近的颜色去涂色。因此教师结合绘画的内容，逐步角幼儿学会辨认颜色并正确使用颜色。引导幼儿从杂软无章的构图到把物体安排在一条线上，以区分上下。</w:t>
      </w:r>
      <w:r>
        <w:rPr>
          <w:lang w:eastAsia="zh-CN"/>
        </w:rPr>
        <w:br/>
      </w:r>
      <w:r>
        <w:rPr>
          <w:lang w:eastAsia="zh-CN"/>
        </w:rPr>
        <w:t>　　在不断丰富幼儿生活经验和发展智力才能的基础上使他们的画，不断完善。</w:t>
      </w:r>
      <w:r>
        <w:rPr>
          <w:lang w:eastAsia="zh-CN"/>
        </w:rPr>
        <w:br/>
      </w:r>
      <w:r>
        <w:rPr>
          <w:lang w:eastAsia="zh-CN"/>
        </w:rPr>
        <w:t>　　三：具体安排</w:t>
      </w:r>
      <w:r>
        <w:rPr>
          <w:lang w:eastAsia="zh-CN"/>
        </w:rPr>
        <w:br/>
      </w:r>
      <w:r>
        <w:rPr>
          <w:lang w:eastAsia="zh-CN"/>
        </w:rPr>
        <w:t>　　九月份：</w:t>
      </w:r>
      <w:r>
        <w:rPr>
          <w:lang w:eastAsia="zh-CN"/>
        </w:rPr>
        <w:br/>
      </w:r>
      <w:r>
        <w:rPr>
          <w:lang w:eastAsia="zh-CN"/>
        </w:rPr>
        <w:t>　　第一周：</w:t>
      </w:r>
      <w:r>
        <w:rPr>
          <w:lang w:eastAsia="zh-CN"/>
        </w:rPr>
        <w:br/>
      </w:r>
      <w:r>
        <w:rPr>
          <w:lang w:eastAsia="zh-CN"/>
        </w:rPr>
        <w:t>　　1、美术活动《吹泡泡》</w:t>
      </w:r>
      <w:r>
        <w:rPr>
          <w:lang w:eastAsia="zh-CN"/>
        </w:rPr>
        <w:br/>
      </w:r>
      <w:r>
        <w:rPr>
          <w:lang w:eastAsia="zh-CN"/>
        </w:rPr>
        <w:t>　　2、美术活动《大雨小雨》</w:t>
      </w:r>
      <w:r>
        <w:rPr>
          <w:lang w:eastAsia="zh-CN"/>
        </w:rPr>
        <w:br/>
      </w:r>
      <w:r>
        <w:rPr>
          <w:lang w:eastAsia="zh-CN"/>
        </w:rPr>
        <w:t>　　第二周：</w:t>
      </w:r>
      <w:r>
        <w:rPr>
          <w:lang w:eastAsia="zh-CN"/>
        </w:rPr>
        <w:br/>
      </w:r>
      <w:r>
        <w:rPr>
          <w:lang w:eastAsia="zh-CN"/>
        </w:rPr>
        <w:t>　　1、美术活动《大苹果》</w:t>
      </w:r>
      <w:r>
        <w:rPr>
          <w:lang w:eastAsia="zh-CN"/>
        </w:rPr>
        <w:br/>
      </w:r>
      <w:r>
        <w:rPr>
          <w:lang w:eastAsia="zh-CN"/>
        </w:rPr>
        <w:t>　　一、情况分析</w:t>
      </w:r>
      <w:r>
        <w:rPr>
          <w:lang w:eastAsia="zh-CN"/>
        </w:rPr>
        <w:br/>
      </w:r>
      <w:r>
        <w:rPr>
          <w:lang w:eastAsia="zh-CN"/>
        </w:rPr>
        <w:t>　　本班幼儿年龄偏小，有一半的幼儿上过小班，还有一半的幼儿是新生。大部分的幼儿对绘画比较感兴趣，能体验作画的快乐，喜爱各种手工活动，绘画能力有了一定的提高。本学期将继续培养幼儿自由作画的能力，丰富他们的感性经验，激发他们表现美、创造美的情趣。</w:t>
      </w:r>
      <w:r>
        <w:rPr>
          <w:lang w:eastAsia="zh-CN"/>
        </w:rPr>
        <w:br/>
      </w:r>
      <w:r>
        <w:rPr>
          <w:lang w:eastAsia="zh-CN"/>
        </w:rPr>
        <w:t>　　二、活动目标</w:t>
      </w:r>
      <w:r>
        <w:rPr>
          <w:lang w:eastAsia="zh-CN"/>
        </w:rPr>
        <w:br/>
      </w:r>
      <w:r>
        <w:rPr>
          <w:lang w:eastAsia="zh-CN"/>
        </w:rPr>
        <w:t>　　1.引导幼儿接触周围环境和生活中美好的人、事、物，丰富他们的感性经验和审美情趣，激发他们表现美、创造美的情趣。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2.通过多种形式的美术活动，使幼儿体验到美术活动的乐趣，提高幼儿对美术活动的兴趣。</w:t>
      </w:r>
      <w:r>
        <w:rPr>
          <w:lang w:eastAsia="zh-CN"/>
        </w:rPr>
        <w:br/>
      </w:r>
      <w:r>
        <w:rPr>
          <w:lang w:eastAsia="zh-CN"/>
        </w:rPr>
        <w:t>　　3.学习观察生活，了解生活，提高幼儿的观察力、记忆力、想象力和创作力，培养幼儿良好的个性品质。</w:t>
      </w:r>
      <w:r>
        <w:rPr>
          <w:lang w:eastAsia="zh-CN"/>
        </w:rPr>
        <w:br/>
      </w:r>
      <w:r>
        <w:rPr>
          <w:lang w:eastAsia="zh-CN"/>
        </w:rPr>
        <w:t>　　4.运用各种线条和块面大胆地表现在生活中感受过的物体的基本形象和主要特征，大胆地按自己的意愿画画。</w:t>
      </w:r>
      <w:r>
        <w:rPr>
          <w:lang w:eastAsia="zh-CN"/>
        </w:rPr>
        <w:br/>
      </w:r>
      <w:r>
        <w:rPr>
          <w:lang w:eastAsia="zh-CN"/>
        </w:rPr>
        <w:t>　　5.学习运用各种工具材料大胆地进行手工活动，对手工活动感兴趣，并能运用自己制作的玩具、手工作品来美化自己的生活或开展其他活动。</w:t>
      </w:r>
      <w:r>
        <w:rPr>
          <w:lang w:eastAsia="zh-CN"/>
        </w:rPr>
        <w:br/>
      </w:r>
      <w:r>
        <w:rPr>
          <w:lang w:eastAsia="zh-CN"/>
        </w:rPr>
        <w:t>　　6.通过欣赏名画家的代表作，欣赏民间工艺品，节日教室布置，欣赏和评价同伴的美术作品，提高对美的欣赏力。</w:t>
      </w:r>
      <w:r>
        <w:rPr>
          <w:lang w:eastAsia="zh-CN"/>
        </w:rPr>
        <w:br/>
      </w:r>
      <w:r>
        <w:rPr>
          <w:lang w:eastAsia="zh-CN"/>
        </w:rPr>
        <w:t>　　三、实施措施</w:t>
      </w:r>
      <w:r>
        <w:rPr>
          <w:lang w:eastAsia="zh-CN"/>
        </w:rPr>
        <w:br/>
      </w:r>
      <w:r>
        <w:rPr>
          <w:lang w:eastAsia="zh-CN"/>
        </w:rPr>
        <w:t>　　1.引导幼儿以自己的方式通过感知对象的审美特征，如造型、设色、构图、节奏、韵律、均衡等来感受其情感表现。</w:t>
      </w:r>
      <w:r>
        <w:rPr>
          <w:lang w:eastAsia="zh-CN"/>
        </w:rPr>
        <w:br/>
      </w:r>
      <w:r>
        <w:rPr>
          <w:lang w:eastAsia="zh-CN"/>
        </w:rPr>
        <w:t>　　2.创造宽松的心理环境，提供有表现力的物质媒介，激发幼儿的创造意识和动机。</w:t>
      </w:r>
      <w:r>
        <w:rPr>
          <w:lang w:eastAsia="zh-CN"/>
        </w:rPr>
        <w:br/>
      </w:r>
      <w:r>
        <w:rPr>
          <w:lang w:eastAsia="zh-CN"/>
        </w:rPr>
        <w:t>　　3.运用纵向评价的方法，用具体的评价鼓励幼儿积极创造。</w:t>
      </w:r>
      <w:r>
        <w:rPr>
          <w:lang w:eastAsia="zh-CN"/>
        </w:rPr>
        <w:br/>
      </w:r>
      <w:r>
        <w:rPr>
          <w:lang w:eastAsia="zh-CN"/>
        </w:rPr>
        <w:t>　　4.美术教育与其他各领域之间相互渗透。</w:t>
      </w:r>
      <w:r>
        <w:rPr>
          <w:lang w:eastAsia="zh-CN"/>
        </w:rPr>
        <w:br/>
      </w:r>
      <w:r>
        <w:rPr>
          <w:lang w:eastAsia="zh-CN"/>
        </w:rPr>
        <w:t>　　四、教学进度安排</w:t>
      </w:r>
      <w:r>
        <w:rPr>
          <w:lang w:eastAsia="zh-CN"/>
        </w:rPr>
        <w:br/>
      </w:r>
      <w:r>
        <w:rPr>
          <w:lang w:eastAsia="zh-CN"/>
        </w:rPr>
        <w:t>　　1.常规常规2.红、黄、蓝构成（欣赏）七巧板（绘画）</w:t>
      </w:r>
      <w:r>
        <w:rPr>
          <w:lang w:eastAsia="zh-CN"/>
        </w:rPr>
        <w:br/>
      </w:r>
      <w:r>
        <w:rPr>
          <w:lang w:eastAsia="zh-CN"/>
        </w:rPr>
        <w:t>　　3.爱跳舞的格子（绘画）彩虹窗花（手工）</w:t>
      </w:r>
      <w:r>
        <w:rPr>
          <w:lang w:eastAsia="zh-CN"/>
        </w:rPr>
        <w:br/>
      </w:r>
      <w:r>
        <w:rPr>
          <w:lang w:eastAsia="zh-CN"/>
        </w:rPr>
        <w:t>　　4.黑白装饰画（绘画）布老虎（一）（欣赏）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5.放假放假6.布老虎（二）（手工）糖果的新衣（欣赏）</w:t>
      </w:r>
      <w:r>
        <w:rPr>
          <w:lang w:eastAsia="zh-CN"/>
        </w:rPr>
        <w:br/>
      </w:r>
      <w:r>
        <w:rPr>
          <w:lang w:eastAsia="zh-CN"/>
        </w:rPr>
        <w:t>　　7.百老汇爵士乐（欣赏）美丽的花边（一）（欣赏）</w:t>
      </w:r>
      <w:r>
        <w:rPr>
          <w:lang w:eastAsia="zh-CN"/>
        </w:rPr>
        <w:br/>
      </w:r>
      <w:r>
        <w:rPr>
          <w:lang w:eastAsia="zh-CN"/>
        </w:rPr>
        <w:t>　　8.美丽的花边（二）（绘画）妙妙线（手工）</w:t>
      </w:r>
      <w:r>
        <w:rPr>
          <w:lang w:eastAsia="zh-CN"/>
        </w:rPr>
        <w:br/>
      </w:r>
      <w:r>
        <w:rPr>
          <w:lang w:eastAsia="zh-CN"/>
        </w:rPr>
        <w:t>　　9.彩条的舞蹈（手工）爸爸的领带（绘画）</w:t>
      </w:r>
      <w:r>
        <w:rPr>
          <w:lang w:eastAsia="zh-CN"/>
        </w:rPr>
        <w:br/>
      </w:r>
      <w:r>
        <w:rPr>
          <w:lang w:eastAsia="zh-CN"/>
        </w:rPr>
        <w:t>　　10.小蜗牛出来了（手工）纸袋玩偶（手工）</w:t>
      </w:r>
      <w:r>
        <w:rPr>
          <w:lang w:eastAsia="zh-CN"/>
        </w:rPr>
        <w:br/>
      </w:r>
      <w:r>
        <w:rPr>
          <w:lang w:eastAsia="zh-CN"/>
        </w:rPr>
        <w:t>　　11.阿福（欣赏）说唱陶俑（欣赏）</w:t>
      </w:r>
      <w:r>
        <w:rPr>
          <w:lang w:eastAsia="zh-CN"/>
        </w:rPr>
        <w:br/>
      </w:r>
      <w:r>
        <w:rPr>
          <w:lang w:eastAsia="zh-CN"/>
        </w:rPr>
        <w:t>　　12.笑得露出牙齿的脸（绘画）好朋友的脸（手工）</w:t>
      </w:r>
      <w:r>
        <w:rPr>
          <w:lang w:eastAsia="zh-CN"/>
        </w:rPr>
        <w:br/>
      </w:r>
      <w:r>
        <w:rPr>
          <w:lang w:eastAsia="zh-CN"/>
        </w:rPr>
        <w:t>　　13.哭泣的女人（欣赏）变脸（绘画）</w:t>
      </w:r>
      <w:r>
        <w:rPr>
          <w:lang w:eastAsia="zh-CN"/>
        </w:rPr>
        <w:br/>
      </w:r>
      <w:r>
        <w:rPr>
          <w:lang w:eastAsia="zh-CN"/>
        </w:rPr>
        <w:t>　　14.哈哈镜里的你（绘画）树叶的照片（绘画）</w:t>
      </w:r>
      <w:r>
        <w:rPr>
          <w:lang w:eastAsia="zh-CN"/>
        </w:rPr>
        <w:br/>
      </w:r>
      <w:r>
        <w:rPr>
          <w:lang w:eastAsia="zh-CN"/>
        </w:rPr>
        <w:t>　　15.一片大大的树叶（绘画）一地的树叶（手工）</w:t>
      </w:r>
      <w:r>
        <w:rPr>
          <w:lang w:eastAsia="zh-CN"/>
        </w:rPr>
        <w:br/>
      </w:r>
      <w:r>
        <w:rPr>
          <w:lang w:eastAsia="zh-CN"/>
        </w:rPr>
        <w:t>　　16.秋菊（绘画）兔儿爷（一）（欣赏）</w:t>
      </w:r>
      <w:r>
        <w:rPr>
          <w:lang w:eastAsia="zh-CN"/>
        </w:rPr>
        <w:br/>
      </w:r>
      <w:r>
        <w:rPr>
          <w:lang w:eastAsia="zh-CN"/>
        </w:rPr>
        <w:t>　　17.兔儿爷（二）（手工）颜色变变变（欣赏）</w:t>
      </w:r>
      <w:r>
        <w:rPr>
          <w:lang w:eastAsia="zh-CN"/>
        </w:rPr>
        <w:br/>
      </w:r>
      <w:r>
        <w:rPr>
          <w:lang w:eastAsia="zh-CN"/>
        </w:rPr>
        <w:t>　　18.秋天的菊花（绘画）堆雪人（绘画）</w:t>
      </w:r>
      <w:r>
        <w:rPr>
          <w:lang w:eastAsia="zh-CN"/>
        </w:rPr>
        <w:br/>
      </w:r>
      <w:r>
        <w:rPr>
          <w:lang w:eastAsia="zh-CN"/>
        </w:rPr>
        <w:t xml:space="preserve">    美术教案－教学计划 篇5 </w:t>
      </w:r>
      <w:r>
        <w:rPr>
          <w:lang w:eastAsia="zh-CN"/>
        </w:rPr>
        <w:br/>
      </w:r>
      <w:r>
        <w:rPr>
          <w:lang w:eastAsia="zh-CN"/>
        </w:rPr>
        <w:t>　　幼儿美术教学是幼师学生为将来从事幼儿园美术教育工作，所必须掌握的基础理论和教学方法。幼师专业的学生仅仅掌握一，定的美术技能是远远不够的，还必须掌握一定的教学理论和方法。幼师美术教学课应密切联系幼儿园的美术教学实际，注重学生的美术理论的`学习与学生实践操作相结合.</w:t>
      </w:r>
      <w:r>
        <w:rPr>
          <w:lang w:eastAsia="zh-CN"/>
        </w:rPr>
        <w:br/>
      </w:r>
      <w:r>
        <w:rPr>
          <w:lang w:eastAsia="zh-CN"/>
        </w:rPr>
        <w:t>　　幼师班在本学期开设了简笔画教学与手工制作,现制定计划如下:</w:t>
      </w:r>
      <w:r>
        <w:rPr>
          <w:lang w:eastAsia="zh-CN"/>
        </w:rPr>
        <w:br/>
      </w:r>
      <w:r>
        <w:rPr>
          <w:lang w:eastAsia="zh-CN"/>
        </w:rPr>
        <w:t>　　一、首先是教材内容的分析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本学期的简笔画内容共有八章，依次是:怎样认识、理解和掌握简笔画；静物简笔画；植物简笔画；景物简笔画；动物简笔画；人物简笔画；简笔画的材料工具及使用方法；儿歌、儿童故事简笔画创编。手工教材内容共有七章，依次是：平面构成；图案；纸工；综合材料的应用；泥塑、幼儿园环境布置；外国美术欣赏。</w:t>
      </w:r>
      <w:r>
        <w:rPr>
          <w:lang w:eastAsia="zh-CN"/>
        </w:rPr>
        <w:br/>
      </w:r>
      <w:r>
        <w:rPr>
          <w:lang w:eastAsia="zh-CN"/>
        </w:rPr>
        <w:t>　　二、教学目标的分析</w:t>
      </w:r>
      <w:r>
        <w:rPr>
          <w:lang w:eastAsia="zh-CN"/>
        </w:rPr>
        <w:br/>
      </w:r>
      <w:r>
        <w:rPr>
          <w:lang w:eastAsia="zh-CN"/>
        </w:rPr>
        <w:t>　　简笔画的在本学期的教学目标是：让幼师学生深层次地明确了解简笔画在将来从事的幼儿教育中的重要作用；学习与掌握简笔画的理论知识与幼儿教育心理知识；掌握各类不同简笔画的表现方法与技巧；会根据儿歌、儿童故事进行简笔画的创编活动，为以后从事幼儿美术教育打下牢固的基础。手工制作的教学目标是：通过手工教学使学生了解手工工具和材料，初步掌握手工制作的基本规律和方法；通过学习增强手工操作的技能技巧，掌握几种手工艺制作技巧，并结合现代的设计理念和现代人的生活方式。手工制作是是综合实践活动课程，是培养学生既动手又动脑，训练他们的综合能力的极好方式，通过活动培养学生观察思考、创新意识、实际操作、调查研究和收集资料的能力,丰富学生的知识面。手工课程要以绘画知识为基础，学生能把绘画中的形体与色彩知识充分利用到手工的各种材料中去；发展学生的空间想象与创造能力；培养学生严格、细致、准确、有毅力、有计划等工作习惯</w:t>
      </w:r>
      <w:r>
        <w:rPr>
          <w:lang w:eastAsia="zh-CN"/>
        </w:rPr>
        <w:br/>
      </w:r>
      <w:r>
        <w:rPr>
          <w:lang w:eastAsia="zh-CN"/>
        </w:rPr>
        <w:t xml:space="preserve">    美术教案－教学计划 篇6 </w:t>
      </w:r>
      <w:r>
        <w:rPr>
          <w:lang w:eastAsia="zh-CN"/>
        </w:rPr>
        <w:br/>
      </w:r>
      <w:r>
        <w:rPr>
          <w:lang w:eastAsia="zh-CN"/>
        </w:rPr>
        <w:t>　　一、授课内容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本学期学习课程有：素描石膏几何体临摹写生、素描石膏静物写生、速写人物头像写生、素描石膏五官写生、速写人物全身像写生。</w:t>
      </w:r>
      <w:r>
        <w:rPr>
          <w:lang w:eastAsia="zh-CN"/>
        </w:rPr>
        <w:br/>
      </w:r>
      <w:r>
        <w:rPr>
          <w:lang w:eastAsia="zh-CN"/>
        </w:rPr>
        <w:t>　　二、学习时间</w:t>
      </w:r>
      <w:r>
        <w:rPr>
          <w:lang w:eastAsia="zh-CN"/>
        </w:rPr>
        <w:br/>
      </w:r>
      <w:r>
        <w:rPr>
          <w:lang w:eastAsia="zh-CN"/>
        </w:rPr>
        <w:t>　　晚上（6：30～9：00）：周二、周四、周六。</w:t>
      </w:r>
      <w:r>
        <w:rPr>
          <w:lang w:eastAsia="zh-CN"/>
        </w:rPr>
        <w:br/>
      </w:r>
      <w:r>
        <w:rPr>
          <w:lang w:eastAsia="zh-CN"/>
        </w:rPr>
        <w:t>　　白天（8：30～12：00 2：30～5：00）：周六、周日。</w:t>
      </w:r>
      <w:r>
        <w:rPr>
          <w:lang w:eastAsia="zh-CN"/>
        </w:rPr>
        <w:br/>
      </w:r>
      <w:r>
        <w:rPr>
          <w:lang w:eastAsia="zh-CN"/>
        </w:rPr>
        <w:t>　　共19.5课时的教学时间，</w:t>
      </w:r>
      <w:r>
        <w:rPr>
          <w:lang w:eastAsia="zh-CN"/>
        </w:rPr>
        <w:br/>
      </w:r>
      <w:r>
        <w:rPr>
          <w:lang w:eastAsia="zh-CN"/>
        </w:rPr>
        <w:t>　　三、具体安排</w:t>
      </w:r>
      <w:r>
        <w:rPr>
          <w:lang w:eastAsia="zh-CN"/>
        </w:rPr>
        <w:br/>
      </w:r>
      <w:r>
        <w:rPr>
          <w:lang w:eastAsia="zh-CN"/>
        </w:rPr>
        <w:t>　　课程科目：素描、石膏几何体写生</w:t>
      </w:r>
      <w:r>
        <w:rPr>
          <w:lang w:eastAsia="zh-CN"/>
        </w:rPr>
        <w:br/>
      </w:r>
      <w:r>
        <w:rPr>
          <w:lang w:eastAsia="zh-CN"/>
        </w:rPr>
        <w:t>　　课时安排：周二晚上、周六晚上、周六白天、周日白天</w:t>
      </w:r>
      <w:r>
        <w:rPr>
          <w:lang w:eastAsia="zh-CN"/>
        </w:rPr>
        <w:br/>
      </w:r>
      <w:r>
        <w:rPr>
          <w:lang w:eastAsia="zh-CN"/>
        </w:rPr>
        <w:t>　　学习要求</w:t>
      </w:r>
      <w:r>
        <w:rPr>
          <w:lang w:eastAsia="zh-CN"/>
        </w:rPr>
        <w:br/>
      </w:r>
      <w:r>
        <w:rPr>
          <w:lang w:eastAsia="zh-CN"/>
        </w:rPr>
        <w:t>　　认识和掌握基本的透视关系，培养空间意识，基本的结构，构图意识</w:t>
      </w:r>
      <w:r>
        <w:rPr>
          <w:lang w:eastAsia="zh-CN"/>
        </w:rPr>
        <w:br/>
      </w:r>
      <w:r>
        <w:rPr>
          <w:lang w:eastAsia="zh-CN"/>
        </w:rPr>
        <w:t>　　静物结构素描</w:t>
      </w:r>
      <w:r>
        <w:rPr>
          <w:lang w:eastAsia="zh-CN"/>
        </w:rPr>
        <w:br/>
      </w:r>
      <w:r>
        <w:rPr>
          <w:lang w:eastAsia="zh-CN"/>
        </w:rPr>
        <w:t>　　课时安排：周二晚上、周六晚上、周六白天、周日白天</w:t>
      </w:r>
      <w:r>
        <w:rPr>
          <w:lang w:eastAsia="zh-CN"/>
        </w:rPr>
        <w:br/>
      </w:r>
      <w:r>
        <w:rPr>
          <w:lang w:eastAsia="zh-CN"/>
        </w:rPr>
        <w:t>　　通过训练，能够正确掌握物像体积的外形，抓住形体结构规律，并熟练运用直线、弧线、方形、圆形体块等几何形体去分析物象，理解物象，同时掌握线条的轻重、虚实等关系</w:t>
      </w:r>
      <w:r>
        <w:rPr>
          <w:lang w:eastAsia="zh-CN"/>
        </w:rPr>
        <w:br/>
      </w:r>
      <w:r>
        <w:rPr>
          <w:lang w:eastAsia="zh-CN"/>
        </w:rPr>
        <w:t>　　综合静物素描</w:t>
      </w:r>
      <w:r>
        <w:rPr>
          <w:lang w:eastAsia="zh-CN"/>
        </w:rPr>
        <w:br/>
      </w:r>
      <w:r>
        <w:rPr>
          <w:lang w:eastAsia="zh-CN"/>
        </w:rPr>
        <w:t>　　课时安排：周二晚上、周六晚上、周六白天、周日白天</w:t>
      </w:r>
      <w:r>
        <w:rPr>
          <w:lang w:eastAsia="zh-CN"/>
        </w:rPr>
        <w:br/>
      </w:r>
      <w:r>
        <w:rPr>
          <w:lang w:eastAsia="zh-CN"/>
        </w:rPr>
        <w:t>　　能够很好地把握画面的形体,控制画面的黑白灰关系，能分析认识构成素描的基本因素，并掌握客观造型的要领与方法。</w:t>
      </w:r>
      <w:r>
        <w:rPr>
          <w:lang w:eastAsia="zh-CN"/>
        </w:rPr>
        <w:br/>
      </w:r>
      <w:r>
        <w:rPr>
          <w:lang w:eastAsia="zh-CN"/>
        </w:rPr>
        <w:t>　　石膏像写生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周二晚上、周六晚上、周六白天、周日白天</w:t>
      </w:r>
      <w:r>
        <w:rPr>
          <w:lang w:eastAsia="zh-CN"/>
        </w:rPr>
        <w:br/>
      </w:r>
      <w:r>
        <w:rPr>
          <w:lang w:eastAsia="zh-CN"/>
        </w:rPr>
        <w:t>　　从基本的透视,构图，比例入手，要求学生准确掌握人像比例、结构等形体关系，能正确处理明暗、色调、空间等因素，画面要求有一定的完整性。培养学生的深入观察与表现能力。</w:t>
      </w:r>
      <w:r>
        <w:rPr>
          <w:lang w:eastAsia="zh-CN"/>
        </w:rPr>
        <w:br/>
      </w:r>
      <w:r>
        <w:rPr>
          <w:lang w:eastAsia="zh-CN"/>
        </w:rPr>
        <w:t>　　人物头像</w:t>
      </w:r>
      <w:r>
        <w:rPr>
          <w:lang w:eastAsia="zh-CN"/>
        </w:rPr>
        <w:br/>
      </w:r>
      <w:r>
        <w:rPr>
          <w:lang w:eastAsia="zh-CN"/>
        </w:rPr>
        <w:t>　　寒假</w:t>
      </w:r>
      <w:r>
        <w:rPr>
          <w:lang w:eastAsia="zh-CN"/>
        </w:rPr>
        <w:br/>
      </w:r>
      <w:r>
        <w:rPr>
          <w:lang w:eastAsia="zh-CN"/>
        </w:rPr>
        <w:t>　　提高学生的观察，思考，表现的综合能力，注重人像的比例、结构的准确性，以及神态的表现，并能很好的处理明暗、虚实关系。</w:t>
      </w:r>
      <w:r>
        <w:rPr>
          <w:lang w:eastAsia="zh-CN"/>
        </w:rPr>
        <w:br/>
      </w:r>
      <w:r>
        <w:rPr>
          <w:lang w:eastAsia="zh-CN"/>
        </w:rPr>
        <w:t>　　速写</w:t>
      </w:r>
      <w:r>
        <w:rPr>
          <w:lang w:eastAsia="zh-CN"/>
        </w:rPr>
        <w:br/>
      </w:r>
      <w:r>
        <w:rPr>
          <w:lang w:eastAsia="zh-CN"/>
        </w:rPr>
        <w:t>　　静物速写</w:t>
      </w:r>
      <w:r>
        <w:rPr>
          <w:lang w:eastAsia="zh-CN"/>
        </w:rPr>
        <w:br/>
      </w:r>
      <w:r>
        <w:rPr>
          <w:lang w:eastAsia="zh-CN"/>
        </w:rPr>
        <w:t>　　周四晚上周六下午</w:t>
      </w:r>
      <w:r>
        <w:rPr>
          <w:lang w:eastAsia="zh-CN"/>
        </w:rPr>
        <w:br/>
      </w:r>
      <w:r>
        <w:rPr>
          <w:lang w:eastAsia="zh-CN"/>
        </w:rPr>
        <w:t>　　通过训练，能自由、流畅地用笔，熟练地运用直线、弧线、曲线等去表现物象，有一定的透视关系、空间关系，并能准确地描绘物象，很好地处理画面的轻重和虚实关系。</w:t>
      </w:r>
      <w:r>
        <w:rPr>
          <w:lang w:eastAsia="zh-CN"/>
        </w:rPr>
        <w:br/>
      </w:r>
      <w:r>
        <w:rPr>
          <w:lang w:eastAsia="zh-CN"/>
        </w:rPr>
        <w:t>　　人物速写</w:t>
      </w:r>
      <w:r>
        <w:rPr>
          <w:lang w:eastAsia="zh-CN"/>
        </w:rPr>
        <w:br/>
      </w:r>
      <w:r>
        <w:rPr>
          <w:lang w:eastAsia="zh-CN"/>
        </w:rPr>
        <w:t>　　周四晚上周六下午</w:t>
      </w:r>
      <w:r>
        <w:rPr>
          <w:lang w:eastAsia="zh-CN"/>
        </w:rPr>
        <w:br/>
      </w:r>
      <w:r>
        <w:rPr>
          <w:lang w:eastAsia="zh-CN"/>
        </w:rPr>
        <w:t>　　能很好地掌握人物的比例、形体关系，并能快速地把握好人物的各种动态，以及如何处理好线条的轻重、虚实和如何取舍等。</w:t>
      </w:r>
      <w:r>
        <w:rPr>
          <w:lang w:eastAsia="zh-CN"/>
        </w:rPr>
        <w:br/>
      </w:r>
      <w:r>
        <w:rPr>
          <w:lang w:eastAsia="zh-CN"/>
        </w:rPr>
        <w:t>　　人物默画</w:t>
      </w:r>
      <w:r>
        <w:rPr>
          <w:lang w:eastAsia="zh-CN"/>
        </w:rPr>
        <w:br/>
      </w:r>
      <w:r>
        <w:rPr>
          <w:lang w:eastAsia="zh-CN"/>
        </w:rPr>
        <w:t>　　周四晚上周六下午</w:t>
      </w:r>
      <w:r>
        <w:rPr>
          <w:lang w:eastAsia="zh-CN"/>
        </w:rPr>
        <w:br/>
      </w:r>
      <w:r>
        <w:rPr>
          <w:lang w:eastAsia="zh-CN"/>
        </w:rPr>
        <w:t>　　培养观察力和记忆力，能够熟记、熟知人物的各种动态姿势，并能准确表达出来。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xml:space="preserve">    美术教案－教学计划 篇7 </w:t>
      </w:r>
      <w:r>
        <w:rPr>
          <w:lang w:eastAsia="zh-CN"/>
        </w:rPr>
        <w:br/>
      </w:r>
      <w:r>
        <w:rPr>
          <w:lang w:eastAsia="zh-CN"/>
        </w:rPr>
        <w:t>　　一、教材分析：</w:t>
      </w:r>
      <w:r>
        <w:rPr>
          <w:lang w:eastAsia="zh-CN"/>
        </w:rPr>
        <w:br/>
      </w:r>
      <w:r>
        <w:rPr>
          <w:lang w:eastAsia="zh-CN"/>
        </w:rPr>
        <w:t>　　本册教材共有18课，包含的内容有：1、水墨游戏;2、重重复复;3、曲曲折折;4、平平稳稳;5、感受声音;6、迷彩服;7、彩色玻璃窗;8、我的同学;9、家乡的桥和塔;10、我设计的一本书;11、绒线绕绕;12、甜蜜的梦;13金色的浮雕;14变幻无穷的形象;15我们的节日;16二十二世纪的建筑;17、电脑美术;18会飞的玩具;19保护珍稀野生动物;20民间玩具。</w:t>
      </w:r>
      <w:r>
        <w:rPr>
          <w:lang w:eastAsia="zh-CN"/>
        </w:rPr>
        <w:br/>
      </w:r>
      <w:r>
        <w:rPr>
          <w:lang w:eastAsia="zh-CN"/>
        </w:rPr>
        <w:t>　　(一)造型表现</w:t>
      </w:r>
      <w:r>
        <w:rPr>
          <w:lang w:eastAsia="zh-CN"/>
        </w:rPr>
        <w:br/>
      </w:r>
      <w:r>
        <w:rPr>
          <w:lang w:eastAsia="zh-CN"/>
        </w:rPr>
        <w:t>　　初步认识形、色与机理等美术语言，学习使用各种工具，体验不同媒材的效果，通过看看、画画、做做等方法表现所见所闻、所感所想的事物，激发丰富的想象力与创造愿望。</w:t>
      </w:r>
      <w:r>
        <w:rPr>
          <w:lang w:eastAsia="zh-CN"/>
        </w:rPr>
        <w:br/>
      </w:r>
      <w:r>
        <w:rPr>
          <w:lang w:eastAsia="zh-CN"/>
        </w:rPr>
        <w:t>　　(二)设计应用</w:t>
      </w:r>
      <w:r>
        <w:rPr>
          <w:lang w:eastAsia="zh-CN"/>
        </w:rPr>
        <w:br/>
      </w:r>
      <w:r>
        <w:rPr>
          <w:lang w:eastAsia="zh-CN"/>
        </w:rPr>
        <w:t>　　学习对比与和谐、对称与均衡等组合原理，了解一些简易的设计和装饰，感受设计制作与其他美术活动的区别。</w:t>
      </w:r>
      <w:r>
        <w:rPr>
          <w:lang w:eastAsia="zh-CN"/>
        </w:rPr>
        <w:br/>
      </w:r>
      <w:r>
        <w:rPr>
          <w:lang w:eastAsia="zh-CN"/>
        </w:rPr>
        <w:t>　　(三)欣赏评述</w:t>
      </w:r>
      <w:r>
        <w:rPr>
          <w:lang w:eastAsia="zh-CN"/>
        </w:rPr>
        <w:br/>
      </w:r>
      <w:r>
        <w:rPr>
          <w:lang w:eastAsia="zh-CN"/>
        </w:rPr>
        <w:t>　　观赏自然和各种美术作品的形、色与质感，能用口头或书面语言对欣赏对象进行描述，说出其特色，表达自己的感受。</w:t>
      </w:r>
      <w:r>
        <w:rPr>
          <w:lang w:eastAsia="zh-CN"/>
        </w:rPr>
        <w:br/>
      </w:r>
      <w:r>
        <w:rPr>
          <w:lang w:eastAsia="zh-CN"/>
        </w:rPr>
        <w:t>　　(四)综合探索</w:t>
      </w:r>
      <w:r>
        <w:rPr>
          <w:lang w:eastAsia="zh-CN"/>
        </w:rPr>
        <w:br/>
      </w:r>
      <w:r>
        <w:rPr>
          <w:lang w:eastAsia="zh-CN"/>
        </w:rPr>
        <w:t>　　进行美术创作、表演和展示，并发表自己的创作意图。</w:t>
      </w:r>
      <w:r>
        <w:rPr>
          <w:lang w:eastAsia="zh-CN"/>
        </w:rPr>
        <w:br/>
      </w:r>
      <w:r>
        <w:rPr>
          <w:lang w:eastAsia="zh-CN"/>
        </w:rPr>
        <w:t>　　二、教学情况分析：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这几年的教学中，发现该年段学生的自力更生能力有所提高，但娇生惯养的习性，还是养成了他们对事物的依赖感，遇到困难不敢挑战自己，动不动就要请学生、老师、家长帮忙，自己就看着不做，甚至去玩或做其他事情，懒惰成性。有的学生想象力丰富、大胆，敢表现自己想法，绘画技能娴熟，但在画面组织上不够理想，有的学生敢表现自己想表现的内容，但苦于绘画技能落后，有的学生学习兴趣浓厚，但在课堂气氛中过与活跃，甚至不能自控，想学又不会就出现了爱讲空话的情况。学生在知识掌握上也层次不均，有的绘画技能好，有的工艺水平高，有的在欣赏能力上分析能力强，能说会道。</w:t>
      </w:r>
      <w:r>
        <w:rPr>
          <w:lang w:eastAsia="zh-CN"/>
        </w:rPr>
        <w:br/>
      </w:r>
      <w:r>
        <w:rPr>
          <w:lang w:eastAsia="zh-CN"/>
        </w:rPr>
        <w:t>　　三、教学要求：</w:t>
      </w:r>
      <w:r>
        <w:rPr>
          <w:lang w:eastAsia="zh-CN"/>
        </w:rPr>
        <w:br/>
      </w:r>
      <w:r>
        <w:rPr>
          <w:lang w:eastAsia="zh-CN"/>
        </w:rPr>
        <w:t>　　1、在游戏中感受水墨的魅力。</w:t>
      </w:r>
      <w:r>
        <w:rPr>
          <w:lang w:eastAsia="zh-CN"/>
        </w:rPr>
        <w:br/>
      </w:r>
      <w:r>
        <w:rPr>
          <w:lang w:eastAsia="zh-CN"/>
        </w:rPr>
        <w:t>　　2、用记忆画的形式表现自己熟悉的人和物。</w:t>
      </w:r>
      <w:r>
        <w:rPr>
          <w:lang w:eastAsia="zh-CN"/>
        </w:rPr>
        <w:br/>
      </w:r>
      <w:r>
        <w:rPr>
          <w:lang w:eastAsia="zh-CN"/>
        </w:rPr>
        <w:t>　　3、用绘画的形式感受重复、平稳、曲直。</w:t>
      </w:r>
      <w:r>
        <w:rPr>
          <w:lang w:eastAsia="zh-CN"/>
        </w:rPr>
        <w:br/>
      </w:r>
      <w:r>
        <w:rPr>
          <w:lang w:eastAsia="zh-CN"/>
        </w:rPr>
        <w:t>　　4、用彩墨材料制作画面，继续学习彩墨画。</w:t>
      </w:r>
      <w:r>
        <w:rPr>
          <w:lang w:eastAsia="zh-CN"/>
        </w:rPr>
        <w:br/>
      </w:r>
      <w:r>
        <w:rPr>
          <w:lang w:eastAsia="zh-CN"/>
        </w:rPr>
        <w:t>　　5、选用简便的材料，进行制作。</w:t>
      </w:r>
      <w:r>
        <w:rPr>
          <w:lang w:eastAsia="zh-CN"/>
        </w:rPr>
        <w:br/>
      </w:r>
      <w:r>
        <w:rPr>
          <w:lang w:eastAsia="zh-CN"/>
        </w:rPr>
        <w:t>　　6、学习电脑绘画 。</w:t>
      </w:r>
      <w:r>
        <w:rPr>
          <w:lang w:eastAsia="zh-CN"/>
        </w:rPr>
        <w:br/>
      </w:r>
      <w:r>
        <w:rPr>
          <w:lang w:eastAsia="zh-CN"/>
        </w:rPr>
        <w:t>　　7、 学习画民间玩具。</w:t>
      </w:r>
      <w:r>
        <w:rPr>
          <w:lang w:eastAsia="zh-CN"/>
        </w:rPr>
        <w:br/>
      </w:r>
      <w:r>
        <w:rPr>
          <w:lang w:eastAsia="zh-CN"/>
        </w:rPr>
        <w:t>　　四、教学措施：</w:t>
      </w:r>
      <w:r>
        <w:rPr>
          <w:lang w:eastAsia="zh-CN"/>
        </w:rPr>
        <w:br/>
      </w:r>
      <w:r>
        <w:rPr>
          <w:lang w:eastAsia="zh-CN"/>
        </w:rPr>
        <w:t>　　1、多给学生欣赏优秀美术作品，开阔视野，在平时教学中针对不同性质的学生进行的“玩”中各种想象画训练，各种不同美术知识技能渗透，以提高学生作品的表现力，对自己美术能力充满信心。</w:t>
      </w:r>
      <w:r>
        <w:rPr>
          <w:lang w:eastAsia="zh-CN"/>
        </w:rPr>
        <w:br/>
      </w:r>
      <w:r>
        <w:rPr>
          <w:lang w:eastAsia="zh-CN"/>
        </w:rPr>
        <w:t>　　2、学习时，培养学生大胆作画的能力和敢画、敢做的决心。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3、多让学生采取自己喜欢的方式表达美术带给他们的感觉，经过通过看看、画画、做做等方法表现所见所闻、所感所想的事物，激发丰富的想象力与创造愿望。</w:t>
      </w:r>
      <w:r>
        <w:rPr>
          <w:lang w:eastAsia="zh-CN"/>
        </w:rPr>
        <w:br/>
      </w:r>
      <w:r>
        <w:rPr>
          <w:lang w:eastAsia="zh-CN"/>
        </w:rPr>
        <w:t>　　五、教学进度表安排：</w:t>
      </w:r>
      <w:r>
        <w:rPr>
          <w:lang w:eastAsia="zh-CN"/>
        </w:rPr>
        <w:br/>
      </w:r>
      <w:r>
        <w:rPr>
          <w:lang w:eastAsia="zh-CN"/>
        </w:rPr>
        <w:t>　　略</w:t>
      </w:r>
      <w:r>
        <w:rPr>
          <w:lang w:eastAsia="zh-CN"/>
        </w:rPr>
        <w:br/>
      </w:r>
      <w:r>
        <w:rPr>
          <w:lang w:eastAsia="zh-CN"/>
        </w:rPr>
        <w:t xml:space="preserve">    美术教案－教学计划 篇8 </w:t>
      </w:r>
      <w:r>
        <w:rPr>
          <w:lang w:eastAsia="zh-CN"/>
        </w:rPr>
        <w:br/>
      </w:r>
      <w:r>
        <w:rPr>
          <w:lang w:eastAsia="zh-CN"/>
        </w:rPr>
        <w:t>　　一：学情分析</w:t>
      </w:r>
      <w:r>
        <w:rPr>
          <w:lang w:eastAsia="zh-CN"/>
        </w:rPr>
        <w:br/>
      </w:r>
      <w:r>
        <w:rPr>
          <w:lang w:eastAsia="zh-CN"/>
        </w:rPr>
        <w:t>　　新学期，新的开始。我们又要开始新的篇章。本学期我担任的是三年级美术老师，二年级的学生开始拥有绘画的方向和基础。而三年级绘画内容也逐渐开始变向有趣化。不再是简简单单的绘画，而是多样化的学习美术。为了能适应不同化的美术内容，用一个课时让学生自由讨论，选出学生自己最喜欢的课文来进行以后的学习。学习方面：在学习行为上已具有了一定的稳定性，思维更活跃、更宽广。从学生固有的天性来说单纯、好动的性格，促成学生天真、可爱的特点。这个年龄的孩子具有丰富的想象力和敢于创造的潜意识教师应在此基础上鼓励、引导学生探求美术课各领域的知识，感悟美术学习的乐趣，通过各种途径增强学生学习美术的兴趣，开阔他们的视野，培养学生的创造能力、审美能力以及创造美好生活的愿望。</w:t>
      </w:r>
      <w:r>
        <w:rPr>
          <w:lang w:eastAsia="zh-CN"/>
        </w:rPr>
        <w:br/>
      </w:r>
      <w:r>
        <w:rPr>
          <w:lang w:eastAsia="zh-CN"/>
        </w:rPr>
        <w:t>　　二;教学目标</w:t>
      </w:r>
      <w:r>
        <w:rPr>
          <w:lang w:eastAsia="zh-CN"/>
        </w:rPr>
        <w:br/>
      </w:r>
      <w:r>
        <w:rPr>
          <w:lang w:eastAsia="zh-CN"/>
        </w:rPr>
        <w:t>　　1，欣赏优秀美术作品，能对自己喜爱的作品进行简单的评价。</w:t>
      </w:r>
      <w:r>
        <w:rPr>
          <w:lang w:eastAsia="zh-CN"/>
        </w:rPr>
        <w:br/>
      </w:r>
      <w:r>
        <w:rPr>
          <w:lang w:eastAsia="zh-CN"/>
        </w:rPr>
        <w:t>　　2，通过启发联想训练学生的想像力和创造性力，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培养良好的观察习惯和观察能力。</w:t>
      </w:r>
      <w:r>
        <w:rPr>
          <w:lang w:eastAsia="zh-CN"/>
        </w:rPr>
        <w:br/>
      </w:r>
      <w:r>
        <w:rPr>
          <w:lang w:eastAsia="zh-CN"/>
        </w:rPr>
        <w:t>　　3，学习简单立体物的表现方法，学习色彩表现方法，进行和自己生活切近的设计与制作</w:t>
      </w:r>
      <w:r>
        <w:rPr>
          <w:lang w:eastAsia="zh-CN"/>
        </w:rPr>
        <w:br/>
      </w:r>
      <w:r>
        <w:rPr>
          <w:lang w:eastAsia="zh-CN"/>
        </w:rPr>
        <w:t>　　三：教学重点难点</w:t>
      </w:r>
      <w:r>
        <w:rPr>
          <w:lang w:eastAsia="zh-CN"/>
        </w:rPr>
        <w:br/>
      </w:r>
      <w:r>
        <w:rPr>
          <w:lang w:eastAsia="zh-CN"/>
        </w:rPr>
        <w:t>　　1，用记忆画、想象画等形式，用大胆的颜色表示自己熟悉的内容。</w:t>
      </w:r>
      <w:r>
        <w:rPr>
          <w:lang w:eastAsia="zh-CN"/>
        </w:rPr>
        <w:br/>
      </w:r>
      <w:r>
        <w:rPr>
          <w:lang w:eastAsia="zh-CN"/>
        </w:rPr>
        <w:t>　　2，制作简单的拓印画，及各种平面材料贴画，进一步提高撕纸和剪纸拼贴的能力。</w:t>
      </w:r>
      <w:r>
        <w:rPr>
          <w:lang w:eastAsia="zh-CN"/>
        </w:rPr>
        <w:br/>
      </w:r>
      <w:r>
        <w:rPr>
          <w:lang w:eastAsia="zh-CN"/>
        </w:rPr>
        <w:t>　　3，欣赏儿童画及自然物，提高欣赏能力。</w:t>
      </w:r>
      <w:r>
        <w:rPr>
          <w:lang w:eastAsia="zh-CN"/>
        </w:rPr>
        <w:br/>
      </w:r>
      <w:r>
        <w:rPr>
          <w:lang w:eastAsia="zh-CN"/>
        </w:rPr>
        <w:t>　　四、提高教学效率的主要措施：</w:t>
      </w:r>
      <w:r>
        <w:rPr>
          <w:lang w:eastAsia="zh-CN"/>
        </w:rPr>
        <w:br/>
      </w:r>
      <w:r>
        <w:rPr>
          <w:lang w:eastAsia="zh-CN"/>
        </w:rPr>
        <w:t>　　1，多给学生欣赏优秀美术作品，开阔视野，在平时教学中进行各种想象画训练，各种美术知识技能渗透，以提高学生作品的表现力。</w:t>
      </w:r>
      <w:r>
        <w:rPr>
          <w:lang w:eastAsia="zh-CN"/>
        </w:rPr>
        <w:br/>
      </w:r>
      <w:r>
        <w:rPr>
          <w:lang w:eastAsia="zh-CN"/>
        </w:rPr>
        <w:t>　　2，本学期时，要求学生在绘画创作时使用铅笔构图，后用签字笔勾边。以提高绘画进度，培养学生大胆作画的信心和决心。</w:t>
      </w:r>
      <w:r>
        <w:rPr>
          <w:lang w:eastAsia="zh-CN"/>
        </w:rPr>
        <w:br/>
      </w:r>
      <w:r>
        <w:rPr>
          <w:lang w:eastAsia="zh-CN"/>
        </w:rPr>
        <w:t>　　3、教具准备齐全，可以多样化教学。</w:t>
      </w:r>
      <w:r>
        <w:rPr>
          <w:lang w:eastAsia="zh-CN"/>
        </w:rPr>
        <w:br/>
      </w:r>
      <w:r>
        <w:rPr>
          <w:lang w:eastAsia="zh-CN"/>
        </w:rPr>
        <w:t>　　4、保留绘画作品，可以通过对比感受到自己的进步。</w:t>
      </w:r>
      <w:r>
        <w:rPr>
          <w:lang w:eastAsia="zh-CN"/>
        </w:rPr>
        <w:br/>
      </w:r>
      <w:r>
        <w:rPr>
          <w:lang w:eastAsia="zh-CN"/>
        </w:rPr>
        <w:t xml:space="preserve">    美术教案－教学计划 篇9 </w:t>
      </w:r>
      <w:r>
        <w:rPr>
          <w:lang w:eastAsia="zh-CN"/>
        </w:rPr>
        <w:br/>
      </w:r>
      <w:r>
        <w:rPr>
          <w:lang w:eastAsia="zh-CN"/>
        </w:rPr>
        <w:t>　　一、教学目标</w:t>
      </w:r>
      <w:r>
        <w:rPr>
          <w:lang w:eastAsia="zh-CN"/>
        </w:rPr>
        <w:br/>
      </w:r>
      <w:r>
        <w:rPr>
          <w:lang w:eastAsia="zh-CN"/>
        </w:rPr>
        <w:t>　　1、知识掌握要点</w:t>
      </w:r>
      <w:r>
        <w:rPr>
          <w:lang w:eastAsia="zh-CN"/>
        </w:rPr>
        <w:br/>
      </w:r>
      <w:r>
        <w:rPr>
          <w:lang w:eastAsia="zh-CN"/>
        </w:rPr>
        <w:t>　　（1）感知各种随意形状。</w:t>
      </w:r>
      <w:r>
        <w:rPr>
          <w:lang w:eastAsia="zh-CN"/>
        </w:rPr>
        <w:br/>
      </w:r>
      <w:r>
        <w:rPr>
          <w:lang w:eastAsia="zh-CN"/>
        </w:rPr>
        <w:t>　　（2）认识和运用各种平面形、常用色。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（3）运用形和色，进行临摹、添画、记忆画、想象画练习。</w:t>
      </w:r>
      <w:r>
        <w:rPr>
          <w:lang w:eastAsia="zh-CN"/>
        </w:rPr>
        <w:br/>
      </w:r>
      <w:r>
        <w:rPr>
          <w:lang w:eastAsia="zh-CN"/>
        </w:rPr>
        <w:t>　　（4）学习使用各种简易绘画工具，学习撕、折、拼、贴和揉捏、搓、挖等手工制作法，养成正确地绘画、制作姿势与习惯。</w:t>
      </w:r>
      <w:r>
        <w:rPr>
          <w:lang w:eastAsia="zh-CN"/>
        </w:rPr>
        <w:br/>
      </w:r>
      <w:r>
        <w:rPr>
          <w:lang w:eastAsia="zh-CN"/>
        </w:rPr>
        <w:t>　　（5）欣赏祖国风光和儿童画、民间美术作品的美。</w:t>
      </w:r>
      <w:r>
        <w:rPr>
          <w:lang w:eastAsia="zh-CN"/>
        </w:rPr>
        <w:br/>
      </w:r>
      <w:r>
        <w:rPr>
          <w:lang w:eastAsia="zh-CN"/>
        </w:rPr>
        <w:t>　　2、能力培养要点</w:t>
      </w:r>
      <w:r>
        <w:rPr>
          <w:lang w:eastAsia="zh-CN"/>
        </w:rPr>
        <w:br/>
      </w:r>
      <w:r>
        <w:rPr>
          <w:lang w:eastAsia="zh-CN"/>
        </w:rPr>
        <w:t>　　（1）在美术活动中发展学生的想象力和创造力，积极促进从无意想象过渡到有意想象，从再现想象过渡到创造想象。</w:t>
      </w:r>
      <w:r>
        <w:rPr>
          <w:lang w:eastAsia="zh-CN"/>
        </w:rPr>
        <w:br/>
      </w:r>
      <w:r>
        <w:rPr>
          <w:lang w:eastAsia="zh-CN"/>
        </w:rPr>
        <w:t>　　（2）在绘画活动中大胆用笔用色，鼓励儿童通过绘画表达自己的情绪情感。</w:t>
      </w:r>
      <w:r>
        <w:rPr>
          <w:lang w:eastAsia="zh-CN"/>
        </w:rPr>
        <w:br/>
      </w:r>
      <w:r>
        <w:rPr>
          <w:lang w:eastAsia="zh-CN"/>
        </w:rPr>
        <w:t>　　（3）提高手部运动的灵活性，促进手和脑的协调发展。</w:t>
      </w:r>
      <w:r>
        <w:rPr>
          <w:lang w:eastAsia="zh-CN"/>
        </w:rPr>
        <w:br/>
      </w:r>
      <w:r>
        <w:rPr>
          <w:lang w:eastAsia="zh-CN"/>
        </w:rPr>
        <w:t>　　（4）提高对色彩美、形状美的能力。</w:t>
      </w:r>
      <w:r>
        <w:rPr>
          <w:lang w:eastAsia="zh-CN"/>
        </w:rPr>
        <w:br/>
      </w:r>
      <w:r>
        <w:rPr>
          <w:lang w:eastAsia="zh-CN"/>
        </w:rPr>
        <w:t>　　3、情感态度价值观培养要点</w:t>
      </w:r>
      <w:r>
        <w:rPr>
          <w:lang w:eastAsia="zh-CN"/>
        </w:rPr>
        <w:br/>
      </w:r>
      <w:r>
        <w:rPr>
          <w:lang w:eastAsia="zh-CN"/>
        </w:rPr>
        <w:t>　　（1）培养儿童热爱祖国、热爱家乡、热爱劳动人民的感情。</w:t>
      </w:r>
      <w:r>
        <w:rPr>
          <w:lang w:eastAsia="zh-CN"/>
        </w:rPr>
        <w:br/>
      </w:r>
      <w:r>
        <w:rPr>
          <w:lang w:eastAsia="zh-CN"/>
        </w:rPr>
        <w:t>　　（2）让学生感受美术活动的愉悦，激发儿童对艺术创造活动的兴趣。</w:t>
      </w:r>
      <w:r>
        <w:rPr>
          <w:lang w:eastAsia="zh-CN"/>
        </w:rPr>
        <w:br/>
      </w:r>
      <w:r>
        <w:rPr>
          <w:lang w:eastAsia="zh-CN"/>
        </w:rPr>
        <w:t>　　二、学情分析</w:t>
      </w:r>
      <w:r>
        <w:rPr>
          <w:lang w:eastAsia="zh-CN"/>
        </w:rPr>
        <w:br/>
      </w:r>
      <w:r>
        <w:rPr>
          <w:lang w:eastAsia="zh-CN"/>
        </w:rPr>
        <w:t>　　对于美的事物有兴趣，有初步感受美的能力，作画时初步培养了观察习惯，对于想象画、命题画有较大的兴趣，能根据自己的感受大胆的描绘。完成作业的速度不一，部分同学习惯于带回家去完成少数同学形象表达能力还停留在幼儿园的水平。</w:t>
      </w:r>
      <w:r>
        <w:rPr>
          <w:lang w:eastAsia="zh-CN"/>
        </w:rPr>
        <w:br/>
      </w:r>
      <w:r>
        <w:rPr>
          <w:lang w:eastAsia="zh-CN"/>
        </w:rPr>
        <w:t>　　三、教材分析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本学期一年级使用了新课程标准下的九年义务教育湘版美术实验教材。教材根据新课程标准的精神，安排了四个新的学习领域。“造型、表现”（即运用多中材料和手段，体验造型乐趣，表达情感和思想的学习领域），“设计、应用”（指运用一定的物质材料和手段，围绕一定的目的和用途进行设计与制作，传递，交流信息，梅花生活及环境，培养设计意识和实践能力的学习领域。），“欣赏、评述”（指学生对自然美和美术作品等视觉世界进行欣赏和评述，组部形成审美趣味和提高美术欣赏能力的学习领域。），“综合、探索”（指通过综合性的美术活动，引导学生主动探索、研究、创造以及综合解决问题的美术学习领域。）</w:t>
      </w:r>
      <w:r>
        <w:rPr>
          <w:lang w:eastAsia="zh-CN"/>
        </w:rPr>
        <w:br/>
      </w:r>
      <w:r>
        <w:rPr>
          <w:lang w:eastAsia="zh-CN"/>
        </w:rPr>
        <w:t>　　这些课程内容新颖，版面美观，贴近学生的生活，受到了小朋友们的喜爱。</w:t>
      </w:r>
      <w:r>
        <w:rPr>
          <w:lang w:eastAsia="zh-CN"/>
        </w:rPr>
        <w:br/>
      </w:r>
      <w:r>
        <w:rPr>
          <w:lang w:eastAsia="zh-CN"/>
        </w:rPr>
        <w:t>　　四、教学措施</w:t>
      </w:r>
      <w:r>
        <w:rPr>
          <w:lang w:eastAsia="zh-CN"/>
        </w:rPr>
        <w:br/>
      </w:r>
      <w:r>
        <w:rPr>
          <w:lang w:eastAsia="zh-CN"/>
        </w:rPr>
        <w:t>　　1、认真备课，精心准备教具和材料，常和班主任沟通做好课前准备工作。</w:t>
      </w:r>
      <w:r>
        <w:rPr>
          <w:lang w:eastAsia="zh-CN"/>
        </w:rPr>
        <w:br/>
      </w:r>
      <w:r>
        <w:rPr>
          <w:lang w:eastAsia="zh-CN"/>
        </w:rPr>
        <w:t>　　2、教师联系各学科的课堂要求，根据美术课的自身特点，明确地向学生提出正确的学习态度，逐步培养学生良好的学习习惯。</w:t>
      </w:r>
      <w:r>
        <w:rPr>
          <w:lang w:eastAsia="zh-CN"/>
        </w:rPr>
        <w:br/>
      </w:r>
      <w:r>
        <w:rPr>
          <w:lang w:eastAsia="zh-CN"/>
        </w:rPr>
        <w:t>　　3、利用课堂教学，充分发挥教师的直观性演示，动作要规范化，给学生以楷模，学习正确作画方法，充分调动起学习气氛。</w:t>
      </w:r>
      <w:r>
        <w:rPr>
          <w:lang w:eastAsia="zh-CN"/>
        </w:rPr>
        <w:br/>
      </w:r>
      <w:r>
        <w:rPr>
          <w:lang w:eastAsia="zh-CN"/>
        </w:rPr>
        <w:t>　　4、选择富有儿童情趣的教学内容，采用生动活泼的游戏教学形式并渗透英语美术术语，在学生不知不觉游戏中，激发和培养学生学习美术的'兴趣。5、运用讲故事、猜谜等手段，激发学生学习美术的兴趣。6、多示范、多鼓励、采用多元化评价手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7、注意学生的情绪，语言要亲切，气氛要轻松，要积极鼓励学生动脑筋，大胆添画，来培养他们的想象能力，和创造能力。</w:t>
      </w:r>
      <w:r>
        <w:rPr>
          <w:lang w:eastAsia="zh-CN"/>
        </w:rPr>
        <w:br/>
      </w:r>
      <w:r>
        <w:rPr>
          <w:lang w:eastAsia="zh-CN"/>
        </w:rPr>
        <w:t>　　五、教学进度安排</w:t>
      </w:r>
      <w:r>
        <w:rPr>
          <w:lang w:eastAsia="zh-CN"/>
        </w:rPr>
        <w:br/>
      </w:r>
      <w:r>
        <w:rPr>
          <w:lang w:eastAsia="zh-CN"/>
        </w:rPr>
        <w:t>　　周次</w:t>
      </w:r>
      <w:r>
        <w:rPr>
          <w:lang w:eastAsia="zh-CN"/>
        </w:rPr>
        <w:br/>
      </w:r>
      <w:r>
        <w:rPr>
          <w:lang w:eastAsia="zh-CN"/>
        </w:rPr>
        <w:t>　　教学活动内容</w:t>
      </w:r>
      <w:r>
        <w:rPr>
          <w:lang w:eastAsia="zh-CN"/>
        </w:rPr>
        <w:br/>
      </w:r>
      <w:r>
        <w:rPr>
          <w:lang w:eastAsia="zh-CN"/>
        </w:rPr>
        <w:t>　　周次</w:t>
      </w:r>
      <w:r>
        <w:rPr>
          <w:lang w:eastAsia="zh-CN"/>
        </w:rPr>
        <w:br/>
      </w:r>
      <w:r>
        <w:rPr>
          <w:lang w:eastAsia="zh-CN"/>
        </w:rPr>
        <w:t>　　教学活动内容</w:t>
      </w:r>
      <w:r>
        <w:rPr>
          <w:lang w:eastAsia="zh-CN"/>
        </w:rPr>
        <w:br/>
      </w:r>
      <w:r>
        <w:rPr>
          <w:lang w:eastAsia="zh-CN"/>
        </w:rPr>
        <w:t>　　1</w:t>
      </w:r>
      <w:r>
        <w:rPr>
          <w:lang w:eastAsia="zh-CN"/>
        </w:rPr>
        <w:br/>
      </w:r>
      <w:r>
        <w:rPr>
          <w:lang w:eastAsia="zh-CN"/>
        </w:rPr>
        <w:t>　　第1课小雨沙沙</w:t>
      </w:r>
      <w:r>
        <w:rPr>
          <w:lang w:eastAsia="zh-CN"/>
        </w:rPr>
        <w:br/>
      </w:r>
      <w:r>
        <w:rPr>
          <w:lang w:eastAsia="zh-CN"/>
        </w:rPr>
        <w:t>　　12</w:t>
      </w:r>
      <w:r>
        <w:rPr>
          <w:lang w:eastAsia="zh-CN"/>
        </w:rPr>
        <w:br/>
      </w:r>
      <w:r>
        <w:rPr>
          <w:lang w:eastAsia="zh-CN"/>
        </w:rPr>
        <w:t>　　第12课动物唱歌的模样</w:t>
      </w:r>
      <w:r>
        <w:rPr>
          <w:lang w:eastAsia="zh-CN"/>
        </w:rPr>
        <w:br/>
      </w:r>
      <w:r>
        <w:rPr>
          <w:lang w:eastAsia="zh-CN"/>
        </w:rPr>
        <w:t>　　2</w:t>
      </w:r>
      <w:r>
        <w:rPr>
          <w:lang w:eastAsia="zh-CN"/>
        </w:rPr>
        <w:br/>
      </w:r>
      <w:r>
        <w:rPr>
          <w:lang w:eastAsia="zh-CN"/>
        </w:rPr>
        <w:t>　　第2课软绵绵的云</w:t>
      </w:r>
      <w:r>
        <w:rPr>
          <w:lang w:eastAsia="zh-CN"/>
        </w:rPr>
        <w:br/>
      </w:r>
      <w:r>
        <w:rPr>
          <w:lang w:eastAsia="zh-CN"/>
        </w:rPr>
        <w:t>　　13</w:t>
      </w:r>
      <w:r>
        <w:rPr>
          <w:lang w:eastAsia="zh-CN"/>
        </w:rPr>
        <w:br/>
      </w:r>
      <w:r>
        <w:rPr>
          <w:lang w:eastAsia="zh-CN"/>
        </w:rPr>
        <w:t>　　第13课彩泥连连看</w:t>
      </w:r>
      <w:r>
        <w:rPr>
          <w:lang w:eastAsia="zh-CN"/>
        </w:rPr>
        <w:br/>
      </w:r>
      <w:r>
        <w:rPr>
          <w:lang w:eastAsia="zh-CN"/>
        </w:rPr>
        <w:t>　　3</w:t>
      </w:r>
      <w:r>
        <w:rPr>
          <w:lang w:eastAsia="zh-CN"/>
        </w:rPr>
        <w:br/>
      </w:r>
      <w:r>
        <w:rPr>
          <w:lang w:eastAsia="zh-CN"/>
        </w:rPr>
        <w:t>　　第3课手形添画</w:t>
      </w:r>
      <w:r>
        <w:rPr>
          <w:lang w:eastAsia="zh-CN"/>
        </w:rPr>
        <w:br/>
      </w:r>
      <w:r>
        <w:rPr>
          <w:lang w:eastAsia="zh-CN"/>
        </w:rPr>
        <w:t>　　14</w:t>
      </w:r>
      <w:r>
        <w:rPr>
          <w:lang w:eastAsia="zh-CN"/>
        </w:rPr>
        <w:br/>
      </w:r>
      <w:r>
        <w:rPr>
          <w:lang w:eastAsia="zh-CN"/>
        </w:rPr>
        <w:t>　　第14课剪对称鱼形</w:t>
      </w:r>
      <w:r>
        <w:rPr>
          <w:lang w:eastAsia="zh-CN"/>
        </w:rPr>
        <w:br/>
      </w:r>
      <w:r>
        <w:rPr>
          <w:lang w:eastAsia="zh-CN"/>
        </w:rPr>
        <w:t>　　4</w:t>
      </w:r>
      <w:r>
        <w:rPr>
          <w:lang w:eastAsia="zh-CN"/>
        </w:rPr>
        <w:br/>
      </w:r>
      <w:r>
        <w:rPr>
          <w:lang w:eastAsia="zh-CN"/>
        </w:rPr>
        <w:t>　　第4课画中画</w:t>
      </w:r>
      <w:r>
        <w:rPr>
          <w:lang w:eastAsia="zh-CN"/>
        </w:rPr>
        <w:br/>
      </w:r>
      <w:r>
        <w:rPr>
          <w:lang w:eastAsia="zh-CN"/>
        </w:rPr>
        <w:t>　　15</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第15课会飞的翅膀</w:t>
      </w:r>
      <w:r>
        <w:rPr>
          <w:lang w:eastAsia="zh-CN"/>
        </w:rPr>
        <w:br/>
      </w:r>
      <w:r>
        <w:rPr>
          <w:lang w:eastAsia="zh-CN"/>
        </w:rPr>
        <w:t>　　5</w:t>
      </w:r>
      <w:r>
        <w:rPr>
          <w:lang w:eastAsia="zh-CN"/>
        </w:rPr>
        <w:br/>
      </w:r>
      <w:r>
        <w:rPr>
          <w:lang w:eastAsia="zh-CN"/>
        </w:rPr>
        <w:t>　　第5课由小变大的画</w:t>
      </w:r>
      <w:r>
        <w:rPr>
          <w:lang w:eastAsia="zh-CN"/>
        </w:rPr>
        <w:br/>
      </w:r>
      <w:r>
        <w:rPr>
          <w:lang w:eastAsia="zh-CN"/>
        </w:rPr>
        <w:t>　　16</w:t>
      </w:r>
      <w:r>
        <w:rPr>
          <w:lang w:eastAsia="zh-CN"/>
        </w:rPr>
        <w:br/>
      </w:r>
      <w:r>
        <w:rPr>
          <w:lang w:eastAsia="zh-CN"/>
        </w:rPr>
        <w:t>　　第16课变色龙</w:t>
      </w:r>
      <w:r>
        <w:rPr>
          <w:lang w:eastAsia="zh-CN"/>
        </w:rPr>
        <w:br/>
      </w:r>
      <w:r>
        <w:rPr>
          <w:lang w:eastAsia="zh-CN"/>
        </w:rPr>
        <w:t>　　6</w:t>
      </w:r>
      <w:r>
        <w:rPr>
          <w:lang w:eastAsia="zh-CN"/>
        </w:rPr>
        <w:br/>
      </w:r>
      <w:r>
        <w:rPr>
          <w:lang w:eastAsia="zh-CN"/>
        </w:rPr>
        <w:t>　　第6课小人国</w:t>
      </w:r>
      <w:r>
        <w:rPr>
          <w:lang w:eastAsia="zh-CN"/>
        </w:rPr>
        <w:br/>
      </w:r>
      <w:r>
        <w:rPr>
          <w:lang w:eastAsia="zh-CN"/>
        </w:rPr>
        <w:t>　　17</w:t>
      </w:r>
      <w:r>
        <w:rPr>
          <w:lang w:eastAsia="zh-CN"/>
        </w:rPr>
        <w:br/>
      </w:r>
      <w:r>
        <w:rPr>
          <w:lang w:eastAsia="zh-CN"/>
        </w:rPr>
        <w:t>　　第17课地下王国</w:t>
      </w:r>
      <w:r>
        <w:rPr>
          <w:lang w:eastAsia="zh-CN"/>
        </w:rPr>
        <w:br/>
      </w:r>
      <w:r>
        <w:rPr>
          <w:lang w:eastAsia="zh-CN"/>
        </w:rPr>
        <w:t>　　7</w:t>
      </w:r>
      <w:r>
        <w:rPr>
          <w:lang w:eastAsia="zh-CN"/>
        </w:rPr>
        <w:br/>
      </w:r>
      <w:r>
        <w:rPr>
          <w:lang w:eastAsia="zh-CN"/>
        </w:rPr>
        <w:t>　　第7课你的家我的家</w:t>
      </w:r>
      <w:r>
        <w:rPr>
          <w:lang w:eastAsia="zh-CN"/>
        </w:rPr>
        <w:br/>
      </w:r>
      <w:r>
        <w:rPr>
          <w:lang w:eastAsia="zh-CN"/>
        </w:rPr>
        <w:t>　　18</w:t>
      </w:r>
      <w:r>
        <w:rPr>
          <w:lang w:eastAsia="zh-CN"/>
        </w:rPr>
        <w:br/>
      </w:r>
      <w:r>
        <w:rPr>
          <w:lang w:eastAsia="zh-CN"/>
        </w:rPr>
        <w:t>　　第18课灭火英雄</w:t>
      </w:r>
      <w:r>
        <w:rPr>
          <w:lang w:eastAsia="zh-CN"/>
        </w:rPr>
        <w:br/>
      </w:r>
      <w:r>
        <w:rPr>
          <w:lang w:eastAsia="zh-CN"/>
        </w:rPr>
        <w:t>　　8</w:t>
      </w:r>
      <w:r>
        <w:rPr>
          <w:lang w:eastAsia="zh-CN"/>
        </w:rPr>
        <w:br/>
      </w:r>
      <w:r>
        <w:rPr>
          <w:lang w:eastAsia="zh-CN"/>
        </w:rPr>
        <w:t>　　第8课袋鼠妈妈的口袋</w:t>
      </w:r>
      <w:r>
        <w:rPr>
          <w:lang w:eastAsia="zh-CN"/>
        </w:rPr>
        <w:br/>
      </w:r>
      <w:r>
        <w:rPr>
          <w:lang w:eastAsia="zh-CN"/>
        </w:rPr>
        <w:t>　　19</w:t>
      </w:r>
      <w:r>
        <w:rPr>
          <w:lang w:eastAsia="zh-CN"/>
        </w:rPr>
        <w:br/>
      </w:r>
      <w:r>
        <w:rPr>
          <w:lang w:eastAsia="zh-CN"/>
        </w:rPr>
        <w:t>　　第19课公交车上</w:t>
      </w:r>
      <w:r>
        <w:rPr>
          <w:lang w:eastAsia="zh-CN"/>
        </w:rPr>
        <w:br/>
      </w:r>
      <w:r>
        <w:rPr>
          <w:lang w:eastAsia="zh-CN"/>
        </w:rPr>
        <w:t>　　9</w:t>
      </w:r>
      <w:r>
        <w:rPr>
          <w:lang w:eastAsia="zh-CN"/>
        </w:rPr>
        <w:br/>
      </w:r>
      <w:r>
        <w:rPr>
          <w:lang w:eastAsia="zh-CN"/>
        </w:rPr>
        <w:t>　　第9课有趣的拓印</w:t>
      </w:r>
      <w:r>
        <w:rPr>
          <w:lang w:eastAsia="zh-CN"/>
        </w:rPr>
        <w:br/>
      </w:r>
      <w:r>
        <w:rPr>
          <w:lang w:eastAsia="zh-CN"/>
        </w:rPr>
        <w:t>　　20</w:t>
      </w:r>
      <w:r>
        <w:rPr>
          <w:lang w:eastAsia="zh-CN"/>
        </w:rPr>
        <w:br/>
      </w:r>
      <w:r>
        <w:rPr>
          <w:lang w:eastAsia="zh-CN"/>
        </w:rPr>
        <w:t>　　第20课我爱我家</w:t>
      </w:r>
      <w:r>
        <w:rPr>
          <w:lang w:eastAsia="zh-CN"/>
        </w:rPr>
        <w:br/>
      </w:r>
      <w:r>
        <w:rPr>
          <w:lang w:eastAsia="zh-CN"/>
        </w:rPr>
        <w:t>　　10</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第10课拓印花纹组合画</w:t>
      </w:r>
      <w:r>
        <w:rPr>
          <w:lang w:eastAsia="zh-CN"/>
        </w:rPr>
        <w:br/>
      </w:r>
      <w:r>
        <w:rPr>
          <w:lang w:eastAsia="zh-CN"/>
        </w:rPr>
        <w:t>　　21</w:t>
      </w:r>
      <w:r>
        <w:rPr>
          <w:lang w:eastAsia="zh-CN"/>
        </w:rPr>
        <w:br/>
      </w:r>
      <w:r>
        <w:rPr>
          <w:lang w:eastAsia="zh-CN"/>
        </w:rPr>
        <w:t>　　第21课小树快快长</w:t>
      </w:r>
      <w:r>
        <w:rPr>
          <w:lang w:eastAsia="zh-CN"/>
        </w:rPr>
        <w:br/>
      </w:r>
      <w:r>
        <w:rPr>
          <w:lang w:eastAsia="zh-CN"/>
        </w:rPr>
        <w:t>　　11</w:t>
      </w:r>
      <w:r>
        <w:rPr>
          <w:lang w:eastAsia="zh-CN"/>
        </w:rPr>
        <w:br/>
      </w:r>
      <w:r>
        <w:rPr>
          <w:lang w:eastAsia="zh-CN"/>
        </w:rPr>
        <w:t>　　第11课剪贴组拼小村庄</w:t>
      </w:r>
      <w:r>
        <w:rPr>
          <w:lang w:eastAsia="zh-CN"/>
        </w:rPr>
        <w:br/>
      </w:r>
      <w:r>
        <w:rPr>
          <w:lang w:eastAsia="zh-CN"/>
        </w:rPr>
        <w:t>　　22</w:t>
      </w:r>
      <w:r>
        <w:rPr>
          <w:lang w:eastAsia="zh-CN"/>
        </w:rPr>
        <w:br/>
      </w:r>
      <w:r>
        <w:rPr>
          <w:lang w:eastAsia="zh-CN"/>
        </w:rPr>
        <w:t>　　第21课折大嘴巴</w:t>
      </w:r>
      <w:r>
        <w:rPr>
          <w:lang w:eastAsia="zh-CN"/>
        </w:rPr>
        <w:br/>
      </w:r>
      <w:r>
        <w:rPr>
          <w:lang w:eastAsia="zh-CN"/>
        </w:rPr>
        <w:t xml:space="preserve">    美术教案－教学计划 篇10 </w:t>
      </w:r>
      <w:r>
        <w:rPr>
          <w:lang w:eastAsia="zh-CN"/>
        </w:rPr>
        <w:br/>
      </w:r>
      <w:r>
        <w:rPr>
          <w:lang w:eastAsia="zh-CN"/>
        </w:rPr>
        <w:t>　　新学期开始了，作为一名美术老师，有责任培养同学们去观察，认识和发掘我们生活中的美，并且把这种认识上升为一种自觉的美育过程和途径,让同学们在美术的学科中得到美的熏陶。让他们知道学好美术不只是学习课本，图片中的美，更重要的是让他们去发掘平凡生活中的美，现实生活中的美，这才是最主要的目的。为了贯彻国家新一轮基础教育改革的精神，真正实施素质教育，并结合我校的</w:t>
      </w:r>
      <w:r>
        <w:rPr>
          <w:lang w:eastAsia="zh-CN"/>
        </w:rPr>
        <w:br/>
      </w:r>
      <w:r>
        <w:rPr>
          <w:lang w:eastAsia="zh-CN"/>
        </w:rPr>
        <w:t>　　实际情况，结合美术学科特点，贯彻以学生自主学习的理念，提高学生美术修养和观察能力、分析能力和创造能力，特制定如下计划。</w:t>
      </w:r>
      <w:r>
        <w:rPr>
          <w:lang w:eastAsia="zh-CN"/>
        </w:rPr>
        <w:br/>
      </w:r>
      <w:r>
        <w:rPr>
          <w:lang w:eastAsia="zh-CN"/>
        </w:rPr>
        <w:t>　　一、情况分析：</w:t>
      </w:r>
      <w:r>
        <w:rPr>
          <w:lang w:eastAsia="zh-CN"/>
        </w:rPr>
        <w:br/>
      </w:r>
      <w:r>
        <w:rPr>
          <w:lang w:eastAsia="zh-CN"/>
        </w:rPr>
        <w:t>　　1、高中年级学生由于有了一定生活经验和知识积累，领悟能力有所提高，因此他们可以接触和吸收一些绘画乃至艺术领域的内在高品质的文化。这也是对他们个人艺术素养的一种熏陶和提高。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2、由于课程的定位属于美术欣赏，所以扩展性很强，如果单纯的教学课本上的理论和资料图片往往不能够提起学生很大的学习兴趣。那可以把网络信息技术给合理的应用起来，让学生可以自主的通过网络这个强大信息平台，去搜集一些书本上所没有涉及到的优秀的美术作品或者是著名画家的一些轶事，然后回到课堂上来进行交流。这也是提高自主学习的一种能力。</w:t>
      </w:r>
      <w:r>
        <w:rPr>
          <w:lang w:eastAsia="zh-CN"/>
        </w:rPr>
        <w:br/>
      </w:r>
      <w:r>
        <w:rPr>
          <w:lang w:eastAsia="zh-CN"/>
        </w:rPr>
        <w:t>　　二、教材分析：</w:t>
      </w:r>
      <w:r>
        <w:rPr>
          <w:lang w:eastAsia="zh-CN"/>
        </w:rPr>
        <w:br/>
      </w:r>
      <w:r>
        <w:rPr>
          <w:lang w:eastAsia="zh-CN"/>
        </w:rPr>
        <w:t>　　“美术鉴赏”是普通高中阶段美术科目中的一个内容系列，是在义务教育阶段美术课程后学习领域的基础上更高层次的拓展与延伸。美术鉴赏活动能帮助学生在欣赏、鉴别与评价美术作品的过程中，逐步提高审美能力，形成热爱本民族文化、尊重世界多元文化的情感和态度。</w:t>
      </w:r>
      <w:r>
        <w:rPr>
          <w:lang w:eastAsia="zh-CN"/>
        </w:rPr>
        <w:br/>
      </w:r>
      <w:r>
        <w:rPr>
          <w:lang w:eastAsia="zh-CN"/>
        </w:rPr>
        <w:t>　　三、教学目的和要求</w:t>
      </w:r>
      <w:r>
        <w:rPr>
          <w:lang w:eastAsia="zh-CN"/>
        </w:rPr>
        <w:br/>
      </w:r>
      <w:r>
        <w:rPr>
          <w:lang w:eastAsia="zh-CN"/>
        </w:rPr>
        <w:t>　　通过学习“美术鉴赏”，学生能够：</w:t>
      </w:r>
      <w:r>
        <w:rPr>
          <w:lang w:eastAsia="zh-CN"/>
        </w:rPr>
        <w:br/>
      </w:r>
      <w:r>
        <w:rPr>
          <w:lang w:eastAsia="zh-CN"/>
        </w:rPr>
        <w:t>　　1、了解中外美术的风格、流派，重要的美术家及其代表作品；</w:t>
      </w:r>
      <w:r>
        <w:rPr>
          <w:lang w:eastAsia="zh-CN"/>
        </w:rPr>
        <w:br/>
      </w:r>
      <w:r>
        <w:rPr>
          <w:lang w:eastAsia="zh-CN"/>
        </w:rPr>
        <w:t>　　2、积极参与中外美术鉴赏活动，懂得美术鉴赏的基本方法，能够恰当运用美术术语，以自己的观点采用一种或多种方法描述、分析、解释和评价艺术作品，并与他人交流；</w:t>
      </w:r>
      <w:r>
        <w:rPr>
          <w:lang w:eastAsia="zh-CN"/>
        </w:rPr>
        <w:br/>
      </w:r>
      <w:r>
        <w:rPr>
          <w:lang w:eastAsia="zh-CN"/>
        </w:rPr>
        <w:t>　　3、理解美术与自然、社会之间的关系，在文化情境中认识美术，热爱祖国的传统文化，尊重世界多元文化。：</w:t>
      </w:r>
      <w:r>
        <w:rPr>
          <w:lang w:eastAsia="zh-CN"/>
        </w:rPr>
        <w:br/>
      </w:r>
      <w:r>
        <w:rPr>
          <w:lang w:eastAsia="zh-CN"/>
        </w:rPr>
        <w:t>　　四、教材的重点和难点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主要是中外传统的优秀美术作品，也有具有时代特色和文化内涵的近现代美术作品，以及与生活经验相关联的实用美术作品，通过欣赏和分析这些美术作品，能使学生初步感受美、欣赏美、表现美、陶冶审美情操。难点是：对教材中现代主义系列作品的欣赏，尤其是抽象主义美术作品，它能激活学生的探索和创新意识。</w:t>
      </w:r>
      <w:r>
        <w:rPr>
          <w:lang w:eastAsia="zh-CN"/>
        </w:rPr>
        <w:br/>
      </w:r>
      <w:r>
        <w:rPr>
          <w:lang w:eastAsia="zh-CN"/>
        </w:rPr>
        <w:t>　　五、教学方法</w:t>
      </w:r>
      <w:r>
        <w:rPr>
          <w:lang w:eastAsia="zh-CN"/>
        </w:rPr>
        <w:br/>
      </w:r>
      <w:r>
        <w:rPr>
          <w:lang w:eastAsia="zh-CN"/>
        </w:rPr>
        <w:t>　　第一类方法：“以语言传递信息为主的方法”，包括讲授法；谈话法；讨论法；读书指导法等。第二类方法：“以直接感知为主的方法”，包括演示法；参观法等。第三类方法：“以欣赏活动为主的教学方法”例如陶冶法等。第四类方法：“以引导探究为主的方法”，如发现法；探究法等。</w:t>
      </w:r>
      <w:r>
        <w:rPr>
          <w:lang w:eastAsia="zh-CN"/>
        </w:rPr>
        <w:br/>
      </w:r>
      <w:r>
        <w:rPr>
          <w:lang w:eastAsia="zh-CN"/>
        </w:rPr>
        <w:t>　　六、具体实施计划：</w:t>
      </w:r>
      <w:r>
        <w:rPr>
          <w:lang w:eastAsia="zh-CN"/>
        </w:rPr>
        <w:br/>
      </w:r>
      <w:r>
        <w:rPr>
          <w:lang w:eastAsia="zh-CN"/>
        </w:rPr>
        <w:t>　　1、堂教学改革与创新，信息技术的应用与整合。充分发挥信息技术的优势，使高中美术欣赏课与网络信息技术合理的整合起来。使用电脑课件进行授课，让学生自己接触信息技术，通过信息技术的手段和渠道去了解美术。也可以经常的改变一些形式，从而使信息技术和美术学科很好的整合，让学生接受，让学生欢迎。以达到课堂教学的改革与创新，形成自己的教学风格。真正提高学生的整体素质。</w:t>
      </w:r>
      <w:r>
        <w:rPr>
          <w:lang w:eastAsia="zh-CN"/>
        </w:rPr>
        <w:br/>
      </w:r>
      <w:r>
        <w:rPr>
          <w:lang w:eastAsia="zh-CN"/>
        </w:rPr>
        <w:t>　　2、课堂教学延伸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为了发展学生自觉自主学习的能力，可以通过网络信息技术让学生在课后的业余时间，从网络上搜集一些课本上所没有涉及的内容，可以是优秀美术作品，优秀的画家或者是画家的生平趣事等等，各种关于美术的知识内容。培养他们的积极性和主动性，通过网络这个庞大的信息资源库，很容易找到一些书本上没有的美术知识。在课堂上则可以组织学生进行彼此之间的交流活动，可以语言描述，也可以通过计算机来展示自己所搜集到的有趣的有特点的美术知识。使他们不单单局限于书本上一些内容单一、枯燥的东西，让学生自我选择想了解的有趣的，丰富的艺术世界。提高学生自主探究性学习的能力。让学生走出教室、走出校园、走向社会、走进自然。</w:t>
      </w:r>
      <w:r>
        <w:rPr>
          <w:lang w:eastAsia="zh-CN"/>
        </w:rPr>
        <w:br/>
      </w:r>
      <w:r>
        <w:rPr>
          <w:lang w:eastAsia="zh-CN"/>
        </w:rPr>
        <w:t>　　七、课程进度具体安排如下：</w:t>
      </w:r>
      <w:r>
        <w:rPr>
          <w:lang w:eastAsia="zh-CN"/>
        </w:rPr>
        <w:br/>
      </w:r>
      <w:r>
        <w:rPr>
          <w:lang w:eastAsia="zh-CN"/>
        </w:rPr>
        <w:t>　　略</w:t>
      </w:r>
      <w:r>
        <w:rPr>
          <w:lang w:eastAsia="zh-CN"/>
        </w:rPr>
        <w:br/>
      </w:r>
      <w:r>
        <w:rPr>
          <w:lang w:eastAsia="zh-CN"/>
        </w:rPr>
        <w:t xml:space="preserve">    美术教案－教学计划 篇11 </w:t>
      </w:r>
      <w:r>
        <w:rPr>
          <w:lang w:eastAsia="zh-CN"/>
        </w:rPr>
        <w:br/>
      </w:r>
      <w:r>
        <w:rPr>
          <w:lang w:eastAsia="zh-CN"/>
        </w:rPr>
        <w:t>　　一、学生现状分析：</w:t>
      </w:r>
      <w:r>
        <w:rPr>
          <w:lang w:eastAsia="zh-CN"/>
        </w:rPr>
        <w:br/>
      </w:r>
      <w:r>
        <w:rPr>
          <w:lang w:eastAsia="zh-CN"/>
        </w:rPr>
        <w:t>　　在过去一年的学习中学生的审美意识有所提高。因此在这基础上可以进行新知识的学习，并且有旧知识的支持，可以温故而知新。但是由于学生的基础差、起步慢，我在课中着重抓基础训练，并根据各自的性格特点和掌握基础的层次不同而采用多种训练方法，尽可能使他们感觉到在快乐的玩耍中掌握技术和技能，不至于丢了美术兴趣。</w:t>
      </w:r>
      <w:r>
        <w:rPr>
          <w:lang w:eastAsia="zh-CN"/>
        </w:rPr>
        <w:br/>
      </w:r>
      <w:r>
        <w:rPr>
          <w:lang w:eastAsia="zh-CN"/>
        </w:rPr>
        <w:t>　　二、教学内容分析：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本学期拟定16课时的课程，分为六个单元教学：第一单元现代科技与美术的融合;第二单元审视自己，感悟校园生活，体验服装的魅力；第三单元思维的训练，培养学生的创新精神；第四单元和谐温馨的生活空间，培养学生懂得感恩；第五单元关爱自然，学习版画；第五单元了解传统文化，感悟中国书法与篆刻的博大精深。</w:t>
      </w:r>
      <w:r>
        <w:rPr>
          <w:lang w:eastAsia="zh-CN"/>
        </w:rPr>
        <w:br/>
      </w:r>
      <w:r>
        <w:rPr>
          <w:lang w:eastAsia="zh-CN"/>
        </w:rPr>
        <w:t>　　重点内容涉及：体验现代生活、思维创新、与自然和谐共处的内容为主。</w:t>
      </w:r>
      <w:r>
        <w:rPr>
          <w:lang w:eastAsia="zh-CN"/>
        </w:rPr>
        <w:br/>
      </w:r>
      <w:r>
        <w:rPr>
          <w:lang w:eastAsia="zh-CN"/>
        </w:rPr>
        <w:t>　　三、教材中重点、难点：</w:t>
      </w:r>
      <w:r>
        <w:rPr>
          <w:lang w:eastAsia="zh-CN"/>
        </w:rPr>
        <w:br/>
      </w:r>
      <w:r>
        <w:rPr>
          <w:lang w:eastAsia="zh-CN"/>
        </w:rPr>
        <w:t>　　本册教材的二、三、四单元为重难点，第二单元的知识是第二次接触，但提升了难度，使学生制作上有困难；第三单元的内容以设计为主，第一次接触，对思维创新设计的理解和创造都很困难；第四单元公益海报艺术设计，培养学生对环境和生态的认知，觉醒环境的恶化，用身体力行去回馈自然，这是很困难的，因为学生的素养并不高。</w:t>
      </w:r>
      <w:r>
        <w:rPr>
          <w:lang w:eastAsia="zh-CN"/>
        </w:rPr>
        <w:br/>
      </w:r>
      <w:r>
        <w:rPr>
          <w:lang w:eastAsia="zh-CN"/>
        </w:rPr>
        <w:t>　　四、 教学目标：</w:t>
      </w:r>
      <w:r>
        <w:rPr>
          <w:lang w:eastAsia="zh-CN"/>
        </w:rPr>
        <w:br/>
      </w:r>
      <w:r>
        <w:rPr>
          <w:lang w:eastAsia="zh-CN"/>
        </w:rPr>
        <w:t>　　1、通过欣赏、感受，认识和评述古今中外不同类型的美术作品在形象直观的表现方面的不同特点，以及多种表现手法。</w:t>
      </w:r>
      <w:r>
        <w:rPr>
          <w:lang w:eastAsia="zh-CN"/>
        </w:rPr>
        <w:br/>
      </w:r>
      <w:r>
        <w:rPr>
          <w:lang w:eastAsia="zh-CN"/>
        </w:rPr>
        <w:t>　　2、通过对各种不同表现形式的美术作品的欣赏，即兴临摹，写生和创作，体会其不同的创作规律，使学生对在现行美术作品和表现行美术作品的基本特征、造型语言和表现方法有初步的认识。</w:t>
      </w:r>
      <w:r>
        <w:rPr>
          <w:lang w:eastAsia="zh-CN"/>
        </w:rPr>
        <w:br/>
      </w:r>
      <w:r>
        <w:rPr>
          <w:lang w:eastAsia="zh-CN"/>
        </w:rPr>
        <w:t>　　3、进一步认识设计艺术及其几个主要类别，感受设计与生活的关系，建立初步的设计观念，提高审美能力和生活情趣，培养热爱生活的情感。</w:t>
      </w:r>
      <w:r>
        <w:rPr>
          <w:lang w:eastAsia="zh-CN"/>
        </w:rPr>
        <w:br/>
      </w:r>
      <w:r>
        <w:rPr>
          <w:lang w:eastAsia="zh-CN"/>
        </w:rPr>
        <w:t>　　4、能运用美术展览展示自己的作品，宣传自己、宣传集体、宣传学校；运用自己掌握的各种知识和技能技巧策划、筹备，集体布置一个美术展览。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5、通过欣赏不同类型的视觉传达设计作品，认识视觉传达实际的.范围和特点，体会视觉传达设计的实用性和美感。</w:t>
      </w:r>
      <w:r>
        <w:rPr>
          <w:lang w:eastAsia="zh-CN"/>
        </w:rPr>
        <w:br/>
      </w:r>
      <w:r>
        <w:rPr>
          <w:lang w:eastAsia="zh-CN"/>
        </w:rPr>
        <w:t>　　五、主要工作及措施</w:t>
      </w:r>
      <w:r>
        <w:rPr>
          <w:lang w:eastAsia="zh-CN"/>
        </w:rPr>
        <w:br/>
      </w:r>
      <w:r>
        <w:rPr>
          <w:lang w:eastAsia="zh-CN"/>
        </w:rPr>
        <w:t>　　1、全面发展学生的自主能力。适应社会对美的基本要求，使学生在步入社会前增强对社会的了解和认识。通过美术的各项活动的开展，使学生们的水平有所提高。</w:t>
      </w:r>
      <w:r>
        <w:rPr>
          <w:lang w:eastAsia="zh-CN"/>
        </w:rPr>
        <w:br/>
      </w:r>
      <w:r>
        <w:rPr>
          <w:lang w:eastAsia="zh-CN"/>
        </w:rPr>
        <w:t>　　2、在教学过程中适当渗入德育，美誉方面的理念。使学生在德育的基础上加强对美育各方面的认识，并逐步培养学生的美育方面的素质，在同一时期平衡发展，相互促进。</w:t>
      </w:r>
      <w:r>
        <w:rPr>
          <w:lang w:eastAsia="zh-CN"/>
        </w:rPr>
        <w:br/>
      </w:r>
      <w:r>
        <w:rPr>
          <w:lang w:eastAsia="zh-CN"/>
        </w:rPr>
        <w:t>　　3、根据学生所学知识的基础上，开始新知识的学习。学生在接纳新知识的同时能于所学知识连接起来，并能融会贯通。在新旧知识的支持下对所学知识做到更深层的理解和顿悟。</w:t>
      </w:r>
      <w:r>
        <w:rPr>
          <w:lang w:eastAsia="zh-CN"/>
        </w:rPr>
        <w:br/>
      </w:r>
      <w:r>
        <w:rPr>
          <w:lang w:eastAsia="zh-CN"/>
        </w:rPr>
        <w:t>　　4、提高学生对生活、自然以及美术作品的观察能力、审美能力、鉴赏能力。学生们在实践中，在生活中学习，逐步培养学生的动眼、动脑、动手的能力，逐步提高学生对美的认知能力，培养学生的审美素质。</w:t>
      </w:r>
      <w:r>
        <w:rPr>
          <w:lang w:eastAsia="zh-CN"/>
        </w:rPr>
        <w:br/>
      </w:r>
      <w:r>
        <w:rPr>
          <w:lang w:eastAsia="zh-CN"/>
        </w:rPr>
        <w:t>　　5、学校新安装了多媒体设备，使自己更快的熟悉操作，使学生更快的适应多媒体的教学方式。我也更多的、更合理的应用多媒体进行教学！</w:t>
      </w:r>
      <w:r>
        <w:rPr>
          <w:lang w:eastAsia="zh-CN"/>
        </w:rPr>
        <w:br/>
      </w:r>
      <w:r>
        <w:rPr>
          <w:lang w:eastAsia="zh-CN"/>
        </w:rPr>
        <w:t xml:space="preserve">    美术教案－教学计划 篇12 </w:t>
      </w:r>
      <w:r>
        <w:rPr>
          <w:lang w:eastAsia="zh-CN"/>
        </w:rPr>
        <w:br/>
      </w:r>
      <w:r>
        <w:rPr>
          <w:lang w:eastAsia="zh-CN"/>
        </w:rPr>
        <w:t>　　一、指导思想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以《义务教育美术课程标准》的课程理念为依据，树立"以人为本、培养能力"的思想，倡导“自主、合作、探究”的方式方法，积极营造“和谐、平等、轻松”的教学氛围，重视学生情感、态度、价值观的培育养成，体现人文关怀，关注学生长期的健康成长。</w:t>
      </w:r>
      <w:r>
        <w:rPr>
          <w:lang w:eastAsia="zh-CN"/>
        </w:rPr>
        <w:br/>
      </w:r>
      <w:r>
        <w:rPr>
          <w:lang w:eastAsia="zh-CN"/>
        </w:rPr>
        <w:t>　　二、教材分析：</w:t>
      </w:r>
      <w:r>
        <w:rPr>
          <w:lang w:eastAsia="zh-CN"/>
        </w:rPr>
        <w:br/>
      </w:r>
      <w:r>
        <w:rPr>
          <w:lang w:eastAsia="zh-CN"/>
        </w:rPr>
        <w:t>　　小学美术课是九年义务教育阶段的一门必修的艺术文化课程，是学校实施美育的重要途径。它对于陶冶情操，提高美术文化素养，培养创新精神和实践能力，促进学生德、智、体、美全面发展，具有重要作用。小学美术教学内容包括欣赏、绘画、工艺等课业。通过美术教学，培养学生对美术的兴趣与爱好;学习美术的基础知识和基本技能;培养学生健康的审美情趣和良好的品德情操;培养学生的观察能力、想象能力、形象思维能力和创造能力。</w:t>
      </w:r>
      <w:r>
        <w:rPr>
          <w:lang w:eastAsia="zh-CN"/>
        </w:rPr>
        <w:br/>
      </w:r>
      <w:r>
        <w:rPr>
          <w:lang w:eastAsia="zh-CN"/>
        </w:rPr>
        <w:t>　　三、学情分析</w:t>
      </w:r>
      <w:r>
        <w:rPr>
          <w:lang w:eastAsia="zh-CN"/>
        </w:rPr>
        <w:br/>
      </w:r>
      <w:r>
        <w:rPr>
          <w:lang w:eastAsia="zh-CN"/>
        </w:rPr>
        <w:t>　　六年级美术生，经历了一个学期静物写生，学生对静物写生技法掌握较好。有个别学生绘画表现能力较强。这期我要继续培养他们]良好的绘画习惯，进一步提高他们的绘画表现能力。有个别学生学习美术有困难，要开展一帮一的活动。同时开展一些学生们充满兴趣的色彩和手工制作课，培养他们表达美和创造抽象美的能力。</w:t>
      </w:r>
      <w:r>
        <w:rPr>
          <w:lang w:eastAsia="zh-CN"/>
        </w:rPr>
        <w:br/>
      </w:r>
      <w:r>
        <w:rPr>
          <w:lang w:eastAsia="zh-CN"/>
        </w:rPr>
        <w:t>　　四、教学内容：</w:t>
      </w:r>
      <w:r>
        <w:rPr>
          <w:lang w:eastAsia="zh-CN"/>
        </w:rPr>
        <w:br/>
      </w:r>
      <w:r>
        <w:rPr>
          <w:lang w:eastAsia="zh-CN"/>
        </w:rPr>
        <w:t>　　1、欣赏儿童能够理解的中外优秀美术作品。</w:t>
      </w:r>
      <w:r>
        <w:rPr>
          <w:lang w:eastAsia="zh-CN"/>
        </w:rPr>
        <w:br/>
      </w:r>
      <w:r>
        <w:rPr>
          <w:lang w:eastAsia="zh-CN"/>
        </w:rPr>
        <w:t>　　2、认识立体物的透视现象，初步学习运用线条和其它材料表现立体物。</w:t>
      </w:r>
      <w:r>
        <w:rPr>
          <w:lang w:eastAsia="zh-CN"/>
        </w:rPr>
        <w:br/>
      </w:r>
      <w:r>
        <w:rPr>
          <w:lang w:eastAsia="zh-CN"/>
        </w:rPr>
        <w:t>　　3、学习简单的构图知识。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4、体验中国画的笔墨情趣，临摹中国画。</w:t>
      </w:r>
      <w:r>
        <w:rPr>
          <w:lang w:eastAsia="zh-CN"/>
        </w:rPr>
        <w:br/>
      </w:r>
      <w:r>
        <w:rPr>
          <w:lang w:eastAsia="zh-CN"/>
        </w:rPr>
        <w:t>　　5、了解木版画的制作方法，并进行制作。</w:t>
      </w:r>
      <w:r>
        <w:rPr>
          <w:lang w:eastAsia="zh-CN"/>
        </w:rPr>
        <w:br/>
      </w:r>
      <w:r>
        <w:rPr>
          <w:lang w:eastAsia="zh-CN"/>
        </w:rPr>
        <w:t>　　6、运用多种材料和方法进行有创意的制作活动。</w:t>
      </w:r>
      <w:r>
        <w:rPr>
          <w:lang w:eastAsia="zh-CN"/>
        </w:rPr>
        <w:br/>
      </w:r>
      <w:r>
        <w:rPr>
          <w:lang w:eastAsia="zh-CN"/>
        </w:rPr>
        <w:t>　　7、运用学过的美术表现方法为书籍、新闻故事或事件进行配画。</w:t>
      </w:r>
      <w:r>
        <w:rPr>
          <w:lang w:eastAsia="zh-CN"/>
        </w:rPr>
        <w:br/>
      </w:r>
      <w:r>
        <w:rPr>
          <w:lang w:eastAsia="zh-CN"/>
        </w:rPr>
        <w:t>　　8、认识标志和街头标识物的作用，懂得区别。</w:t>
      </w:r>
      <w:r>
        <w:rPr>
          <w:lang w:eastAsia="zh-CN"/>
        </w:rPr>
        <w:br/>
      </w:r>
      <w:r>
        <w:rPr>
          <w:lang w:eastAsia="zh-CN"/>
        </w:rPr>
        <w:t>　　9、运用已学过的美术知识进行综合练习。</w:t>
      </w:r>
      <w:r>
        <w:rPr>
          <w:lang w:eastAsia="zh-CN"/>
        </w:rPr>
        <w:br/>
      </w:r>
      <w:r>
        <w:rPr>
          <w:lang w:eastAsia="zh-CN"/>
        </w:rPr>
        <w:t>　　五、教材重难点</w:t>
      </w:r>
      <w:r>
        <w:rPr>
          <w:lang w:eastAsia="zh-CN"/>
        </w:rPr>
        <w:br/>
      </w:r>
      <w:r>
        <w:rPr>
          <w:lang w:eastAsia="zh-CN"/>
        </w:rPr>
        <w:t>　　(一)教学重点</w:t>
      </w:r>
      <w:r>
        <w:rPr>
          <w:lang w:eastAsia="zh-CN"/>
        </w:rPr>
        <w:br/>
      </w:r>
      <w:r>
        <w:rPr>
          <w:lang w:eastAsia="zh-CN"/>
        </w:rPr>
        <w:t>　　1.学习色彩的明度渐变和纯度渐变等色彩知识，体验色彩的表现力，并能有目的地加以运用。</w:t>
      </w:r>
      <w:r>
        <w:rPr>
          <w:lang w:eastAsia="zh-CN"/>
        </w:rPr>
        <w:br/>
      </w:r>
      <w:r>
        <w:rPr>
          <w:lang w:eastAsia="zh-CN"/>
        </w:rPr>
        <w:t>　　2.能用日记画的形式表现生活中的有趣情境、有意义的事和自己喜欢的人物，表达自己的情感。</w:t>
      </w:r>
      <w:r>
        <w:rPr>
          <w:lang w:eastAsia="zh-CN"/>
        </w:rPr>
        <w:br/>
      </w:r>
      <w:r>
        <w:rPr>
          <w:lang w:eastAsia="zh-CN"/>
        </w:rPr>
        <w:t>　　用各种瓶子及其它塑造材料，大胆想象并设计制作简单的立体或半立体造型。</w:t>
      </w:r>
      <w:r>
        <w:rPr>
          <w:lang w:eastAsia="zh-CN"/>
        </w:rPr>
        <w:br/>
      </w:r>
      <w:r>
        <w:rPr>
          <w:lang w:eastAsia="zh-CN"/>
        </w:rPr>
        <w:t>　　(二)教学难点</w:t>
      </w:r>
      <w:r>
        <w:rPr>
          <w:lang w:eastAsia="zh-CN"/>
        </w:rPr>
        <w:br/>
      </w:r>
      <w:r>
        <w:rPr>
          <w:lang w:eastAsia="zh-CN"/>
        </w:rPr>
        <w:t>　　1.利用多种媒体，如蛋壳、废包装、稻草等材料制作作品。</w:t>
      </w:r>
      <w:r>
        <w:rPr>
          <w:lang w:eastAsia="zh-CN"/>
        </w:rPr>
        <w:br/>
      </w:r>
      <w:r>
        <w:rPr>
          <w:lang w:eastAsia="zh-CN"/>
        </w:rPr>
        <w:t>　　2.欣赏情节性比较强的中外作品，认识该美术作品的艺术特点。</w:t>
      </w:r>
      <w:r>
        <w:rPr>
          <w:lang w:eastAsia="zh-CN"/>
        </w:rPr>
        <w:br/>
      </w:r>
      <w:r>
        <w:rPr>
          <w:lang w:eastAsia="zh-CN"/>
        </w:rPr>
        <w:t>　　3.用水粉、水彩颜料表现周围的事物，表达自己的兴趣与愿望。</w:t>
      </w:r>
      <w:r>
        <w:rPr>
          <w:lang w:eastAsia="zh-CN"/>
        </w:rPr>
        <w:br/>
      </w:r>
      <w:r>
        <w:rPr>
          <w:lang w:eastAsia="zh-CN"/>
        </w:rPr>
        <w:t>　　4.运用对比与和谐、对称与均衡等组合原理，通过植物籽粒，纤维线材、织物等材料的平面拼贴进行造型设计。</w:t>
      </w:r>
      <w:r>
        <w:rPr>
          <w:lang w:eastAsia="zh-CN"/>
        </w:rPr>
        <w:br/>
      </w:r>
      <w:r>
        <w:rPr>
          <w:lang w:eastAsia="zh-CN"/>
        </w:rPr>
        <w:t>　　5.能运用紫沙泥等材料进行立体造型，并用水粉颜料加工、装饰。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六、教学措施：</w:t>
      </w:r>
      <w:r>
        <w:rPr>
          <w:lang w:eastAsia="zh-CN"/>
        </w:rPr>
        <w:br/>
      </w:r>
      <w:r>
        <w:rPr>
          <w:lang w:eastAsia="zh-CN"/>
        </w:rPr>
        <w:t>　　1、成立兴趣小组，激发学生兴趣，重视艺术审美感的培养。</w:t>
      </w:r>
      <w:r>
        <w:rPr>
          <w:lang w:eastAsia="zh-CN"/>
        </w:rPr>
        <w:br/>
      </w:r>
      <w:r>
        <w:rPr>
          <w:lang w:eastAsia="zh-CN"/>
        </w:rPr>
        <w:t>　　2、认真学习大纲、认真备课，处理好思想品德教育、审美教育、能力教育、能力培养和双基训练的关系。在传授双基、培养能力过程中，加强思想品德教育。要充分发挥美术教学情感陶冶的功能，努力培养学生[健康的审美情趣，提高学生的审美能力。</w:t>
      </w:r>
      <w:r>
        <w:rPr>
          <w:lang w:eastAsia="zh-CN"/>
        </w:rPr>
        <w:br/>
      </w:r>
      <w:r>
        <w:rPr>
          <w:lang w:eastAsia="zh-CN"/>
        </w:rPr>
        <w:t>　　3、要充分发挥美术教学情感陶冶的功能，努力培养学生健康的审美情趣，提高学生的审美能力。</w:t>
      </w:r>
      <w:r>
        <w:rPr>
          <w:lang w:eastAsia="zh-CN"/>
        </w:rPr>
        <w:br/>
      </w:r>
      <w:r>
        <w:rPr>
          <w:lang w:eastAsia="zh-CN"/>
        </w:rPr>
        <w:t>　　4、鼓励学生开展综合性与探究性学习，</w:t>
      </w:r>
      <w:r>
        <w:rPr>
          <w:lang w:eastAsia="zh-CN"/>
        </w:rPr>
        <w:br/>
      </w:r>
      <w:r>
        <w:rPr>
          <w:lang w:eastAsia="zh-CN"/>
        </w:rPr>
        <w:t>　　5、注重学生的主体地位，面向全体，热爱和关心学生，实施开放性教学，让人文精神和创作艺术得到充分地体现。</w:t>
      </w:r>
      <w:r>
        <w:rPr>
          <w:lang w:eastAsia="zh-CN"/>
        </w:rPr>
        <w:br/>
      </w:r>
      <w:r>
        <w:rPr>
          <w:lang w:eastAsia="zh-CN"/>
        </w:rPr>
        <w:t>　　6、改进学习、教学方法，从小学生的年龄心理特征出发，根据不同的教学内容，研究“教”和“学”的方法，充分运用视觉形象，讲清重点、难点，使学生巩固地掌握知识和技能，并逐步有效地提高学生的审美能力和促进学生的智力发展。</w:t>
      </w:r>
      <w:r>
        <w:rPr>
          <w:lang w:eastAsia="zh-CN"/>
        </w:rPr>
        <w:br/>
      </w:r>
      <w:r>
        <w:rPr>
          <w:lang w:eastAsia="zh-CN"/>
        </w:rPr>
        <w:t>　　7、关心美术教学的改革和发展，积极进行教学改革实验，努力提高教学质量。</w:t>
      </w:r>
      <w:r>
        <w:rPr>
          <w:lang w:eastAsia="zh-CN"/>
        </w:rPr>
        <w:br/>
      </w:r>
      <w:r>
        <w:rPr>
          <w:lang w:eastAsia="zh-CN"/>
        </w:rPr>
        <w:t>　　8、学业考核以平时成绩为主，考核可采取多种方式。</w:t>
      </w:r>
      <w:r>
        <w:rPr>
          <w:lang w:eastAsia="zh-CN"/>
        </w:rPr>
        <w:br/>
      </w:r>
      <w:r>
        <w:rPr>
          <w:lang w:eastAsia="zh-CN"/>
        </w:rPr>
        <w:t xml:space="preserve">    美术教案－教学计划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随着基础教育改革高中新课程的不断深入，美术课堂已发生了综合性的变化。本学期我主要负责高中美术的课程教学，现结合我校的实际情况，结合美术学科特点，本着以贯彻学生自主学习的理念，提高学生艺术修养和观察能力、分析能力和创造能力，特制定如下计划。</w:t>
      </w:r>
      <w:r>
        <w:rPr>
          <w:lang w:eastAsia="zh-CN"/>
        </w:rPr>
        <w:br/>
      </w:r>
      <w:r>
        <w:rPr>
          <w:lang w:eastAsia="zh-CN"/>
        </w:rPr>
        <w:t>　　一、情况分析：</w:t>
      </w:r>
      <w:r>
        <w:rPr>
          <w:lang w:eastAsia="zh-CN"/>
        </w:rPr>
        <w:br/>
      </w:r>
      <w:r>
        <w:rPr>
          <w:lang w:eastAsia="zh-CN"/>
        </w:rPr>
        <w:t>　　美术鉴赏（高一）</w:t>
      </w:r>
      <w:r>
        <w:rPr>
          <w:lang w:eastAsia="zh-CN"/>
        </w:rPr>
        <w:br/>
      </w:r>
      <w:r>
        <w:rPr>
          <w:lang w:eastAsia="zh-CN"/>
        </w:rPr>
        <w:t>　　美术鉴赏是运用感知、经验和知识对美术作品进行感受、体验、联想、分析和判断，获得审美享受，并理解美术作品与美术现象的活动。“美术鉴赏”是普通高中阶段美术科目中的一个内容系列，是在义务教育阶段美术课程中“欣赏·评述”学习领域的基础上更高层次的拓展与延伸。美术鉴赏活动能帮助学生在欣赏、鉴别与评价美术作品的过程中，逐步提高审美能力，形成热爱本民族文化、尊重世界多元文化的情感和态度。</w:t>
      </w:r>
      <w:r>
        <w:rPr>
          <w:lang w:eastAsia="zh-CN"/>
        </w:rPr>
        <w:br/>
      </w:r>
      <w:r>
        <w:rPr>
          <w:lang w:eastAsia="zh-CN"/>
        </w:rPr>
        <w:t>　　二、教学目标</w:t>
      </w:r>
      <w:r>
        <w:rPr>
          <w:lang w:eastAsia="zh-CN"/>
        </w:rPr>
        <w:br/>
      </w:r>
      <w:r>
        <w:rPr>
          <w:lang w:eastAsia="zh-CN"/>
        </w:rPr>
        <w:t>　　1、认知目标 ：</w:t>
      </w:r>
      <w:r>
        <w:rPr>
          <w:lang w:eastAsia="zh-CN"/>
        </w:rPr>
        <w:br/>
      </w:r>
      <w:r>
        <w:rPr>
          <w:lang w:eastAsia="zh-CN"/>
        </w:rPr>
        <w:t>　　1)、从形式多样的艺术作品中学会感受艺术的语言美。2)、了解中国古代绘画艺术的种类和形式。3)、掌握外国绘画的各个时期和各时期一些著名的画家及其作品。</w:t>
      </w:r>
      <w:r>
        <w:rPr>
          <w:lang w:eastAsia="zh-CN"/>
        </w:rPr>
        <w:br/>
      </w:r>
      <w:r>
        <w:rPr>
          <w:lang w:eastAsia="zh-CN"/>
        </w:rPr>
        <w:t>　　2、理解目标：</w:t>
      </w:r>
      <w:r>
        <w:rPr>
          <w:lang w:eastAsia="zh-CN"/>
        </w:rPr>
        <w:br/>
      </w:r>
      <w:r>
        <w:rPr>
          <w:lang w:eastAsia="zh-CN"/>
        </w:rPr>
        <w:t>　　1)、学会分析一些优秀绘画作品的艺术特点。2)、能够说出一些具有代表性的艺术作品。3）、理解和体会部分艺术作品的特征和艺术语言。</w:t>
      </w:r>
      <w:r>
        <w:rPr>
          <w:lang w:eastAsia="zh-CN"/>
        </w:rPr>
        <w:br/>
      </w:r>
      <w:r>
        <w:rPr>
          <w:lang w:eastAsia="zh-CN"/>
        </w:rPr>
        <w:t>　　三、对教学内容及教学方法的尝试</w:t>
      </w:r>
      <w:r>
        <w:rPr>
          <w:lang w:eastAsia="zh-CN"/>
        </w:rPr>
        <w:br/>
      </w:r>
    </w:p>
    <w:p w:rsidR="001B1F19" w14:textId="27C3F48A">
      <w:pPr>
        <w:rPr>
          <w:rFonts w:hint="eastAsia"/>
          <w:lang w:eastAsia="zh-CN"/>
        </w:rPr>
      </w:pPr>
      <w:r>
        <w:rPr>
          <w:lang w:eastAsia="zh-CN"/>
        </w:rPr>
        <w:t>　　从美术与自我、美术与社会、美术与自然等方面认识美术的价值和作用</w:t>
      </w:r>
      <w:r>
        <w:rPr>
          <w:lang w:eastAsia="zh-CN"/>
        </w:rPr>
        <w:t xml:space="preserve"> 。</w:t>
      </w:r>
      <w:r>
        <w:rPr>
          <w:lang w:eastAsia="zh-CN"/>
        </w:rPr>
        <w:t xml:space="preserve"> 1、鉴赏中外优秀的传统美术作品、具有时代特色和文化内涵的近现代美术作品以及与生活经验相关联的美术作品。2、学习美术鉴赏的基本方法，联系文化情境认识美术作品的意义、形式和风格特征。3、用美术术语描述以及通过造型、表演等多种方式表达对艺术作品的感受与理解。4、进行自主学习、研究性学习与合作学习，通过包括网络在内的多种途径收集与美术相关的文字、图像等资料，并运用于鉴赏学习活动。</w:t>
      </w:r>
      <w:r>
        <w:rPr>
          <w:lang w:eastAsia="zh-CN"/>
        </w:rPr>
        <w:br/>
      </w:r>
      <w:r>
        <w:rPr>
          <w:lang w:eastAsia="zh-CN"/>
        </w:rPr>
        <w:t>　　三、具体实施计划：</w:t>
      </w:r>
      <w:r>
        <w:rPr>
          <w:lang w:eastAsia="zh-CN"/>
        </w:rPr>
        <w:br/>
      </w:r>
      <w:r>
        <w:rPr>
          <w:lang w:eastAsia="zh-CN"/>
        </w:rPr>
        <w:t>　　1、课堂堂教学改革与创新，信息技术的应用与整合充分发挥信息技术的优势，使高中美术欣赏课与网络信息技术合理的整合起来。使用电脑课件进行授课，让学生自己接触信息技术，通过信息技术的手</w:t>
      </w:r>
      <w:r>
        <w:rPr>
          <w:lang w:eastAsia="zh-CN"/>
        </w:rPr>
        <w:br/>
      </w:r>
      <w:r>
        <w:rPr>
          <w:lang w:eastAsia="zh-CN"/>
        </w:rPr>
        <w:t>　　段和渠道去了解美术。也可以经常的改变一些形式，从而使信息技术和美术学科很好的整合，让学生接受，让学生欢迎。以达到课堂教学的改革与创新，形成自己的教学风格。真正提高学生的整体素质。</w:t>
      </w:r>
      <w:r>
        <w:rPr>
          <w:lang w:eastAsia="zh-CN"/>
        </w:rPr>
        <w:br/>
      </w:r>
      <w:r>
        <w:rPr>
          <w:lang w:eastAsia="zh-CN"/>
        </w:rPr>
        <w:t>　　2、为了发展学生自觉自主学习的能力，可以让学生在课后的业余时间从网络上搜集一些课本上所没有涉及的内容，优秀美术作品、画家的生平趣事等各种关于美术的知识内容，培养他们的积极性和主动性。提高学生自主探究性学习的能力。</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https://d.book118.com/726111222010010051</w:t>
        </w:r>
      </w:hyperlink>
    </w:p>
    <w:p w:rsidR="001B1F19">
      <w:pPr>
        <w:rPr>
          <w:rFonts w:hint="eastAsia"/>
          <w:lang w:eastAsia="zh-CN"/>
        </w:rPr>
      </w:pPr>
    </w:p>
    <w:sectPr>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26111222010010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