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2024以青春为主题的演讲稿（35篇）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2024以青春为主题的演讲稿（通用35篇）</w:t>
      </w:r>
      <w:r>
        <w:rPr>
          <w:lang w:eastAsia="zh-CN"/>
        </w:rPr>
        <w:br/>
      </w:r>
      <w:r>
        <w:rPr>
          <w:lang w:eastAsia="zh-CN"/>
        </w:rPr>
        <w:t xml:space="preserve">    2024以青春为主题的演讲稿 篇1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今天我们演讲的主题是“青春_创业”。青春，我们拥有了，创业，我们还得努力，还得抓住每一个“今天”。只有充分用好了每一个“今天”，才能去谱写我们美好的明天。因此，今天我演讲的题目是“珍惜每一个今天，谱写美好的明天”。</w:t>
      </w:r>
      <w:r>
        <w:rPr>
          <w:lang w:eastAsia="zh-CN"/>
        </w:rPr>
        <w:br/>
      </w:r>
      <w:r>
        <w:rPr>
          <w:lang w:eastAsia="zh-CN"/>
        </w:rPr>
        <w:t>　　“珍惜每一个今天，谱写美好的明天”“昨天、今天、明天构筑了我们人的一生”。大家都知道，“昨天是历史，今天是创造，明天是谜，是希望”。而在我们人的一生中，“今天”是最重要的。抓住了“今天”就能望到美好的明天，浪费了“今天”，就无法征服诱人的明天。</w:t>
      </w:r>
      <w:r>
        <w:rPr>
          <w:lang w:eastAsia="zh-CN"/>
        </w:rPr>
        <w:br/>
      </w:r>
      <w:r>
        <w:rPr>
          <w:lang w:eastAsia="zh-CN"/>
        </w:rPr>
        <w:t>　　“今天”就是财富，财富却买不来“今天”，财富失去了，明天还可以挣回，“今天”失去就不再有“今天”。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人，只有抓住现在，才能有辉煌和灿烂的未来。寄希望于明天的人，将是一事无成的人。在我们小学的课本上，有一则大家非常熟悉的故事“寒号鸟”，美丽的寒号鸟就是不将每一天的时间当回事，不听其他鸟儿的劝告，整天游荡买弄自己地羽毛和嗓子。最后，在寒冷的夜里，它用美丽的歌喉悔恨过去，哀求未来：“抖落落，哆罗罗，寒风冻死我了，明天就垒窝”。当第二天太阳升起来时候，他又忘记了昨天历史对他得教训，而继续虚度“今天”。就这样重复了几个晚上，最后，那美妙动听的声音也随着明天的来临消失了。</w:t>
      </w:r>
      <w:r>
        <w:rPr>
          <w:lang w:eastAsia="zh-CN"/>
        </w:rPr>
        <w:br/>
      </w:r>
      <w:r>
        <w:rPr>
          <w:lang w:eastAsia="zh-CN"/>
        </w:rPr>
        <w:t>　　从这则故事，大家不难明白，“今天”，对于我们每一个人，特别对我们年轻这一代是多么的重要。我们应该珍惜好每一个“今天”，应该勤奋的去耕耘每一个“今天”，这样，才会有精彩的明天。</w:t>
      </w:r>
      <w:r>
        <w:rPr>
          <w:lang w:eastAsia="zh-CN"/>
        </w:rPr>
        <w:br/>
      </w:r>
      <w:r>
        <w:rPr>
          <w:lang w:eastAsia="zh-CN"/>
        </w:rPr>
        <w:t>　　时间中唯有“今天”是最宝贵的，抓住了“今天”，亦即抓住了时间，成功就会向你招手。</w:t>
      </w:r>
      <w:r>
        <w:rPr>
          <w:lang w:eastAsia="zh-CN"/>
        </w:rPr>
        <w:br/>
      </w:r>
      <w:r>
        <w:rPr>
          <w:lang w:eastAsia="zh-CN"/>
        </w:rPr>
        <w:t>　　“今天”是种子，今天不种下它，明天怎会开花结果呢？今天不存上钱，明天怎会得到利息呢？在我们生活中的每一个“今天”，假如不合理安排，明天怎会有喜悦的收获呢？伟大的科学家爱因斯坦在瑞士联邦专利局工作时，在他的每一个“今天”，都是快节奏的用三四个小时就完成了全天应做的工作，然后，利用剩下的时间进行学习和研究，终于在1905年，在物理学三个不同领域中取得了历史性成就，特别是狭义相对论的建立和光量子论的提出，推动了物理学理论的革命，开创了科学史上的先例。</w:t>
      </w:r>
      <w:r>
        <w:rPr>
          <w:lang w:eastAsia="zh-CN"/>
        </w:rPr>
        <w:br/>
      </w:r>
      <w:r>
        <w:rPr>
          <w:lang w:eastAsia="zh-CN"/>
        </w:rPr>
        <w:t>　　因此，只有那些懂得如何利用“今天”和那些对“今天”付出的努力的人，才会在“今天”创造出成功事业的奠基石，孕育明天的成就。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同样，在我们的工厂，下班后，我们经常看到有些车间和办公室还有人在挑灯加班，他们这些“最可爱的人”就是不把今天该做的事拖到了明天。他们有着一种使命感，鞭策着他们得珍惜每一个“今天”。也因这样，让我们看到我们工厂美好的明天。</w:t>
      </w:r>
      <w:r>
        <w:rPr>
          <w:lang w:eastAsia="zh-CN"/>
        </w:rPr>
        <w:br/>
      </w:r>
      <w:r>
        <w:rPr>
          <w:lang w:eastAsia="zh-CN"/>
        </w:rPr>
        <w:t>　　年轻的朋友们！</w:t>
      </w:r>
      <w:r>
        <w:rPr>
          <w:lang w:eastAsia="zh-CN"/>
        </w:rPr>
        <w:br/>
      </w:r>
      <w:r>
        <w:rPr>
          <w:lang w:eastAsia="zh-CN"/>
        </w:rPr>
        <w:t>　　今天虽平凡，可它却是一块块金砖，垫高了你的明天；</w:t>
      </w:r>
      <w:r>
        <w:rPr>
          <w:lang w:eastAsia="zh-CN"/>
        </w:rPr>
        <w:br/>
      </w:r>
      <w:r>
        <w:rPr>
          <w:lang w:eastAsia="zh-CN"/>
        </w:rPr>
        <w:t>　　今天虽普通，可它却是一条条小溪，可聚满了你的明天；</w:t>
      </w:r>
      <w:r>
        <w:rPr>
          <w:lang w:eastAsia="zh-CN"/>
        </w:rPr>
        <w:br/>
      </w:r>
      <w:r>
        <w:rPr>
          <w:lang w:eastAsia="zh-CN"/>
        </w:rPr>
        <w:t>　　在我们每一个人的生命长河里，都泛着分分秒秒光阴的波浪，他们稍纵即逝，却又“法力无边”，她能把你推向成功的彼岸，也会引你触礁而覆没在险滩。拥有青春的朋友们，只要我们树立“今天的事，今天完成”的观念，我深深的相信，你的明天就会成为辉煌的“金天”。</w:t>
      </w:r>
      <w:r>
        <w:rPr>
          <w:lang w:eastAsia="zh-CN"/>
        </w:rPr>
        <w:br/>
      </w:r>
      <w:r>
        <w:rPr>
          <w:lang w:eastAsia="zh-CN"/>
        </w:rPr>
        <w:t xml:space="preserve">    2024以青春为主题的演讲稿 篇2 </w:t>
      </w:r>
      <w:r>
        <w:rPr>
          <w:lang w:eastAsia="zh-CN"/>
        </w:rPr>
        <w:br/>
      </w:r>
      <w:r>
        <w:rPr>
          <w:lang w:eastAsia="zh-CN"/>
        </w:rPr>
        <w:t>　　各位观众们：</w:t>
      </w:r>
      <w:r>
        <w:rPr>
          <w:lang w:eastAsia="zh-CN"/>
        </w:rPr>
        <w:br/>
      </w:r>
      <w:r>
        <w:rPr>
          <w:lang w:eastAsia="zh-CN"/>
        </w:rPr>
        <w:t>　　大家上午好！</w:t>
      </w:r>
      <w:r>
        <w:rPr>
          <w:lang w:eastAsia="zh-CN"/>
        </w:rPr>
        <w:br/>
      </w:r>
      <w:r>
        <w:rPr>
          <w:lang w:eastAsia="zh-CN"/>
        </w:rPr>
        <w:t>　　我叫王__，很高兴能够和大家一起探讨奉献青春这个话题，今天我要演讲的题目是《甘于奉献，点燃烈火青春》。</w:t>
      </w:r>
      <w:r>
        <w:rPr>
          <w:lang w:eastAsia="zh-CN"/>
        </w:rPr>
        <w:br/>
      </w:r>
      <w:r>
        <w:rPr>
          <w:lang w:eastAsia="zh-CN"/>
        </w:rPr>
        <w:t>　　让青春烈火燃烧永恒，让生命闪电划过天边，用所有热情换回时间，让年轻的梦没有终点！我非常欣赏《烈火青春》里面的这段话，它是我前进的动力。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青春，是我们一生中最美丽的季节，它是人生之花含苞欲放的时刻。它拥有执着，分享，奉献，快乐。青春像一把刀。我决不能眼睁睁看着这把刀慢慢氧化，失去光泽，随即斑驳、锈蚀、风化，最后成为一块废铁。我告诉自己</w:t>
      </w:r>
      <w:r>
        <w:rPr>
          <w:lang w:eastAsia="zh-CN"/>
        </w:rPr>
        <w:br/>
      </w:r>
      <w:r>
        <w:rPr>
          <w:lang w:eastAsia="zh-CN"/>
        </w:rPr>
        <w:t>　　青春不是人生的一段时期，而是心灵的一种状况。如果你的心灵很年青，你就会常常保持许多梦想，在浓云密布的日子里，依然会抓住瞬间闪过的金色阳光。我们虽出生于不同的年代，工作在不同的岗位，但我们拥有一个共同的家，在这里，我们信守同样的企业精神，写下同样的奉献承诺，拥有同样的壮美青春。这是一次演讲，更是一次告白。当我满带着青春的气息，怀揣着沉甸甸的梦想与信念站在这里的那刻，我的内心是如此的坦荡与激昂，那种难以形容的兴奋与紧张，我真诚的邀请你们一同分享。我们要把握青春的每一刻！</w:t>
      </w:r>
      <w:r>
        <w:rPr>
          <w:lang w:eastAsia="zh-CN"/>
        </w:rPr>
        <w:br/>
      </w:r>
      <w:r>
        <w:rPr>
          <w:lang w:eastAsia="zh-CN"/>
        </w:rPr>
        <w:t>　　曾子曾经曰：“士不可以不弘毅，任重而道远。”作为青年人，一个国家、一个民族的希望所在，心中无不闪烁着梦想，我们要播种，才能有果实。</w:t>
      </w:r>
      <w:r>
        <w:rPr>
          <w:lang w:eastAsia="zh-CN"/>
        </w:rPr>
        <w:br/>
      </w:r>
      <w:r>
        <w:rPr>
          <w:lang w:eastAsia="zh-CN"/>
        </w:rPr>
        <w:t>　　青春，好好把握去吧！</w:t>
      </w:r>
      <w:r>
        <w:rPr>
          <w:lang w:eastAsia="zh-CN"/>
        </w:rPr>
        <w:br/>
      </w:r>
      <w:r>
        <w:rPr>
          <w:lang w:eastAsia="zh-CN"/>
        </w:rPr>
        <w:t xml:space="preserve">    2024以青春为主题的演讲稿 篇3 </w:t>
      </w:r>
      <w:r>
        <w:rPr>
          <w:lang w:eastAsia="zh-CN"/>
        </w:rPr>
        <w:br/>
      </w:r>
      <w:r>
        <w:rPr>
          <w:lang w:eastAsia="zh-CN"/>
        </w:rPr>
        <w:t>　　尊敬的：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青春到底是什么?在我眼里，青春是一朵朵芬芳的花朵，慢慢地诉说着曾经的喜怒哀乐;又如沁出的一滴滴晶莹的露珠，映照着这多彩的世界。时光飞逝，我们如同青草向上生长，个头已经高过了曾经需要仰视的爸爸和妈妈，我们欣喜地对着天空大喊：“我长大啦!”那声音如同快乐的石子，从湖面上轻轻掠过，激起一道道涟漪，久久不能散去。</w:t>
      </w:r>
      <w:r>
        <w:rPr>
          <w:lang w:eastAsia="zh-CN"/>
        </w:rPr>
        <w:br/>
      </w:r>
      <w:r>
        <w:rPr>
          <w:lang w:eastAsia="zh-CN"/>
        </w:rPr>
        <w:t>　　青春是一件干净的白衬衣，静静地舒展在阳光下;青春是一瓶没有杂质的水，简单而纯洁。我们嘴角洋溢着微笑，在阳光下奔跑、跳跃，挥洒着青春的汗水，带着几分自信与从容、倔强与不羁，描绘着属于我们青春的画卷。</w:t>
      </w:r>
      <w:r>
        <w:rPr>
          <w:lang w:eastAsia="zh-CN"/>
        </w:rPr>
        <w:br/>
      </w:r>
      <w:r>
        <w:rPr>
          <w:lang w:eastAsia="zh-CN"/>
        </w:rPr>
        <w:t>　　青春是用有限的光阴延伸出天马行空的想象，谱写出一首轻快的歌。在这青葱岁月，我们用最美的声音、最美的曲调，将这首歌轻轻吟唱。在暖暖的夕阳下，走在放学的路上，和最好的朋友一起，分享着彼此的快乐。</w:t>
      </w:r>
      <w:r>
        <w:rPr>
          <w:lang w:eastAsia="zh-CN"/>
        </w:rPr>
        <w:br/>
      </w:r>
      <w:r>
        <w:rPr>
          <w:lang w:eastAsia="zh-CN"/>
        </w:rPr>
        <w:t>　　朋友们，这是我们独一无二的青春，不可复制的青春。在这充满青草芳香的年龄里，我们的每一天都要比前一天快乐，每一天都要比前一天幸福，哪怕淋着雨也要一直向前走，用心体验，用心感悟青春的苦与乐。</w:t>
      </w:r>
      <w:r>
        <w:rPr>
          <w:lang w:eastAsia="zh-CN"/>
        </w:rPr>
        <w:br/>
      </w:r>
      <w:r>
        <w:rPr>
          <w:lang w:eastAsia="zh-CN"/>
        </w:rPr>
        <w:t xml:space="preserve">    2024以青春为主题的演讲稿 篇4 </w:t>
      </w:r>
      <w:r>
        <w:rPr>
          <w:lang w:eastAsia="zh-CN"/>
        </w:rPr>
        <w:br/>
      </w:r>
      <w:r>
        <w:rPr>
          <w:lang w:eastAsia="zh-CN"/>
        </w:rPr>
        <w:t>　　尊敬的：</w:t>
      </w:r>
      <w:r>
        <w:rPr>
          <w:lang w:eastAsia="zh-CN"/>
        </w:rPr>
        <w:br/>
      </w:r>
      <w:r>
        <w:rPr>
          <w:lang w:eastAsia="zh-CN"/>
        </w:rPr>
        <w:t>　　青春如花迎着朝阳肆意绽放；青春如画执智慧之笔书写似水流年；青春如歌迎着困难一路亢奋昂然。在这如诗如画的年纪里，哦，青春，原来你在这里。</w:t>
      </w:r>
      <w:r>
        <w:rPr>
          <w:lang w:eastAsia="zh-CN"/>
        </w:rPr>
        <w:br/>
      </w:r>
      <w:r>
        <w:rPr>
          <w:lang w:eastAsia="zh-CN"/>
        </w:rPr>
        <w:t>　　记忆的年轮里，岁月仿佛是一个神偷。在不知不觉中夺走我们最珍贵的东西，让我们防不胜防。或许是看不清未来所以特别怀念过去，怀着对未来的恐惧不安向未来发起挑战，在这充满荆棘的路上跌跌撞撞仍然信心满满。有人说：这就是青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卢梭说过：“人人生而平等但又在无所不在的枷锁中。”或许只有我们靠自身的努力和付出才能解开枷锁的束缚，才会开出绚丽夺目的花，结出累累的果实。正值青春的我们，没有陶艳明“采菊东篱下，悠然见南山”的悠闲，更没有孔明“淡泊无以明志，宁静无以致远”的淡然。“两耳不闻天下事，一心只读圣贤书”仿佛是我们的专有名词。奈何抵不住那颗对花花世界的好奇心，却忘了早已深陷其中。后知后觉，有人说：这就是青春。</w:t>
      </w:r>
      <w:r>
        <w:rPr>
          <w:lang w:eastAsia="zh-CN"/>
        </w:rPr>
        <w:br/>
      </w:r>
      <w:r>
        <w:rPr>
          <w:lang w:eastAsia="zh-CN"/>
        </w:rPr>
        <w:t>　　青春像一位追风的少年。不顾冷眼与嘲笑、世俗的的`眼光奋发向前。留下一句：“走自己的路让别人说去吧。</w:t>
      </w:r>
      <w:r>
        <w:rPr>
          <w:lang w:eastAsia="zh-CN"/>
        </w:rPr>
        <w:br/>
      </w:r>
      <w:r>
        <w:rPr>
          <w:lang w:eastAsia="zh-CN"/>
        </w:rPr>
        <w:t xml:space="preserve">    2024以青春为主题的演讲稿 篇5 </w:t>
      </w:r>
      <w:r>
        <w:rPr>
          <w:lang w:eastAsia="zh-CN"/>
        </w:rPr>
        <w:br/>
      </w:r>
      <w:r>
        <w:rPr>
          <w:lang w:eastAsia="zh-CN"/>
        </w:rPr>
        <w:t>　　“我的青春不会像鸟儿一样回来。我的青春不会像鸟儿一样回来……”每当我静静地想起这首美丽的歌，时间就飞逝而去。是在和我告别吗？是在告诉我要好好把握青春吗？喔！我知道这是在告诉我，我不能让时间冲掉我的美好时光和青春。</w:t>
      </w:r>
      <w:r>
        <w:rPr>
          <w:lang w:eastAsia="zh-CN"/>
        </w:rPr>
        <w:br/>
      </w:r>
      <w:r>
        <w:rPr>
          <w:lang w:eastAsia="zh-CN"/>
        </w:rPr>
        <w:t>　　但是什么是“青春”？我每天都在想同一个问题。但是后来无数的事实告诉我，“青春”是人这一生的财富。后来我来到嫩黄色的柳朵儿跟前，问它：“青春是什么？”因为我很苗条。刘亚回答说：“青春是活力，是朝气，是一种伸展和发展的力量。青春是智慧和知识。青春是克服懦弱的勇气，是敢于冒险的。坚信自己的信仰是一种自信。”。啊！我知道，青春是人的起跑线，是人生的黄金阶段，充满理想、追求、信念。青春是一种心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无法给青春一个完美的诠释。只能说青春诗情画意。青春的价值在于能否孕育出硕果累累的秋天。在青春里，我们有很多梦想和幻想，青春的美好梦想年年绽放。青春就像一首歌，带给我快乐，无限激情，美丽的《青春之歌》。</w:t>
      </w:r>
      <w:r>
        <w:rPr>
          <w:lang w:eastAsia="zh-CN"/>
        </w:rPr>
        <w:br/>
      </w:r>
      <w:r>
        <w:rPr>
          <w:lang w:eastAsia="zh-CN"/>
        </w:rPr>
        <w:t>　　青春会陪伴你，此生又会迷失方向。让我们把握自己，向着青春的光辉前进！走向“财富的青春”。</w:t>
      </w:r>
      <w:r>
        <w:rPr>
          <w:lang w:eastAsia="zh-CN"/>
        </w:rPr>
        <w:br/>
      </w:r>
      <w:r>
        <w:rPr>
          <w:lang w:eastAsia="zh-CN"/>
        </w:rPr>
        <w:t xml:space="preserve">    2024以青春为主题的演讲稿 篇6 </w:t>
      </w:r>
      <w:r>
        <w:rPr>
          <w:lang w:eastAsia="zh-CN"/>
        </w:rPr>
        <w:br/>
      </w:r>
      <w:r>
        <w:rPr>
          <w:lang w:eastAsia="zh-CN"/>
        </w:rPr>
        <w:t>　　尊敬的领导，敬爱的老师，亲爱的同学：</w:t>
      </w:r>
      <w:r>
        <w:rPr>
          <w:lang w:eastAsia="zh-CN"/>
        </w:rPr>
        <w:br/>
      </w:r>
      <w:r>
        <w:rPr>
          <w:lang w:eastAsia="zh-CN"/>
        </w:rPr>
        <w:t>　　你们好!</w:t>
      </w:r>
      <w:r>
        <w:rPr>
          <w:lang w:eastAsia="zh-CN"/>
        </w:rPr>
        <w:br/>
      </w:r>
      <w:r>
        <w:rPr>
          <w:lang w:eastAsia="zh-CN"/>
        </w:rPr>
        <w:t>　　懵懂的岁月已悄然逝去，纯真无邪已定格在过去，我们的青春如霓虹灯般绚烂，却逃不过那繁华背后的落寞，从懂得什么是微笑背后的忧伤那一刻起，我们便踏上那条名叫“青春”的未知路。</w:t>
      </w:r>
      <w:r>
        <w:rPr>
          <w:lang w:eastAsia="zh-CN"/>
        </w:rPr>
        <w:br/>
      </w:r>
      <w:r>
        <w:rPr>
          <w:lang w:eastAsia="zh-CN"/>
        </w:rPr>
        <w:t>　　没有期待中的那份惊喜，没有童话中可以让灰姑娘变成公主的水晶鞋，没有那可以接受无数鲜花与掌声的舞台。我们平凡如旧，我们有的，只是那颗火焰般热情洋溢的心。不是不想活得潇洒自在，不是不想叛逆、放任，不是不想不顾一切疯狂地追寻，只是在梦想与现实交锋的'那一瞬间，我看到了它们的差距，我明白了我还没有取得那通向自由的通行证，于是，我选择了现实，毕竟我更趋向于现实的温暖。而那绚烂的梦想也会永不凋谢，永远珍藏在我们的回忆里，那是一个属于洒脱青春的梦。</w:t>
      </w:r>
      <w:r>
        <w:rPr>
          <w:lang w:eastAsia="zh-CN"/>
        </w:rPr>
        <w:br/>
      </w:r>
      <w:r>
        <w:rPr>
          <w:lang w:eastAsia="zh-CN"/>
        </w:rPr>
        <w:t>　　我们歌唱青春。其实，青春就是一首歌，跌宕起伏，或伤感，或欢喜，朦朦胧胧，却回味无穷。我们每个人都在很用心地诠释这首歌，谱写自己的淡淡青春。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这十六岁的灼热年华，我们独自享受着快乐、忧愁、喜悦、寂寞。点点欢笑，淡淡忧伤，这就是青春。在这里，留下了我们微笑的瞬间，记下了我们流泪的刹那，这些就足够了，不需要刻意装点什么，这就是最真实的我们，要将青春把握在自己手中，去创造无悔的青春。</w:t>
      </w:r>
      <w:r>
        <w:rPr>
          <w:lang w:eastAsia="zh-CN"/>
        </w:rPr>
        <w:br/>
      </w:r>
      <w:r>
        <w:rPr>
          <w:lang w:eastAsia="zh-CN"/>
        </w:rPr>
        <w:t>　　在这青春的旋律中，我们就是主角，曾经的叛逆与疯狂，曾经的辛酸与眼泪，曾经的感动与梦想，都已随风而逝，留下的是值得珍藏一生的回忆。我们都是梦想的创造者，我们抱着梦想踏入青春，带着感动度过青春，带着希望迈出青春、走向未来。</w:t>
      </w:r>
      <w:r>
        <w:rPr>
          <w:lang w:eastAsia="zh-CN"/>
        </w:rPr>
        <w:br/>
      </w:r>
      <w:r>
        <w:rPr>
          <w:lang w:eastAsia="zh-CN"/>
        </w:rPr>
        <w:t>　　在青春的岁月里，我们张扬着个性、飞扬着思绪;在青春的岁月里，我们肆意地哭着、笑着，有着属于我们的纯真;在青春的岁月里，我们留下了永恒的美好回忆。每个人都有自己的十六岁，虽然内容不尽相同，但意义是一样的：可歌可泣的纯真年华。我们歌唱着青春，歌唱着生活，歌唱着那并不完美却绚烂多彩的年华。</w:t>
      </w:r>
      <w:r>
        <w:rPr>
          <w:lang w:eastAsia="zh-CN"/>
        </w:rPr>
        <w:br/>
      </w:r>
      <w:r>
        <w:rPr>
          <w:lang w:eastAsia="zh-CN"/>
        </w:rPr>
        <w:t>　　不需要掩饰，不需要躲避，我的青春我做主，在这五彩的世界里，我们用那心灵的歌声唱响了属于我们的飞扬青春。我的青春我做主!</w:t>
      </w:r>
      <w:r>
        <w:rPr>
          <w:lang w:eastAsia="zh-CN"/>
        </w:rPr>
        <w:br/>
      </w:r>
      <w:r>
        <w:rPr>
          <w:lang w:eastAsia="zh-CN"/>
        </w:rPr>
        <w:t xml:space="preserve">    2024以青春为主题的演讲稿 篇7 </w:t>
      </w:r>
      <w:r>
        <w:rPr>
          <w:lang w:eastAsia="zh-CN"/>
        </w:rPr>
        <w:br/>
      </w:r>
      <w:r>
        <w:rPr>
          <w:lang w:eastAsia="zh-CN"/>
        </w:rPr>
        <w:t>　　各位老师，同学:</w:t>
      </w:r>
      <w:r>
        <w:rPr>
          <w:lang w:eastAsia="zh-CN"/>
        </w:rPr>
        <w:br/>
      </w:r>
      <w:r>
        <w:rPr>
          <w:lang w:eastAsia="zh-CN"/>
        </w:rPr>
        <w:t>　　同学们，不经意间，我们已步入了那道令老年人羡慕、中年人留恋、少年人向往的青春风景线，此时的大家，涌动的青春的热血，洋溢着青春的热情。然而你是否探求过、思索过，青春是什么呢?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青春是一团火、青春是一朵花，笑容与彩霞飞扬，汗水将与成功相伴。脉搏跳动着强劲的节奏，智慧弹奏着优美的乐章。拼搏，用火一样的热忱去拼搏，全身心的投入，尽情的打拼，使青春的火焰更高、让青春的花儿更艳。</w:t>
      </w:r>
      <w:r>
        <w:rPr>
          <w:lang w:eastAsia="zh-CN"/>
        </w:rPr>
        <w:br/>
      </w:r>
      <w:r>
        <w:rPr>
          <w:lang w:eastAsia="zh-CN"/>
        </w:rPr>
        <w:t>　　我们正处在人生青春时节，我们应让自己的青春怒放异彩，我们应让自己的青春更加鲜艳美丽。为此，我们就必须懂得“奉献”。奉献才是青春真正的内涵，离开奉献的青春就不是真正的青春，离开奉献的青春就无异于将青春断送。“奉献青春”对于我们来说，它应包含两层意义：一方面是指珍惜青春时光，如饥似渴地汲取青春能量，包括德、能、才、学、识、体等诸养分，使其至善至美;另一方面是指要用自己的青春热力去温暖人间，用自己的青春力量去战胜困难与邪恶，用自己的青春智慧去营造崭新的世界。</w:t>
      </w:r>
      <w:r>
        <w:rPr>
          <w:lang w:eastAsia="zh-CN"/>
        </w:rPr>
        <w:br/>
      </w:r>
      <w:r>
        <w:rPr>
          <w:lang w:eastAsia="zh-CN"/>
        </w:rPr>
        <w:t>　　为此，我们讲奉献青春，就要做好三件事：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首先，要强化奉献青春的意识。革命先驱李大钊说得好：“为世界进文明，为人类造幸福，以青春之我，创建青春之家庭、青春之国家、青春之民族、青春之人类、青春之地球、青春之宇宙，资以乐其无涯之生。”李大钊这样说，也是这样做的，他以强烈的奉献青春之意识，激励自己为祖国、为民族、为人类的进步与光明而不懈地斗争，不断地奉献，直至奉献出宝贵的生命。也正是因为他的奉献，才使他的青春美丽夺目。时代在变化，历史在发展，今天的我们，已不是在黑暗的统治时代，而是处在建设有中国特色的社会主义的历史新时期。为此，“要为祖国的四化伟业，要为国家的物质文明和精神文明建设奉献自己的青春”就应成为同学们一种强烈的意识，并在脑海中打下深深的烙印。只有这样，才能为自己奉献青春扫清思想障碍。</w:t>
      </w:r>
      <w:r>
        <w:rPr>
          <w:lang w:eastAsia="zh-CN"/>
        </w:rPr>
        <w:br/>
      </w:r>
      <w:r>
        <w:rPr>
          <w:lang w:eastAsia="zh-CN"/>
        </w:rPr>
        <w:t>　　其次，要造就奉献青春的本领。奉献青春也是有条件的，这个条件就是具有奉献青春的本领。有些人想奉献青春，让青春美丽，但没有本领，或本领不大，因而也就难以如愿。对我们来说，奉献青春的本领主要应包括三大方面：第一，要有高尚的思想道德品质。有了高尚的思想道德品质才会更加坚定奉献青春的意识，才会自觉、自主地奉献青春，关键时刻还能挺身而出奉献自己的生命。因此我们要加强修养，使自己成为具有高尚道德品质的人。第二，要有科学文化知识和实践技能。在科技飞速发展，科技竞争成为国力竞争的焦点的时代，在科教兴国的今天，没有科学文化知识和劳动技能，为祖国为人民奉献青春只能是一句空话。无论在生活里、工作中、生产上，当人们需要你用知识的力量去战胜困难、解决困难时而你满脑空空、一无所知，还能谈得上“奉献”吗?为此，我们应充分利用可以利用的时间去刻苦学习，掌握知识，培养技能。第三，要具有健康的体魄。作奉献需要付出精力与体力，没有良好的身体素质就很难作奉献。因此，锻炼身体，让青春更健美就不是一般的意义。总之，德、识、才、学、体正是构筑青春烈焰的燃料，离开了这些燃料，青春就难以发光、发热，青春就不会美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朋友，青春是一笔不耐花销的财富，请你千万不要徘徊，不要迷茫，也不要随意的挥霍、虚度。时光匆匆如流水，岁月如流不复回。不要拿青春去赌明天，须牢记：上帝永不抛掷色子，就让我们珍惜青春，珍视自己，在青春的岁月里扬起你理想的风帆，驶向你辉煌的明天!</w:t>
      </w:r>
      <w:r>
        <w:rPr>
          <w:lang w:eastAsia="zh-CN"/>
        </w:rPr>
        <w:br/>
      </w:r>
      <w:r>
        <w:rPr>
          <w:lang w:eastAsia="zh-CN"/>
        </w:rPr>
        <w:t>　　谢谢大家!</w:t>
      </w:r>
      <w:r>
        <w:rPr>
          <w:lang w:eastAsia="zh-CN"/>
        </w:rPr>
        <w:br/>
      </w:r>
      <w:r>
        <w:rPr>
          <w:lang w:eastAsia="zh-CN"/>
        </w:rPr>
        <w:t xml:space="preserve">    2024以青春为主题的演讲稿 篇8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最初的梦想就握在自己手上。最想要去的地方就别在半路返航。如果梦想不曾坠落悬崖，千钧一发，又怎么会懂得，执着的人，有双梦的翅膀。不顾一切疯狂追寻过，失落过，也妥协过，但都不能湮灭梦想兑现时的片刻欢喜。在梦想与现实交锋的那一瞬间，我看到了它们的差距。而这只是一个梦想的差距，需要太多的勇气，太多的才气，太多的热情，才能点燃青春的高潮。</w:t>
      </w:r>
      <w:r>
        <w:rPr>
          <w:lang w:eastAsia="zh-CN"/>
        </w:rPr>
        <w:br/>
      </w:r>
      <w:r>
        <w:rPr>
          <w:lang w:eastAsia="zh-CN"/>
        </w:rPr>
        <w:t>　　是成为笑傲天穹的精灵，还是成为陆地上平庸的小丑，这一切都由你自己决定。当奥运健儿站在领奖台上，当国歌奏响、五星红旗缓缓升起的那个瞬间，我们看到是自豪、骄傲。可这自豪的背后又有多少不为人知的艰辛与汗水，要实现梦想就必须为之奋斗。</w:t>
      </w:r>
      <w:r>
        <w:rPr>
          <w:lang w:eastAsia="zh-CN"/>
        </w:rPr>
        <w:br/>
      </w:r>
      <w:r>
        <w:rPr>
          <w:lang w:eastAsia="zh-CN"/>
        </w:rPr>
        <w:t>　　战国时期的政治家苏秦。年轻时，学问不深，曾到好多地方做事，都不受重视。家人也瞧不起他。这对他的刺激很大。所以，他下决心发奋读书。常常读书到深夜，很疲倦，他便想出了一个方法，一打瞌睡，就用锥子往自己的大腿上刺一下。这样，猛然间感到疼痛，使自己清醒起来，再坚持读书。才有了“苏秦刺骨”的佳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在几千年前，年轻的苏秦都懂得克制，更何况现在的我们呢，青春的日子请好好把握，不要等到对梦里都麻木的一天，才懂得懊悔，不要等到青春散尽的一天，才懂得珍惜。</w:t>
      </w:r>
      <w:r>
        <w:rPr>
          <w:lang w:eastAsia="zh-CN"/>
        </w:rPr>
        <w:br/>
      </w:r>
      <w:r>
        <w:rPr>
          <w:lang w:eastAsia="zh-CN"/>
        </w:rPr>
        <w:t>　　让我们去回想我们最初的梦想，燃起我们的激情，洒一路汗水，饮一路风尘，咀嚼一路艰辛。让青春在红旗下继续燃烧，我们是搏击长空的鹰，是辽阔无垠的海，我们是有梦想，有作为的青年，我们乘风破浪，披荆砍棘，只为最初的梦，只为最炫目的光。</w:t>
      </w:r>
      <w:r>
        <w:rPr>
          <w:lang w:eastAsia="zh-CN"/>
        </w:rPr>
        <w:br/>
      </w:r>
      <w:r>
        <w:rPr>
          <w:lang w:eastAsia="zh-CN"/>
        </w:rPr>
        <w:t>　　谢谢大家！</w:t>
      </w:r>
      <w:r>
        <w:rPr>
          <w:lang w:eastAsia="zh-CN"/>
        </w:rPr>
        <w:br/>
      </w:r>
      <w:r>
        <w:rPr>
          <w:lang w:eastAsia="zh-CN"/>
        </w:rPr>
        <w:t xml:space="preserve">    2024以青春为主题的演讲稿 篇9 </w:t>
      </w:r>
      <w:r>
        <w:rPr>
          <w:lang w:eastAsia="zh-CN"/>
        </w:rPr>
        <w:br/>
      </w:r>
      <w:r>
        <w:rPr>
          <w:lang w:eastAsia="zh-CN"/>
        </w:rPr>
        <w:t>　　青春是人生一道洒满阳光的风景，是一首用热情和智慧唱响的赞歌。</w:t>
      </w:r>
      <w:r>
        <w:rPr>
          <w:lang w:eastAsia="zh-CN"/>
        </w:rPr>
        <w:br/>
      </w:r>
      <w:r>
        <w:rPr>
          <w:lang w:eastAsia="zh-CN"/>
        </w:rPr>
        <w:t>　　人世间有许多东西失去了还可以得到，惟有青春，对任何人来说都属于一次性消费，而且是易耗性消费，所谓人生易老，所谓如白驹之过隙，所谓高堂明镜悲白发，朝如青丝暮成雪，说的就是它。</w:t>
      </w:r>
      <w:r>
        <w:rPr>
          <w:lang w:eastAsia="zh-CN"/>
        </w:rPr>
        <w:br/>
      </w:r>
      <w:r>
        <w:rPr>
          <w:lang w:eastAsia="zh-CN"/>
        </w:rPr>
        <w:t>　　青春，既是一个极具诱惑力的话题，又是一种感觉。这种感觉，有时是无限美好的生活的滋味，平平淡淡中的一种温馨的享受，有时又是一份静静的逍遥，有时是一份思念的遐想，有时是一个甜甜的无边无际的憧憬。于是，诗情画意的梦，天真纯洁的幻想、无忧无虑的日子，就这样自自然然地汇集成一个灿烂的青春季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也许平淡无奇的世界使你感到孤寂和落寞，周而复始的生活节拍让你备尝烦躁和无聊。但蓦然之间，你发现在天蓝风轻的春光中，一切都像是透明的，而感到一种超然的力量在心底滋生;也许你为时光的悄然流逝而感到无助与无奈，可当你沉浸于茫茫书海，真实地度过青春的每一分钟，你就会觉青春的生命在静静延伸。</w:t>
      </w:r>
      <w:r>
        <w:rPr>
          <w:lang w:eastAsia="zh-CN"/>
        </w:rPr>
        <w:br/>
      </w:r>
      <w:r>
        <w:rPr>
          <w:lang w:eastAsia="zh-CN"/>
        </w:rPr>
        <w:t>　　生命易老，时光飞逝，无论失败或是成功，它总是青春的痕迹。我们拥有青春，就如朝阳永远向上;我们拥有青春，就如山溪不羁奔流;我们拥有青春，就如幼蚕破茧而出</w:t>
      </w:r>
      <w:r>
        <w:rPr>
          <w:lang w:eastAsia="zh-CN"/>
        </w:rPr>
        <w:br/>
      </w:r>
      <w:r>
        <w:rPr>
          <w:lang w:eastAsia="zh-CN"/>
        </w:rPr>
        <w:t>　　拥有青春，就应该拥有春的幢憬、夏的蓬勃、秋的浪漫、冬的深刻。年青的朋友，让我们高举爱国的旗帜，继承前人开创的事业，在改革开放的强国富民之路上高歌猛进;让我们的青春之火，在21世纪的挑战中闪光;让我们的拳拳爱国之心，在共创祖国辉煌的征程中闪耀夺目的光彩!</w:t>
      </w:r>
      <w:r>
        <w:rPr>
          <w:lang w:eastAsia="zh-CN"/>
        </w:rPr>
        <w:br/>
      </w:r>
      <w:r>
        <w:rPr>
          <w:lang w:eastAsia="zh-CN"/>
        </w:rPr>
        <w:t xml:space="preserve">    2024以青春为主题的演讲稿 篇10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青春，多么美丽梦幻的一个词语，它如人生一样，都是幸福的，可又充满挑战和艰辛……</w:t>
      </w:r>
      <w:r>
        <w:rPr>
          <w:lang w:eastAsia="zh-CN"/>
        </w:rPr>
        <w:br/>
      </w:r>
      <w:r>
        <w:rPr>
          <w:lang w:eastAsia="zh-CN"/>
        </w:rPr>
        <w:t>　　青春如人生一样，道路漫长，不可能都是平平坦坦，同样有坑坑洼洼，我们可以把它当做我们要挑战的对象，不畏惧，要勇敢，同样可以做得很好。在我的生活中，有着这样一位“阳光天使”。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他，是我的一个邻居，人长得人高马大，有些帅气，处于雨季，他喜欢跳舞，梦想是能够做一名舞者。可是，生活并不能够尽他的意：在某月某日他发生了一场车祸，在车祸中夺去了他的右腿，这意味着他的天堂毁了一个失去了右腿的舞者。再也不能够跳舞了，只能在轮椅上过着残缺的生活……刚开始，他的求生意志很低，脾气很暴躁，老是有种想要去死的冲动。可是有一天，一个小锡兵的故事彻底扭转了他的人生……他开始丢开轮椅，开始练习站立，一次又一次的跌倒，一次又一次的失败，并没有消掉他对生活的信念……终于有一天，他站立了起来，阳光照射进房间，他的脸上闪烁了胜利的笑容，张开双臂就像一个天使。有一天，我问他：你练习站立，老是跌倒，老是失败，不痛不累吗?他笑了一下，随后语气坚定地说：我当然痛，当然累，可我不会放弃，我对生活充满了希望，我才多少岁啊?处于雨季呢，怎么可以因为这一点小小的事浪费了我的青春?正是一次一次的跌倒失败才坚定了我对未来的信心，即使不可以跳舞了，可是那又怎么样?我要做阳光下的小锡兵，做命运的主人!</w:t>
      </w:r>
      <w:r>
        <w:rPr>
          <w:lang w:eastAsia="zh-CN"/>
        </w:rPr>
        <w:br/>
      </w:r>
      <w:r>
        <w:rPr>
          <w:lang w:eastAsia="zh-CN"/>
        </w:rPr>
        <w:t>　　是啊!生活中充满了挑战和坎坷，可我们不可以轻易的放弃，摔倒了就要爬起，告诉自己不许哭，我们要相信生活，鼓励青春，即使生活丢弃了我们，但是我们还是不可以放弃一丝希望……在青春前方，有更美好的事等着我们……</w:t>
      </w:r>
      <w:r>
        <w:rPr>
          <w:lang w:eastAsia="zh-CN"/>
        </w:rPr>
        <w:br/>
      </w:r>
      <w:r>
        <w:rPr>
          <w:lang w:eastAsia="zh-CN"/>
        </w:rPr>
        <w:t>　　动感的青春刺激着身体的每个细胞，汗水与笑容把青春本身塑造。缤纷的遐想举着斑斓的向往，在热望里远足。铺张宣纸，用清浅的水彩——勾勒一个，奋斗的春天。用光阴划出美丽的弧线，告诉我们：抓住现在，蓄势未来。青春很美好，我们要给自己勇气，告诉自己：要努力地去坚强……</w:t>
      </w:r>
      <w:r>
        <w:rPr>
          <w:lang w:eastAsia="zh-CN"/>
        </w:rPr>
        <w:br/>
      </w:r>
      <w:r>
        <w:rPr>
          <w:lang w:eastAsia="zh-CN"/>
        </w:rPr>
        <w:t>　　我的演讲完毕，谢谢大家!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2024以青春为主题的演讲稿 篇11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让青春之火永远燃烧，让生命之光划过天际，用全部的热情交换时光，让青春之梦永无终止！我认为青春应该被燃烧，只有当它发光的时候才有价值！一个人的生命可以燃烧，也可以腐朽。这样，我就不会腐烂，也不会腐烂，我会燃烧！我的朋友在这里！你愿意吗？</w:t>
      </w:r>
      <w:r>
        <w:rPr>
          <w:lang w:eastAsia="zh-CN"/>
        </w:rPr>
        <w:br/>
      </w:r>
      <w:r>
        <w:rPr>
          <w:lang w:eastAsia="zh-CN"/>
        </w:rPr>
        <w:t>　　青春是我们生命中最美的季节。它孕育着早春的生机，表现出仲夏的温暖，隐藏着秋天的坚实，表现出冬天的希望，充满诗意而又不乏奋斗的激情，时尚、浪漫而又充满奋斗。当一个人的青春融入了一个时代和一份事业，这样的青春不会消逝，而这份事业也会在岁月的历练中折射出耀眼的光芒。当我说这话时，我想到了这句话：“有些人活着，他却死了；有些人死了，他还活着。”生命的意义在于生活。活着的意义是什么？当然，不去生活，答案只有两个字，奉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我们可以想象，这样的青年在水乡岁月里，不付出、不创造、不追求，必然会变老。回首过去，没有痕迹，没有回忆，生活充满了叹息。我不认为那是我们存在的意义。自古以来，就有无数的有识之士在青年时代获得了不朽的生命。我不能在这里一一列举。青春总是美好的，但真正的青春只属于那些永远力争上游的人，那些永远忘我的人，那些永远谦虚的人！我想这里的每个人，包括我自己，都可以成为这样的人。</w:t>
      </w:r>
      <w:r>
        <w:rPr>
          <w:lang w:eastAsia="zh-CN"/>
        </w:rPr>
        <w:br/>
      </w:r>
      <w:r>
        <w:rPr>
          <w:lang w:eastAsia="zh-CN"/>
        </w:rPr>
        <w:t>　　我对自己说：“只要你是金子，你就能发光，只要你以高昂的斗志面对生活，你就会有所收获。”虽然路漫漫其修远兮，但我还是想追寻世间的真理。青春是学习的季节，青春是奋斗的岁月，不要停止我们的脚步，因为青春的道路是漫长的。当你有空的时候，你可以好好看看你的书，回顾一下你的路，为你的人生做一个计划，把你的理想刻在你的心里，做一个愿意孤独，愿意创新，愿意充满活力的年轻人。我们要抓住青春的黄金，让生命留下永恒的辉煌！</w:t>
      </w:r>
      <w:r>
        <w:rPr>
          <w:lang w:eastAsia="zh-CN"/>
        </w:rPr>
        <w:br/>
      </w:r>
      <w:r>
        <w:rPr>
          <w:lang w:eastAsia="zh-CN"/>
        </w:rPr>
        <w:t>　　谢谢你！</w:t>
      </w:r>
      <w:r>
        <w:rPr>
          <w:lang w:eastAsia="zh-CN"/>
        </w:rPr>
        <w:br/>
      </w:r>
      <w:r>
        <w:rPr>
          <w:lang w:eastAsia="zh-CN"/>
        </w:rPr>
        <w:t xml:space="preserve">    2024以青春为主题的演讲稿 篇12 </w:t>
      </w:r>
      <w:r>
        <w:rPr>
          <w:lang w:eastAsia="zh-CN"/>
        </w:rPr>
        <w:br/>
      </w:r>
      <w:r>
        <w:rPr>
          <w:lang w:eastAsia="zh-CN"/>
        </w:rPr>
        <w:t>　　同学们：</w:t>
      </w:r>
      <w:r>
        <w:rPr>
          <w:lang w:eastAsia="zh-CN"/>
        </w:rPr>
        <w:br/>
      </w:r>
      <w:r>
        <w:rPr>
          <w:lang w:eastAsia="zh-CN"/>
        </w:rPr>
        <w:t>　　懵懂的岁月已悄然逝去，纯真无邪已定格在过去，我们的青春如霓虹灯般绚烂，却逃不过那繁华背后的落寞，从懂得什么是微笑背后的忧伤那一刻起，我们便踏上那条名叫“青春”的未知路。</w:t>
      </w:r>
      <w:r>
        <w:rPr>
          <w:lang w:eastAsia="zh-CN"/>
        </w:rPr>
        <w:br/>
      </w:r>
      <w:r>
        <w:rPr>
          <w:lang w:eastAsia="zh-CN"/>
        </w:rPr>
        <w:t>　　没有期待中的那份惊喜，没有童话中可以让灰姑娘变成公主的水晶鞋，没有那可以接受无数鲜花与掌声的舞台。我们平凡如旧，我们有的，只是那颗火焰般热情洋溢的心。不是不想活得潇洒自在，不是不想叛逆、放任，不是不想不顾一切疯狂地追寻，只是在梦想与现实交锋的那一瞬间，我看到了它们的差距，我明白了我还没有取得那通向自由的通行证，于是，我选择了现实，毕竟我更趋向于现实的温暖。而那绚烂的梦想也会永不凋谢，永远珍藏在我们的回忆里，那是一个属于洒脱青春的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我们歌唱青春。其实，青春就是一首歌，跌宕起伏，或伤感，或欢喜，朦朦胧胧，却回味无穷。我们每个人都在很用心地诠释这首歌，谱写自己的淡淡青春。</w:t>
      </w:r>
      <w:r>
        <w:rPr>
          <w:lang w:eastAsia="zh-CN"/>
        </w:rPr>
        <w:br/>
      </w:r>
      <w:r>
        <w:rPr>
          <w:lang w:eastAsia="zh-CN"/>
        </w:rPr>
        <w:t>　　在这十六岁的灼热年华里，我们独自享受着快乐、忧愁、喜悦、寂寞。点点欢笑，淡淡忧伤，这就是青春。在这里，留下了我们微笑的瞬间，记下了我们流泪的刹那，这些就足够了，不需要刻意装点什么，这就是最真实的我们，要将青春把握在自己手中，去创造无悔的青春。</w:t>
      </w:r>
      <w:r>
        <w:rPr>
          <w:lang w:eastAsia="zh-CN"/>
        </w:rPr>
        <w:br/>
      </w:r>
      <w:r>
        <w:rPr>
          <w:lang w:eastAsia="zh-CN"/>
        </w:rPr>
        <w:t>　　在这青春的旋律中，我们就是主角，曾经的叛逆与疯狂，曾经的辛酸与眼泪，曾经的感动与梦想，都已随风而逝，留下的是值得珍藏一生的回忆。我们都是梦想的创造者，我们抱着梦想踏入青春，带着感动度过青春，带着希望迈出青春、走向未来。</w:t>
      </w:r>
      <w:r>
        <w:rPr>
          <w:lang w:eastAsia="zh-CN"/>
        </w:rPr>
        <w:br/>
      </w:r>
      <w:r>
        <w:rPr>
          <w:lang w:eastAsia="zh-CN"/>
        </w:rPr>
        <w:t>　　在青春的岁月里，我们张扬着个性、飞扬着思绪；在青春的岁月里，我们肆意地哭着、笑着，有着属于我们的纯真；在青春的岁月里，我们留下了永恒的美好回忆。每个人都有自己的十六岁，虽然内容不尽相同，但是意义是一样的：可歌可泣的纯真年华。我们歌唱着青春，歌唱着生活，歌唱着那并不完美却绚烂多彩的年华。</w:t>
      </w:r>
      <w:r>
        <w:rPr>
          <w:lang w:eastAsia="zh-CN"/>
        </w:rPr>
        <w:br/>
      </w:r>
      <w:r>
        <w:rPr>
          <w:lang w:eastAsia="zh-CN"/>
        </w:rPr>
        <w:t>　　不需要掩饰，不需要躲避，我的青春我做主，在这五彩的世界里，我们用那心灵的歌声唱响了属于我们的飞扬青春。我的青春我做主！</w:t>
      </w:r>
      <w:r>
        <w:rPr>
          <w:lang w:eastAsia="zh-CN"/>
        </w:rPr>
        <w:br/>
      </w:r>
      <w:r>
        <w:rPr>
          <w:lang w:eastAsia="zh-CN"/>
        </w:rPr>
        <w:t xml:space="preserve">    2024以青春为主题的演讲稿 篇13 </w:t>
      </w:r>
      <w:r>
        <w:rPr>
          <w:lang w:eastAsia="zh-CN"/>
        </w:rPr>
        <w:br/>
      </w:r>
      <w:r>
        <w:rPr>
          <w:lang w:eastAsia="zh-CN"/>
        </w:rPr>
        <w:t>　　老师们、同学们：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今天我演讲的题目是《珍惜青春》。</w:t>
      </w:r>
      <w:r>
        <w:rPr>
          <w:lang w:eastAsia="zh-CN"/>
        </w:rPr>
        <w:br/>
      </w:r>
      <w:r>
        <w:rPr>
          <w:lang w:eastAsia="zh-CN"/>
        </w:rPr>
        <w:t>　　这里的每个人都正是青春年华。我们的青春或是带着几分甜美；或是带着几分淡淡的苦涩；或是充满活力；或是有着几分难以言喻的艰辛。</w:t>
      </w:r>
      <w:r>
        <w:rPr>
          <w:lang w:eastAsia="zh-CN"/>
        </w:rPr>
        <w:br/>
      </w:r>
      <w:r>
        <w:rPr>
          <w:lang w:eastAsia="zh-CN"/>
        </w:rPr>
        <w:t>　　在这充满各种情绪的岁月里，我们是在浑浑噩噩的浪费青春，还是用自己的行动填满这多彩的岁月。</w:t>
      </w:r>
      <w:r>
        <w:rPr>
          <w:lang w:eastAsia="zh-CN"/>
        </w:rPr>
        <w:br/>
      </w:r>
      <w:r>
        <w:rPr>
          <w:lang w:eastAsia="zh-CN"/>
        </w:rPr>
        <w:t>　　青春不只是玩耍，同样也有学习。正是学习让我们的青春充实，正是知识让我们的青春多彩。如星星是点缀夜空的美景一般，知识也是点缀青春的美景。不要辜负父母的期望、老师的期望，用知识、用快乐、用欢笑，来把青春点缀。让我们为自己的青春奋斗。</w:t>
      </w:r>
      <w:r>
        <w:rPr>
          <w:lang w:eastAsia="zh-CN"/>
        </w:rPr>
        <w:br/>
      </w:r>
      <w:r>
        <w:rPr>
          <w:lang w:eastAsia="zh-CN"/>
        </w:rPr>
        <w:t>　　“莫等闲，白了少年头，空悲切。”岳飞花了三十年重整山河，却毁于一旦。《满江红》不是闲适之作，这是对青春白白流失的血与泪的控诉！</w:t>
      </w:r>
      <w:r>
        <w:rPr>
          <w:lang w:eastAsia="zh-CN"/>
        </w:rPr>
        <w:br/>
      </w:r>
      <w:r>
        <w:rPr>
          <w:lang w:eastAsia="zh-CN"/>
        </w:rPr>
        <w:t>　　难道我们要像岳飞一样花了三十年才知道最后得来只是空吗？不，当然不。同学们，珍惜你们的青春吧，就趁你还拥有他的时候。不要等到失去了才知道珍惜，让我们张开雄健的翅膀，在名为青春的天空中自由的翱翔吧！</w:t>
      </w:r>
      <w:r>
        <w:rPr>
          <w:lang w:eastAsia="zh-CN"/>
        </w:rPr>
        <w:br/>
      </w:r>
      <w:r>
        <w:rPr>
          <w:lang w:eastAsia="zh-CN"/>
        </w:rPr>
        <w:t xml:space="preserve">    2024以青春为主题的演讲稿 篇14 </w:t>
      </w:r>
      <w:r>
        <w:rPr>
          <w:lang w:eastAsia="zh-CN"/>
        </w:rPr>
        <w:br/>
      </w:r>
      <w:r>
        <w:rPr>
          <w:lang w:eastAsia="zh-CN"/>
        </w:rPr>
        <w:t>　　今天我演讲的题目是《奋斗的青春最美丽》。</w:t>
      </w:r>
      <w:r>
        <w:rPr>
          <w:lang w:eastAsia="zh-CN"/>
        </w:rPr>
        <w:br/>
      </w:r>
      <w:r>
        <w:rPr>
          <w:lang w:eastAsia="zh-CN"/>
        </w:rPr>
        <w:t>　　刘同说过你觉得迷茫就对了，谁的青春不迷茫。处在迷茫中，寻找不到一个生命的意义，人生就会变的颓废，这个时候我们就应该确定一个生命的意义，从而为这个意义坚定自己的信念去奋斗。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如果说人生是五彩缤纷的田野，那么青春就是其中最绚丽的一束太阳花，她孕育着春天的勃勃生机，向往着盛夏的热烈奔放，期盼着秋天的硕实累累，翘望着冬天的恬静厚重。诗意的浪漫和激情被青春诠释淋漓精致，飞扬的时尚和奋斗的艰辛被青春演绎的美奂绝伦。当青春深深地拥抱时代，默默地融汇事业，它就是一座照亮人生前行的绚丽灯塔，无论雨雪风霜，还是坎坷路长，青春的歌谣都会响彻耳畔，催动着人生浩浩汤汤，奔向理想的高山。</w:t>
      </w:r>
      <w:r>
        <w:rPr>
          <w:lang w:eastAsia="zh-CN"/>
        </w:rPr>
        <w:br/>
      </w:r>
      <w:r>
        <w:rPr>
          <w:lang w:eastAsia="zh-CN"/>
        </w:rPr>
        <w:t>　　人们说能够爬上金字塔的动物有两种。一种是拥有天赋和翅膀的雄鹰，另一种是蜗牛。我想能够作为雄鹰的人还是很少的，绝大部分人都得凭着自己的努力和勤奋一步一步向金字塔顶端爬行。在爬行过程中，绝对不可能是一帆风顺的，它一定会掉下来再爬掉下来再爬，会经历很多的困难和挫折，需要坚持不懈的奋斗和努力才能到达顶端。但只要它爬上了金字塔的顶端，那么它所看到的世界和所收获的成就一定和雄鹰是一样的。新东方董事长俞敏洪刚进入北京大学时不会说普通话，以至于当他在自我介绍时班上一位同学说俞敏洪你能不能不说日语，于是他开始每天拿着收音机学普通话。学习成绩不好他就很努力的看书，待他毕业后他看完了800本书!正是这奋斗的青春为他的事业埋下了坚实的基础，才让他创立的新东方如此的成功。</w:t>
      </w:r>
      <w:r>
        <w:rPr>
          <w:lang w:eastAsia="zh-CN"/>
        </w:rPr>
        <w:br/>
      </w:r>
      <w:r>
        <w:rPr>
          <w:lang w:eastAsia="zh-CN"/>
        </w:rPr>
        <w:t>　　青春无疑是人生中最美好却又短暂的时光，只有付出辛勤的汗水，付出自己的实际行动，努力勤奋着，你才能登上金字塔的顶端。奋斗因青春更显重要，青春也因奋斗而更加美丽!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xml:space="preserve">    2024以青春为主题的演讲稿 篇15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青春如花迎着朝阳肆意绽放；青春如画执智慧之笔书写似水流年；青春如歌迎着困难一路亢奋昂然。在这如诗如画的年纪里，哦，青春，原来你在这里。</w:t>
      </w:r>
      <w:r>
        <w:rPr>
          <w:lang w:eastAsia="zh-CN"/>
        </w:rPr>
        <w:br/>
      </w:r>
      <w:r>
        <w:rPr>
          <w:lang w:eastAsia="zh-CN"/>
        </w:rPr>
        <w:t>　　记忆的年轮里，岁月仿佛是一个神偷。在不知不觉中夺走我们最珍贵的东西，让我们防不胜防。或许是看不清未来所以特别怀念过去，怀着对未来的恐惧不安向未来发起挑战，在这充满荆棘的路上跌跌撞撞仍然信心满满。有人说：这就是青春。</w:t>
      </w:r>
      <w:r>
        <w:rPr>
          <w:lang w:eastAsia="zh-CN"/>
        </w:rPr>
        <w:br/>
      </w:r>
      <w:r>
        <w:rPr>
          <w:lang w:eastAsia="zh-CN"/>
        </w:rPr>
        <w:t>　　卢梭说过：“人人生而平等但又在无所不在的枷锁中。”或许只有我们靠自身的努力和付出才能解开枷锁的束缚，才会开出绚丽夺目的花，结出累累的果实。正值青春的我们，没有陶艳明“采菊东篱下，悠然见南山”的悠闲，更没有孔明“淡泊无以明志，宁静无以致远”的淡然。“两耳不闻天下事，一心只读圣贤书”仿佛是我们的专有名词。奈何抵不住那颗对花花世界的好奇心，却忘了早已深陷其中。后知后觉，有人说：这就是青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青春像一位追风的少年。不顾冷眼与嘲笑、世俗的的眼光奋发向前。留下一句：“走自己的路让别人说去吧。”经历一路来的艰辛才渐渐明白：原来生命里的痛苦才是最宝贵的财富。那些身陷孤独而不感到寂寞和无聊的人，他们一定有强大的精神支撑，在身处绝境时内心依然坚定着一颗执着的信念，因为他们向往在孤独中完成一次涅槃，遇见那最好的自己。我想：这就是梦想的力量，青春的魅力。</w:t>
      </w:r>
      <w:r>
        <w:rPr>
          <w:lang w:eastAsia="zh-CN"/>
        </w:rPr>
        <w:br/>
      </w:r>
      <w:r>
        <w:rPr>
          <w:lang w:eastAsia="zh-CN"/>
        </w:rPr>
        <w:t>　　青春像断线的风筝。随着年龄的渐增，愈加渴望认识世界。奈何当下有太多东西牵制我们，我们只有努力扎实稳固基础才能更强劲有力地冲破束缚。断线的风筝挣脱牵制只为飞向更高的天空更好的世界。哪怕遇到再大的风险依然无怨无悔。“背弃了理想，谁人都可以。”一路高歌，一路向前。</w:t>
      </w:r>
      <w:r>
        <w:rPr>
          <w:lang w:eastAsia="zh-CN"/>
        </w:rPr>
        <w:br/>
      </w:r>
      <w:r>
        <w:rPr>
          <w:lang w:eastAsia="zh-CN"/>
        </w:rPr>
        <w:t>　　曾经在幽幽暗暗反反复复追问自己：何为青春？最后在跌跌撞撞才知道才知道在拼搏的年纪里选择对梦想的执着才算真！有人说：不要在奋斗的年纪选择安逸。没有梦想，何必远方。再回首，恍然如梦。在回首，我心依旧。</w:t>
      </w:r>
      <w:r>
        <w:rPr>
          <w:lang w:eastAsia="zh-CN"/>
        </w:rPr>
        <w:br/>
      </w:r>
      <w:r>
        <w:rPr>
          <w:lang w:eastAsia="zh-CN"/>
        </w:rPr>
        <w:t>　　对，青春是人一生的大好时期。我们可以利用这个时期去学习、追求我们喜欢的东西。青春让我们感受这世界的奇妙，青春让我们对事物充满好奇，青春也带给我们活力。青春不但是人一生的大好时期，也是我们最美好的时期。为什么这样说呢？大家想一想啊，小时候我们太幼稚，太不懂事，经常惹父母生气，让父母担心，而且，还不能自立。长大成人后，我们有了自己的工作，有了自己的责任，父母也老了，又得照顾父母，多麻烦啊！老了又不能像小孩一样活蹦乱跳，行动也不方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而现在呢，正直青春的我们既不会给父母添麻烦，也不用干活，更不像老人那样，行动不方便，多好呀！不过，有时我们也会被学习的压力所逼迫。但是呢，只要你运用恰当，学习也是做游戏，学习也会让你觉得快乐。我今年15岁了，有着花一般的年龄，也正直青春。在我的印象中，青春就是我们享受生活，感受世界的美丽的时候，青春就是尽情绽放出我们的特长和潜力的时候，青春就是磨练和考验我们的时候。总之，只要是步入青春的时候，就是我们初出茅庐的时候。</w:t>
      </w:r>
      <w:r>
        <w:rPr>
          <w:lang w:eastAsia="zh-CN"/>
        </w:rPr>
        <w:br/>
      </w:r>
      <w:r>
        <w:rPr>
          <w:lang w:eastAsia="zh-CN"/>
        </w:rPr>
        <w:t>　　我们在这个时候，需要更多地了解自己，认识自己，约束自己。还需要认识这个奇妙的世间。青春是花，它像花一般美丽，青春是树，它像树一般茁壮，青春是云，它像云一般舒卷，青春是是风，它像风一般潇洒，青春是石，它像石一般坚强，青春是鸟，它像鸟一般自由……青春是我们最美好的时候，让我们的青春充满阳光，变得灿烂美好吧！</w:t>
      </w:r>
      <w:r>
        <w:rPr>
          <w:lang w:eastAsia="zh-CN"/>
        </w:rPr>
        <w:br/>
      </w:r>
      <w:r>
        <w:rPr>
          <w:lang w:eastAsia="zh-CN"/>
        </w:rPr>
        <w:t xml:space="preserve">    2024以青春为主题的演讲稿 篇16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青春，多么美丽的字眼；青春，多么令人赞美的岁月；青春，是出初露的晨曦；青春，是天边最灿烂的微笑；青春，是一首激昂的歌；青春是一支飞扬的舞。</w:t>
      </w:r>
      <w:r>
        <w:rPr>
          <w:lang w:eastAsia="zh-CN"/>
        </w:rPr>
        <w:br/>
      </w:r>
      <w:r>
        <w:rPr>
          <w:lang w:eastAsia="zh-CN"/>
        </w:rPr>
        <w:t>　　我总是觉得，青春就意味着长大，青春就意味着跨入成人的世界，青春是无拘无束的，青春是自由快乐的。可是当真正拥有青春时才发现，青春不仅仅是这样，还有更高层次的追求。青春虽短暂，但是要合理地运用生命力最旺盛的时间，要利用有效的时间做更多有意义的事情。这样才是真正体味到青春的内涵。</w:t>
      </w:r>
      <w:r>
        <w:rPr>
          <w:lang w:eastAsia="zh-CN"/>
        </w:rPr>
        <w:br/>
      </w:r>
    </w:p>
    <w:p w:rsidR="001B1F19" w14:textId="27C3F48A">
      <w:pPr>
        <w:rPr>
          <w:rFonts w:hint="eastAsia"/>
          <w:lang w:eastAsia="zh-CN"/>
        </w:rPr>
      </w:pPr>
      <w:r>
        <w:rPr>
          <w:lang w:eastAsia="zh-CN"/>
        </w:rPr>
        <w:t>　　青春，青春是仅属于你一次的花季，让你幸福的时候，要倍加珍惜，苦难的时候，要倍加坚韧，悉心地采每一种花的标本，留住那永恒的生命的芬芳……</w:t>
      </w:r>
      <w:r>
        <w:rPr>
          <w:lang w:eastAsia="zh-CN"/>
        </w:rPr>
        <w:br/>
      </w:r>
      <w:r>
        <w:rPr>
          <w:lang w:eastAsia="zh-CN"/>
        </w:rPr>
        <w:t>　　但是，我们要明白，青春容不得挥霍，青春并不仅仅属于你一个人。每个人都有属于自己的青春，只有用心去经营，用心去感受，用心去追寻，那么你会真正地发现青春的奥妙。我们的青春需要理解，但并不是要求别人，而是我们自己。只有我们自己理解了属于自己的这短暂的青春，我们才能更好地理解别人，理解生活，理解世界。在我们这样的一个青春的时代：沉默时像太平阳海底的块石子，愤怒时像圣海伦爆发的火山，热情时像撒哈拉上空的烈火日，冷酷时又像珠穆朗玛峰顶的冰雪……</w:t>
      </w:r>
      <w:r>
        <w:rPr>
          <w:lang w:eastAsia="zh-CN"/>
        </w:rPr>
        <w:br/>
      </w:r>
      <w:r>
        <w:rPr>
          <w:lang w:eastAsia="zh-CN"/>
        </w:rPr>
        <w:t>　　我们有青春的迷惘；也有青春激情；有青春的泪水；也有青春的笑容。我们遗忘了过去的种种，又在面对着一个不确定的未来，而使我们感到欣慰的，是我们还拥有属于自己的'青春理解青春是种享乐。我们能够在孤独时不孤独，悲伤时不悲伤，带着觉重的铁镣舞蹈，挥动折损的翅膀依旧飞翔。如今的我们，若是真的理解青春，那么就应该一种淡泊的态度，不过于计较，也不一味的抱怨，有种宁静的心境，不会狂躁，更不要放纵。理解了青春，也会更懂得人生，懂得人生，就会明白这飘忽的旅程，也就是场美的梦。</w:t>
      </w:r>
      <w:r>
        <w:rPr>
          <w:lang w:eastAsia="zh-CN"/>
        </w:rPr>
        <w:br/>
      </w:r>
      <w:r>
        <w:rPr>
          <w:lang w:eastAsia="zh-CN"/>
        </w:rPr>
        <w:t>　　青春就是如此，只能怀着一颗真诚的心，才能真正读懂这本书。</w:t>
      </w:r>
      <w:r>
        <w:rPr>
          <w:lang w:eastAsia="zh-CN"/>
        </w:rPr>
        <w:br/>
      </w:r>
      <w:r>
        <w:rPr>
          <w:lang w:eastAsia="zh-CN"/>
        </w:rPr>
        <w:t>　　啊！我的青春我的梦想，我的青春我的希望，我的青春我的旅程。</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https://d.book118.com/728051142023006033</w:t>
        </w:r>
      </w:hyperlink>
    </w:p>
    <w:p w:rsidR="001B1F19">
      <w:pPr>
        <w:rPr>
          <w:rFonts w:hint="eastAsia"/>
          <w:lang w:eastAsia="zh-CN"/>
        </w:rPr>
      </w:pPr>
    </w:p>
    <w:sectPr>
      <w:type w:val="nextPage"/>
      <w:pgSz w:w="11906" w:h="16838"/>
      <w:pgMar w:top="1440" w:right="1800" w:bottom="1440" w:left="1800" w:header="851" w:footer="992" w:gutter="0"/>
      <w:pgNumType w:start="2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28051142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