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jc w:val="center"/>
      </w:pPr>
      <w:r>
        <w:rPr>
          <w:rFonts w:ascii="Cambria" w:eastAsia="Cambria" w:hAnsi="Cambria"/>
          <w:color w:val="000000"/>
        </w:rPr>
        <w:t>铁塔维护</w:t>
      </w:r>
      <w:r>
        <w:rPr>
          <w:rFonts w:ascii="Cambria" w:eastAsia="Cambria" w:hAnsi="Cambria"/>
          <w:color w:val="000000"/>
        </w:rPr>
        <w:t>根底</w:t>
      </w:r>
      <w:r>
        <w:rPr>
          <w:rFonts w:ascii="Cambria" w:eastAsia="Cambria" w:hAnsi="Cambria"/>
          <w:color w:val="000000"/>
        </w:rPr>
        <w:t>题库</w:t>
      </w:r>
    </w:p>
    <w:p>
      <w:r>
        <w:t>1、塔桅的</w:t>
      </w:r>
      <w:r>
        <w:t>根本</w:t>
      </w:r>
      <w:r>
        <w:t>巡检周期为</w:t>
      </w:r>
      <w:r>
        <w:t>〔</w:t>
      </w:r>
      <w:r>
        <w:t>〕</w:t>
      </w:r>
      <w:r>
        <w:t>。——[</w:t>
      </w:r>
      <w:r>
        <w:t>单项选择</w:t>
      </w:r>
      <w:r>
        <w:t>题]</w:t>
        <w:br/>
        <w:t xml:space="preserve">A 2月         </w:t>
        <w:br/>
        <w:t>B 季度</w:t>
        <w:br/>
        <w:t>C 半年</w:t>
        <w:br/>
        <w:t>D 年度</w:t>
        <w:br/>
        <w:t xml:space="preserve"> 正确答案：C  </w:t>
        <w:br/>
        <w:t xml:space="preserve">              </w:t>
      </w:r>
    </w:p>
    <w:p>
      <w:r>
        <w:t>2、施工维护人员到达现场之后，首先需要</w:t>
      </w:r>
      <w:r>
        <w:t>区分</w:t>
      </w:r>
      <w:r>
        <w:t>出铁塔的</w:t>
      </w:r>
      <w:r>
        <w:t>〔</w:t>
      </w:r>
      <w:r>
        <w:t xml:space="preserve">  </w:t>
      </w:r>
      <w:r>
        <w:t>〕</w:t>
      </w:r>
      <w:r>
        <w:t>。——[</w:t>
      </w:r>
      <w:r>
        <w:t>单项选择</w:t>
      </w:r>
      <w:r>
        <w:t>题]</w:t>
        <w:br/>
        <w:t>A 高度</w:t>
        <w:br/>
        <w:t>B  位置</w:t>
        <w:br/>
        <w:t>C  类型</w:t>
        <w:br/>
        <w:t>D  材质</w:t>
        <w:br/>
        <w:t xml:space="preserve"> 正确答案：C  </w:t>
        <w:br/>
        <w:t xml:space="preserve">              </w:t>
      </w:r>
    </w:p>
    <w:p>
      <w:r>
        <w:t>3、“对人工要求低，有利于批量生产安装，机械化加工、安装能有效减低</w:t>
      </w:r>
      <w:r>
        <w:t>本钱</w:t>
      </w:r>
      <w:r>
        <w:t>”。这是</w:t>
      </w:r>
      <w:r>
        <w:t>以下</w:t>
      </w:r>
      <w:r>
        <w:t>哪种铁塔类型的优点</w:t>
      </w:r>
      <w:r>
        <w:t>〔</w:t>
      </w:r>
      <w:r>
        <w:t xml:space="preserve">   </w:t>
      </w:r>
      <w:r>
        <w:t>〕</w:t>
      </w:r>
      <w:r>
        <w:t>？——[</w:t>
      </w:r>
      <w:r>
        <w:t>单项选择</w:t>
      </w:r>
      <w:r>
        <w:t>题]</w:t>
        <w:br/>
        <w:t>A 单管塔</w:t>
        <w:br/>
        <w:t>B 角钢塔</w:t>
        <w:br/>
        <w:t>C 拉线塔</w:t>
        <w:br/>
        <w:t>D 楼顶桅杆</w:t>
        <w:br/>
        <w:t xml:space="preserve"> 正确答案：A  </w:t>
        <w:br/>
        <w:t xml:space="preserve">              </w:t>
      </w:r>
    </w:p>
    <w:p>
      <w:r>
        <w:t>4、采用抱杆的楼顶必须有女儿墙，且墙的高度在</w:t>
      </w:r>
      <w:r>
        <w:t>〔</w:t>
      </w:r>
      <w:r>
        <w:t xml:space="preserve">   </w:t>
      </w:r>
      <w:r>
        <w:t>〕</w:t>
      </w:r>
      <w:r>
        <w:t>cm以上。——[</w:t>
      </w:r>
      <w:r>
        <w:t>单项选择</w:t>
      </w:r>
      <w:r>
        <w:t>题]</w:t>
        <w:br/>
        <w:t>A 60</w:t>
        <w:br/>
        <w:t>B 80</w:t>
        <w:br/>
        <w:t>C 100</w:t>
        <w:br/>
        <w:t>D 120</w:t>
        <w:br/>
        <w:t xml:space="preserve"> 正确答案：B  </w:t>
        <w:br/>
        <w:t xml:space="preserve">              </w:t>
      </w:r>
    </w:p>
    <w:p>
      <w:pPr>
        <w:sectPr w:rsidSect="00034616">
          <w:pgSz w:w="12240" w:h="15840"/>
          <w:pgMar w:top="1162" w:right="1270" w:bottom="1162" w:left="1230" w:header="720" w:footer="720" w:gutter="0"/>
          <w:cols w:space="720"/>
          <w:docGrid w:linePitch="360"/>
        </w:sectPr>
      </w:pPr>
      <w:r>
        <w:t>5、角钢塔整体中心垂直倾斜度要求不大于</w:t>
      </w:r>
      <w:r>
        <w:t>〔</w:t>
      </w:r>
      <w:r>
        <w:t xml:space="preserve"> </w:t>
      </w:r>
      <w:r>
        <w:t>〕</w:t>
      </w:r>
      <w:r>
        <w:t>。——[</w:t>
      </w:r>
      <w:r>
        <w:t>单项选择</w:t>
      </w:r>
      <w:r>
        <w:t>题]</w:t>
        <w:br/>
        <w:t>A 1/750</w:t>
        <w:br/>
        <w:t>B 1/1000</w:t>
        <w:br/>
        <w:t>C  1/1500</w:t>
        <w:br/>
        <w:t>D  1/2000</w:t>
        <w:br/>
        <w:t xml:space="preserve"> 正确答案：C  </w:t>
        <w:br/>
        <w:t xml:space="preserve">              </w:t>
      </w:r>
    </w:p>
    <w:p>
      <w:r>
        <w:t>6、单管塔、桅杆中心整体垂直度偏差不应大于</w:t>
      </w:r>
      <w:r>
        <w:t>〔</w:t>
      </w:r>
      <w:r>
        <w:t xml:space="preserve">   </w:t>
      </w:r>
      <w:r>
        <w:t>〕</w:t>
      </w:r>
      <w:r>
        <w:t>。——[</w:t>
      </w:r>
      <w:r>
        <w:t>单项选择</w:t>
      </w:r>
      <w:r>
        <w:t>题]</w:t>
        <w:br/>
        <w:t>A 1/750</w:t>
        <w:br/>
        <w:t>B 1/1000</w:t>
        <w:br/>
        <w:t>C  1/1500</w:t>
        <w:br/>
        <w:t>D  1/2000</w:t>
        <w:br/>
        <w:t xml:space="preserve"> 正确答案：A  </w:t>
        <w:br/>
        <w:t xml:space="preserve">              </w:t>
      </w:r>
    </w:p>
    <w:p>
      <w:r>
        <w:t>7、铁塔上应设避雷针，塔上的天馈线和其他设施都应在其保护范围内。天馈线和其他设施处于避雷针下角       的保护范围内。(  ) ——[</w:t>
      </w:r>
      <w:r>
        <w:t>单项选择</w:t>
      </w:r>
      <w:r>
        <w:t>题]</w:t>
        <w:br/>
        <w:t>A 45度</w:t>
        <w:br/>
        <w:t xml:space="preserve">B  50度  </w:t>
        <w:br/>
        <w:t xml:space="preserve">C  60度 </w:t>
        <w:br/>
        <w:t xml:space="preserve"> 正确答案：A  </w:t>
        <w:br/>
        <w:t xml:space="preserve">              </w:t>
      </w:r>
    </w:p>
    <w:p>
      <w:r>
        <w:t>8、上档拉线与地的夹角一般为</w:t>
      </w:r>
      <w:r>
        <w:t>〔</w:t>
      </w:r>
      <w:r>
        <w:t xml:space="preserve">   </w:t>
      </w:r>
      <w:r>
        <w:t>〕</w:t>
      </w:r>
      <w:r>
        <w:t>，最大不超过</w:t>
      </w:r>
      <w:r>
        <w:t>〔</w:t>
      </w:r>
      <w:r>
        <w:t xml:space="preserve">    </w:t>
      </w:r>
      <w:r>
        <w:t>〕</w:t>
      </w:r>
      <w:r>
        <w:t>。——[</w:t>
      </w:r>
      <w:r>
        <w:t>单项选择</w:t>
      </w:r>
      <w:r>
        <w:t>题]</w:t>
        <w:br/>
        <w:t>A 50°，60°</w:t>
        <w:br/>
        <w:t>B 55°，65°</w:t>
        <w:br/>
        <w:t>C 60°，65°</w:t>
        <w:br/>
        <w:t>D  55°，60°</w:t>
        <w:br/>
        <w:t xml:space="preserve"> 正确答案：C  </w:t>
        <w:br/>
        <w:t xml:space="preserve">              </w:t>
      </w:r>
    </w:p>
    <w:p>
      <w:r>
        <w:t>9、三角拉线塔拉线水平角间隔</w:t>
      </w:r>
      <w:r>
        <w:t>〔</w:t>
      </w:r>
      <w:r>
        <w:t xml:space="preserve">  </w:t>
      </w:r>
      <w:r>
        <w:t>〕</w:t>
      </w:r>
      <w:r>
        <w:t>，四方拉线塔拉线水平角间隔</w:t>
      </w:r>
      <w:r>
        <w:t>〔</w:t>
      </w:r>
      <w:r>
        <w:t xml:space="preserve">  </w:t>
      </w:r>
      <w:r>
        <w:t>〕</w:t>
      </w:r>
      <w:r>
        <w:t>。——[</w:t>
      </w:r>
      <w:r>
        <w:t>单项选择</w:t>
      </w:r>
      <w:r>
        <w:t>题]</w:t>
        <w:br/>
        <w:t>A 120°，100°</w:t>
        <w:br/>
        <w:t>B  100°，120°</w:t>
        <w:br/>
        <w:t>C 90°，120°</w:t>
        <w:br/>
        <w:t>D 120°,90°</w:t>
        <w:br/>
        <w:t xml:space="preserve"> 正确答案：D  </w:t>
        <w:br/>
        <w:t xml:space="preserve">              </w:t>
      </w:r>
    </w:p>
    <w:p>
      <w:r>
        <w:t>10、室外走线架宽度不小于</w:t>
      </w:r>
      <w:r>
        <w:t>〔</w:t>
      </w:r>
      <w:r>
        <w:t xml:space="preserve">    </w:t>
      </w:r>
      <w:r>
        <w:t>〕</w:t>
      </w:r>
      <w:r>
        <w:t>，横档间距不大于</w:t>
      </w:r>
      <w:r>
        <w:t>〔</w:t>
      </w:r>
      <w:r>
        <w:t xml:space="preserve">    </w:t>
      </w:r>
      <w:r>
        <w:t>〕</w:t>
      </w:r>
      <w:r>
        <w:t>。——[</w:t>
      </w:r>
      <w:r>
        <w:t>单项选择</w:t>
      </w:r>
      <w:r>
        <w:t>题]</w:t>
        <w:br/>
        <w:t>A 50cm,80cm</w:t>
        <w:br/>
        <w:t>B 50cm,100cm</w:t>
        <w:br/>
        <w:t>C 40cm,100cm</w:t>
        <w:br/>
        <w:t>D 40cm,80cm</w:t>
        <w:br/>
        <w:t xml:space="preserve"> 正确答案：D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2"/>
          <w:cols w:space="720"/>
          <w:titlePg w:val="0"/>
          <w:docGrid w:linePitch="360"/>
        </w:sectPr>
      </w:pPr>
      <w:r>
        <w:t>11、构件镀锌锌层厚度要求，根据镀件厚度不同，镀件厚度大于5mm时，锌层厚度应不低于</w:t>
      </w:r>
      <w:r>
        <w:t>〔</w:t>
      </w:r>
      <w:r>
        <w:t xml:space="preserve">    </w:t>
      </w:r>
      <w:r>
        <w:t>〕</w:t>
      </w:r>
      <w:r>
        <w:t>μm。——[</w:t>
      </w:r>
      <w:r>
        <w:t>单项选择</w:t>
      </w:r>
      <w:r>
        <w:t>题]</w:t>
        <w:br/>
        <w:t>A</w:t>
      </w:r>
      <w:r>
        <w:t xml:space="preserve"> 65</w:t>
        <w:br/>
        <w:t>B</w:t>
      </w:r>
      <w:r>
        <w:t xml:space="preserve"> 80</w:t>
        <w:br/>
        <w:t>C</w:t>
      </w:r>
    </w:p>
    <w:p>
      <w:r>
        <w:t xml:space="preserve"> 86</w:t>
        <w:br/>
        <w:t>D</w:t>
      </w:r>
      <w:r>
        <w:t xml:space="preserve"> 85</w:t>
        <w:br/>
      </w:r>
      <w:r>
        <w:t xml:space="preserve"> 正确答案：C</w:t>
      </w:r>
      <w:r>
        <w:t xml:space="preserve">  </w:t>
        <w:br/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</w:p>
    <w:p>
      <w:r>
        <w:t>12、通信铁塔的桅杆高于</w:t>
      </w:r>
      <w:r>
        <w:t>〔</w:t>
      </w:r>
      <w:r>
        <w:t xml:space="preserve">    </w:t>
      </w:r>
      <w:r>
        <w:t>〕</w:t>
      </w:r>
      <w:r>
        <w:t>宜安装脚梯和角铁，便于维护和馈线卡子的固定。——[</w:t>
      </w:r>
      <w:r>
        <w:t>单项选择</w:t>
      </w:r>
      <w:r>
        <w:t>题]</w:t>
        <w:br/>
        <w:t>A 2米</w:t>
        <w:br/>
        <w:t>B 3米</w:t>
        <w:br/>
        <w:t>C  4米</w:t>
        <w:br/>
        <w:t>D 5米</w:t>
        <w:br/>
        <w:t xml:space="preserve"> 正确答案：C  </w:t>
        <w:br/>
        <w:t xml:space="preserve">              </w:t>
      </w:r>
    </w:p>
    <w:p>
      <w:r>
        <w:t>13、</w:t>
      </w:r>
      <w:r>
        <w:t>以下</w:t>
      </w:r>
      <w:r>
        <w:t>哪一种类型的铁塔，一般不建议挂微波天线</w:t>
      </w:r>
      <w:r>
        <w:t>〔</w:t>
      </w:r>
      <w:r>
        <w:t xml:space="preserve">    </w:t>
      </w:r>
      <w:r>
        <w:t>〕</w:t>
      </w:r>
      <w:r>
        <w:t>？——[</w:t>
      </w:r>
      <w:r>
        <w:t>单项选择</w:t>
      </w:r>
      <w:r>
        <w:t>题]</w:t>
        <w:br/>
        <w:t>A 单管塔</w:t>
        <w:br/>
        <w:t>B 角钢塔</w:t>
        <w:br/>
        <w:t>C 仿生树</w:t>
        <w:br/>
        <w:t>D 拉线塔</w:t>
        <w:br/>
        <w:t xml:space="preserve"> 正确答案：D  </w:t>
        <w:br/>
        <w:t xml:space="preserve">              </w:t>
      </w:r>
    </w:p>
    <w:p>
      <w:r>
        <w:t>14、高于4m的桅杆需有爬梯或角钢；爬梯上下间距</w:t>
      </w:r>
      <w:r>
        <w:t>〔</w:t>
      </w:r>
      <w:r>
        <w:t xml:space="preserve">    </w:t>
      </w:r>
      <w:r>
        <w:t>〕</w:t>
      </w:r>
      <w:r>
        <w:t>。——[</w:t>
      </w:r>
      <w:r>
        <w:t>单项选择</w:t>
      </w:r>
      <w:r>
        <w:t>题]</w:t>
        <w:br/>
        <w:t>A 20cm</w:t>
        <w:br/>
        <w:t>B 30cm</w:t>
        <w:br/>
        <w:t>C 40cm</w:t>
        <w:br/>
        <w:t>D 50cm</w:t>
        <w:br/>
        <w:t xml:space="preserve"> 正确答案：B  </w:t>
        <w:br/>
        <w:t xml:space="preserve">              </w:t>
      </w:r>
    </w:p>
    <w:p>
      <w:r>
        <w:t>15、省内塔桅</w:t>
      </w:r>
      <w:r>
        <w:t>根底</w:t>
      </w:r>
      <w:r>
        <w:t>承台强度设计为C25MPa，换算成刚性回弹仪数据为</w:t>
      </w:r>
      <w:r>
        <w:t>〔</w:t>
      </w:r>
      <w:r>
        <w:t xml:space="preserve">   </w:t>
      </w:r>
      <w:r>
        <w:t>〕</w:t>
      </w:r>
      <w:r>
        <w:t>。——[</w:t>
      </w:r>
      <w:r>
        <w:t>单项选择</w:t>
      </w:r>
      <w:r>
        <w:t>题]</w:t>
        <w:br/>
        <w:t>A 25</w:t>
        <w:br/>
        <w:t>B 30</w:t>
        <w:br/>
        <w:t>C 31</w:t>
        <w:br/>
        <w:t>D 35</w:t>
        <w:br/>
        <w:t xml:space="preserve"> 正确答案：C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3"/>
          <w:cols w:space="720"/>
          <w:titlePg w:val="0"/>
          <w:docGrid w:linePitch="360"/>
        </w:sectPr>
      </w:pPr>
      <w:r>
        <w:t>16、拉线使用拉线块的，一个拉线块安装拉线不超出</w:t>
      </w:r>
      <w:r>
        <w:t>〔</w:t>
      </w:r>
      <w:r>
        <w:t xml:space="preserve">    </w:t>
      </w:r>
      <w:r>
        <w:t>〕</w:t>
      </w:r>
      <w:r>
        <w:t>根。——[</w:t>
      </w:r>
      <w:r>
        <w:t>单项选择</w:t>
      </w:r>
      <w:r>
        <w:t>题]</w:t>
        <w:br/>
        <w:t>A 1</w:t>
        <w:br/>
        <w:t>B 2</w:t>
        <w:br/>
        <w:t>C 3</w:t>
        <w:br/>
        <w:t>D 4</w:t>
        <w:br/>
        <w:t xml:space="preserve"> 正确答案：B  </w:t>
        <w:br/>
        <w:t xml:space="preserve">              </w:t>
      </w:r>
    </w:p>
    <w:p>
      <w:r>
        <w:t>17、镀锌层厚度测试标准为</w:t>
      </w:r>
      <w:r>
        <w:t>〔</w:t>
      </w:r>
      <w:r>
        <w:t xml:space="preserve">   </w:t>
      </w:r>
      <w:r>
        <w:t>〕</w:t>
      </w:r>
      <w:r>
        <w:t>。(镀锌件厚度≥5mm；镀锌件厚度〈5mm)。——[</w:t>
      </w:r>
      <w:r>
        <w:t>单项选择</w:t>
      </w:r>
      <w:r>
        <w:t>题]</w:t>
        <w:br/>
        <w:t xml:space="preserve">A ≥86uM、≥65uM   </w:t>
        <w:br/>
        <w:t xml:space="preserve">B ≥75uM、≥55uM   </w:t>
        <w:br/>
        <w:t>C ≥95uM、≥75uM</w:t>
        <w:br/>
        <w:t xml:space="preserve"> 正确答案：A  </w:t>
        <w:br/>
        <w:t xml:space="preserve">              </w:t>
      </w:r>
    </w:p>
    <w:p>
      <w:r>
        <w:t>18、镀锌层厚度测量时，要对整座铁塔的不同部位抽测</w:t>
      </w:r>
      <w:r>
        <w:t>〔</w:t>
      </w:r>
      <w:r>
        <w:t xml:space="preserve">   </w:t>
      </w:r>
      <w:r>
        <w:t>〕</w:t>
      </w:r>
      <w:r>
        <w:t>个点，要求合格率超过80%。——[</w:t>
      </w:r>
      <w:r>
        <w:t>单项选择</w:t>
      </w:r>
      <w:r>
        <w:t>题]</w:t>
        <w:br/>
        <w:t>A 8</w:t>
        <w:br/>
        <w:t>B 10</w:t>
        <w:br/>
        <w:t>C 16</w:t>
        <w:br/>
        <w:t>D 25</w:t>
        <w:br/>
        <w:t xml:space="preserve"> 正确答案：B  </w:t>
        <w:br/>
        <w:t xml:space="preserve">              </w:t>
      </w:r>
    </w:p>
    <w:p>
      <w:r>
        <w:t>19、塔柱、横杆、斜杆及塔楼悬梁桁架、塔楼悬臂梁的连接螺栓应</w:t>
      </w:r>
      <w:r>
        <w:t>〔</w:t>
      </w:r>
      <w:r>
        <w:t xml:space="preserve">   </w:t>
      </w:r>
      <w:r>
        <w:t>〕</w:t>
      </w:r>
      <w:r>
        <w:t>穿孔。——[</w:t>
      </w:r>
      <w:r>
        <w:t>单项选择</w:t>
      </w:r>
      <w:r>
        <w:t>题]</w:t>
        <w:br/>
        <w:t>A 0.6</w:t>
        <w:br/>
        <w:t>B 0.8</w:t>
        <w:br/>
        <w:t>C 0.9</w:t>
        <w:br/>
        <w:t>D 1</w:t>
        <w:br/>
        <w:t xml:space="preserve"> 正确答案：D  </w:t>
        <w:br/>
        <w:t xml:space="preserve">              </w:t>
      </w:r>
    </w:p>
    <w:p>
      <w:r>
        <w:t>20、砼强度等级为C30的</w:t>
      </w:r>
      <w:r>
        <w:t>根底</w:t>
      </w:r>
      <w:r>
        <w:t>回弹值是</w:t>
      </w:r>
      <w:r>
        <w:t>〔</w:t>
      </w:r>
      <w:r>
        <w:t xml:space="preserve">  </w:t>
      </w:r>
      <w:r>
        <w:t>〕</w:t>
      </w:r>
      <w:r>
        <w:t>。——[</w:t>
      </w:r>
      <w:r>
        <w:t>单项选择</w:t>
      </w:r>
      <w:r>
        <w:t>题]</w:t>
        <w:br/>
        <w:t>A 27.8</w:t>
        <w:br/>
        <w:t>B 30</w:t>
        <w:br/>
        <w:t>C 31</w:t>
        <w:br/>
        <w:t>D 34</w:t>
        <w:br/>
        <w:t xml:space="preserve"> 正确答案：D  </w:t>
        <w:br/>
        <w:t xml:space="preserve">              </w:t>
      </w:r>
    </w:p>
    <w:p>
      <w:r>
        <w:t>21、当角钢塔垂直度偏差超出允许范围时，应对不符合要求的及时进行处理，以下方法不得当的是</w:t>
      </w:r>
      <w:r>
        <w:t>〔</w:t>
      </w:r>
      <w:r>
        <w:t xml:space="preserve">  </w:t>
      </w:r>
      <w:r>
        <w:t>〕</w:t>
      </w:r>
      <w:r>
        <w:t>。——[</w:t>
      </w:r>
      <w:r>
        <w:t>单项选择</w:t>
      </w:r>
      <w:r>
        <w:t>题]</w:t>
        <w:br/>
        <w:t>A 塔脚垫铁板处理法</w:t>
        <w:br/>
        <w:t>B 底脚螺丝调整法</w:t>
        <w:br/>
        <w:t>C 外拉调整法</w:t>
        <w:br/>
        <w:t>D 偏差严重部位</w:t>
      </w:r>
      <w:r>
        <w:t>局部</w:t>
      </w:r>
      <w:r>
        <w:t>撤除</w:t>
      </w:r>
      <w:r>
        <w:t>更换</w:t>
        <w:br/>
        <w:t xml:space="preserve"> 正确答案：D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4"/>
          <w:cols w:space="720"/>
          <w:titlePg w:val="0"/>
          <w:docGrid w:linePitch="360"/>
        </w:sectPr>
      </w:pPr>
      <w:r>
        <w:t>22、采用法兰连接的节点，法兰接触面的贴合率不应少于</w:t>
      </w:r>
      <w:r>
        <w:t>〔</w:t>
      </w:r>
      <w:r>
        <w:t xml:space="preserve">   </w:t>
      </w:r>
      <w:r>
        <w:t>〕</w:t>
      </w:r>
      <w:r>
        <w:t>，且边缘最大间隙不应大于0.8mm。——[</w:t>
      </w:r>
      <w:r>
        <w:t>单项选择</w:t>
      </w:r>
      <w:r>
        <w:t>题]</w:t>
        <w:br/>
        <w:t>A</w:t>
      </w:r>
      <w:r>
        <w:t xml:space="preserve"> 0.8</w:t>
        <w:br/>
        <w:t>B</w:t>
      </w:r>
    </w:p>
    <w:p>
      <w:r>
        <w:t xml:space="preserve"> 0.75</w:t>
        <w:br/>
        <w:t>C</w:t>
      </w:r>
      <w:r>
        <w:t xml:space="preserve"> 0.7</w:t>
        <w:br/>
        <w:t>D</w:t>
      </w:r>
      <w:r>
        <w:t xml:space="preserve"> 1</w:t>
        <w:br/>
      </w:r>
      <w:r>
        <w:t xml:space="preserve"> 正确答案：C</w:t>
      </w:r>
      <w:r>
        <w:t xml:space="preserve">  </w:t>
        <w:br/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</w:p>
    <w:p>
      <w:r>
        <w:t>23、桅杆拉线预拉力与设计预拉力的偏差不应大于设计预拉力的</w:t>
      </w:r>
      <w:r>
        <w:t>〔</w:t>
      </w:r>
      <w:r>
        <w:t xml:space="preserve">   </w:t>
      </w:r>
      <w:r>
        <w:t>〕</w:t>
      </w:r>
      <w:r>
        <w:t>。——[</w:t>
      </w:r>
      <w:r>
        <w:t>单项选择</w:t>
      </w:r>
      <w:r>
        <w:t>题]</w:t>
        <w:br/>
        <w:t>A 0.01</w:t>
        <w:br/>
        <w:t>B 0.05</w:t>
        <w:br/>
        <w:t>C 0.1</w:t>
        <w:br/>
        <w:t>D 0.2</w:t>
        <w:br/>
        <w:t xml:space="preserve"> 正确答案：C  </w:t>
        <w:br/>
        <w:t xml:space="preserve">              </w:t>
      </w:r>
    </w:p>
    <w:p>
      <w:r>
        <w:t>24、当移动通信基站地网的土壤电阻率大于1000Ω·m时，基站的工频接地电阻可放宽至</w:t>
      </w:r>
      <w:r>
        <w:t>〔</w:t>
      </w:r>
      <w:r>
        <w:t xml:space="preserve">    </w:t>
      </w:r>
      <w:r>
        <w:t>〕</w:t>
      </w:r>
      <w:r>
        <w:t>。——[</w:t>
      </w:r>
      <w:r>
        <w:t>单项选择</w:t>
      </w:r>
      <w:r>
        <w:t>题]</w:t>
        <w:br/>
        <w:t>A 10 Ω</w:t>
        <w:br/>
        <w:t>B 15 Ω</w:t>
        <w:br/>
        <w:t>C 20 Ω</w:t>
        <w:br/>
        <w:t>D 5 Ω</w:t>
        <w:br/>
        <w:t xml:space="preserve"> 正确答案：A  </w:t>
        <w:br/>
        <w:t xml:space="preserve">              </w:t>
      </w:r>
    </w:p>
    <w:p>
      <w:r>
        <w:t>25、室外走线架安装宽度应不小于      米。——[</w:t>
      </w:r>
      <w:r>
        <w:t>单项选择</w:t>
      </w:r>
      <w:r>
        <w:t>题]</w:t>
        <w:br/>
        <w:t>A 0.4米</w:t>
        <w:br/>
        <w:t xml:space="preserve">B  0.6米  </w:t>
        <w:br/>
        <w:t xml:space="preserve">C 0.2米 </w:t>
        <w:br/>
        <w:t xml:space="preserve"> 正确答案：A  </w:t>
        <w:br/>
        <w:t xml:space="preserve">              </w:t>
      </w:r>
    </w:p>
    <w:p>
      <w:r>
        <w:t>26、镀锌层厚度测量时，要对整座铁塔的不同部位抽测</w:t>
      </w:r>
      <w:r>
        <w:t>〔</w:t>
      </w:r>
      <w:r>
        <w:t xml:space="preserve">  </w:t>
      </w:r>
      <w:r>
        <w:t>〕</w:t>
      </w:r>
      <w:r>
        <w:t>个点，要求合格率超过80%。——[</w:t>
      </w:r>
      <w:r>
        <w:t>单项选择</w:t>
      </w:r>
      <w:r>
        <w:t>题]</w:t>
        <w:br/>
        <w:t>A 8</w:t>
        <w:br/>
        <w:t>B 10</w:t>
        <w:br/>
        <w:t>C 16</w:t>
        <w:br/>
        <w:t>D 25</w:t>
        <w:br/>
        <w:t xml:space="preserve"> 正确答案：B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5"/>
          <w:cols w:space="720"/>
          <w:titlePg w:val="0"/>
          <w:docGrid w:linePitch="360"/>
        </w:sectPr>
      </w:pPr>
      <w:r>
        <w:t>27、在角钢塔塔体截面几何形状工差中，对角线误差允许范围是： D≤4.0m时，</w:t>
      </w:r>
      <w:r>
        <w:t>〔</w:t>
      </w:r>
      <w:r>
        <w:t xml:space="preserve">    </w:t>
      </w:r>
      <w:r>
        <w:t>〕</w:t>
      </w:r>
      <w:r>
        <w:t>；D＞4.0m时，</w:t>
      </w:r>
      <w:r>
        <w:t>〔</w:t>
      </w:r>
      <w:r>
        <w:t xml:space="preserve">   </w:t>
      </w:r>
      <w:r>
        <w:t>〕</w:t>
      </w:r>
      <w:r>
        <w:t>。——[</w:t>
      </w:r>
      <w:r>
        <w:t>单项选择</w:t>
      </w:r>
      <w:r>
        <w:t>题]</w:t>
        <w:br/>
        <w:t xml:space="preserve">A ≤±2.0mm，≤±3.0mm  </w:t>
        <w:br/>
        <w:t>B ≤±1.5mm，≤±2.5mm</w:t>
        <w:br/>
        <w:t>C ≤±1.0mm，≤±2.0mm</w:t>
        <w:br/>
        <w:t xml:space="preserve"> 正确答案：A  </w:t>
        <w:br/>
        <w:t xml:space="preserve">              </w:t>
      </w:r>
    </w:p>
    <w:p>
      <w:r>
        <w:t>28、高度在42米的单管塔整体垂直度偏差要求在</w:t>
      </w:r>
      <w:r>
        <w:t>〔</w:t>
      </w:r>
      <w:r>
        <w:t xml:space="preserve">    </w:t>
      </w:r>
      <w:r>
        <w:t>〕</w:t>
      </w:r>
      <w:r>
        <w:t>之内。——[</w:t>
      </w:r>
      <w:r>
        <w:t>单项选择</w:t>
      </w:r>
      <w:r>
        <w:t>题]</w:t>
        <w:br/>
        <w:t>A 28mm</w:t>
        <w:br/>
        <w:t>B 28cm</w:t>
        <w:br/>
        <w:t>C 56mm</w:t>
        <w:br/>
        <w:t>D 56cm</w:t>
        <w:br/>
        <w:t xml:space="preserve"> 正确答案：A  </w:t>
        <w:br/>
        <w:t xml:space="preserve">              </w:t>
      </w:r>
    </w:p>
    <w:p>
      <w:r>
        <w:t>29、螺栓抗剪连接时节点板应紧密贴合，其实际贴合面与设计贴合面之比应不小于</w:t>
      </w:r>
      <w:r>
        <w:t>〔</w:t>
      </w:r>
      <w:r>
        <w:t xml:space="preserve">    </w:t>
      </w:r>
      <w:r>
        <w:t>〕</w:t>
      </w:r>
      <w:r>
        <w:t>。用</w:t>
      </w:r>
      <w:r>
        <w:t>〔</w:t>
      </w:r>
      <w:r>
        <w:t xml:space="preserve">    </w:t>
      </w:r>
      <w:r>
        <w:t>〕</w:t>
      </w:r>
      <w:r>
        <w:t>塞尺不能插入即认为</w:t>
      </w:r>
      <w:r>
        <w:t>到达</w:t>
      </w:r>
      <w:r>
        <w:t>实际贴合要求。——[</w:t>
      </w:r>
      <w:r>
        <w:t>单项选择</w:t>
      </w:r>
      <w:r>
        <w:t>题]</w:t>
        <w:br/>
        <w:t>A 90% ,0.2mm</w:t>
        <w:br/>
        <w:t>B 95% ,0.3mm</w:t>
        <w:br/>
        <w:t>C 90% ,0.3mm</w:t>
        <w:br/>
        <w:t>D 95% ,0.2mm</w:t>
        <w:br/>
        <w:t xml:space="preserve"> 正确答案：C  </w:t>
        <w:br/>
        <w:t xml:space="preserve">              </w:t>
      </w:r>
    </w:p>
    <w:p>
      <w:r>
        <w:t>30、铁塔安装螺丝穿向垂直方向、水平方向螺丝穿向为</w:t>
      </w:r>
      <w:r>
        <w:t>〔</w:t>
      </w:r>
      <w:r>
        <w:t xml:space="preserve">    </w:t>
      </w:r>
      <w:r>
        <w:t>〕</w:t>
      </w:r>
      <w:r>
        <w:t>。——[</w:t>
      </w:r>
      <w:r>
        <w:t>单项选择</w:t>
      </w:r>
      <w:r>
        <w:t>题]</w:t>
        <w:br/>
        <w:t>A 垂直方向由下向上、水平方向由内向外</w:t>
        <w:br/>
        <w:t>B 垂直方向由上向下、方向由内向外</w:t>
        <w:br/>
        <w:t>C 垂直方向由下向上、水平方向由外向内</w:t>
        <w:br/>
        <w:t xml:space="preserve"> 正确答案：A  </w:t>
        <w:br/>
        <w:t xml:space="preserve">              </w:t>
      </w:r>
    </w:p>
    <w:p>
      <w:r>
        <w:t>31、塔脚包封要求保护层厚度不小于</w:t>
      </w:r>
      <w:r>
        <w:t>〔</w:t>
      </w:r>
      <w:r>
        <w:t>〕</w:t>
      </w:r>
      <w:r>
        <w:t>。——[</w:t>
      </w:r>
      <w:r>
        <w:t>单项选择</w:t>
      </w:r>
      <w:r>
        <w:t>题]</w:t>
        <w:br/>
        <w:t>A 20mm</w:t>
        <w:br/>
        <w:t>B 30mm</w:t>
        <w:br/>
        <w:t>C 30mm</w:t>
        <w:br/>
        <w:t>D 40mm</w:t>
        <w:br/>
        <w:t xml:space="preserve"> 正确答案：D  </w:t>
        <w:br/>
        <w:t xml:space="preserve">              </w:t>
      </w:r>
    </w:p>
    <w:p>
      <w:r>
        <w:t>32、地网的防雷引下线可以使用截面积不小于</w:t>
      </w:r>
      <w:r>
        <w:t>〔</w:t>
      </w:r>
      <w:r>
        <w:t>〕</w:t>
      </w:r>
      <w:r>
        <w:t>平方毫米的多股铜线。——[</w:t>
      </w:r>
      <w:r>
        <w:t>单项选择</w:t>
      </w:r>
      <w:r>
        <w:t>题]</w:t>
        <w:br/>
        <w:t>A 80</w:t>
        <w:br/>
        <w:t>B 90</w:t>
        <w:br/>
        <w:t>C 95</w:t>
        <w:br/>
        <w:t>D 100</w:t>
        <w:br/>
        <w:t xml:space="preserve"> 正确答案：C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6"/>
          <w:cols w:space="720"/>
          <w:titlePg w:val="0"/>
          <w:docGrid w:linePitch="360"/>
        </w:sectPr>
      </w:pPr>
      <w:r>
        <w:t>33、 角钢塔</w:t>
      </w:r>
      <w:r>
        <w:t>〔</w:t>
      </w:r>
      <w:r>
        <w:t>塔龄小于等于 8 年</w:t>
      </w:r>
      <w:r>
        <w:t>〕</w:t>
      </w:r>
      <w:r>
        <w:t>：每年维护几次；——[</w:t>
      </w:r>
      <w:r>
        <w:t>单项选择</w:t>
      </w:r>
      <w:r>
        <w:t>题]</w:t>
        <w:br/>
        <w:t>A</w:t>
      </w:r>
      <w:r>
        <w:t xml:space="preserve"> 1次</w:t>
        <w:br/>
        <w:t>B</w:t>
      </w:r>
      <w:r>
        <w:t xml:space="preserve"> 2次</w:t>
        <w:br/>
        <w:t>C</w:t>
      </w:r>
      <w:r>
        <w:t xml:space="preserve"> 3次</w:t>
        <w:br/>
      </w:r>
    </w:p>
    <w:p>
      <w:r>
        <w:t xml:space="preserve"> 正确答案：A</w:t>
      </w:r>
      <w:r>
        <w:t xml:space="preserve">  </w:t>
        <w:br/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</w:p>
    <w:p>
      <w:r>
        <w:t>34、角钢塔</w:t>
      </w:r>
      <w:r>
        <w:t>〔</w:t>
      </w:r>
      <w:r>
        <w:t>塔龄大于 8 年</w:t>
      </w:r>
      <w:r>
        <w:t>〕</w:t>
      </w:r>
      <w:r>
        <w:t>：每年维护几次；——[</w:t>
      </w:r>
      <w:r>
        <w:t>单项选择</w:t>
      </w:r>
      <w:r>
        <w:t>题]</w:t>
        <w:br/>
        <w:t>A 2次</w:t>
        <w:br/>
        <w:t>B 1次</w:t>
        <w:br/>
        <w:t>C 3次</w:t>
        <w:br/>
        <w:t xml:space="preserve"> 正确答案：A  </w:t>
        <w:br/>
        <w:t xml:space="preserve">              </w:t>
      </w:r>
    </w:p>
    <w:p>
      <w:r>
        <w:t>35、单管塔：每年维护几次；——[</w:t>
      </w:r>
      <w:r>
        <w:t>单项选择</w:t>
      </w:r>
      <w:r>
        <w:t>题]</w:t>
        <w:br/>
        <w:t>A 3次</w:t>
        <w:br/>
        <w:t>B 1次</w:t>
        <w:br/>
        <w:t>C 2次</w:t>
        <w:br/>
        <w:t xml:space="preserve"> 正确答案：A  </w:t>
        <w:br/>
        <w:t xml:space="preserve">              </w:t>
      </w:r>
    </w:p>
    <w:p>
      <w:r>
        <w:t>36、楼顶抱杆：每年维护几次；；——[</w:t>
      </w:r>
      <w:r>
        <w:t>单项选择</w:t>
      </w:r>
      <w:r>
        <w:t>题]</w:t>
        <w:br/>
        <w:t>A 4次</w:t>
        <w:br/>
        <w:t>B 2次</w:t>
        <w:br/>
        <w:t>C 1次</w:t>
        <w:br/>
        <w:t>D 3次</w:t>
        <w:br/>
        <w:t xml:space="preserve"> 正确答案：A  </w:t>
        <w:br/>
        <w:t xml:space="preserve">              </w:t>
      </w:r>
    </w:p>
    <w:p>
      <w:r>
        <w:t>37、 拉线塔：每年维护几次；——[</w:t>
      </w:r>
      <w:r>
        <w:t>单项选择</w:t>
      </w:r>
      <w:r>
        <w:t>题]</w:t>
        <w:br/>
        <w:t>A 5次</w:t>
        <w:br/>
        <w:t>B 3次</w:t>
        <w:br/>
        <w:t>C 2次</w:t>
        <w:br/>
        <w:t>D 1次</w:t>
        <w:br/>
        <w:t xml:space="preserve"> 正确答案：A  </w:t>
        <w:br/>
        <w:t xml:space="preserve">              </w:t>
      </w:r>
    </w:p>
    <w:p>
      <w:r>
        <w:t>38、 三管塔：每年维护几次；——[</w:t>
      </w:r>
      <w:r>
        <w:t>单项选择</w:t>
      </w:r>
      <w:r>
        <w:t>题]</w:t>
        <w:br/>
        <w:t>A 6次</w:t>
        <w:br/>
        <w:t>B 4次</w:t>
        <w:br/>
        <w:t>C 2次</w:t>
        <w:br/>
        <w:t>D 1次</w:t>
        <w:br/>
        <w:t xml:space="preserve"> 正确答案：A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7"/>
          <w:cols w:space="720"/>
          <w:titlePg w:val="0"/>
          <w:docGrid w:linePitch="360"/>
        </w:sectPr>
      </w:pPr>
      <w:r>
        <w:t>39、 集束天线和美化天线：每年维护几次。——[</w:t>
      </w:r>
      <w:r>
        <w:t>单项选择</w:t>
      </w:r>
      <w:r>
        <w:t>题]</w:t>
        <w:br/>
        <w:t>A</w:t>
      </w:r>
      <w:r>
        <w:t xml:space="preserve"> 7次</w:t>
        <w:br/>
        <w:t>B</w:t>
      </w:r>
      <w:r>
        <w:t xml:space="preserve"> 6次</w:t>
        <w:br/>
        <w:t>C</w:t>
      </w:r>
    </w:p>
    <w:p>
      <w:r>
        <w:t xml:space="preserve"> 4次</w:t>
        <w:br/>
        <w:t>D</w:t>
      </w:r>
      <w:r>
        <w:t xml:space="preserve"> 2次</w:t>
        <w:br/>
      </w:r>
      <w:r>
        <w:t xml:space="preserve"> 正确答案：A</w:t>
      </w:r>
      <w:r>
        <w:t xml:space="preserve">  </w:t>
        <w:br/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</w:p>
    <w:p>
      <w:r>
        <w:t>40、属于角钢塔</w:t>
      </w:r>
      <w:r>
        <w:t>根底</w:t>
      </w:r>
      <w:r>
        <w:t>地基塌陷重大隐患——[</w:t>
      </w:r>
      <w:r>
        <w:t>单项选择</w:t>
      </w:r>
      <w:r>
        <w:t>题]</w:t>
        <w:br/>
        <w:t>A 塔身倾斜 或铁塔倒塌</w:t>
        <w:br/>
        <w:t>B 地脚螺栓</w:t>
      </w:r>
      <w:r>
        <w:t>丧失</w:t>
      </w:r>
      <w:r>
        <w:br/>
        <w:t>C 硬化面开裂</w:t>
        <w:br/>
        <w:t>D 接地焊接锈蚀</w:t>
        <w:br/>
        <w:t xml:space="preserve"> 正确答案：A  </w:t>
        <w:br/>
        <w:t xml:space="preserve">              </w:t>
      </w:r>
    </w:p>
    <w:p>
      <w:r>
        <w:t>41、属于钢管塔</w:t>
      </w:r>
      <w:r>
        <w:t>根底</w:t>
      </w:r>
      <w:r>
        <w:t>地基塌陷严重隐患——[</w:t>
      </w:r>
      <w:r>
        <w:t>单项选择</w:t>
      </w:r>
      <w:r>
        <w:t>题]</w:t>
        <w:br/>
        <w:t>A 硬化面开裂</w:t>
        <w:br/>
        <w:t>B 地脚螺栓</w:t>
      </w:r>
      <w:r>
        <w:t>丧失</w:t>
      </w:r>
      <w:r>
        <w:br/>
        <w:t xml:space="preserve">C </w:t>
      </w:r>
      <w:r>
        <w:t>丧失</w:t>
      </w:r>
      <w:r>
        <w:t>构件/ 构件损伤</w:t>
        <w:br/>
        <w:t>D 塔身倾斜 或铁塔倒塌</w:t>
        <w:br/>
        <w:t xml:space="preserve"> 正确答案：B  </w:t>
        <w:br/>
        <w:t xml:space="preserve">              </w:t>
      </w:r>
    </w:p>
    <w:p>
      <w:r>
        <w:t>42、属于拉线塔</w:t>
      </w:r>
      <w:r>
        <w:t>根底</w:t>
      </w:r>
      <w:r>
        <w:t>地基塌陷一般隐患——[</w:t>
      </w:r>
      <w:r>
        <w:t>单项选择</w:t>
      </w:r>
      <w:r>
        <w:t>题]</w:t>
        <w:br/>
        <w:t>A 塔身倾斜 或铁塔倒塌</w:t>
        <w:br/>
        <w:t>B 硬化面开裂</w:t>
        <w:br/>
        <w:t>C 接地焊接锈蚀</w:t>
        <w:br/>
        <w:t>D 塔身倾斜 或铁塔倒塌</w:t>
        <w:br/>
        <w:t xml:space="preserve"> 正确答案：B  </w:t>
        <w:br/>
        <w:t xml:space="preserve">              </w:t>
      </w:r>
    </w:p>
    <w:p>
      <w:r>
        <w:t>43、属于拉线塔</w:t>
      </w:r>
      <w:r>
        <w:t>根底</w:t>
      </w:r>
      <w:r>
        <w:t>地基塌陷严重隐患——[</w:t>
      </w:r>
      <w:r>
        <w:t>单项选择</w:t>
      </w:r>
      <w:r>
        <w:t>题]</w:t>
        <w:br/>
        <w:t xml:space="preserve">A </w:t>
      </w:r>
      <w:r>
        <w:t>丧失</w:t>
      </w:r>
      <w:r>
        <w:t>构件/构件损伤</w:t>
        <w:br/>
        <w:t>B 硬化面开裂</w:t>
        <w:br/>
        <w:t>C 地脚螺栓</w:t>
      </w:r>
      <w:r>
        <w:t>丧失</w:t>
      </w:r>
      <w:r>
        <w:br/>
        <w:t>D 塔身倾斜 或铁塔倒塌</w:t>
        <w:br/>
        <w:t xml:space="preserve"> 正确答案：C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8"/>
          <w:cols w:space="720"/>
          <w:titlePg w:val="0"/>
          <w:docGrid w:linePitch="360"/>
        </w:sectPr>
      </w:pPr>
      <w:r>
        <w:t>44、属于角钢塔</w:t>
      </w:r>
      <w:r>
        <w:t>根底</w:t>
      </w:r>
      <w:r>
        <w:t>地基塌陷一般隐患——[</w:t>
      </w:r>
      <w:r>
        <w:t>单项选择</w:t>
      </w:r>
      <w:r>
        <w:t>题]</w:t>
        <w:br/>
        <w:t>A 接地焊接锈蚀</w:t>
        <w:br/>
        <w:t>B 塔身倾斜 或铁塔倒塌</w:t>
        <w:br/>
        <w:t>C 塔身倾斜 或铁塔倒塌</w:t>
        <w:br/>
        <w:t>D 硬化面开裂</w:t>
        <w:br/>
        <w:t xml:space="preserve"> 正确答案：D  </w:t>
        <w:br/>
        <w:t xml:space="preserve">              </w:t>
      </w:r>
    </w:p>
    <w:p>
      <w:r>
        <w:t>45、属于钢管塔</w:t>
      </w:r>
      <w:r>
        <w:t>根底</w:t>
      </w:r>
      <w:r>
        <w:t>地基塌陷一般隐患——[</w:t>
      </w:r>
      <w:r>
        <w:t>单项选择</w:t>
      </w:r>
      <w:r>
        <w:t>题]</w:t>
        <w:br/>
        <w:t>A 塔身倾斜 或铁塔倒塌</w:t>
        <w:br/>
        <w:t>B 接地焊接锈蚀</w:t>
        <w:br/>
        <w:t>C 硬化面开裂</w:t>
        <w:br/>
        <w:t>D 塔身倾斜 或铁塔倒塌</w:t>
        <w:br/>
        <w:t xml:space="preserve"> 正确答案：C  </w:t>
        <w:br/>
        <w:t xml:space="preserve">              </w:t>
      </w:r>
    </w:p>
    <w:p>
      <w:r>
        <w:t>46、属于钢管塔</w:t>
      </w:r>
      <w:r>
        <w:t>根底</w:t>
      </w:r>
      <w:r>
        <w:t>地基塌陷重大隐患——[</w:t>
      </w:r>
      <w:r>
        <w:t>单项选择</w:t>
      </w:r>
      <w:r>
        <w:t>题]</w:t>
        <w:br/>
        <w:t>A 塔身倾斜 或铁塔倒塌</w:t>
        <w:br/>
        <w:t>B 局部弯曲/ 主杆构件塑性变形</w:t>
        <w:br/>
        <w:t>C 接地焊接锈蚀</w:t>
        <w:br/>
        <w:t>D 下大雨引发水洞铁塔地基下沉、塌陷</w:t>
        <w:br/>
        <w:t xml:space="preserve"> 正确答案：A  </w:t>
        <w:br/>
        <w:t xml:space="preserve">              </w:t>
      </w:r>
    </w:p>
    <w:p>
      <w:r>
        <w:t>47、属于角钢塔</w:t>
      </w:r>
      <w:r>
        <w:t>根底</w:t>
      </w:r>
      <w:r>
        <w:t>地基塌陷严重隐患——[</w:t>
      </w:r>
      <w:r>
        <w:t>单项选择</w:t>
      </w:r>
      <w:r>
        <w:t>题]</w:t>
        <w:br/>
        <w:t>A 地脚螺栓</w:t>
      </w:r>
      <w:r>
        <w:t>丧失</w:t>
      </w:r>
      <w:r>
        <w:br/>
        <w:t xml:space="preserve">B </w:t>
      </w:r>
      <w:r>
        <w:t>丧失</w:t>
      </w:r>
      <w:r>
        <w:t>构件/构件损伤</w:t>
        <w:br/>
        <w:t>C 硬化面开裂</w:t>
        <w:br/>
        <w:t>D 塔身倾斜 或铁塔倒塌</w:t>
        <w:br/>
        <w:t xml:space="preserve"> 正确答案：A  </w:t>
        <w:br/>
        <w:t xml:space="preserve">              </w:t>
      </w:r>
    </w:p>
    <w:p>
      <w:r>
        <w:t>48、属于拉线塔</w:t>
      </w:r>
      <w:r>
        <w:t>根底</w:t>
      </w:r>
      <w:r>
        <w:t>地基塌陷重大隐患——[</w:t>
      </w:r>
      <w:r>
        <w:t>单项选择</w:t>
      </w:r>
      <w:r>
        <w:t>题]</w:t>
        <w:br/>
        <w:t>A 塔身倾斜 或铁塔倒塌</w:t>
        <w:br/>
        <w:t>B 受力不均匀引起塔段塑性变形</w:t>
        <w:br/>
        <w:t>C 孔大螺栓规格小/ 螺栓短/ 杆为单母外露丝扣为平扣</w:t>
        <w:br/>
        <w:t>D 地脚螺栓</w:t>
      </w:r>
      <w:r>
        <w:t>丧失</w:t>
      </w:r>
      <w:r>
        <w:br/>
        <w:t xml:space="preserve"> 正确答案：A  </w:t>
        <w:br/>
        <w:t xml:space="preserve">              </w:t>
      </w:r>
    </w:p>
    <w:p>
      <w:r>
        <w:t>49、天线质量要求天线方位角的允许偏差为</w:t>
      </w:r>
      <w:r>
        <w:t>〔</w:t>
      </w:r>
      <w:r>
        <w:t>〕</w:t>
      </w:r>
      <w:r>
        <w:t>度，天线俯仰角允许偏差为</w:t>
      </w:r>
      <w:r>
        <w:t>〔</w:t>
      </w:r>
      <w:r>
        <w:t>〕</w:t>
      </w:r>
      <w:r>
        <w:t>度。全向天线水平间距必须大于</w:t>
      </w:r>
      <w:r>
        <w:t>〔</w:t>
      </w:r>
      <w:r>
        <w:t>〕</w:t>
      </w:r>
      <w:r>
        <w:t>米。天线对地最低距离须大于4——[</w:t>
      </w:r>
      <w:r>
        <w:t>单项选择</w:t>
      </w:r>
      <w:r>
        <w:t>题]</w:t>
        <w:br/>
        <w:t>A ±5、±1、 3</w:t>
        <w:br/>
        <w:t>B ±1、±5、3</w:t>
        <w:br/>
        <w:t>C ±5、±1、 5</w:t>
        <w:br/>
        <w:t>D ±1、±5、5</w:t>
        <w:br/>
        <w:t xml:space="preserve"> 正确答案：A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9"/>
          <w:cols w:space="720"/>
          <w:titlePg w:val="0"/>
          <w:docGrid w:linePitch="360"/>
        </w:sectPr>
      </w:pPr>
      <w:r>
        <w:t>50、天线检测方法：方位角地面保持身体与天线同一轴线，用地质罗盘测</w:t>
      </w:r>
      <w:r>
        <w:t>〔</w:t>
      </w:r>
      <w:r>
        <w:t>〕</w:t>
      </w:r>
      <w:r>
        <w:t>次取平均值。——[</w:t>
      </w:r>
      <w:r>
        <w:t>单项选择</w:t>
      </w:r>
      <w:r>
        <w:t>题]</w:t>
        <w:br/>
        <w:t>A</w:t>
      </w:r>
      <w:r>
        <w:t xml:space="preserve"> 5</w:t>
        <w:br/>
        <w:t>B</w:t>
      </w:r>
    </w:p>
    <w:p>
      <w:r>
        <w:t xml:space="preserve"> 3</w:t>
        <w:br/>
        <w:t>C</w:t>
      </w:r>
      <w:r>
        <w:t xml:space="preserve"> 2</w:t>
        <w:br/>
        <w:t>D</w:t>
      </w:r>
      <w:r>
        <w:t xml:space="preserve"> 6</w:t>
        <w:br/>
      </w:r>
      <w:r>
        <w:t xml:space="preserve"> 正确答案：B</w:t>
      </w:r>
      <w:r>
        <w:t xml:space="preserve">  </w:t>
        <w:br/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</w:p>
    <w:p>
      <w:r>
        <w:t>51、一般情况，通信铁塔设计使用年限为</w:t>
      </w:r>
      <w:r>
        <w:t>〔</w:t>
      </w:r>
      <w:r>
        <w:t xml:space="preserve"> </w:t>
      </w:r>
      <w:r>
        <w:t>〕</w:t>
      </w:r>
      <w:r>
        <w:t>年，结构</w:t>
      </w:r>
      <w:r>
        <w:t>平安</w:t>
      </w:r>
      <w:r>
        <w:t>等级为</w:t>
      </w:r>
      <w:r>
        <w:t>〔</w:t>
      </w:r>
      <w:r>
        <w:t xml:space="preserve"> </w:t>
      </w:r>
      <w:r>
        <w:t>〕</w:t>
      </w:r>
      <w:r>
        <w:t>级。——[</w:t>
      </w:r>
      <w:r>
        <w:t>单项选择</w:t>
      </w:r>
      <w:r>
        <w:t>题]</w:t>
        <w:br/>
        <w:t xml:space="preserve">A 50、  一  </w:t>
        <w:br/>
        <w:t xml:space="preserve">B 20 、 一 </w:t>
        <w:br/>
        <w:t>C 10 、二</w:t>
        <w:br/>
        <w:t>D  50  二</w:t>
        <w:br/>
        <w:t xml:space="preserve"> 正确答案：D  </w:t>
        <w:br/>
        <w:t xml:space="preserve">              </w:t>
      </w:r>
    </w:p>
    <w:p>
      <w:r>
        <w:t>52、单管塔在以风荷载为主的荷载标准组合下，塔顶的水平位移不应大于塔高的</w:t>
      </w:r>
      <w:r>
        <w:t>〔</w:t>
      </w:r>
      <w:r>
        <w:t xml:space="preserve">  </w:t>
      </w:r>
      <w:r>
        <w:t>〕</w:t>
      </w:r>
      <w:r>
        <w:t>。——[</w:t>
      </w:r>
      <w:r>
        <w:t>单项选择</w:t>
      </w:r>
      <w:r>
        <w:t>题]</w:t>
        <w:br/>
        <w:t xml:space="preserve">A 1/75 </w:t>
        <w:br/>
        <w:t xml:space="preserve">B  1/40  </w:t>
        <w:br/>
        <w:t xml:space="preserve">C  1/30 </w:t>
        <w:br/>
        <w:t>D 43850</w:t>
        <w:br/>
        <w:t xml:space="preserve"> 正确答案：B  </w:t>
        <w:br/>
        <w:t xml:space="preserve">              </w:t>
      </w:r>
    </w:p>
    <w:p>
      <w:r>
        <w:t>53、单管塔塔体纵缝、环缝应采用自动埋弧焊焊接，塔管纵、环缝应满足( )级焊缝要求，环缝应全熔透，并应采用超声波探伤对其进行无损检测。——[</w:t>
      </w:r>
      <w:r>
        <w:t>单项选择</w:t>
      </w:r>
      <w:r>
        <w:t>题]</w:t>
        <w:br/>
        <w:t xml:space="preserve">A 一 </w:t>
        <w:br/>
        <w:t xml:space="preserve">B  二 </w:t>
        <w:br/>
        <w:t xml:space="preserve">C  三   </w:t>
        <w:br/>
        <w:t>D 无要求</w:t>
        <w:br/>
        <w:t xml:space="preserve"> 正确答案：B  </w:t>
        <w:br/>
        <w:t xml:space="preserve">              </w:t>
      </w:r>
    </w:p>
    <w:p>
      <w:r>
        <w:t>54、基站地网的接地电阻值不宜大于</w:t>
      </w:r>
      <w:r>
        <w:t>〔</w:t>
      </w:r>
      <w:r>
        <w:t xml:space="preserve"> </w:t>
      </w:r>
      <w:r>
        <w:t>〕</w:t>
      </w:r>
      <w:r>
        <w:t>Ω。——[</w:t>
      </w:r>
      <w:r>
        <w:t>单项选择</w:t>
      </w:r>
      <w:r>
        <w:t>题]</w:t>
        <w:br/>
        <w:t>A 5</w:t>
        <w:br/>
        <w:t>B 10</w:t>
        <w:br/>
        <w:t>C 20</w:t>
        <w:br/>
        <w:t>D 100</w:t>
        <w:br/>
        <w:t xml:space="preserve"> 正确答案：B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10"/>
          <w:cols w:space="720"/>
          <w:titlePg w:val="0"/>
          <w:docGrid w:linePitch="360"/>
        </w:sectPr>
      </w:pPr>
      <w:r>
        <w:t>55、以下哪种塔型最适合在城市广场建设：</w:t>
      </w:r>
      <w:r>
        <w:t>〔</w:t>
      </w:r>
      <w:r>
        <w:t xml:space="preserve">  </w:t>
      </w:r>
      <w:r>
        <w:t>〕</w:t>
      </w:r>
      <w:r>
        <w:t>——[</w:t>
      </w:r>
      <w:r>
        <w:t>单项选择</w:t>
      </w:r>
      <w:r>
        <w:t>题]</w:t>
        <w:br/>
        <w:t>A</w:t>
      </w:r>
      <w:r>
        <w:t xml:space="preserve"> 角钢塔</w:t>
        <w:br/>
        <w:t>B</w:t>
      </w:r>
      <w:r>
        <w:t xml:space="preserve"> </w:t>
      </w:r>
      <w:r>
        <w:t xml:space="preserve"> 三管塔</w:t>
      </w:r>
      <w:r>
        <w:t xml:space="preserve"> </w:t>
      </w:r>
      <w:r>
        <w:t xml:space="preserve"> </w:t>
      </w:r>
      <w:r>
        <w:t xml:space="preserve"> </w:t>
        <w:br/>
        <w:t>C</w:t>
      </w:r>
      <w:r>
        <w:t xml:space="preserve"> 塔房一体化</w:t>
      </w:r>
      <w:r>
        <w:t xml:space="preserve"> </w:t>
        <w:br/>
        <w:t>D</w:t>
      </w:r>
      <w:r>
        <w:t xml:space="preserve"> </w:t>
      </w:r>
      <w:r>
        <w:t xml:space="preserve"> 路灯杆塔</w:t>
        <w:br/>
      </w:r>
    </w:p>
    <w:p>
      <w:r>
        <w:t xml:space="preserve"> 正确答案：D</w:t>
      </w:r>
      <w:r>
        <w:t xml:space="preserve">  </w:t>
        <w:br/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</w:p>
    <w:p>
      <w:r>
        <w:t>56、以下哪种塔型最适合在乡村田地建设：</w:t>
      </w:r>
      <w:r>
        <w:t>〔</w:t>
      </w:r>
      <w:r>
        <w:t xml:space="preserve">   </w:t>
      </w:r>
      <w:r>
        <w:t>〕</w:t>
      </w:r>
      <w:r>
        <w:t>——[</w:t>
      </w:r>
      <w:r>
        <w:t>单项选择</w:t>
      </w:r>
      <w:r>
        <w:t>题]</w:t>
        <w:br/>
        <w:t xml:space="preserve">A  仿生树 </w:t>
        <w:br/>
        <w:t xml:space="preserve">B 三管塔  </w:t>
        <w:br/>
        <w:t xml:space="preserve">C  景观塔   </w:t>
        <w:br/>
        <w:t>D   路灯杆塔</w:t>
        <w:br/>
        <w:t xml:space="preserve"> 正确答案：B  </w:t>
        <w:br/>
        <w:t xml:space="preserve">              </w:t>
      </w:r>
    </w:p>
    <w:p>
      <w:r>
        <w:t>57、通信铁塔安装完成后，塔身中心垂直度偏差不得大于</w:t>
      </w:r>
      <w:r>
        <w:t>〔</w:t>
      </w:r>
      <w:r>
        <w:t xml:space="preserve"> </w:t>
      </w:r>
      <w:r>
        <w:t>〕</w:t>
      </w:r>
      <w:r>
        <w:t>〔</w:t>
      </w:r>
      <w:r>
        <w:t>H为塔体总高度</w:t>
      </w:r>
      <w:r>
        <w:t>〕</w:t>
      </w:r>
      <w:r>
        <w:t>。——[</w:t>
      </w:r>
      <w:r>
        <w:t>单项选择</w:t>
      </w:r>
      <w:r>
        <w:t>题]</w:t>
        <w:br/>
        <w:t xml:space="preserve">A  H/750  </w:t>
        <w:br/>
        <w:t xml:space="preserve">B  H/1000  </w:t>
        <w:br/>
        <w:t>C  H/1500</w:t>
        <w:br/>
        <w:t>D  H/2000</w:t>
        <w:br/>
        <w:t xml:space="preserve"> 正确答案：C  </w:t>
        <w:br/>
        <w:t xml:space="preserve">              </w:t>
      </w:r>
    </w:p>
    <w:p>
      <w:r>
        <w:t>58、塔体采用法兰连接时，法兰面应保证</w:t>
      </w:r>
      <w:r>
        <w:t>〔</w:t>
      </w:r>
      <w:r>
        <w:t>〕</w:t>
      </w:r>
      <w:r>
        <w:t>紧密贴合。——[</w:t>
      </w:r>
      <w:r>
        <w:t>单项选择</w:t>
      </w:r>
      <w:r>
        <w:t>题]</w:t>
        <w:br/>
        <w:t>A 0.5</w:t>
        <w:br/>
        <w:t>B 0.75</w:t>
        <w:br/>
        <w:t>C 1</w:t>
        <w:br/>
        <w:t>D  无要求</w:t>
        <w:br/>
        <w:t xml:space="preserve"> 正确答案：B  </w:t>
        <w:br/>
        <w:t xml:space="preserve">              </w:t>
      </w:r>
    </w:p>
    <w:p>
      <w:r>
        <w:t>59、铁塔结构的设计使用年限一般为</w:t>
      </w:r>
      <w:r>
        <w:t>〔</w:t>
      </w:r>
      <w:r>
        <w:t xml:space="preserve"> </w:t>
      </w:r>
      <w:r>
        <w:t>〕</w:t>
      </w:r>
      <w:r>
        <w:t>年。——[</w:t>
      </w:r>
      <w:r>
        <w:t>单项选择</w:t>
      </w:r>
      <w:r>
        <w:t>题]</w:t>
        <w:br/>
        <w:t>A 25</w:t>
        <w:br/>
        <w:t>B 30</w:t>
        <w:br/>
        <w:t>C 40</w:t>
        <w:br/>
        <w:t>D 50</w:t>
        <w:br/>
        <w:t xml:space="preserve"> 正确答案：D  </w:t>
        <w:br/>
        <w:t xml:space="preserve">              </w:t>
      </w:r>
    </w:p>
    <w:p>
      <w:r>
        <w:t>60、砖混结构通信机房的钢筋混凝土构造柱和砌墙的施工顺序是</w:t>
      </w:r>
      <w:r>
        <w:t>〔</w:t>
      </w:r>
      <w:r>
        <w:t xml:space="preserve"> </w:t>
      </w:r>
      <w:r>
        <w:t>〕</w:t>
      </w:r>
      <w:r>
        <w:t>——[</w:t>
      </w:r>
      <w:r>
        <w:t>单项选择</w:t>
      </w:r>
      <w:r>
        <w:t>题]</w:t>
        <w:br/>
        <w:t xml:space="preserve">A  先砌墙后浇筑构造柱 </w:t>
        <w:br/>
        <w:t xml:space="preserve">B   先浇构造柱后砌墙 </w:t>
        <w:br/>
        <w:t>C  同时施工</w:t>
        <w:br/>
        <w:t>D  根据施工方便确定</w:t>
        <w:br/>
        <w:t xml:space="preserve"> 正确答案：A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11"/>
          <w:cols w:space="720"/>
          <w:titlePg w:val="0"/>
          <w:docGrid w:linePitch="360"/>
        </w:sectPr>
      </w:pPr>
      <w:r>
        <w:t>61、某个基站位于住宅小区内，场地有限，建设方案为40米景观塔，地质情况较好，且无地下水，以下哪种</w:t>
      </w:r>
      <w:r>
        <w:t>根底</w:t>
      </w:r>
      <w:r>
        <w:t>方案最优</w:t>
      </w:r>
      <w:r>
        <w:t>〔</w:t>
      </w:r>
      <w:r>
        <w:t xml:space="preserve"> </w:t>
      </w:r>
      <w:r>
        <w:t>〕</w:t>
      </w:r>
      <w:r>
        <w:t>。——[</w:t>
      </w:r>
      <w:r>
        <w:t>单项选择</w:t>
      </w:r>
    </w:p>
    <w:p>
      <w:r>
        <w:t>题]</w:t>
        <w:br/>
        <w:t>A</w:t>
      </w:r>
      <w:r>
        <w:t xml:space="preserve"> 不带承台的机械钻孔桩</w:t>
        <w:br/>
        <w:t>B</w:t>
      </w:r>
      <w:r>
        <w:t xml:space="preserve"> </w:t>
      </w:r>
      <w:r>
        <w:t xml:space="preserve"> 不带承台的人工挖孔桩</w:t>
        <w:br/>
        <w:t>C</w:t>
      </w:r>
      <w:r>
        <w:t xml:space="preserve"> </w:t>
      </w:r>
      <w:r>
        <w:t xml:space="preserve"> 带承台的机械钻孔桩</w:t>
      </w:r>
      <w:r>
        <w:t xml:space="preserve"> </w:t>
      </w:r>
      <w:r>
        <w:t xml:space="preserve"> </w:t>
        <w:br/>
        <w:t>D</w:t>
      </w:r>
      <w:r>
        <w:t xml:space="preserve"> </w:t>
      </w:r>
      <w:r>
        <w:t xml:space="preserve"> 带承台的人工挖孔桩</w:t>
        <w:br/>
      </w:r>
      <w:r>
        <w:t xml:space="preserve"> 正确答案：B</w:t>
      </w:r>
      <w:r>
        <w:t xml:space="preserve">  </w:t>
        <w:br/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</w:p>
    <w:p>
      <w:r>
        <w:t>62、铁塔距离铁路、公路、高压电力线路</w:t>
      </w:r>
      <w:r>
        <w:t>〔</w:t>
      </w:r>
      <w:r>
        <w:t>设备</w:t>
      </w:r>
      <w:r>
        <w:t>〕</w:t>
      </w:r>
      <w:r>
        <w:t>、油罐、油库的</w:t>
      </w:r>
      <w:r>
        <w:t>平安</w:t>
      </w:r>
      <w:r>
        <w:t>退让距离，原</w:t>
      </w:r>
      <w:r>
        <w:t>那么</w:t>
      </w:r>
      <w:r>
        <w:t>上应满足：( ) 。——[</w:t>
      </w:r>
      <w:r>
        <w:t>单项选择</w:t>
      </w:r>
      <w:r>
        <w:t>题]</w:t>
        <w:br/>
        <w:t>A  20米</w:t>
        <w:br/>
        <w:t xml:space="preserve">B   30米  </w:t>
        <w:br/>
        <w:t>C 40米</w:t>
        <w:br/>
        <w:t>D  倒塔距离</w:t>
      </w:r>
      <w:r>
        <w:t>〔</w:t>
      </w:r>
      <w:r>
        <w:t>即含避雷针塔高+5m</w:t>
      </w:r>
      <w:r>
        <w:t>〕</w:t>
      </w:r>
      <w:r>
        <w:br/>
        <w:t xml:space="preserve"> 正确答案：D  </w:t>
        <w:br/>
        <w:t xml:space="preserve">              </w:t>
      </w:r>
    </w:p>
    <w:p>
      <w:r>
        <w:t>63、目前铁塔公司收集到的三家运营商常用天线的迎风面积一般为</w:t>
      </w:r>
      <w:r>
        <w:t>〔</w:t>
      </w:r>
      <w:r>
        <w:t xml:space="preserve">  </w:t>
      </w:r>
      <w:r>
        <w:t>〕</w:t>
      </w:r>
      <w:r>
        <w:t>平方米。提示：天线迎风面积为：天线高度x天线宽度。——[</w:t>
      </w:r>
      <w:r>
        <w:t>单项选择</w:t>
      </w:r>
      <w:r>
        <w:t>题]</w:t>
        <w:br/>
        <w:t xml:space="preserve">A  0.1-0.3   </w:t>
        <w:br/>
        <w:t xml:space="preserve">B  0.3-0.6    </w:t>
        <w:br/>
        <w:t xml:space="preserve">C 0.6-0.8  </w:t>
        <w:br/>
        <w:t>D  0.8-1.0</w:t>
        <w:br/>
        <w:t xml:space="preserve"> 正确答案：B  </w:t>
        <w:br/>
        <w:t xml:space="preserve">              </w:t>
      </w:r>
    </w:p>
    <w:p>
      <w:r>
        <w:t>64、为确保施工人员的</w:t>
      </w:r>
      <w:r>
        <w:t>平安</w:t>
      </w:r>
      <w:r>
        <w:t>，</w:t>
      </w:r>
      <w:r>
        <w:t>〔</w:t>
      </w:r>
      <w:r>
        <w:t xml:space="preserve">  </w:t>
      </w:r>
      <w:r>
        <w:t>〕</w:t>
      </w:r>
      <w:r>
        <w:t>级风以上不得进行铁塔安装。——[</w:t>
      </w:r>
      <w:r>
        <w:t>单项选择</w:t>
      </w:r>
      <w:r>
        <w:t>题]</w:t>
        <w:br/>
        <w:t>A 4</w:t>
        <w:br/>
        <w:t>B 5</w:t>
        <w:br/>
        <w:t>C 6</w:t>
        <w:br/>
        <w:t>D 7</w:t>
        <w:br/>
        <w:t xml:space="preserve"> 正确答案：C  </w:t>
        <w:br/>
        <w:t xml:space="preserve">              </w:t>
      </w:r>
    </w:p>
    <w:p>
      <w:r>
        <w:t>65、设备接地，以下那项选项正确。——[</w:t>
      </w:r>
      <w:r>
        <w:t>单项选择</w:t>
      </w:r>
      <w:r>
        <w:t>题]</w:t>
        <w:br/>
        <w:t>A 接地导线应采用铜芯导线</w:t>
        <w:br/>
        <w:t>B 不同类型的设备可以一并接入地线排(如无线架、电源架、天馈线、AC屏等)，无需在地线排处标明。</w:t>
        <w:br/>
        <w:t xml:space="preserve">C 走线梯上母地线的每个接地点只能接一个设备，可以两个或以上设备同接在母地线的同一点上 </w:t>
        <w:br/>
        <w:t>D  所有接地连接件要求有一点压接</w:t>
        <w:br/>
        <w:t xml:space="preserve"> 正确答案：A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12"/>
          <w:cols w:space="720"/>
          <w:titlePg w:val="0"/>
          <w:docGrid w:linePitch="360"/>
        </w:sectPr>
      </w:pPr>
      <w:r>
        <w:t>66、兆欧表是用来测量——[</w:t>
      </w:r>
      <w:r>
        <w:t>单项选择</w:t>
      </w:r>
      <w:r>
        <w:t>题]</w:t>
        <w:br/>
        <w:t>A</w:t>
      </w:r>
      <w:r>
        <w:t xml:space="preserve"> 接地地阻</w:t>
        <w:br/>
        <w:t>B</w:t>
      </w:r>
      <w:r>
        <w:t xml:space="preserve"> 绝缘电阻</w:t>
      </w:r>
      <w:r>
        <w:t xml:space="preserve"> </w:t>
      </w:r>
      <w:r>
        <w:t xml:space="preserve"> </w:t>
      </w:r>
      <w:r>
        <w:t xml:space="preserve"> </w:t>
        <w:br/>
        <w:t>C</w:t>
      </w:r>
      <w:r>
        <w:t xml:space="preserve"> </w:t>
      </w:r>
      <w:r>
        <w:t xml:space="preserve"> 以上两者都可以</w:t>
        <w:br/>
      </w:r>
    </w:p>
    <w:p>
      <w:r>
        <w:t xml:space="preserve"> 正确答案：B</w:t>
      </w:r>
      <w:r>
        <w:t xml:space="preserve">  </w:t>
        <w:br/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</w:p>
    <w:p>
      <w:r>
        <w:t>67、基站铁塔应有完善的防直击雷及 二次感应雷 的防雷装置。铁塔至少要有(  ) 地线引线与铁塔地网相连。——[</w:t>
      </w:r>
      <w:r>
        <w:t>单项选择</w:t>
      </w:r>
      <w:r>
        <w:t>题]</w:t>
        <w:br/>
        <w:t>A A 4个</w:t>
        <w:br/>
        <w:t>B 3个</w:t>
        <w:br/>
        <w:t>C 5个</w:t>
        <w:br/>
        <w:t>D 2个</w:t>
        <w:br/>
        <w:t xml:space="preserve"> 正确答案：D  </w:t>
        <w:br/>
        <w:t xml:space="preserve">              </w:t>
      </w:r>
    </w:p>
    <w:p>
      <w:r>
        <w:t xml:space="preserve">68、避雷引下扁铁焊接应满焊，焊接面积为扁钢宽边的  </w:t>
      </w:r>
      <w:r>
        <w:t>〔</w:t>
      </w:r>
      <w:r>
        <w:t>〕</w:t>
      </w:r>
      <w:r>
        <w:t xml:space="preserve"> 倍，扁铁两边均应焊接。敲掉焊渣后应 防锈处理。——[</w:t>
      </w:r>
      <w:r>
        <w:t>单项选择</w:t>
      </w:r>
      <w:r>
        <w:t>题]</w:t>
        <w:br/>
        <w:t>A 5倍</w:t>
        <w:br/>
        <w:t>B 4倍</w:t>
        <w:br/>
        <w:t>C 2倍</w:t>
        <w:br/>
        <w:t>D 3倍</w:t>
        <w:br/>
        <w:t xml:space="preserve"> 正确答案：C  </w:t>
        <w:br/>
        <w:t xml:space="preserve">              </w:t>
      </w:r>
    </w:p>
    <w:p>
      <w:r>
        <w:t>69、用经纬仪测量角钢塔垂直度时需测量</w:t>
      </w:r>
      <w:r>
        <w:t>〔</w:t>
      </w:r>
      <w:r>
        <w:t>〕</w:t>
      </w:r>
      <w:r>
        <w:t xml:space="preserve"> 个面，且互为</w:t>
      </w:r>
      <w:r>
        <w:t>〔</w:t>
      </w:r>
      <w:r>
        <w:t>〕</w:t>
      </w:r>
      <w:r>
        <w:t xml:space="preserve"> 度——[</w:t>
      </w:r>
      <w:r>
        <w:t>单项选择</w:t>
      </w:r>
      <w:r>
        <w:t>题]</w:t>
        <w:br/>
        <w:t>A 2，90</w:t>
        <w:br/>
        <w:t>B 2180</w:t>
        <w:br/>
        <w:t>C 2  60</w:t>
        <w:br/>
        <w:t>D 4，90</w:t>
        <w:br/>
        <w:t xml:space="preserve"> 正确答案：A  </w:t>
        <w:br/>
        <w:t xml:space="preserve">              </w:t>
      </w:r>
    </w:p>
    <w:p>
      <w:r>
        <w:t>70、铁塔维护时检查下引接地扁钢是否符合要求，发现下引接地扁钢不垂直现场应予以调整，下引接地扁钢接头处如没有</w:t>
      </w:r>
      <w:r>
        <w:t>到达</w:t>
      </w:r>
      <w:r>
        <w:t>双面       CM焊接的要求，应现场立即补焊。——[</w:t>
      </w:r>
      <w:r>
        <w:t>单项选择</w:t>
      </w:r>
      <w:r>
        <w:t>题]</w:t>
        <w:br/>
        <w:t xml:space="preserve">A 5cm    </w:t>
        <w:br/>
        <w:t xml:space="preserve">B 10cm  </w:t>
        <w:br/>
        <w:t>C  8cm</w:t>
        <w:br/>
        <w:t>D 12cm</w:t>
        <w:br/>
        <w:t xml:space="preserve"> 正确答案：B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13"/>
          <w:cols w:space="720"/>
          <w:titlePg w:val="0"/>
          <w:docGrid w:linePitch="360"/>
        </w:sectPr>
      </w:pPr>
      <w:r>
        <w:t>71、万用表“ACV”表示的含义是——[</w:t>
      </w:r>
      <w:r>
        <w:t>单项选择</w:t>
      </w:r>
      <w:r>
        <w:t>题]</w:t>
        <w:br/>
        <w:t>A 交流电压</w:t>
        <w:br/>
        <w:t>B 交流电流</w:t>
        <w:br/>
        <w:t>C 直流电压</w:t>
        <w:br/>
        <w:t>D 直流电流</w:t>
        <w:br/>
        <w:t xml:space="preserve"> 正确答案：A  </w:t>
        <w:br/>
        <w:t xml:space="preserve">              </w:t>
      </w:r>
    </w:p>
    <w:p>
      <w:r>
        <w:t xml:space="preserve">72、三管塔：要求构件厚度＜5mm 时，镀锌厚度≥65μm；构件厚度≥5mm 时，镀锌厚度≥86μm，镀锌外观平滑，无滴瘤、粗糙和锌刺，无起皮、无漏镀，无残留的溶剂渣。热浸镀锌层外观质量用目测检验，检验全部构件。热浸镀锌层厚度使用磁性法检测，检测10%构件，同类构件不少于 </w:t>
      </w:r>
      <w:r>
        <w:t>〔</w:t>
      </w:r>
      <w:r>
        <w:t>〕</w:t>
      </w:r>
      <w:r>
        <w:t xml:space="preserve">件，每个构件检测 </w:t>
      </w:r>
      <w:r>
        <w:t>〔</w:t>
      </w:r>
      <w:r>
        <w:t>〕</w:t>
      </w:r>
      <w:r>
        <w:t>个点。——[</w:t>
      </w:r>
      <w:r>
        <w:t>单项选择</w:t>
      </w:r>
      <w:r>
        <w:t>题]</w:t>
        <w:br/>
        <w:t>A 3，5</w:t>
        <w:br/>
        <w:t>B 2，4</w:t>
        <w:br/>
        <w:t>C 3，7</w:t>
        <w:br/>
        <w:t>D 2，6</w:t>
        <w:br/>
        <w:t xml:space="preserve"> 正确答案：A  </w:t>
        <w:br/>
        <w:t xml:space="preserve">              </w:t>
      </w:r>
    </w:p>
    <w:p>
      <w:r>
        <w:t>73、防护栏应能(  )突然的冲击。——[</w:t>
      </w:r>
      <w:r>
        <w:t>单项选择</w:t>
      </w:r>
      <w:r>
        <w:t>题]</w:t>
        <w:br/>
        <w:t xml:space="preserve">A 承受  </w:t>
        <w:br/>
        <w:t>B 躲避</w:t>
        <w:br/>
        <w:t>C 顶住</w:t>
        <w:br/>
        <w:t xml:space="preserve"> 正确答案：A  </w:t>
        <w:br/>
        <w:t xml:space="preserve">              </w:t>
      </w:r>
    </w:p>
    <w:p>
      <w:r>
        <w:t>74、固定式挂梯高处楼房外沿(  )mm,不得过高或者过低。——[</w:t>
      </w:r>
      <w:r>
        <w:t>单项选择</w:t>
      </w:r>
      <w:r>
        <w:t>题]</w:t>
        <w:br/>
        <w:t>A 300至400</w:t>
        <w:br/>
        <w:t>B 400至600</w:t>
        <w:br/>
        <w:t>C 500至800</w:t>
        <w:br/>
        <w:t>D 400至500</w:t>
        <w:br/>
        <w:t xml:space="preserve"> 正确答案：C  </w:t>
        <w:br/>
        <w:t xml:space="preserve">              </w:t>
      </w:r>
    </w:p>
    <w:p>
      <w:r>
        <w:t>75、上杆塔作业前,应先检查根部、</w:t>
      </w:r>
      <w:r>
        <w:t>根底</w:t>
      </w:r>
      <w:r>
        <w:t>和(  )是否牢固。——[</w:t>
      </w:r>
      <w:r>
        <w:t>单项选择</w:t>
      </w:r>
      <w:r>
        <w:t>题]</w:t>
        <w:br/>
        <w:t xml:space="preserve">A 脚钉 </w:t>
        <w:br/>
        <w:t xml:space="preserve">B 杆身 </w:t>
        <w:br/>
        <w:t>C 拉线</w:t>
        <w:br/>
        <w:t xml:space="preserve"> 正确答案：A  </w:t>
        <w:br/>
        <w:t xml:space="preserve">              </w:t>
      </w:r>
    </w:p>
    <w:p>
      <w:r>
        <w:t>76、广告高处施工现场往往场地狭小,施工人员应将工具设备,材料分别码放整齐,留出合理的通道,通道宽度应不小于(   )m。——[</w:t>
      </w:r>
      <w:r>
        <w:t>单项选择</w:t>
      </w:r>
      <w:r>
        <w:t>题]</w:t>
        <w:br/>
        <w:t>A 1</w:t>
        <w:br/>
        <w:t>B 0.5</w:t>
        <w:br/>
        <w:t>C 2</w:t>
        <w:br/>
        <w:t>D 3</w:t>
        <w:br/>
        <w:t xml:space="preserve"> 正确答案：A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14"/>
          <w:cols w:space="720"/>
          <w:titlePg w:val="0"/>
          <w:docGrid w:linePitch="360"/>
        </w:sectPr>
      </w:pPr>
      <w:r>
        <w:t>77、直接引起坠落的客观危险因素之阵风风力()级以上。——[</w:t>
      </w:r>
      <w:r>
        <w:t>单项选择</w:t>
      </w:r>
      <w:r>
        <w:t>题]</w:t>
        <w:br/>
        <w:t>A</w:t>
      </w:r>
      <w:r>
        <w:t xml:space="preserve"> 3</w:t>
        <w:br/>
        <w:t>B</w:t>
      </w:r>
    </w:p>
    <w:p>
      <w:r>
        <w:t xml:space="preserve"> 6</w:t>
        <w:br/>
        <w:t>C</w:t>
      </w:r>
      <w:r>
        <w:t xml:space="preserve"> 4</w:t>
        <w:br/>
        <w:t>D</w:t>
      </w:r>
      <w:r>
        <w:t xml:space="preserve"> 5</w:t>
        <w:br/>
      </w:r>
      <w:r>
        <w:t xml:space="preserve"> 正确答案：D</w:t>
      </w:r>
      <w:r>
        <w:t xml:space="preserve">  </w:t>
        <w:br/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</w:p>
    <w:p>
      <w:r>
        <w:t>78、</w:t>
      </w:r>
      <w:r>
        <w:t>平安</w:t>
      </w:r>
      <w:r>
        <w:t>带( )挂在管件的自由端、</w:t>
      </w:r>
      <w:r>
        <w:t>平安</w:t>
      </w:r>
      <w:r>
        <w:t>网上。——[</w:t>
      </w:r>
      <w:r>
        <w:t>单项选择</w:t>
      </w:r>
      <w:r>
        <w:t>题]</w:t>
        <w:br/>
        <w:t xml:space="preserve">A 直接 </w:t>
        <w:br/>
        <w:t xml:space="preserve">B 不可 </w:t>
        <w:br/>
        <w:t>C 可以</w:t>
        <w:br/>
        <w:t>D 都可以</w:t>
        <w:br/>
        <w:t xml:space="preserve"> 正确答案：B  </w:t>
        <w:br/>
        <w:t xml:space="preserve">              </w:t>
      </w:r>
    </w:p>
    <w:p>
      <w:r>
        <w:t>79、因</w:t>
      </w:r>
      <w:r>
        <w:t>平安</w:t>
      </w:r>
      <w:r>
        <w:t>事故受到损害的从业人员除依法享有工伤社保外,依法按照有关民事法律尚有获得赔偿权利的,()向本单位提出赔偿要求。——[</w:t>
      </w:r>
      <w:r>
        <w:t>单项选择</w:t>
      </w:r>
      <w:r>
        <w:t>题]</w:t>
        <w:br/>
        <w:t xml:space="preserve">A 无权 </w:t>
        <w:br/>
        <w:t xml:space="preserve">B 有权 </w:t>
        <w:br/>
        <w:t>C 酌情</w:t>
        <w:br/>
        <w:t xml:space="preserve"> 正确答案：B  </w:t>
        <w:br/>
        <w:t xml:space="preserve">              </w:t>
      </w:r>
    </w:p>
    <w:p>
      <w:r>
        <w:t>80、如没有按照规定设置</w:t>
      </w:r>
      <w:r>
        <w:t>平安</w:t>
      </w:r>
      <w:r>
        <w:t>网和防护杆,作业人员一旦行为或操作失误,就会因无防护或防护不到位从()坠落。——[</w:t>
      </w:r>
      <w:r>
        <w:t>单项选择</w:t>
      </w:r>
      <w:r>
        <w:t>题]</w:t>
        <w:br/>
        <w:t xml:space="preserve">A 物体 </w:t>
        <w:br/>
        <w:t>B 楼顶</w:t>
        <w:br/>
        <w:t>C 高处</w:t>
        <w:br/>
        <w:t xml:space="preserve"> 正确答案：C  </w:t>
        <w:br/>
        <w:t xml:space="preserve">              </w:t>
      </w:r>
    </w:p>
    <w:p>
      <w:r>
        <w:t>81、建筑物4种</w:t>
      </w:r>
      <w:r>
        <w:t>撤除</w:t>
      </w:r>
      <w:r>
        <w:t>方法是()。——[</w:t>
      </w:r>
      <w:r>
        <w:t>单项选择</w:t>
      </w:r>
      <w:r>
        <w:t>题]</w:t>
        <w:br/>
        <w:t>A 人工</w:t>
      </w:r>
      <w:r>
        <w:t>撤除</w:t>
      </w:r>
      <w:r>
        <w:t>、机械</w:t>
      </w:r>
      <w:r>
        <w:t>撤除</w:t>
      </w:r>
      <w:r>
        <w:t>、爆破</w:t>
      </w:r>
      <w:r>
        <w:t>撤除</w:t>
      </w:r>
      <w:r>
        <w:t>、静力破碎</w:t>
        <w:br/>
        <w:t>B 人工</w:t>
      </w:r>
      <w:r>
        <w:t>撤除</w:t>
      </w:r>
      <w:r>
        <w:t>、塔吊</w:t>
      </w:r>
      <w:r>
        <w:t>撤除</w:t>
      </w:r>
      <w:r>
        <w:t>、爆破</w:t>
      </w:r>
      <w:r>
        <w:t>撤除</w:t>
      </w:r>
      <w:r>
        <w:t>、静力破碎</w:t>
        <w:br/>
        <w:t>C .人工</w:t>
      </w:r>
      <w:r>
        <w:t>撤除</w:t>
      </w:r>
      <w:r>
        <w:t>、机械</w:t>
      </w:r>
      <w:r>
        <w:t>撤除</w:t>
      </w:r>
      <w:r>
        <w:t>、爆破</w:t>
      </w:r>
      <w:r>
        <w:t>撤除</w:t>
      </w:r>
      <w:r>
        <w:t>、人工与机械相结合</w:t>
      </w:r>
      <w:r>
        <w:t>撤除</w:t>
      </w:r>
      <w:r>
        <w:br/>
        <w:t xml:space="preserve"> 正确答案：A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15"/>
          <w:cols w:space="720"/>
          <w:titlePg w:val="0"/>
          <w:docGrid w:linePitch="360"/>
        </w:sectPr>
      </w:pPr>
      <w:r>
        <w:t>82、作业人员使用双背</w:t>
      </w:r>
      <w:r>
        <w:t>平安</w:t>
      </w:r>
      <w:r>
        <w:t>带坠落时,身体受力在自身重量的()倍以内时,一般不会危及生命。——[</w:t>
      </w:r>
      <w:r>
        <w:t>单项选择</w:t>
      </w:r>
      <w:r>
        <w:t>题]</w:t>
        <w:br/>
        <w:t>A 8</w:t>
        <w:br/>
        <w:t>B 15</w:t>
        <w:br/>
        <w:t>C 25</w:t>
        <w:br/>
        <w:t>D 20</w:t>
        <w:br/>
        <w:t xml:space="preserve"> 正确答案：C  </w:t>
        <w:br/>
        <w:t xml:space="preserve">              </w:t>
      </w:r>
    </w:p>
    <w:p>
      <w:r>
        <w:t>83、平均气温或低于()℃的作业环境严禁从事高处作业。——[</w:t>
      </w:r>
      <w:r>
        <w:t>单项选择</w:t>
      </w:r>
      <w:r>
        <w:t>题]</w:t>
        <w:br/>
        <w:t>A 8</w:t>
        <w:br/>
        <w:t>B 5</w:t>
        <w:br/>
        <w:t>C 10</w:t>
        <w:br/>
        <w:t>D 15</w:t>
        <w:br/>
        <w:t xml:space="preserve"> 正确答案：B  </w:t>
        <w:br/>
        <w:t xml:space="preserve">              </w:t>
      </w:r>
    </w:p>
    <w:p>
      <w:r>
        <w:t>84、搭设脚手架时,搭建的()必须要得到保证。——[</w:t>
      </w:r>
      <w:r>
        <w:t>单项选择</w:t>
      </w:r>
      <w:r>
        <w:t>题]</w:t>
        <w:br/>
        <w:t xml:space="preserve">A 横杆  </w:t>
        <w:br/>
        <w:t>B 立杆</w:t>
        <w:br/>
        <w:t>C 外墙</w:t>
        <w:br/>
        <w:t xml:space="preserve"> 正确答案：B  </w:t>
        <w:br/>
        <w:t xml:space="preserve">              </w:t>
      </w:r>
    </w:p>
    <w:p>
      <w:r>
        <w:t>85、空调安装事故不仅仅是空调工的事,也与()有关。——[</w:t>
      </w:r>
      <w:r>
        <w:t>单项选择</w:t>
      </w:r>
      <w:r>
        <w:t>题]</w:t>
        <w:br/>
        <w:t xml:space="preserve">A 空调器本身质量 </w:t>
        <w:br/>
        <w:t>B 用户的要求</w:t>
        <w:br/>
        <w:t>C 建筑物的设计施工</w:t>
        <w:br/>
        <w:t xml:space="preserve"> 正确答案：C  </w:t>
        <w:br/>
        <w:t xml:space="preserve">              </w:t>
      </w:r>
    </w:p>
    <w:p>
      <w:r>
        <w:t>86、空调标牌上KFR所代表的含义是()。——[</w:t>
      </w:r>
      <w:r>
        <w:t>单项选择</w:t>
      </w:r>
      <w:r>
        <w:t>题]</w:t>
        <w:br/>
        <w:t xml:space="preserve">A 分体柜式空调 </w:t>
        <w:br/>
        <w:t xml:space="preserve">B 户式中央空调 </w:t>
        <w:br/>
        <w:t>C 分体冷暖空调</w:t>
        <w:br/>
        <w:t xml:space="preserve"> 正确答案：C  </w:t>
        <w:br/>
        <w:t xml:space="preserve">              </w:t>
      </w:r>
    </w:p>
    <w:p>
      <w:r>
        <w:t>87、高处作业</w:t>
      </w:r>
      <w:r>
        <w:t>平安</w:t>
      </w:r>
      <w:r>
        <w:t>防护设施应做到定型化、工具化、防护栏以()的条纹标示,盖件等以()色标示。——[</w:t>
      </w:r>
      <w:r>
        <w:t>单项选择</w:t>
      </w:r>
      <w:r>
        <w:t>题]</w:t>
        <w:br/>
        <w:t xml:space="preserve">A 黄黑(或红白)相间 </w:t>
        <w:br/>
        <w:t xml:space="preserve">B 黄白(或红白)相间 </w:t>
        <w:br/>
        <w:t>C 黄蓝(或红白)相间</w:t>
        <w:br/>
        <w:t xml:space="preserve"> 正确答案：A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16"/>
          <w:cols w:space="720"/>
          <w:titlePg w:val="0"/>
          <w:docGrid w:linePitch="360"/>
        </w:sectPr>
      </w:pPr>
      <w:r>
        <w:t>88、各类作业平台、卸料平台架体应保持稳固,不得与()连接。作业平台上严禁超载。——[</w:t>
      </w:r>
      <w:r>
        <w:t>单项选择</w:t>
      </w:r>
      <w:r>
        <w:t>题]</w:t>
        <w:br/>
        <w:t xml:space="preserve">A 钢架结构 </w:t>
        <w:br/>
        <w:t xml:space="preserve">B .施工脚手架 </w:t>
        <w:br/>
        <w:t>C 建筑主体</w:t>
        <w:br/>
        <w:t xml:space="preserve"> 正确答案：B  </w:t>
        <w:br/>
        <w:t xml:space="preserve">              </w:t>
      </w:r>
    </w:p>
    <w:p>
      <w:r>
        <w:t>89、挂梯的宽度应选择(  )mm。——[</w:t>
      </w:r>
      <w:r>
        <w:t>单项选择</w:t>
      </w:r>
      <w:r>
        <w:t>题]</w:t>
        <w:br/>
        <w:t>A 400到500</w:t>
        <w:br/>
        <w:t>B 500到600</w:t>
        <w:br/>
        <w:t>C 300到400</w:t>
        <w:br/>
        <w:t>D 200到400</w:t>
        <w:br/>
        <w:t xml:space="preserve"> 正确答案：A  </w:t>
        <w:br/>
        <w:t xml:space="preserve">              </w:t>
      </w:r>
    </w:p>
    <w:p>
      <w:r>
        <w:t>90、</w:t>
      </w:r>
      <w:r>
        <w:t>〔</w:t>
      </w:r>
      <w:r>
        <w:t>)工作将围绕</w:t>
      </w:r>
      <w:r>
        <w:t>效劳</w:t>
      </w:r>
      <w:r>
        <w:t>指标、日常管理、周期巡检、故障抢修、资料管理、工程配合、业务配合和专项维护工作等代维作业内容展开，随中国铁塔维护相关</w:t>
      </w:r>
      <w:r>
        <w:t>标准</w:t>
      </w:r>
      <w:r>
        <w:t>最新版本以及省内三家运营商《综合</w:t>
      </w:r>
      <w:r>
        <w:t>效劳</w:t>
      </w:r>
      <w:r>
        <w:t>协议》内容要求做相应调整，确保全省代维工作内容统一，目标明确， 职责</w:t>
      </w:r>
      <w:r>
        <w:t>清楚</w:t>
      </w:r>
      <w:r>
        <w:t>。——[</w:t>
      </w:r>
      <w:r>
        <w:t>单项选择</w:t>
      </w:r>
      <w:r>
        <w:t>题]</w:t>
        <w:br/>
        <w:t xml:space="preserve">A 代维专项维护  </w:t>
        <w:br/>
        <w:t xml:space="preserve">B 代维内容和考核 </w:t>
        <w:br/>
        <w:t>C 代维日常维护</w:t>
        <w:br/>
        <w:t xml:space="preserve"> 正确答案：B  </w:t>
        <w:br/>
        <w:t xml:space="preserve">              </w:t>
      </w:r>
    </w:p>
    <w:p>
      <w:r>
        <w:t>91、铁塔代维范围分为(  )机房及其配套设施代维范围为日常维护与维修、专业维修。——[</w:t>
      </w:r>
      <w:r>
        <w:t>单项选择</w:t>
      </w:r>
      <w:r>
        <w:t>题]</w:t>
        <w:br/>
        <w:t xml:space="preserve">A 日常维护与维修、专业维修 </w:t>
        <w:br/>
        <w:t xml:space="preserve">B 日常维护、维修资料管理  </w:t>
        <w:br/>
        <w:t>C 周期巡检、故障抢修</w:t>
        <w:br/>
        <w:t xml:space="preserve"> 正确答案：A  </w:t>
        <w:br/>
        <w:t xml:space="preserve">              </w:t>
      </w:r>
    </w:p>
    <w:p>
      <w:r>
        <w:t>92、“包年”代维</w:t>
      </w:r>
      <w:r>
        <w:t>效劳</w:t>
      </w:r>
      <w:r>
        <w:t>内容包括：日常巡检、故障处理、硬件调整、工程配合、交维验收、</w:t>
      </w:r>
      <w:r>
        <w:t>根底</w:t>
      </w:r>
      <w:r>
        <w:t>资料维护、投诉处理、物业管理和业主关系维系。</w:t>
      </w:r>
      <w:r>
        <w:t>〔</w:t>
      </w:r>
      <w:r>
        <w:t>〕</w:t>
      </w:r>
      <w:r>
        <w:t>应急发电</w:t>
      </w:r>
      <w:r>
        <w:t>效劳</w:t>
      </w:r>
      <w:r>
        <w:t>内容包括：应急发电、应急通信保障、上站配合等；——[</w:t>
      </w:r>
      <w:r>
        <w:t>单项选择</w:t>
      </w:r>
      <w:r>
        <w:t>题]</w:t>
        <w:br/>
        <w:t xml:space="preserve">A 日常巡检 </w:t>
        <w:br/>
        <w:t xml:space="preserve">B  应急通信保障     </w:t>
        <w:br/>
        <w:t>C 按次计酬</w:t>
        <w:br/>
        <w:t xml:space="preserve"> 正确答案：C  </w:t>
        <w:br/>
        <w:t xml:space="preserve">              </w:t>
      </w:r>
    </w:p>
    <w:p>
      <w:r>
        <w:t>93、 代维</w:t>
      </w:r>
      <w:r>
        <w:t>效劳</w:t>
      </w:r>
      <w:r>
        <w:t>中日常维修、专业维修涉及的维护维修的材料</w:t>
      </w:r>
      <w:r>
        <w:t>〔</w:t>
      </w:r>
      <w:r>
        <w:t>指铁塔产权的外市电</w:t>
      </w:r>
      <w:r>
        <w:t>〔</w:t>
      </w:r>
      <w:r>
        <w:t>含表计、变压器</w:t>
      </w:r>
      <w:r>
        <w:t>〕</w:t>
      </w:r>
      <w:r>
        <w:t>、基站电源、蓄电池、动环监控、空调、防雷接地、消防设施等配套设施的备用板件和备品</w:t>
      </w:r>
      <w:r>
        <w:t>〕</w:t>
      </w:r>
      <w:r>
        <w:t>由</w:t>
      </w:r>
      <w:r>
        <w:t>〔</w:t>
      </w:r>
      <w:r>
        <w:t>〕</w:t>
      </w:r>
      <w:r>
        <w:t>根据需要自行订购，但是开关电源、动环监控设备的备件由铁塔公司提供。——[</w:t>
      </w:r>
      <w:r>
        <w:t>单项选择</w:t>
      </w:r>
      <w:r>
        <w:t>题]</w:t>
        <w:br/>
        <w:t xml:space="preserve">A 乙方根据需要自行订购        </w:t>
        <w:br/>
        <w:t>B 铁塔公司需要自行订购</w:t>
        <w:br/>
        <w:t>C 乙方根据需要提供</w:t>
        <w:br/>
        <w:t xml:space="preserve"> 正确答案：C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17"/>
          <w:cols w:space="720"/>
          <w:titlePg w:val="0"/>
          <w:docGrid w:linePitch="360"/>
        </w:sectPr>
      </w:pPr>
      <w:r>
        <w:t>94、代维人员必须与乙方签订正式劳务合同，代维技术骨干按要求缴纳社会保险、意外保险、医疗保障等，其中代维一线</w:t>
      </w:r>
      <w:r>
        <w:t>方案</w:t>
      </w:r>
      <w:r>
        <w:t>骨干人员比例不低于</w:t>
      </w:r>
      <w:r>
        <w:t>〔</w:t>
      </w:r>
      <w:r>
        <w:t>〕</w:t>
      </w:r>
      <w:r>
        <w:t>——[</w:t>
      </w:r>
      <w:r>
        <w:t>单项选择</w:t>
      </w:r>
      <w:r>
        <w:t>题]</w:t>
        <w:br/>
        <w:t>A</w:t>
      </w:r>
    </w:p>
    <w:p>
      <w:r>
        <w:t xml:space="preserve"> 0.2</w:t>
        <w:br/>
        <w:t>B</w:t>
      </w:r>
      <w:r>
        <w:t xml:space="preserve"> 0.35</w:t>
        <w:br/>
        <w:t>C</w:t>
      </w:r>
      <w:r>
        <w:t xml:space="preserve"> 0.5</w:t>
        <w:br/>
        <w:t>D</w:t>
      </w:r>
      <w:r>
        <w:t xml:space="preserve"> 0.3</w:t>
        <w:br/>
      </w:r>
      <w:r>
        <w:t xml:space="preserve"> 正确答案：C</w:t>
      </w:r>
      <w:r>
        <w:t xml:space="preserve">  </w:t>
        <w:br/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</w:p>
    <w:p>
      <w:r>
        <w:t>95、机房及配套设施代维原</w:t>
      </w:r>
      <w:r>
        <w:t>那么</w:t>
      </w:r>
      <w:r>
        <w:t>上每100个基站配置一个代维小组</w:t>
      </w:r>
      <w:r>
        <w:t>〔</w:t>
      </w:r>
      <w:r>
        <w:t>〕</w:t>
      </w:r>
      <w:r>
        <w:t>，包括机房巡检、配套系统维护等工种人员</w:t>
      </w:r>
      <w:r>
        <w:t>〕</w:t>
      </w:r>
      <w:r>
        <w:t>，每增加20个基站增配代维人员一人,每30个室分站点配置1名代维人员。——[</w:t>
      </w:r>
      <w:r>
        <w:t>单项选择</w:t>
      </w:r>
      <w:r>
        <w:t>题]</w:t>
        <w:br/>
        <w:t xml:space="preserve">A 3名代维人员 </w:t>
        <w:br/>
        <w:t xml:space="preserve">B 4名代维人员  </w:t>
        <w:br/>
        <w:t>C 5名代维人员；</w:t>
        <w:br/>
        <w:t xml:space="preserve"> 正确答案：C  </w:t>
        <w:br/>
        <w:t xml:space="preserve">              </w:t>
      </w:r>
    </w:p>
    <w:p>
      <w:r>
        <w:t>96、一般用</w:t>
      </w:r>
      <w:r>
        <w:t>〔</w:t>
      </w:r>
      <w:r>
        <w:t xml:space="preserve">   </w:t>
      </w:r>
      <w:r>
        <w:t>〕</w:t>
      </w:r>
      <w:r>
        <w:t>测量绝缘电阻。——[</w:t>
      </w:r>
      <w:r>
        <w:t>单项选择</w:t>
      </w:r>
      <w:r>
        <w:t>题]</w:t>
        <w:br/>
        <w:t>A 万用表</w:t>
        <w:br/>
        <w:t>B 地阻仪</w:t>
        <w:br/>
        <w:t>C 兆欧表</w:t>
        <w:br/>
        <w:t>D 钳形表</w:t>
        <w:br/>
        <w:t xml:space="preserve"> 正确答案：C  </w:t>
        <w:br/>
        <w:t xml:space="preserve">              </w:t>
      </w:r>
    </w:p>
    <w:p>
      <w:r>
        <w:t>97、蓄电池按1小时率放电时，两只电池间连接电压降，在各极柱根部测量值应小于</w:t>
      </w:r>
      <w:r>
        <w:t>〔</w:t>
      </w:r>
      <w:r>
        <w:t>〕</w:t>
      </w:r>
      <w:r>
        <w:t>。——[</w:t>
      </w:r>
      <w:r>
        <w:t>单项选择</w:t>
      </w:r>
      <w:r>
        <w:t>题]</w:t>
        <w:br/>
        <w:t xml:space="preserve">A 0.5V   </w:t>
        <w:br/>
        <w:t xml:space="preserve">B  1V  </w:t>
        <w:br/>
        <w:t xml:space="preserve">C  10mV </w:t>
        <w:br/>
        <w:t>D 100mV</w:t>
        <w:br/>
        <w:t xml:space="preserve"> 正确答案：C  </w:t>
        <w:br/>
        <w:t xml:space="preserve">              </w:t>
      </w:r>
    </w:p>
    <w:p>
      <w:r>
        <w:t xml:space="preserve">98、避雷针采用专用接地引线接地，接地电阻又符合规定指标，雷击的影响就 </w:t>
      </w:r>
      <w:r>
        <w:t>〔</w:t>
      </w:r>
      <w:r>
        <w:t>〕</w:t>
      </w:r>
      <w:r>
        <w:t>——[</w:t>
      </w:r>
      <w:r>
        <w:t>单项选择</w:t>
      </w:r>
      <w:r>
        <w:t>题]</w:t>
        <w:br/>
        <w:t xml:space="preserve">A 无影响   </w:t>
        <w:br/>
        <w:t>B 很小</w:t>
        <w:br/>
        <w:t xml:space="preserve">C 很大 </w:t>
        <w:br/>
        <w:t>D 击穿</w:t>
        <w:br/>
        <w:t xml:space="preserve"> 正确答案：B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18"/>
          <w:cols w:space="720"/>
          <w:titlePg w:val="0"/>
          <w:docGrid w:linePitch="360"/>
        </w:sectPr>
      </w:pPr>
      <w:r>
        <w:t>99、通信铁塔整体螺栓拧紧后，外露丝扣应为</w:t>
      </w:r>
      <w:r>
        <w:t>〔</w:t>
      </w:r>
      <w:r>
        <w:t>〕</w:t>
      </w:r>
      <w:r>
        <w:t>——[</w:t>
      </w:r>
      <w:r>
        <w:t>单项选择</w:t>
      </w:r>
      <w:r>
        <w:t>题]</w:t>
        <w:br/>
        <w:t>A</w:t>
      </w:r>
      <w:r>
        <w:t xml:space="preserve"> 3—5扣</w:t>
        <w:br/>
        <w:t>B</w:t>
      </w:r>
      <w:r>
        <w:t xml:space="preserve"> 平扣</w:t>
        <w:br/>
        <w:t>C</w:t>
      </w:r>
      <w:r>
        <w:t xml:space="preserve"> 不满扣</w:t>
        <w:br/>
        <w:t>D</w:t>
      </w:r>
      <w:r>
        <w:t xml:space="preserve"> ５—10扣</w:t>
        <w:br/>
      </w:r>
    </w:p>
    <w:p>
      <w:r>
        <w:t xml:space="preserve"> 正确答案：A</w:t>
      </w:r>
      <w:r>
        <w:t xml:space="preserve">  </w:t>
        <w:br/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</w:p>
    <w:p>
      <w:r>
        <w:t>100、铁塔的防腐年限不应低于 30 年，塔体构件镀锌质量不低于( ) vm,主腹杆连接部位净空间隙为 () 。——[</w:t>
      </w:r>
      <w:r>
        <w:t>单项选择</w:t>
      </w:r>
      <w:r>
        <w:t>题]</w:t>
        <w:br/>
        <w:t>A 80,10mm</w:t>
        <w:br/>
        <w:t>B 80,15mm</w:t>
        <w:br/>
        <w:t>C 70,20mm</w:t>
        <w:br/>
        <w:t>D 70,15mm</w:t>
        <w:br/>
        <w:t xml:space="preserve"> 正确答案：A  </w:t>
        <w:br/>
        <w:t xml:space="preserve">              </w:t>
      </w:r>
    </w:p>
    <w:p>
      <w:r>
        <w:t>101、通信铁塔节点板密贴度应大于 () %。——[</w:t>
      </w:r>
      <w:r>
        <w:t>单项选择</w:t>
      </w:r>
      <w:r>
        <w:t>题]</w:t>
        <w:br/>
        <w:t>A 70</w:t>
        <w:br/>
        <w:t>B 80</w:t>
        <w:br/>
        <w:t>C 75</w:t>
        <w:br/>
        <w:t>D 90</w:t>
        <w:br/>
        <w:t xml:space="preserve"> 正确答案：C  </w:t>
        <w:br/>
        <w:t xml:space="preserve">              </w:t>
      </w:r>
    </w:p>
    <w:p>
      <w:r>
        <w:t>102、铁塔公司月度现场检查分别由(  )单独组织开展——[</w:t>
      </w:r>
      <w:r>
        <w:t>单项选择</w:t>
      </w:r>
      <w:r>
        <w:t>题]</w:t>
        <w:br/>
        <w:t>A 区域经理、地市公司</w:t>
        <w:br/>
        <w:t>B 区域经理、代维公司</w:t>
        <w:br/>
        <w:t>C 代维公司、地市公司</w:t>
        <w:br/>
        <w:t xml:space="preserve"> 正确答案：A  </w:t>
        <w:br/>
        <w:t xml:space="preserve">              </w:t>
      </w:r>
    </w:p>
    <w:p>
      <w:r>
        <w:t>103、通信铁塔垂直度采用</w:t>
      </w:r>
      <w:r>
        <w:t>〔</w:t>
      </w:r>
      <w:r>
        <w:t xml:space="preserve">  </w:t>
      </w:r>
      <w:r>
        <w:t>〕</w:t>
      </w:r>
      <w:r>
        <w:t>测量。 ——[</w:t>
      </w:r>
      <w:r>
        <w:t>单项选择</w:t>
      </w:r>
      <w:r>
        <w:t>题]</w:t>
        <w:br/>
        <w:t>A 测距仪</w:t>
        <w:br/>
        <w:t>B 全站仪</w:t>
        <w:br/>
        <w:t xml:space="preserve">C 水准仪 </w:t>
        <w:br/>
        <w:t>D 经纬仪</w:t>
        <w:br/>
        <w:t xml:space="preserve"> 正确答案：D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19"/>
          <w:cols w:space="720"/>
          <w:titlePg w:val="0"/>
          <w:docGrid w:linePitch="360"/>
        </w:sectPr>
      </w:pPr>
      <w:r>
        <w:t>104、根据《山西铁塔存量资产整治</w:t>
      </w:r>
      <w:r>
        <w:t>工程</w:t>
      </w:r>
      <w:r>
        <w:t>管理</w:t>
      </w:r>
      <w:r>
        <w:t>方法</w:t>
      </w:r>
      <w:r>
        <w:t>〔</w:t>
      </w:r>
      <w:r>
        <w:t>试行稿</w:t>
      </w:r>
      <w:r>
        <w:t>〕</w:t>
      </w:r>
      <w:r>
        <w:t>》规定，依据隐患严重程度，分为A、B、C三类隐患，2015年优先完成A类特别严重隐患的整治，属于铁塔A类隐患的是</w:t>
      </w:r>
      <w:r>
        <w:t>〔</w:t>
      </w:r>
      <w:r>
        <w:t xml:space="preserve">    </w:t>
      </w:r>
      <w:r>
        <w:t>〕</w:t>
      </w:r>
      <w:r>
        <w:t>。——[</w:t>
      </w:r>
      <w:r>
        <w:t>单项选择</w:t>
      </w:r>
      <w:r>
        <w:t>题]</w:t>
        <w:br/>
        <w:t>A 垂直度略微倾斜</w:t>
        <w:br/>
        <w:t>B 构件变形或缺失</w:t>
        <w:br/>
        <w:t>C 铁塔柱脚未进行密封保护</w:t>
        <w:br/>
        <w:t>D 无</w:t>
      </w:r>
      <w:r>
        <w:t>平安</w:t>
      </w:r>
      <w:r>
        <w:t>警示标志</w:t>
        <w:br/>
        <w:br/>
        <w:t xml:space="preserve"> 正确答案：B  </w:t>
        <w:br/>
        <w:t xml:space="preserve">              </w:t>
      </w:r>
    </w:p>
    <w:p>
      <w:r>
        <w:t>105、接地扁铁与塔体应有效连接，如果是焊接，焊接长度不少于</w:t>
      </w:r>
      <w:r>
        <w:t>〔</w:t>
      </w:r>
      <w:r>
        <w:t>〕</w:t>
      </w:r>
      <w:r>
        <w:t>cm，且必须为满焊。——[</w:t>
      </w:r>
      <w:r>
        <w:t>单项选择</w:t>
      </w:r>
      <w:r>
        <w:t>题]</w:t>
        <w:br/>
        <w:t>A 5</w:t>
        <w:br/>
        <w:t>B 10</w:t>
        <w:br/>
        <w:t>C 12</w:t>
        <w:br/>
        <w:t>D 15</w:t>
        <w:br/>
        <w:t xml:space="preserve"> 正确答案：B  </w:t>
        <w:br/>
        <w:t xml:space="preserve">              </w:t>
      </w:r>
    </w:p>
    <w:p>
      <w:r>
        <w:t>106、通常电源上安装的避雷器烧损时显示为</w:t>
      </w:r>
      <w:r>
        <w:t>〔</w:t>
      </w:r>
      <w:r>
        <w:t xml:space="preserve"> </w:t>
      </w:r>
      <w:r>
        <w:t>〕</w:t>
      </w:r>
      <w:r>
        <w:t xml:space="preserve"> ——[</w:t>
      </w:r>
      <w:r>
        <w:t>单项选择</w:t>
      </w:r>
      <w:r>
        <w:t>题]</w:t>
        <w:br/>
        <w:t>A 红色</w:t>
        <w:br/>
        <w:t xml:space="preserve">B 黄色 </w:t>
        <w:br/>
        <w:t xml:space="preserve">C  绿色   </w:t>
        <w:br/>
        <w:t>D 蓝色</w:t>
        <w:br/>
        <w:t xml:space="preserve"> 正确答案：A  </w:t>
        <w:br/>
        <w:t xml:space="preserve">              </w:t>
      </w:r>
    </w:p>
    <w:p>
      <w:r>
        <w:t>107、根据</w:t>
      </w:r>
      <w:r>
        <w:t>平安</w:t>
      </w:r>
      <w:r>
        <w:t>生产责任事故</w:t>
      </w:r>
      <w:r>
        <w:t>〔</w:t>
      </w:r>
      <w:r>
        <w:t>以下简称事故</w:t>
      </w:r>
      <w:r>
        <w:t>〕</w:t>
      </w:r>
      <w:r>
        <w:t>造成的人员伤亡或者直接经济损失，事故一般分为特别重大事故、重大事故、较大事故和一般事故，一般事故指：</w:t>
        <w:br/>
        <w:t>——[</w:t>
      </w:r>
      <w:r>
        <w:t>单项选择</w:t>
      </w:r>
      <w:r>
        <w:t>题]</w:t>
        <w:br/>
        <w:t>A 造成3人以上死亡的事故</w:t>
        <w:br/>
        <w:t>B 造成3人以下死亡，或者10人以下重伤，或者1000万元以下直接经济损失的事故</w:t>
        <w:br/>
        <w:t xml:space="preserve">C 造成10人以下死亡的事故 </w:t>
        <w:br/>
        <w:t>D 造成100人以下重伤的事故</w:t>
        <w:br/>
        <w:t xml:space="preserve"> 正确答案：B  </w:t>
        <w:br/>
        <w:t xml:space="preserve">              </w:t>
      </w:r>
    </w:p>
    <w:p>
      <w:r>
        <w:t>108、以下那个是基站一定要配备的</w:t>
      </w:r>
      <w:r>
        <w:t>〔</w:t>
      </w:r>
      <w:r>
        <w:t xml:space="preserve"> </w:t>
      </w:r>
      <w:r>
        <w:t>〕</w:t>
      </w:r>
      <w:r>
        <w:t xml:space="preserve">   ——[</w:t>
      </w:r>
      <w:r>
        <w:t>单项选择</w:t>
      </w:r>
      <w:r>
        <w:t>题]</w:t>
        <w:br/>
        <w:t>A 工具箱</w:t>
        <w:br/>
        <w:t>B 人字铝梯</w:t>
        <w:br/>
        <w:t>C 手电筒</w:t>
        <w:br/>
        <w:t>D 灭火器</w:t>
        <w:br/>
        <w:t xml:space="preserve"> 正确答案：D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20"/>
          <w:cols w:space="720"/>
          <w:titlePg w:val="0"/>
          <w:docGrid w:linePitch="360"/>
        </w:sectPr>
      </w:pPr>
      <w:r>
        <w:t>109、关于告警测试，</w:t>
      </w:r>
      <w:r>
        <w:t>错误的选项是</w:t>
      </w:r>
      <w:r>
        <w:t>〔</w:t>
      </w:r>
      <w:r>
        <w:t>〕</w:t>
      </w:r>
      <w:r>
        <w:t>——[</w:t>
      </w:r>
      <w:r>
        <w:t>单项选择</w:t>
      </w:r>
      <w:r>
        <w:t>题]</w:t>
        <w:br/>
        <w:t>A 对温度告警器的探头升温，当探头温度高于28℃时，在BSC中应该出现 温度告警的信息。</w:t>
        <w:br/>
        <w:t>B 要求对烟雾探测设备进行模拟烟雾告警测试，此时在BSC中应有机房烟雾告警的信息出现。</w:t>
        <w:br/>
        <w:t>C 将电池测试终止电压调高于浮充电压，再把低压告警门限调高于电池测试终止电压且低于浮充电压，此时在BSC的告警终端上应出现“Output volts LOW/High”告警信息</w:t>
        <w:br/>
        <w:t>D 拔出雷击保险熔丝，在BSC上的告警终端应出现“thunderbolt alarm”，合上熔丝后告警消除。</w:t>
        <w:br/>
        <w:t xml:space="preserve"> 正确答案：C  </w:t>
        <w:br/>
        <w:t xml:space="preserve">              </w:t>
      </w:r>
    </w:p>
    <w:p>
      <w:r>
        <w:t>110、有关外部告警的设置</w:t>
      </w:r>
      <w:r>
        <w:t>错误的选项是</w:t>
      </w:r>
      <w:r>
        <w:t>〔</w:t>
      </w:r>
      <w:r>
        <w:t xml:space="preserve"> </w:t>
      </w:r>
      <w:r>
        <w:t>〕</w:t>
      </w:r>
      <w:r>
        <w:t>——[</w:t>
      </w:r>
      <w:r>
        <w:t>单项选择</w:t>
      </w:r>
      <w:r>
        <w:t>题]</w:t>
        <w:br/>
        <w:t>A 各电源系统的告警设置需要符合各厂家的相关</w:t>
      </w:r>
      <w:r>
        <w:t>标准</w:t>
      </w:r>
      <w:r>
        <w:t>要求</w:t>
        <w:br/>
        <w:t>B 各品牌的电源系统对应的外部告警设置按厂家提供的表格设置</w:t>
        <w:br/>
        <w:t>C 外部告警设置后，测试功能正常就行，不一定要按厂家提供的表格</w:t>
        <w:br/>
        <w:t>D 未在参考表中列出的设置参数需在验收前由</w:t>
      </w:r>
      <w:r>
        <w:t>供给</w:t>
      </w:r>
      <w:r>
        <w:t>商向市公司出具含其签章的参数设置表格，以便验收时核对</w:t>
        <w:br/>
        <w:t xml:space="preserve"> 正确答案：C  </w:t>
        <w:br/>
        <w:t xml:space="preserve">              </w:t>
      </w:r>
    </w:p>
    <w:p>
      <w:r>
        <w:t>111、基站地线系统应采用</w:t>
      </w:r>
      <w:r>
        <w:t>〔</w:t>
      </w:r>
      <w:r>
        <w:t xml:space="preserve"> </w:t>
      </w:r>
      <w:r>
        <w:t>〕</w:t>
      </w:r>
      <w:r>
        <w:t>方式——[</w:t>
      </w:r>
      <w:r>
        <w:t>单项选择</w:t>
      </w:r>
      <w:r>
        <w:t>题]</w:t>
        <w:br/>
        <w:t xml:space="preserve">A 联合接地 </w:t>
        <w:br/>
        <w:t>B 工作接地</w:t>
        <w:br/>
        <w:t>C 保护接地</w:t>
        <w:br/>
        <w:t>D 防雷接地</w:t>
        <w:br/>
        <w:t xml:space="preserve"> 正确答案：A  </w:t>
        <w:br/>
        <w:t xml:space="preserve">              </w:t>
      </w:r>
    </w:p>
    <w:p>
      <w:r>
        <w:t>112、室内无线设备安装要求，走线梯要求作保护接地。接地方法：用一根不小于16mm2的接地线与总地线排连接，各段走线架接头处用    电缆保持电气连通。(    ) ——[</w:t>
      </w:r>
      <w:r>
        <w:t>单项选择</w:t>
      </w:r>
      <w:r>
        <w:t>题]</w:t>
        <w:br/>
        <w:t xml:space="preserve">A 16mm2 </w:t>
        <w:br/>
        <w:t>B 18mm2</w:t>
        <w:br/>
        <w:t xml:space="preserve">C 20mm2  </w:t>
        <w:br/>
        <w:t xml:space="preserve">D 25mm2 </w:t>
        <w:br/>
        <w:t xml:space="preserve"> 正确答案：A  </w:t>
        <w:br/>
        <w:t xml:space="preserve">              </w:t>
      </w:r>
    </w:p>
    <w:p>
      <w:r>
        <w:t>113、为了保证相序一致，三相电路中以</w:t>
      </w:r>
      <w:r>
        <w:t>〔</w:t>
      </w:r>
      <w:r>
        <w:t xml:space="preserve"> </w:t>
      </w:r>
      <w:r>
        <w:t>〕</w:t>
      </w:r>
      <w:r>
        <w:t>三种颜色来标志A、B、C三相电源。 ——[</w:t>
      </w:r>
      <w:r>
        <w:t>单项选择</w:t>
      </w:r>
      <w:r>
        <w:t>题]</w:t>
        <w:br/>
        <w:t xml:space="preserve">A 黄、绿、红 </w:t>
        <w:br/>
        <w:t xml:space="preserve">B  绿、黄、红 </w:t>
        <w:br/>
        <w:t xml:space="preserve">C   黄、红、绿 </w:t>
        <w:br/>
        <w:t>D  红、黄、绿</w:t>
        <w:br/>
        <w:t xml:space="preserve"> 正确答案：A  </w:t>
        <w:br/>
        <w:t xml:space="preserve">              </w:t>
      </w:r>
    </w:p>
    <w:p>
      <w:r>
        <w:t>114、基站停电应急发电时，</w:t>
      </w:r>
      <w:r>
        <w:t>假设</w:t>
      </w:r>
      <w:r>
        <w:t>发电机功率不够，可考虑调低</w:t>
      </w:r>
      <w:r>
        <w:t>〔</w:t>
      </w:r>
      <w:r>
        <w:t xml:space="preserve"> </w:t>
      </w:r>
      <w:r>
        <w:t>〕</w:t>
      </w:r>
      <w:r>
        <w:t>的方法，保证发电机向更大的设备负载供电。——[</w:t>
      </w:r>
      <w:r>
        <w:t>单项选择</w:t>
      </w:r>
      <w:r>
        <w:t>题]</w:t>
        <w:br/>
        <w:t>A 浮充电压</w:t>
        <w:br/>
        <w:t xml:space="preserve">B  均充电压 </w:t>
        <w:br/>
        <w:t>C 二次下电电压</w:t>
        <w:br/>
        <w:t>D  一次下电电压</w:t>
        <w:br/>
        <w:t xml:space="preserve"> 正确答案：A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21"/>
          <w:cols w:space="720"/>
          <w:titlePg w:val="0"/>
          <w:docGrid w:linePitch="360"/>
        </w:sectPr>
      </w:pPr>
      <w:r>
        <w:t>115、那项不是一线代维人员主要职责——[</w:t>
      </w:r>
      <w:r>
        <w:t>单项选择</w:t>
      </w:r>
      <w:r>
        <w:t>题]</w:t>
        <w:br/>
        <w:t>A 实施故障处理、日常巡检、应急发电、上站随工、重点保障等现场操作，遇到问题及时进行升级、</w:t>
      </w:r>
      <w:r>
        <w:t>反应</w:t>
      </w:r>
    </w:p>
    <w:p>
      <w:r>
        <w:t>。</w:t>
        <w:br/>
        <w:br/>
        <w:t>B 负责维护资料收集、业主维系、隐患上报等工作。</w:t>
        <w:br/>
        <w:br/>
        <w:t>C 负责场租电费数据收集、票据递送，以及实物资产现场管理。</w:t>
        <w:br/>
        <w:t>D 负责组织本地运维</w:t>
      </w:r>
      <w:r>
        <w:t>根底</w:t>
      </w:r>
      <w:r>
        <w:t>数据的整理与维护工作。</w:t>
        <w:br/>
        <w:t xml:space="preserve"> 正确答案：D  </w:t>
        <w:br/>
        <w:t xml:space="preserve">              </w:t>
      </w:r>
    </w:p>
    <w:p>
      <w:r>
        <w:t xml:space="preserve">116、四角角钢塔 以角钢为塔体主材，塔体横截面为四方形结构一般高度 </w:t>
      </w:r>
      <w:r>
        <w:t>〔</w:t>
      </w:r>
      <w:r>
        <w:t>〕</w:t>
      </w:r>
      <w:r>
        <w:t xml:space="preserve"> 米——[</w:t>
      </w:r>
      <w:r>
        <w:t>单项选择</w:t>
      </w:r>
      <w:r>
        <w:t>题]</w:t>
        <w:br/>
        <w:t>A 15—80 米</w:t>
        <w:br/>
        <w:t>B 15—60 米</w:t>
        <w:br/>
        <w:t>C 20-80米</w:t>
        <w:br/>
        <w:t>D 20-90米</w:t>
        <w:br/>
        <w:t xml:space="preserve"> 正确答案：A  </w:t>
        <w:br/>
        <w:t xml:space="preserve">              </w:t>
      </w:r>
    </w:p>
    <w:p>
      <w:r>
        <w:t xml:space="preserve">117、四角管塔 以直径较小的多节钢管为主材，塔体横截面为四方形结构一般高度 </w:t>
      </w:r>
      <w:r>
        <w:t>〔</w:t>
      </w:r>
      <w:r>
        <w:t>〕</w:t>
      </w:r>
      <w:r>
        <w:t xml:space="preserve"> 米——[</w:t>
      </w:r>
      <w:r>
        <w:t>单项选择</w:t>
      </w:r>
      <w:r>
        <w:t>题]</w:t>
        <w:br/>
        <w:t>A 20-75米</w:t>
        <w:br/>
        <w:t>B 15—80 米</w:t>
        <w:br/>
        <w:t>C 15—60 米</w:t>
        <w:br/>
        <w:t>D 20-80米</w:t>
        <w:br/>
        <w:t xml:space="preserve"> 正确答案：B  </w:t>
        <w:br/>
        <w:t xml:space="preserve">              </w:t>
      </w:r>
    </w:p>
    <w:p>
      <w:r>
        <w:t xml:space="preserve">118、三角角钢塔 以角钢为塔体主材，塔体横截面为三角形结构一般高度 </w:t>
      </w:r>
      <w:r>
        <w:t>〔</w:t>
      </w:r>
      <w:r>
        <w:t>〕</w:t>
      </w:r>
      <w:r>
        <w:t xml:space="preserve"> 米——[</w:t>
      </w:r>
      <w:r>
        <w:t>单项选择</w:t>
      </w:r>
      <w:r>
        <w:t>题]</w:t>
        <w:br/>
        <w:t>A 10-50米</w:t>
        <w:br/>
        <w:t>B 15-70米</w:t>
        <w:br/>
        <w:t>C 15—60 米</w:t>
        <w:br/>
        <w:t>D 20-60米</w:t>
        <w:br/>
        <w:t xml:space="preserve"> 正确答案：C  </w:t>
        <w:br/>
        <w:t xml:space="preserve">              </w:t>
      </w:r>
    </w:p>
    <w:p>
      <w:r>
        <w:t xml:space="preserve">119、三角管塔 以直径较小的多节钢管为主材，塔体横截面为三角形结构 一般高度 </w:t>
      </w:r>
      <w:r>
        <w:t>〔</w:t>
      </w:r>
      <w:r>
        <w:t>〕</w:t>
      </w:r>
      <w:r>
        <w:t>米——[</w:t>
      </w:r>
      <w:r>
        <w:t>单项选择</w:t>
      </w:r>
      <w:r>
        <w:t>题]</w:t>
        <w:br/>
        <w:t>A 15—60 米</w:t>
        <w:br/>
        <w:t>B 15-70米</w:t>
        <w:br/>
        <w:t>C 20-80米</w:t>
        <w:br/>
        <w:t>D 20-60米</w:t>
        <w:br/>
        <w:t xml:space="preserve"> 正确答案：A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22"/>
          <w:cols w:space="720"/>
          <w:titlePg w:val="0"/>
          <w:docGrid w:linePitch="360"/>
        </w:sectPr>
      </w:pPr>
      <w:r>
        <w:t>120、单管塔 以直径较大的多节钢管为主材，单根独立结构的铁塔，其管段连接可采用内外法兰连接或套接式两种方式 一般高度</w:t>
      </w:r>
      <w:r>
        <w:t>〔</w:t>
      </w:r>
      <w:r>
        <w:t>〕</w:t>
      </w:r>
      <w:r>
        <w:t>米——[</w:t>
      </w:r>
      <w:r>
        <w:t>单项选择</w:t>
      </w:r>
    </w:p>
    <w:p>
      <w:r>
        <w:t>题]</w:t>
        <w:br/>
        <w:t>A</w:t>
      </w:r>
      <w:r>
        <w:t xml:space="preserve"> 20—60</w:t>
      </w:r>
      <w:r>
        <w:t xml:space="preserve"> 米</w:t>
        <w:br/>
        <w:t>B</w:t>
      </w:r>
      <w:r>
        <w:t xml:space="preserve"> 15-70米</w:t>
        <w:br/>
        <w:t>C</w:t>
      </w:r>
      <w:r>
        <w:t xml:space="preserve"> 15—60</w:t>
      </w:r>
      <w:r>
        <w:t xml:space="preserve"> 米</w:t>
        <w:br/>
        <w:t>D</w:t>
      </w:r>
      <w:r>
        <w:t xml:space="preserve"> 20-80米</w:t>
        <w:br/>
      </w:r>
      <w:r>
        <w:t xml:space="preserve"> 正确答案：A</w:t>
      </w:r>
      <w:r>
        <w:t xml:space="preserve">  </w:t>
        <w:br/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</w:p>
    <w:p>
      <w:r>
        <w:t xml:space="preserve">121、拉线塔 以型钢组合成钢结构立柱为塔体，四周辅以多组拉线进行平衡加固稳定塔体 一般高度 </w:t>
      </w:r>
      <w:r>
        <w:t>〔</w:t>
      </w:r>
      <w:r>
        <w:t>〕</w:t>
      </w:r>
      <w:r>
        <w:t>米——[</w:t>
      </w:r>
      <w:r>
        <w:t>单项选择</w:t>
      </w:r>
      <w:r>
        <w:t>题]</w:t>
        <w:br/>
        <w:t>A 15—60 米</w:t>
        <w:br/>
        <w:t>B 10—40 米</w:t>
        <w:br/>
        <w:t>C 20-80米</w:t>
        <w:br/>
        <w:t>D 15-40米</w:t>
        <w:br/>
        <w:t xml:space="preserve"> 正确答案：B  </w:t>
        <w:br/>
        <w:t xml:space="preserve">              </w:t>
      </w:r>
    </w:p>
    <w:p>
      <w:r>
        <w:t>122、组合抱杆 以各种规格钢结构件为主体，框架式结构的钢结构体 一般高度</w:t>
      </w:r>
      <w:r>
        <w:t>〔</w:t>
      </w:r>
      <w:r>
        <w:t>〕</w:t>
      </w:r>
      <w:r>
        <w:t>米——[</w:t>
      </w:r>
      <w:r>
        <w:t>单项选择</w:t>
      </w:r>
      <w:r>
        <w:t>题]</w:t>
        <w:br/>
        <w:t>A 10-20米</w:t>
        <w:br/>
        <w:t>B 5-20米</w:t>
        <w:br/>
        <w:t>C 6—20 米</w:t>
        <w:br/>
        <w:t>D 15—60 米</w:t>
        <w:br/>
        <w:t xml:space="preserve"> 正确答案：C  </w:t>
        <w:br/>
        <w:t xml:space="preserve">              </w:t>
      </w:r>
    </w:p>
    <w:p>
      <w:r>
        <w:t>123、独立桅杆 直径较小的单根独立钢管件，辅以支撑或拉线加固 一般高度</w:t>
      </w:r>
      <w:r>
        <w:t>〔</w:t>
      </w:r>
      <w:r>
        <w:t>〕</w:t>
      </w:r>
      <w:r>
        <w:t xml:space="preserve"> 米——[</w:t>
      </w:r>
      <w:r>
        <w:t>单项选择</w:t>
      </w:r>
      <w:r>
        <w:t>题]</w:t>
        <w:br/>
        <w:t>A 3-20米</w:t>
        <w:br/>
        <w:t>B 3—15米</w:t>
        <w:br/>
        <w:t>C 5—20 米</w:t>
        <w:br/>
        <w:t>D 5-18米</w:t>
        <w:br/>
        <w:t xml:space="preserve"> 正确答案：B  </w:t>
        <w:br/>
        <w:t xml:space="preserve">              </w:t>
      </w:r>
    </w:p>
    <w:p>
      <w:r>
        <w:t>124、组合抱杆 以各种规格钢结构件为主体，框架式结构的钢结构体一般高度</w:t>
      </w:r>
      <w:r>
        <w:t>〔</w:t>
      </w:r>
      <w:r>
        <w:t>〕</w:t>
      </w:r>
      <w:r>
        <w:t xml:space="preserve"> 米 ——[</w:t>
      </w:r>
      <w:r>
        <w:t>单项选择</w:t>
      </w:r>
      <w:r>
        <w:t>题]</w:t>
        <w:br/>
        <w:t>A 6—20 米</w:t>
        <w:br/>
        <w:t>B 5-20米</w:t>
        <w:br/>
        <w:t>C 5-20米</w:t>
        <w:br/>
        <w:t>D 3—20 米</w:t>
        <w:br/>
        <w:t xml:space="preserve"> 正确答案：A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23"/>
          <w:cols w:space="720"/>
          <w:titlePg w:val="0"/>
          <w:docGrid w:linePitch="360"/>
        </w:sectPr>
      </w:pPr>
      <w:r>
        <w:t>125、 独立桅杆 直径较小的单根独立钢管件，辅以支撑或拉线加固一般高度</w:t>
      </w:r>
      <w:r>
        <w:t>〔</w:t>
      </w:r>
      <w:r>
        <w:t>〕</w:t>
      </w:r>
      <w:r>
        <w:t xml:space="preserve"> 米 ——[</w:t>
      </w:r>
      <w:r>
        <w:t>单项选择</w:t>
      </w:r>
      <w:r>
        <w:t>题]</w:t>
        <w:br/>
        <w:t>A</w:t>
      </w:r>
      <w:r>
        <w:t xml:space="preserve"> 3-20米</w:t>
        <w:br/>
        <w:t>B</w:t>
      </w:r>
      <w:r>
        <w:t xml:space="preserve"> 3—15米</w:t>
        <w:br/>
        <w:t>C</w:t>
      </w:r>
      <w:r>
        <w:t xml:space="preserve"> </w:t>
      </w:r>
      <w:r>
        <w:t xml:space="preserve"> 3—15</w:t>
      </w:r>
      <w:r>
        <w:t xml:space="preserve"> 米</w:t>
        <w:br/>
        <w:t>D</w:t>
      </w:r>
      <w:r>
        <w:t xml:space="preserve"> 3—20</w:t>
      </w:r>
      <w:r>
        <w:t xml:space="preserve"> 米</w:t>
        <w:br/>
      </w:r>
    </w:p>
    <w:p>
      <w:r>
        <w:t xml:space="preserve"> 正确答案：B</w:t>
      </w:r>
      <w:r>
        <w:t xml:space="preserve">  </w:t>
        <w:br/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</w:p>
    <w:p>
      <w:r>
        <w:t>126、不是开关电源维护巡检</w:t>
      </w:r>
      <w:r>
        <w:t>工程</w:t>
      </w:r>
      <w:r>
        <w:t>质量要求的是——[</w:t>
      </w:r>
      <w:r>
        <w:t>单项选择</w:t>
      </w:r>
      <w:r>
        <w:t>题]</w:t>
        <w:br/>
        <w:t>A 风扇无异常噪声，网清洁无堵塞</w:t>
        <w:br/>
        <w:t>B 母排、接线端子连接紧固，无锈蚀和异常温升</w:t>
        <w:br/>
        <w:t>C 整流模块配置应满足备份要求</w:t>
        <w:br/>
        <w:t>D 输出电压显示值与实际值误差不超过</w:t>
        <w:br/>
        <w:t>E 各种重要参数设置正常</w:t>
      </w:r>
      <w:r>
        <w:t>〔</w:t>
      </w:r>
      <w:r>
        <w:t>浮充电压、均充系列参数、充电限流值、电流互感器、二次下电参数、告警限值等</w:t>
      </w:r>
      <w:r>
        <w:t>〕</w:t>
      </w:r>
      <w:r>
        <w:br/>
        <w:t>F 设备无异常告警和故障模块</w:t>
        <w:br/>
        <w:t xml:space="preserve"> 正确答案：D  </w:t>
        <w:br/>
        <w:t xml:space="preserve">              </w:t>
      </w:r>
    </w:p>
    <w:p>
      <w:r>
        <w:t>127、不是UPS巡检</w:t>
      </w:r>
      <w:r>
        <w:t>工程</w:t>
      </w:r>
      <w:r>
        <w:t>质量要求：——[</w:t>
      </w:r>
      <w:r>
        <w:t>单项选择</w:t>
      </w:r>
      <w:r>
        <w:t>题]</w:t>
        <w:br/>
        <w:t>A 散热风口及滤网清洁，风扇无异常</w:t>
        <w:br/>
        <w:t>B 设备无异常告警和故障模块</w:t>
        <w:br/>
        <w:t>C 各种自动、告警和保护功能均正常</w:t>
        <w:br/>
        <w:t>D 输出电压显示值与实际值误差不超过 5%</w:t>
        <w:br/>
        <w:t xml:space="preserve"> 正确答案：B  </w:t>
        <w:br/>
        <w:t xml:space="preserve">              </w:t>
      </w:r>
    </w:p>
    <w:p>
      <w:r>
        <w:t>128、不属于重大故障是——[</w:t>
      </w:r>
      <w:r>
        <w:t>单项选择</w:t>
      </w:r>
      <w:r>
        <w:t>题]</w:t>
        <w:br/>
        <w:t>A 铁塔倒塌</w:t>
        <w:br/>
        <w:t>B 铁塔严重倾斜随时有倒塌危险</w:t>
        <w:br/>
        <w:t>C 避雷设施损坏无法正常使用</w:t>
        <w:br/>
        <w:t>D 发生人身重大伤</w:t>
        <w:br/>
        <w:t>亡事件</w:t>
        <w:br/>
        <w:t xml:space="preserve"> 正确答案：C  </w:t>
        <w:br/>
        <w:t xml:space="preserve">              </w:t>
      </w:r>
    </w:p>
    <w:p>
      <w:r>
        <w:t>129、铁塔工程从外形来看有</w:t>
      </w:r>
      <w:r>
        <w:t>〔</w:t>
      </w:r>
      <w:r>
        <w:t xml:space="preserve">  </w:t>
      </w:r>
      <w:r>
        <w:t>〕</w:t>
      </w:r>
      <w:r>
        <w:t>等 ——[</w:t>
      </w:r>
      <w:r>
        <w:t>多项选择</w:t>
      </w:r>
      <w:r>
        <w:t>题]</w:t>
        <w:br/>
        <w:t xml:space="preserve">A 自立式 </w:t>
        <w:br/>
        <w:t xml:space="preserve">B 拉线式 </w:t>
        <w:br/>
        <w:t xml:space="preserve">C 塔楼式   </w:t>
        <w:br/>
        <w:t xml:space="preserve"> 正确答案：ABC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24"/>
          <w:cols w:space="720"/>
          <w:titlePg w:val="0"/>
          <w:docGrid w:linePitch="360"/>
        </w:sectPr>
      </w:pPr>
      <w:r>
        <w:t>130、</w:t>
      </w:r>
      <w:r>
        <w:t>根底</w:t>
      </w:r>
      <w:r>
        <w:t>和连系梁之前要支设模板，尺寸应符合要求。模板材料只可选用</w:t>
      </w:r>
      <w:r>
        <w:t>〔</w:t>
      </w:r>
      <w:r>
        <w:t xml:space="preserve">  </w:t>
      </w:r>
      <w:r>
        <w:t>〕</w:t>
      </w:r>
      <w:r>
        <w:t xml:space="preserve"> ——[</w:t>
      </w:r>
      <w:r>
        <w:t>多项选择</w:t>
      </w:r>
      <w:r>
        <w:t>题]</w:t>
        <w:br/>
        <w:t>A 钢模</w:t>
        <w:br/>
        <w:t xml:space="preserve">B 木板模 </w:t>
        <w:br/>
        <w:t xml:space="preserve">C 砖模   </w:t>
        <w:br/>
        <w:t xml:space="preserve"> 正确答案：ABC  </w:t>
        <w:br/>
        <w:t xml:space="preserve">              </w:t>
      </w:r>
    </w:p>
    <w:p>
      <w:r>
        <w:t>131、铁塔维护巡检主要包括哪些检测</w:t>
      </w:r>
      <w:r>
        <w:t>工程</w:t>
      </w:r>
      <w:r>
        <w:t>〔</w:t>
      </w:r>
      <w:r>
        <w:t xml:space="preserve">        </w:t>
      </w:r>
      <w:r>
        <w:t>〕</w:t>
      </w:r>
      <w:r>
        <w:t>——[</w:t>
      </w:r>
      <w:r>
        <w:t>多项选择</w:t>
      </w:r>
      <w:r>
        <w:t>题]</w:t>
        <w:br/>
        <w:t>A 铁塔镀锌锈蚀情况</w:t>
        <w:br/>
        <w:t>B 铁塔垂直偏差度</w:t>
        <w:br/>
        <w:t>C 塔基沉降测量</w:t>
        <w:br/>
        <w:t>D 接地电阻值</w:t>
        <w:br/>
        <w:t xml:space="preserve"> 正确答案：ABCD  </w:t>
        <w:br/>
        <w:t xml:space="preserve">              </w:t>
      </w:r>
    </w:p>
    <w:p>
      <w:r>
        <w:t>132、塔基施工中钢材必须为国标，产地为</w:t>
      </w:r>
      <w:r>
        <w:t>〔</w:t>
      </w:r>
      <w:r>
        <w:t xml:space="preserve">    </w:t>
      </w:r>
      <w:r>
        <w:t>〕</w:t>
      </w:r>
      <w:r>
        <w:t xml:space="preserve"> ——[</w:t>
      </w:r>
      <w:r>
        <w:t>多项选择</w:t>
      </w:r>
      <w:r>
        <w:t>题]</w:t>
        <w:br/>
        <w:t>A 首钢</w:t>
        <w:br/>
        <w:t>B 鞍钢</w:t>
        <w:br/>
        <w:t xml:space="preserve">C  本钢 </w:t>
        <w:br/>
        <w:t xml:space="preserve"> 正确答案：ABC  </w:t>
        <w:br/>
        <w:t xml:space="preserve">              </w:t>
      </w:r>
    </w:p>
    <w:p>
      <w:r>
        <w:t>133、在</w:t>
      </w:r>
      <w:r>
        <w:t>〔</w:t>
      </w:r>
      <w:r>
        <w:t xml:space="preserve">     </w:t>
      </w:r>
      <w:r>
        <w:t>〕</w:t>
      </w:r>
      <w:r>
        <w:t>的环境、气候条件下不能施工  ——[</w:t>
      </w:r>
      <w:r>
        <w:t>多项选择</w:t>
      </w:r>
      <w:r>
        <w:t>题]</w:t>
        <w:br/>
        <w:t>A 气温超过40℃ 或低于-20℃ 时</w:t>
        <w:br/>
        <w:t>B 5 级风以上</w:t>
        <w:br/>
        <w:t xml:space="preserve">C 下着冰雹或雨雪 </w:t>
        <w:br/>
        <w:t xml:space="preserve"> 正确答案：ABC  </w:t>
        <w:br/>
        <w:t xml:space="preserve">              </w:t>
      </w:r>
    </w:p>
    <w:p>
      <w:r>
        <w:t>134、铁塔安装可采用</w:t>
      </w:r>
      <w:r>
        <w:t>〔</w:t>
      </w:r>
      <w:r>
        <w:t xml:space="preserve">   </w:t>
      </w:r>
      <w:r>
        <w:t>〕</w:t>
      </w:r>
      <w:r>
        <w:t xml:space="preserve">  ——[</w:t>
      </w:r>
      <w:r>
        <w:t>多项选择</w:t>
      </w:r>
      <w:r>
        <w:t>题]</w:t>
        <w:br/>
        <w:t>A 单件单装</w:t>
        <w:br/>
        <w:t xml:space="preserve">B 扩大拼装 </w:t>
        <w:br/>
        <w:t>C 综合安装</w:t>
        <w:br/>
        <w:t xml:space="preserve"> 正确答案：ABC  </w:t>
        <w:br/>
        <w:t xml:space="preserve">              </w:t>
      </w:r>
    </w:p>
    <w:p>
      <w:r>
        <w:t>135、铁塔已安装的结构单元，在检测调整时，应考虑外界环境影响</w:t>
      </w:r>
      <w:r>
        <w:t>〔</w:t>
      </w:r>
      <w:r>
        <w:t xml:space="preserve"> </w:t>
      </w:r>
      <w:r>
        <w:t>〕</w:t>
      </w:r>
      <w:r>
        <w:t>出现的自然变形  ——[</w:t>
      </w:r>
      <w:r>
        <w:t>多项选择</w:t>
      </w:r>
      <w:r>
        <w:t>题]</w:t>
        <w:br/>
        <w:t>A 风力</w:t>
        <w:br/>
        <w:t xml:space="preserve">B 温差 </w:t>
        <w:br/>
        <w:t xml:space="preserve">C 日照  </w:t>
        <w:br/>
        <w:t xml:space="preserve"> 正确答案：ABC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25"/>
          <w:cols w:space="720"/>
          <w:titlePg w:val="0"/>
          <w:docGrid w:linePitch="360"/>
        </w:sectPr>
      </w:pPr>
      <w:r>
        <w:t>136、TD基站地线系统应采用联合接地方式，即  ——[</w:t>
      </w:r>
      <w:r>
        <w:t>多项选择</w:t>
      </w:r>
      <w:r>
        <w:t>题]</w:t>
        <w:br/>
        <w:t xml:space="preserve">A  A．工作接地 </w:t>
        <w:br/>
        <w:t>B B．保护接地</w:t>
        <w:br/>
        <w:t xml:space="preserve">C  C．防雷接地 </w:t>
        <w:br/>
        <w:t>D D．设备接地</w:t>
        <w:br/>
        <w:t xml:space="preserve"> 正确答案：ABC  </w:t>
        <w:br/>
        <w:t xml:space="preserve">              </w:t>
      </w:r>
    </w:p>
    <w:p>
      <w:r>
        <w:t>137、接地体宜采用热镀锌钢材，其规格要求 ——[</w:t>
      </w:r>
      <w:r>
        <w:t>多项选择</w:t>
      </w:r>
      <w:r>
        <w:t>题]</w:t>
        <w:br/>
        <w:t xml:space="preserve">A  A．钢管 φ50mm，壁厚不应小于3.5mm </w:t>
        <w:br/>
        <w:t>B B．角钢不应小于50mm×50mm×5mm</w:t>
        <w:br/>
        <w:t xml:space="preserve">C  C．扁钢不应小于40mm×4mm </w:t>
        <w:br/>
        <w:t>D D．扁钢应小于40mm×4mm</w:t>
        <w:br/>
        <w:t xml:space="preserve"> 正确答案：ABC  </w:t>
        <w:br/>
        <w:t xml:space="preserve">              </w:t>
      </w:r>
    </w:p>
    <w:p>
      <w:r>
        <w:t>138、1. 常见的通信铁塔类型有</w:t>
      </w:r>
      <w:r>
        <w:t>〔</w:t>
      </w:r>
      <w:r>
        <w:t xml:space="preserve">   </w:t>
      </w:r>
      <w:r>
        <w:t>〕</w:t>
      </w:r>
      <w:r>
        <w:t>。——[</w:t>
      </w:r>
      <w:r>
        <w:t>多项选择</w:t>
      </w:r>
      <w:r>
        <w:t>题]</w:t>
        <w:br/>
        <w:t>A 角钢塔</w:t>
        <w:br/>
        <w:t>B 单管塔</w:t>
        <w:br/>
        <w:t>C  三管塔</w:t>
        <w:br/>
        <w:t>D 拉线塔</w:t>
        <w:br/>
        <w:t xml:space="preserve"> 正确答案：ABCD  </w:t>
        <w:br/>
        <w:t xml:space="preserve">              </w:t>
      </w:r>
    </w:p>
    <w:p>
      <w:r>
        <w:t>139、1. 以下哪几种通信铁塔从结构类型来看属于同种类型。</w:t>
      </w:r>
      <w:r>
        <w:t>〔</w:t>
      </w:r>
      <w:r>
        <w:t xml:space="preserve"> </w:t>
      </w:r>
      <w:r>
        <w:t>〕</w:t>
      </w:r>
      <w:r>
        <w:t>——[</w:t>
      </w:r>
      <w:r>
        <w:t>多项选择</w:t>
      </w:r>
      <w:r>
        <w:t>题]</w:t>
        <w:br/>
        <w:t>A 景观塔</w:t>
        <w:br/>
        <w:t>B 仿生树</w:t>
        <w:br/>
        <w:t xml:space="preserve">C 三管塔 </w:t>
        <w:br/>
        <w:t>D 单管塔</w:t>
        <w:br/>
        <w:t xml:space="preserve"> 正确答案：ABD  </w:t>
        <w:br/>
        <w:t xml:space="preserve">              </w:t>
      </w:r>
    </w:p>
    <w:p>
      <w:r>
        <w:t>140、维护人员在巡检时着装</w:t>
      </w:r>
      <w:r>
        <w:t>标准</w:t>
      </w:r>
      <w:r>
        <w:t>、整齐。——[</w:t>
      </w:r>
      <w:r>
        <w:t>多项选择</w:t>
      </w:r>
      <w:r>
        <w:t>题]</w:t>
        <w:br/>
        <w:t>A  穿着外勤工作服，应得体大</w:t>
        <w:br/>
        <w:t>方，精神饱满；</w:t>
        <w:br/>
        <w:t>B 配带电信维护人员工作证；</w:t>
        <w:br/>
        <w:t>C 需登高的维护人员应穿软底</w:t>
        <w:br/>
        <w:t>胶布鞋，切勿穿皮鞋、硬底胶鞋或</w:t>
        <w:br/>
        <w:t>钉鞋。</w:t>
        <w:br/>
        <w:t>D 登高检查必须持登高证，动</w:t>
        <w:br/>
        <w:t>力检查必须持电工、制冷等特殊行</w:t>
        <w:br/>
        <w:t>业资格证。</w:t>
        <w:br/>
        <w:t xml:space="preserve"> 正确答案：ABCD  </w:t>
        <w:br/>
        <w:t xml:space="preserve">              </w:t>
      </w:r>
    </w:p>
    <w:p>
      <w:pPr>
        <w:sectPr w:rsidSect="00034616">
          <w:type w:val="nextPage"/>
          <w:pgSz w:w="12240" w:h="15840"/>
          <w:pgMar w:top="1162" w:right="1270" w:bottom="1162" w:left="1230" w:header="720" w:footer="720" w:gutter="0"/>
          <w:pgNumType w:start="26"/>
          <w:cols w:space="720"/>
          <w:titlePg w:val="0"/>
          <w:docGrid w:linePitch="360"/>
        </w:sectPr>
      </w:pPr>
      <w:r>
        <w:t>141、巡检工作是维护工作最</w:t>
      </w:r>
      <w:r>
        <w:t>根本</w:t>
      </w:r>
      <w:r>
        <w:t>、最重要的工作是。——[</w:t>
      </w:r>
      <w:r>
        <w:t>多项选择</w:t>
      </w:r>
      <w:r>
        <w:t>题]</w:t>
        <w:br/>
        <w:t>A 巡检不应该狭义的理解为清理卫生，</w:t>
        <w:br/>
        <w:t>B 巡检工作包含设备及环境卫生清洁、</w:t>
        <w:br/>
        <w:t>C 资源数据采集、设备运行状态检测、隐患告警检查等众多工作内容。</w:t>
        <w:br/>
        <w:t xml:space="preserve"> 正确答案：ABC  </w:t>
        <w:br/>
        <w:t xml:space="preserve">              </w:t>
      </w:r>
    </w:p>
    <w:p>
      <w:r>
        <w:t>142、巡检工作前要准备常用物品。——[</w:t>
      </w:r>
      <w:r>
        <w:t>多项选择</w:t>
      </w:r>
      <w:r>
        <w:t>题]</w:t>
        <w:br/>
        <w:t>A 笔记本电脑、数字万用表、红外点温仪、高压水枪、</w:t>
        <w:br/>
        <w:t>B  防火泥、扎带、防尘网、照相机、吸尘器组合</w:t>
        <w:br/>
        <w:t>C  工具、扫帚、灭草剂、喷壶、镰刀、铁锹、</w:t>
        <w:br/>
        <w:t>D 密封胶、铝塑板、水桶、抹布</w:t>
        <w:br/>
        <w:t xml:space="preserve"> 正确答案：ABCD  </w:t>
        <w:br/>
        <w:t xml:space="preserve">              </w:t>
      </w:r>
    </w:p>
    <w:p>
      <w:r>
        <w:t>143、铁塔的构造一般是什么组成的——[</w:t>
      </w:r>
      <w:r>
        <w:t>多项选择</w:t>
      </w:r>
      <w:r>
        <w:t>题]</w:t>
        <w:br/>
        <w:t>A 由铁塔</w:t>
      </w:r>
      <w:r>
        <w:t>根底</w:t>
      </w:r>
      <w:r>
        <w:t>、钢结构主体、</w:t>
        <w:br/>
        <w:t>B 维护平台、天线支撑体、爬梯、</w:t>
        <w:br/>
        <w:t>C 馈线桥架、避雷针、</w:t>
        <w:br/>
        <w:t>D 防雷接地系统及其它附属设施组成</w:t>
        <w:br/>
        <w:t xml:space="preserve"> 正确答案：ABCD  </w:t>
        <w:br/>
        <w:t xml:space="preserve">              </w:t>
      </w:r>
    </w:p>
    <w:p>
      <w:r>
        <w:t>144、通信塔桅的种类 铁塔外型可以分为——[</w:t>
      </w:r>
      <w:r>
        <w:t>多项选择</w:t>
      </w:r>
      <w:r>
        <w:t>题]</w:t>
        <w:br/>
        <w:t>A 四角角钢塔、四角管塔、</w:t>
        <w:br/>
        <w:t>B 三角角钢塔、三角管塔、</w:t>
        <w:br/>
        <w:t>C 单管塔、拉线塔、景观塔</w:t>
        <w:br/>
        <w:t>D 组合抱杆、独立桅杆</w:t>
        <w:br/>
        <w:t xml:space="preserve"> 正确答案：ABCD  </w:t>
        <w:br/>
        <w:t xml:space="preserve">              </w:t>
      </w:r>
    </w:p>
    <w:p>
      <w:r>
        <w:t>145、在特殊天气灾害前后应进行应急巡检，雷雨天气后，应重点检查铁塔什么部位。——[</w:t>
      </w:r>
      <w:r>
        <w:t>多项选择</w:t>
      </w:r>
      <w:r>
        <w:t>题]</w:t>
        <w:br/>
        <w:t>A 铁塔的</w:t>
      </w:r>
      <w:r>
        <w:t>根底</w:t>
      </w:r>
      <w:r>
        <w:t>是否下陷</w:t>
        <w:br/>
        <w:t>B 山体滑坡、接地装置是否可靠。</w:t>
        <w:br/>
        <w:t>C 每经六度以上地震或八级以上大风或重裹冰天气后，</w:t>
        <w:br/>
        <w:t>D 塔身轴线、</w:t>
      </w:r>
      <w:r>
        <w:t>根底</w:t>
      </w:r>
      <w:r>
        <w:t>及所有节点作全面</w:t>
        <w:br/>
        <w:t xml:space="preserve"> 正确答案：ABCD  </w:t>
        <w:br/>
        <w:t xml:space="preserve">              </w:t>
      </w:r>
    </w:p>
    <w:p>
      <w:r>
        <w:t>146、通信钢桅塔代维专业性检测: 是指对钢桅塔/ 桅杆/ 增高架/ 扶墙杆的各项技术指标进行检测，并对其中达不到技术</w:t>
      </w:r>
      <w:r>
        <w:t>标准</w:t>
      </w:r>
      <w:r>
        <w:t>要求的进行相应的处理，专业检测维护一般包括——[</w:t>
      </w:r>
      <w:r>
        <w:t>多项选择</w:t>
      </w:r>
      <w:r>
        <w:t>题]</w:t>
        <w:br/>
        <w:t>A 塔基检测维护</w:t>
        <w:br/>
        <w:t>B  塔体检测维护</w:t>
        <w:br/>
        <w:br/>
        <w:t>C 防腐检测维护</w:t>
        <w:br/>
        <w:t>D 防雷检测维护</w:t>
        <w:br/>
        <w:t xml:space="preserve"> 正确答案：ABCD  </w:t>
        <w:br/>
        <w:t xml:space="preserve">              </w:t>
      </w:r>
    </w:p>
    <w:p>
      <w:r>
        <w:t>147、开关电源设备使用工具包括有——[</w:t>
      </w:r>
      <w:r>
        <w:t>多项选择</w:t>
      </w:r>
      <w:r>
        <w:t>题]</w:t>
        <w:br/>
        <w:t>A</w:t>
      </w:r>
      <w:r>
        <w:t xml:space="preserve"> 万用表</w:t>
        <w:br/>
        <w:t>B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https://d.book118.com/728103041070006037</w:t>
        </w:r>
      </w:hyperlink>
    </w:p>
    <w:p/>
    <w:sectPr w:rsidSect="00034616">
      <w:type w:val="nextPage"/>
      <w:pgSz w:w="12240" w:h="15840"/>
      <w:pgMar w:top="1162" w:right="1270" w:bottom="1162" w:left="1230" w:header="720" w:footer="720" w:gutter="0"/>
      <w:pgNumType w:start="27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eastAsia="宋体" w:hAnsi="宋体"/>
      <w:color w:val="000000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728103041070006037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