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关于学生会办公室工作计划范文（30篇）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关于学生会办公室工作计划范文（精选30篇）</w:t>
      </w:r>
      <w:r>
        <w:rPr>
          <w:lang w:eastAsia="zh-CN"/>
        </w:rPr>
        <w:br/>
      </w:r>
      <w:r>
        <w:rPr>
          <w:lang w:eastAsia="zh-CN"/>
        </w:rPr>
        <w:t xml:space="preserve">    关于学生会办公室工作计划范文 篇1 </w:t>
      </w:r>
      <w:r>
        <w:rPr>
          <w:lang w:eastAsia="zh-CN"/>
        </w:rPr>
        <w:br/>
      </w:r>
      <w:r>
        <w:rPr>
          <w:lang w:eastAsia="zh-CN"/>
        </w:rPr>
        <w:t>　　新年新气象，我们办公室的`每个成员都怀着更大的激情回到工作之中。在过去的半年里，我们虽然没有自己举办活动，但是在帮助其他部门和亲临活动现场中，我们总结了许多，收获了许多。在即将来临的日子中，伴随“科技文化艺术节’的举办和建党90周年的纪念，我们在执行好本部职责的同时，也要展现办公室的能力和风采，尽我们最大的努力给学院带来更多的活动拓展。</w:t>
      </w:r>
      <w:r>
        <w:rPr>
          <w:lang w:eastAsia="zh-CN"/>
        </w:rPr>
        <w:br/>
      </w:r>
      <w:r>
        <w:rPr>
          <w:lang w:eastAsia="zh-CN"/>
        </w:rPr>
        <w:t>　　一、基于本职，认真负责</w:t>
      </w:r>
      <w:r>
        <w:rPr>
          <w:lang w:eastAsia="zh-CN"/>
        </w:rPr>
        <w:br/>
      </w:r>
      <w:r>
        <w:rPr>
          <w:lang w:eastAsia="zh-CN"/>
        </w:rPr>
        <w:t>　　在这个学期里，每个部门可能都会举办活动，我们将不遗余力的帮助，写新闻、拍照、记录成绩、整理资料等。</w:t>
      </w:r>
      <w:r>
        <w:rPr>
          <w:lang w:eastAsia="zh-CN"/>
        </w:rPr>
        <w:br/>
      </w:r>
      <w:r>
        <w:rPr>
          <w:lang w:eastAsia="zh-CN"/>
        </w:rPr>
        <w:t>　　二、“寓科于乐三”</w:t>
      </w:r>
      <w:r>
        <w:rPr>
          <w:lang w:eastAsia="zh-CN"/>
        </w:rPr>
        <w:br/>
      </w:r>
      <w:r>
        <w:rPr>
          <w:lang w:eastAsia="zh-CN"/>
        </w:rPr>
        <w:t>　　我们本学期的重点将放在即将到来的“科技文化艺术节”上，继上两届的“寓科于乐”，我们可能会继续主办，其中环节会有创新，主题也可能会围绕建党90周年，最重要的是我们有经验，努力将其打造为我院的主打活动。</w:t>
      </w:r>
      <w:r>
        <w:rPr>
          <w:lang w:eastAsia="zh-CN"/>
        </w:rPr>
        <w:br/>
      </w:r>
      <w:r>
        <w:rPr>
          <w:lang w:eastAsia="zh-CN"/>
        </w:rPr>
        <w:t>　　三、“红色记忆”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为庆祝中国建党90周年，计划在科节期间举办“红色记忆”图文征集活动。本活动围绕“建党90周年”的主题，面向全校同学征集。活动初期征集照片和相关题材的文章，然后以评选的方式进行评奖。</w:t>
      </w:r>
      <w:r>
        <w:rPr>
          <w:lang w:eastAsia="zh-CN"/>
        </w:rPr>
        <w:br/>
      </w:r>
      <w:r>
        <w:rPr>
          <w:lang w:eastAsia="zh-CN"/>
        </w:rPr>
        <w:t>　　寒冷的冬天早已过去，在这草长莺飞的季节，我们将以昂扬的姿态去面对各种挑战，做好充分的准备，使这一学期过的丰富多彩，充实而得到最大的锻炼，同时也为大家提供更多的帮助和展现我的机会。</w:t>
      </w:r>
      <w:r>
        <w:rPr>
          <w:lang w:eastAsia="zh-CN"/>
        </w:rPr>
        <w:br/>
      </w:r>
      <w:r>
        <w:rPr>
          <w:lang w:eastAsia="zh-CN"/>
        </w:rPr>
        <w:t xml:space="preserve">    关于学生会办公室工作计划范文 篇2 </w:t>
      </w:r>
      <w:r>
        <w:rPr>
          <w:lang w:eastAsia="zh-CN"/>
        </w:rPr>
        <w:br/>
      </w:r>
      <w:r>
        <w:rPr>
          <w:lang w:eastAsia="zh-CN"/>
        </w:rPr>
        <w:t>　　一、开展新学期接待新生工作</w:t>
      </w:r>
      <w:r>
        <w:rPr>
          <w:lang w:eastAsia="zh-CN"/>
        </w:rPr>
        <w:br/>
      </w:r>
      <w:r>
        <w:rPr>
          <w:lang w:eastAsia="zh-CN"/>
        </w:rPr>
        <w:t>　　本学期在开学初将开展接待新生各项工作，组织人员与各部门一同迎接我院新生的到来，做好了各项接待安排工作，服务于各新同学，便于使其顺利适应大学生活。</w:t>
      </w:r>
      <w:r>
        <w:rPr>
          <w:lang w:eastAsia="zh-CN"/>
        </w:rPr>
        <w:br/>
      </w:r>
      <w:r>
        <w:rPr>
          <w:lang w:eastAsia="zh-CN"/>
        </w:rPr>
        <w:t>　　二、开展部门试用委员招聘工作</w:t>
      </w:r>
      <w:r>
        <w:rPr>
          <w:lang w:eastAsia="zh-CN"/>
        </w:rPr>
        <w:br/>
      </w:r>
      <w:r>
        <w:rPr>
          <w:lang w:eastAsia="zh-CN"/>
        </w:rPr>
        <w:t>　　本学期将招聘一批试用委员，并在日常工作及活动中考察，为我院的办公室吸纳人才。</w:t>
      </w:r>
      <w:r>
        <w:rPr>
          <w:lang w:eastAsia="zh-CN"/>
        </w:rPr>
        <w:br/>
      </w:r>
      <w:r>
        <w:rPr>
          <w:lang w:eastAsia="zh-CN"/>
        </w:rPr>
        <w:t>　　三、继续完善做好办公室的各项常规工作</w:t>
      </w:r>
      <w:r>
        <w:rPr>
          <w:lang w:eastAsia="zh-CN"/>
        </w:rPr>
        <w:br/>
      </w:r>
      <w:r>
        <w:rPr>
          <w:lang w:eastAsia="zh-CN"/>
        </w:rPr>
        <w:t>　　1、密切联系校办公室；</w:t>
      </w:r>
      <w:r>
        <w:rPr>
          <w:lang w:eastAsia="zh-CN"/>
        </w:rPr>
        <w:br/>
      </w:r>
      <w:r>
        <w:rPr>
          <w:lang w:eastAsia="zh-CN"/>
        </w:rPr>
        <w:t>　　2、继续推进办公室文书、资料、档案管理和文章上传的相关工作开展；</w:t>
      </w:r>
      <w:r>
        <w:rPr>
          <w:lang w:eastAsia="zh-CN"/>
        </w:rPr>
        <w:br/>
      </w:r>
      <w:r>
        <w:rPr>
          <w:lang w:eastAsia="zh-CN"/>
        </w:rPr>
        <w:t>　　3、踏实开展其他部门日常统计、管理工作；</w:t>
      </w:r>
      <w:r>
        <w:rPr>
          <w:lang w:eastAsia="zh-CN"/>
        </w:rPr>
        <w:br/>
      </w:r>
      <w:r>
        <w:rPr>
          <w:lang w:eastAsia="zh-CN"/>
        </w:rPr>
        <w:t>　　4、认真负责地处理好有关报销等财务管理的工作；</w:t>
      </w:r>
      <w:r>
        <w:rPr>
          <w:lang w:eastAsia="zh-CN"/>
        </w:rPr>
        <w:br/>
      </w:r>
      <w:r>
        <w:rPr>
          <w:lang w:eastAsia="zh-CN"/>
        </w:rPr>
        <w:t>　　5、为我院提供强大的电脑技术、信息处理技术支持；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6、继续做好为学院活动及会议申请场所的工作；</w:t>
      </w:r>
      <w:r>
        <w:rPr>
          <w:lang w:eastAsia="zh-CN"/>
        </w:rPr>
        <w:br/>
      </w:r>
      <w:r>
        <w:rPr>
          <w:lang w:eastAsia="zh-CN"/>
        </w:rPr>
        <w:t>　　7、履行院团委学生会秘书的相关职能,负责院内各项活动的协助工作。</w:t>
      </w:r>
      <w:r>
        <w:rPr>
          <w:lang w:eastAsia="zh-CN"/>
        </w:rPr>
        <w:br/>
      </w:r>
      <w:r>
        <w:rPr>
          <w:lang w:eastAsia="zh-CN"/>
        </w:rPr>
        <w:t>　　四、下学期将针对性的对团委学生会成员进行公文写作与应用文体写作培训，具体工作将下学期落实开展。</w:t>
      </w:r>
      <w:r>
        <w:rPr>
          <w:lang w:eastAsia="zh-CN"/>
        </w:rPr>
        <w:br/>
      </w:r>
      <w:r>
        <w:rPr>
          <w:lang w:eastAsia="zh-CN"/>
        </w:rPr>
        <w:t>　　五、11月份，我们会举办一个主题为“与信仰对话”党史报告会的活动，</w:t>
      </w:r>
      <w:r>
        <w:rPr>
          <w:lang w:eastAsia="zh-CN"/>
        </w:rPr>
        <w:br/>
      </w:r>
      <w:r>
        <w:rPr>
          <w:lang w:eastAsia="zh-CN"/>
        </w:rPr>
        <w:t>　　活动内容：邀请从事党史研究的理论工作者、作家、学者或亲历者等走进校园，到青年学生中举办面对面的报告会。</w:t>
      </w:r>
      <w:r>
        <w:rPr>
          <w:lang w:eastAsia="zh-CN"/>
        </w:rPr>
        <w:br/>
      </w:r>
      <w:r>
        <w:rPr>
          <w:lang w:eastAsia="zh-CN"/>
        </w:rPr>
        <w:t>　　六、协助院团委学生会，为“学代会”的成功举办做充分准备。</w:t>
      </w:r>
      <w:r>
        <w:rPr>
          <w:lang w:eastAsia="zh-CN"/>
        </w:rPr>
        <w:br/>
      </w:r>
      <w:r>
        <w:rPr>
          <w:lang w:eastAsia="zh-CN"/>
        </w:rPr>
        <w:t>　　在下一学期，办公室将以严谨踏实的工作态度，不断完善办公室的工作，加强分工与协作，积极做好办公室的本职工作，协调好其他部门的工作，为我院团委学生会做出更大的贡献，与其他兄弟部门，一起努力构建政院团委学生会的美好的明天。</w:t>
      </w:r>
      <w:r>
        <w:rPr>
          <w:lang w:eastAsia="zh-CN"/>
        </w:rPr>
        <w:br/>
      </w:r>
      <w:r>
        <w:rPr>
          <w:lang w:eastAsia="zh-CN"/>
        </w:rPr>
        <w:t xml:space="preserve">    关于学生会办公室工作计划范文 篇3 </w:t>
      </w:r>
      <w:r>
        <w:rPr>
          <w:lang w:eastAsia="zh-CN"/>
        </w:rPr>
        <w:br/>
      </w:r>
      <w:r>
        <w:rPr>
          <w:lang w:eastAsia="zh-CN"/>
        </w:rPr>
        <w:t>　　为了更好的贯彻__学院在发展中所倡导的各种精神,促进学院的快速发展。工程经济系学生会办公室将以不断完善的工作制度,不断创新的工作理念,不断调整的工作面貌,来切实发挥办公室的作用以迎接新学期的各项任务。本部门根据本学期的工作实际,制定了以下工作计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一、认真做好每次会议记录，由办公室干部定期进行整理存档，为以后学生会部门做参考。加强对学生干部的管理考核力度，以服务同学为宗旨,积极配合系里各项工作的展开。以“全心全意为学生服务”切实提高本部门成员的工作效率与工作积极性。</w:t>
      </w:r>
      <w:r>
        <w:rPr>
          <w:lang w:eastAsia="zh-CN"/>
        </w:rPr>
        <w:br/>
      </w:r>
      <w:r>
        <w:rPr>
          <w:lang w:eastAsia="zh-CN"/>
        </w:rPr>
        <w:t>　　二、在即将到来的迎新晚会中，作好晚会现场值勤人员的活动安排(包括现场保洁，现场气氛的带动，现场秩序的维持等等)。帮助老师做些有关晚会筹备方面的事情，只要需要我们办公室的工作，我们务必做到最好。</w:t>
      </w:r>
      <w:r>
        <w:rPr>
          <w:lang w:eastAsia="zh-CN"/>
        </w:rPr>
        <w:br/>
      </w:r>
      <w:r>
        <w:rPr>
          <w:lang w:eastAsia="zh-CN"/>
        </w:rPr>
        <w:t>　　三、对学生会各部门部长进行工作考核，以此来完善我们学生会部门的考核制度。在过去考核中，存在着各种各样的问题，希望在接下来的日子里，办公室各成员能好好执行考核制度，尽量做到公平公正。</w:t>
      </w:r>
      <w:r>
        <w:rPr>
          <w:lang w:eastAsia="zh-CN"/>
        </w:rPr>
        <w:br/>
      </w:r>
      <w:r>
        <w:rPr>
          <w:lang w:eastAsia="zh-CN"/>
        </w:rPr>
        <w:t>　　四、本部门将定期开例会,例会主要是对近期内的各项工作予以及时总结。发现不足,及时改正。并按照实际情况制定下一阶段工作的重点以及具体实施方案。</w:t>
      </w:r>
      <w:r>
        <w:rPr>
          <w:lang w:eastAsia="zh-CN"/>
        </w:rPr>
        <w:br/>
      </w:r>
      <w:r>
        <w:rPr>
          <w:lang w:eastAsia="zh-CN"/>
        </w:rPr>
        <w:t xml:space="preserve">    关于学生会办公室工作计划范文 篇4 </w:t>
      </w:r>
      <w:r>
        <w:rPr>
          <w:lang w:eastAsia="zh-CN"/>
        </w:rPr>
        <w:br/>
      </w:r>
      <w:r>
        <w:rPr>
          <w:lang w:eastAsia="zh-CN"/>
        </w:rPr>
        <w:t>　　一认真值班</w:t>
      </w:r>
      <w:r>
        <w:rPr>
          <w:lang w:eastAsia="zh-CN"/>
        </w:rPr>
        <w:br/>
      </w:r>
      <w:r>
        <w:rPr>
          <w:lang w:eastAsia="zh-CN"/>
        </w:rPr>
        <w:t>　　1.按时值班不迟到不早退</w:t>
      </w:r>
      <w:r>
        <w:rPr>
          <w:lang w:eastAsia="zh-CN"/>
        </w:rPr>
        <w:br/>
      </w:r>
      <w:r>
        <w:rPr>
          <w:lang w:eastAsia="zh-CN"/>
        </w:rPr>
        <w:t>　　2.值班人员着装得体，佩戴工作牌，工作时不喧哗嬉戏打闹，对来方人员礼貌对待并做好记录。</w:t>
      </w:r>
      <w:r>
        <w:rPr>
          <w:lang w:eastAsia="zh-CN"/>
        </w:rPr>
        <w:br/>
      </w:r>
      <w:r>
        <w:rPr>
          <w:lang w:eastAsia="zh-CN"/>
        </w:rPr>
        <w:t>　　3.及时到系办公室领取文件，以及将临时文件的及时发出，黑板内容及时更换注意日期。</w:t>
      </w:r>
      <w:r>
        <w:rPr>
          <w:lang w:eastAsia="zh-CN"/>
        </w:rPr>
        <w:br/>
      </w:r>
      <w:r>
        <w:rPr>
          <w:lang w:eastAsia="zh-CN"/>
        </w:rPr>
        <w:t>　　4.值班人员下班时记得关灯关窗，注意办公室卫生清洁，以及钥匙的确切转交。</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5.工作要认真，不带个人情绪。</w:t>
      </w:r>
      <w:r>
        <w:rPr>
          <w:lang w:eastAsia="zh-CN"/>
        </w:rPr>
        <w:br/>
      </w:r>
      <w:r>
        <w:rPr>
          <w:lang w:eastAsia="zh-CN"/>
        </w:rPr>
        <w:t>　　二财务报账</w:t>
      </w:r>
      <w:r>
        <w:rPr>
          <w:lang w:eastAsia="zh-CN"/>
        </w:rPr>
        <w:br/>
      </w:r>
      <w:r>
        <w:rPr>
          <w:lang w:eastAsia="zh-CN"/>
        </w:rPr>
        <w:t>　　每月22号通知部门上交用费收据和发票，保障电子档和打印纸质挡两份的准确无误。会及时交给邵老师盖章，并及时通知各部门领取账款。</w:t>
      </w:r>
      <w:r>
        <w:rPr>
          <w:lang w:eastAsia="zh-CN"/>
        </w:rPr>
        <w:br/>
      </w:r>
      <w:r>
        <w:rPr>
          <w:lang w:eastAsia="zh-CN"/>
        </w:rPr>
        <w:t>　　三物品管理</w:t>
      </w:r>
      <w:r>
        <w:rPr>
          <w:lang w:eastAsia="zh-CN"/>
        </w:rPr>
        <w:br/>
      </w:r>
      <w:r>
        <w:rPr>
          <w:lang w:eastAsia="zh-CN"/>
        </w:rPr>
        <w:t>　　每个月会及时对办公室的物品进行整理和统计，部门依然坚持“有借必有还”的原则。做到借出有借条、有借取人姓名、部门、借出时间以及归还时间，归还时要检查物品完好，经手人签字。定时不定时对办公室物品统计核对。工作细心负责，不私自借出使用。</w:t>
      </w:r>
      <w:r>
        <w:rPr>
          <w:lang w:eastAsia="zh-CN"/>
        </w:rPr>
        <w:br/>
      </w:r>
      <w:r>
        <w:rPr>
          <w:lang w:eastAsia="zh-CN"/>
        </w:rPr>
        <w:t>　　四临时任务</w:t>
      </w:r>
      <w:r>
        <w:rPr>
          <w:lang w:eastAsia="zh-CN"/>
        </w:rPr>
        <w:br/>
      </w:r>
      <w:r>
        <w:rPr>
          <w:lang w:eastAsia="zh-CN"/>
        </w:rPr>
        <w:t>　　临时任务注重时间观念以及责任感，工作完成时做到信息反馈，灵活处理。</w:t>
      </w:r>
      <w:r>
        <w:rPr>
          <w:lang w:eastAsia="zh-CN"/>
        </w:rPr>
        <w:br/>
      </w:r>
      <w:r>
        <w:rPr>
          <w:lang w:eastAsia="zh-CN"/>
        </w:rPr>
        <w:t>　　五奖状打印</w:t>
      </w:r>
      <w:r>
        <w:rPr>
          <w:lang w:eastAsia="zh-CN"/>
        </w:rPr>
        <w:br/>
      </w:r>
      <w:r>
        <w:rPr>
          <w:lang w:eastAsia="zh-CN"/>
        </w:rPr>
        <w:t>　　奖状打印要细心核对，准确无误之后交给上级检查。</w:t>
      </w:r>
      <w:r>
        <w:rPr>
          <w:lang w:eastAsia="zh-CN"/>
        </w:rPr>
        <w:br/>
      </w:r>
      <w:r>
        <w:rPr>
          <w:lang w:eastAsia="zh-CN"/>
        </w:rPr>
        <w:t>　　六考勤</w:t>
      </w:r>
      <w:r>
        <w:rPr>
          <w:lang w:eastAsia="zh-CN"/>
        </w:rPr>
        <w:br/>
      </w:r>
      <w:r>
        <w:rPr>
          <w:lang w:eastAsia="zh-CN"/>
        </w:rPr>
        <w:t>　　协助自律部做好考勤工作。</w:t>
      </w:r>
      <w:r>
        <w:rPr>
          <w:lang w:eastAsia="zh-CN"/>
        </w:rPr>
        <w:br/>
      </w:r>
      <w:r>
        <w:rPr>
          <w:lang w:eastAsia="zh-CN"/>
        </w:rPr>
        <w:t>　　七数据统计</w:t>
      </w:r>
      <w:r>
        <w:rPr>
          <w:lang w:eastAsia="zh-CN"/>
        </w:rPr>
        <w:br/>
      </w:r>
      <w:r>
        <w:rPr>
          <w:lang w:eastAsia="zh-CN"/>
        </w:rPr>
        <w:t>　　要在各种资料仔细认真统计，做好每项数据的统计</w:t>
      </w:r>
      <w:r>
        <w:rPr>
          <w:lang w:eastAsia="zh-CN"/>
        </w:rPr>
        <w:br/>
      </w:r>
      <w:r>
        <w:rPr>
          <w:lang w:eastAsia="zh-CN"/>
        </w:rPr>
        <w:t>　　八表格设计和通讯录</w:t>
      </w:r>
      <w:r>
        <w:rPr>
          <w:lang w:eastAsia="zh-CN"/>
        </w:rPr>
        <w:br/>
      </w:r>
      <w:r>
        <w:rPr>
          <w:lang w:eastAsia="zh-CN"/>
        </w:rPr>
        <w:t>　　表格设计会大胆创新，表格输入数据时细心，准确率高。通讯录定时补充与修改，做到准确无误。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九通知及联络</w:t>
      </w:r>
      <w:r>
        <w:rPr>
          <w:lang w:eastAsia="zh-CN"/>
        </w:rPr>
        <w:br/>
      </w:r>
      <w:r>
        <w:rPr>
          <w:lang w:eastAsia="zh-CN"/>
        </w:rPr>
        <w:t>　　通知时注意礼貌用语，简易易懂。做到信息流通畅通。</w:t>
      </w:r>
      <w:r>
        <w:rPr>
          <w:lang w:eastAsia="zh-CN"/>
        </w:rPr>
        <w:br/>
      </w:r>
      <w:r>
        <w:rPr>
          <w:lang w:eastAsia="zh-CN"/>
        </w:rPr>
        <w:t>　　十文件管理</w:t>
      </w:r>
      <w:r>
        <w:rPr>
          <w:lang w:eastAsia="zh-CN"/>
        </w:rPr>
        <w:br/>
      </w:r>
      <w:r>
        <w:rPr>
          <w:lang w:eastAsia="zh-CN"/>
        </w:rPr>
        <w:t>　　文件进行系统分类管理，做到电子档与纸质档及时保存，排查滞留文件，定期不定期排查整理文档柜，对文件熟悉掌握。</w:t>
      </w:r>
      <w:r>
        <w:rPr>
          <w:lang w:eastAsia="zh-CN"/>
        </w:rPr>
        <w:br/>
      </w:r>
      <w:r>
        <w:rPr>
          <w:lang w:eastAsia="zh-CN"/>
        </w:rPr>
        <w:t>　　十一电子档文件管理</w:t>
      </w:r>
      <w:r>
        <w:rPr>
          <w:lang w:eastAsia="zh-CN"/>
        </w:rPr>
        <w:br/>
      </w:r>
      <w:r>
        <w:rPr>
          <w:lang w:eastAsia="zh-CN"/>
        </w:rPr>
        <w:t>　　相应地建立文件夹，文件名做到完全，并做好标记。各部门拷贝文件会及时将文件调出并告知予值班人员，不随意打印非工作文件。</w:t>
      </w:r>
      <w:r>
        <w:rPr>
          <w:lang w:eastAsia="zh-CN"/>
        </w:rPr>
        <w:br/>
      </w:r>
      <w:r>
        <w:rPr>
          <w:lang w:eastAsia="zh-CN"/>
        </w:rPr>
        <w:t>　　十二工作总结及工作计划、活动策划</w:t>
      </w:r>
      <w:r>
        <w:rPr>
          <w:lang w:eastAsia="zh-CN"/>
        </w:rPr>
        <w:br/>
      </w:r>
      <w:r>
        <w:rPr>
          <w:lang w:eastAsia="zh-CN"/>
        </w:rPr>
        <w:t>　　及时催缴各部门工作总结及工作计划，做到电子档，打印档各一份。规定时完成并存档备份。</w:t>
      </w:r>
      <w:r>
        <w:rPr>
          <w:lang w:eastAsia="zh-CN"/>
        </w:rPr>
        <w:br/>
      </w:r>
      <w:r>
        <w:rPr>
          <w:lang w:eastAsia="zh-CN"/>
        </w:rPr>
        <w:t>　　十三校园文化月月评</w:t>
      </w:r>
      <w:r>
        <w:rPr>
          <w:lang w:eastAsia="zh-CN"/>
        </w:rPr>
        <w:br/>
      </w:r>
      <w:r>
        <w:rPr>
          <w:lang w:eastAsia="zh-CN"/>
        </w:rPr>
        <w:t>　　每月的校园文化月乐评的文件及时收集以及每月的十九号将各部门各班级的材料整理好，每月二十日准时上交到系学生会办公室。</w:t>
      </w:r>
      <w:r>
        <w:rPr>
          <w:lang w:eastAsia="zh-CN"/>
        </w:rPr>
        <w:br/>
      </w:r>
      <w:r>
        <w:rPr>
          <w:lang w:eastAsia="zh-CN"/>
        </w:rPr>
        <w:t>　　十四团学简报</w:t>
      </w:r>
      <w:r>
        <w:rPr>
          <w:lang w:eastAsia="zh-CN"/>
        </w:rPr>
        <w:br/>
      </w:r>
      <w:r>
        <w:rPr>
          <w:lang w:eastAsia="zh-CN"/>
        </w:rPr>
        <w:t>　　及时收集团学简报，整理好并存电子档，及时并准时地上交到院学生会办公室，整理团学简报材料时，必做到附加一份学生意见反馈。</w:t>
      </w:r>
      <w:r>
        <w:rPr>
          <w:lang w:eastAsia="zh-CN"/>
        </w:rPr>
        <w:br/>
      </w:r>
      <w:r>
        <w:rPr>
          <w:lang w:eastAsia="zh-CN"/>
        </w:rPr>
        <w:t>　　总结过去经验，不断开拓创新的`同时，也对20__-20__年度下学期的工作做了制定与规划。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一.下学期报道结束后，办公室全体成员将把办公室打扫一下，并且适当的装饰下，弄得有种喜气洋洋的气氛，迎接各位同学和同仁返校学习与工作。</w:t>
      </w:r>
      <w:r>
        <w:rPr>
          <w:lang w:eastAsia="zh-CN"/>
        </w:rPr>
        <w:br/>
      </w:r>
      <w:r>
        <w:rPr>
          <w:lang w:eastAsia="zh-CN"/>
        </w:rPr>
        <w:t>　　二.新的学期开始，也将意味着办公室有个新的开始，我们将又一次的制定我们的规章制度，延续上学习好的方面，摒弃一些不足的方面。</w:t>
      </w:r>
      <w:r>
        <w:rPr>
          <w:lang w:eastAsia="zh-CN"/>
        </w:rPr>
        <w:br/>
      </w:r>
      <w:r>
        <w:rPr>
          <w:lang w:eastAsia="zh-CN"/>
        </w:rPr>
        <w:t xml:space="preserve">    关于学生会办公室工作计划范文 篇5 </w:t>
      </w:r>
      <w:r>
        <w:rPr>
          <w:lang w:eastAsia="zh-CN"/>
        </w:rPr>
        <w:br/>
      </w:r>
      <w:r>
        <w:rPr>
          <w:lang w:eastAsia="zh-CN"/>
        </w:rPr>
        <w:t>　　随着新学期的开始，20__届学生会已全面进入了第二学期的工作。为使办公室的工作在新的学期朝着更加高效、标准、和谐的方向发展，办公室全体成员在认真总结上一学期工作经验的基础上，秉承着讲主动，知勤快，严要求，甘奉献的工作理念，制定了本学期办公室的工作计划。</w:t>
      </w:r>
      <w:r>
        <w:rPr>
          <w:lang w:eastAsia="zh-CN"/>
        </w:rPr>
        <w:br/>
      </w:r>
      <w:r>
        <w:rPr>
          <w:lang w:eastAsia="zh-CN"/>
        </w:rPr>
        <w:t>　　一、 加强内部建设</w:t>
      </w:r>
      <w:r>
        <w:rPr>
          <w:lang w:eastAsia="zh-CN"/>
        </w:rPr>
        <w:br/>
      </w:r>
      <w:r>
        <w:rPr>
          <w:lang w:eastAsia="zh-CN"/>
        </w:rPr>
        <w:t>　　1、基于办公室工作性质的特殊性，要求办公室的每位成员都要有较高的工作热忱,认真的工作态度，以及敏锐的工作头脑。为此，在新的学期我们将通过例会、培训、集体学习等方式，提高部门成员的整体素质，增强部门成员的工作积极性。</w:t>
      </w:r>
      <w:r>
        <w:rPr>
          <w:lang w:eastAsia="zh-CN"/>
        </w:rPr>
        <w:br/>
      </w:r>
      <w:r>
        <w:rPr>
          <w:lang w:eastAsia="zh-CN"/>
        </w:rPr>
        <w:t>　　2、进一步完善制度。在学期初针对本学期实际工作情况对《财务管理制度》、《物品管理制度》、《文档送呈细则》等制度进行增补与修订，使办公室制度日益全面化、规范化。</w:t>
      </w:r>
      <w:r>
        <w:rPr>
          <w:lang w:eastAsia="zh-CN"/>
        </w:rPr>
        <w:br/>
      </w:r>
      <w:r>
        <w:rPr>
          <w:lang w:eastAsia="zh-CN"/>
        </w:rPr>
        <w:t>　　3、讨论制定学生会内部奖惩制度，力求将各部门、各成员工作进行量化考核，同时制定出较完善的内部处分机制。</w:t>
      </w:r>
      <w:r>
        <w:rPr>
          <w:lang w:eastAsia="zh-CN"/>
        </w:rPr>
        <w:br/>
      </w:r>
      <w:r>
        <w:rPr>
          <w:lang w:eastAsia="zh-CN"/>
        </w:rPr>
        <w:t>　　二、以人为本，强化管理，明确分工，细化责任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(1)为了提高工作效率，办公室在新学期将切实贯彻实施责任分工制，量化工作，充分调动每位成员的工作积极性，培养成员责任意识，使部门成员真正得到锻炼。</w:t>
      </w:r>
      <w:r>
        <w:rPr>
          <w:lang w:eastAsia="zh-CN"/>
        </w:rPr>
        <w:br/>
      </w:r>
      <w:r>
        <w:rPr>
          <w:lang w:eastAsia="zh-CN"/>
        </w:rPr>
        <w:t>　　(2)为确保办公室高效率的开展工作，办公室将实行强化管理，制定出统一的工作时间表，做到统筹的安排每位成员的时间。</w:t>
      </w:r>
      <w:r>
        <w:rPr>
          <w:lang w:eastAsia="zh-CN"/>
        </w:rPr>
        <w:br/>
      </w:r>
      <w:r>
        <w:rPr>
          <w:lang w:eastAsia="zh-CN"/>
        </w:rPr>
        <w:t>　　三、常务性工作</w:t>
      </w:r>
      <w:r>
        <w:rPr>
          <w:lang w:eastAsia="zh-CN"/>
        </w:rPr>
        <w:br/>
      </w:r>
      <w:r>
        <w:rPr>
          <w:lang w:eastAsia="zh-CN"/>
        </w:rPr>
        <w:t>　　作为学生会中的枢纽部门，办公室主要配合主席团对学生会的各项工作进行统筹，协调各职能部门的工作，保证学生会工作的高效性。主要负责学生会财务经费支出管理、人员档案、内部制度、文档材料的整理与存档，物品的统一管理、以及日常事务的管理等一系列的常务性工作。</w:t>
      </w:r>
      <w:r>
        <w:rPr>
          <w:lang w:eastAsia="zh-CN"/>
        </w:rPr>
        <w:br/>
      </w:r>
      <w:r>
        <w:rPr>
          <w:lang w:eastAsia="zh-CN"/>
        </w:rPr>
        <w:t>　　1、财务及物品管理</w:t>
      </w:r>
      <w:r>
        <w:rPr>
          <w:lang w:eastAsia="zh-CN"/>
        </w:rPr>
        <w:br/>
      </w:r>
      <w:r>
        <w:rPr>
          <w:lang w:eastAsia="zh-CN"/>
        </w:rPr>
        <w:t>　　(1)设立专职人员管理学生会财务，对学生会的开支严格把关。</w:t>
      </w:r>
      <w:r>
        <w:rPr>
          <w:lang w:eastAsia="zh-CN"/>
        </w:rPr>
        <w:br/>
      </w:r>
      <w:r>
        <w:rPr>
          <w:lang w:eastAsia="zh-CN"/>
        </w:rPr>
        <w:t>　　(2)对学生会的物品进行统计及维护。认真负责在学生会的各项活动中物品的购置工作。</w:t>
      </w:r>
      <w:r>
        <w:rPr>
          <w:lang w:eastAsia="zh-CN"/>
        </w:rPr>
        <w:br/>
      </w:r>
      <w:r>
        <w:rPr>
          <w:lang w:eastAsia="zh-CN"/>
        </w:rPr>
        <w:t>　　2、文档管理</w:t>
      </w:r>
      <w:r>
        <w:rPr>
          <w:lang w:eastAsia="zh-CN"/>
        </w:rPr>
        <w:br/>
      </w:r>
      <w:r>
        <w:rPr>
          <w:lang w:eastAsia="zh-CN"/>
        </w:rPr>
        <w:t>　　文档管理，作为办公室的一项重要的日常工作，在新学期仍由专人负责学生会日常文件的印发与管理。同时以书面和电子档两种方式进行统一及时的整理与存档。进一步规范文档格式与文件管理。做到所有公务文件具有统一格式与样板，全面实现学生会文件管理规范化，统一化。</w:t>
      </w:r>
      <w:r>
        <w:rPr>
          <w:lang w:eastAsia="zh-CN"/>
        </w:rPr>
        <w:br/>
      </w:r>
      <w:r>
        <w:rPr>
          <w:lang w:eastAsia="zh-CN"/>
        </w:rPr>
        <w:t>　　3、 事务通知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事务通知是办公室开展工作的一个重要环节，能否通知到位直接关系到学生会工作能否高效的进行。为此，办公室将采取下面一系列措施，有效的确保工作效率。</w:t>
      </w:r>
      <w:r>
        <w:rPr>
          <w:lang w:eastAsia="zh-CN"/>
        </w:rPr>
        <w:br/>
      </w:r>
      <w:r>
        <w:rPr>
          <w:lang w:eastAsia="zh-CN"/>
        </w:rPr>
        <w:t>　　(1)及时传达主席团的各类通知，使上级信息及时准确传达到下一级各部门，方便工作正常开展。其中在本学期将探索更加有效的利用学生会网络资源，真正实现网上办公。</w:t>
      </w:r>
      <w:r>
        <w:rPr>
          <w:lang w:eastAsia="zh-CN"/>
        </w:rPr>
        <w:br/>
      </w:r>
      <w:r>
        <w:rPr>
          <w:lang w:eastAsia="zh-CN"/>
        </w:rPr>
        <w:t>　　(2)制作学生会通讯录，分为学生会副部以上干部通讯录和学生会全体成员通讯录两种，方便学生会内部人员的联系。</w:t>
      </w:r>
      <w:r>
        <w:rPr>
          <w:lang w:eastAsia="zh-CN"/>
        </w:rPr>
        <w:br/>
      </w:r>
      <w:r>
        <w:rPr>
          <w:lang w:eastAsia="zh-CN"/>
        </w:rPr>
        <w:t>　　(3)应急机制的制作与初步宣传。制作学生会空闲时间表，使人力资源的调度达到最优化，提高学生会的工作效率。</w:t>
      </w:r>
      <w:r>
        <w:rPr>
          <w:lang w:eastAsia="zh-CN"/>
        </w:rPr>
        <w:br/>
      </w:r>
      <w:r>
        <w:rPr>
          <w:lang w:eastAsia="zh-CN"/>
        </w:rPr>
        <w:t>　　4、值班考勤</w:t>
      </w:r>
      <w:r>
        <w:rPr>
          <w:lang w:eastAsia="zh-CN"/>
        </w:rPr>
        <w:br/>
      </w:r>
      <w:r>
        <w:rPr>
          <w:lang w:eastAsia="zh-CN"/>
        </w:rPr>
        <w:t>　　及时制定出本学期值班签到表，考勤表，以保证值班工作及时、有序地开展。同时，认真负责整个学生会值班的考勤工作，对值班情况进行详细的统计整理。</w:t>
      </w:r>
      <w:r>
        <w:rPr>
          <w:lang w:eastAsia="zh-CN"/>
        </w:rPr>
        <w:br/>
      </w:r>
      <w:r>
        <w:rPr>
          <w:lang w:eastAsia="zh-CN"/>
        </w:rPr>
        <w:t>　　5.相关活动</w:t>
      </w:r>
      <w:r>
        <w:rPr>
          <w:lang w:eastAsia="zh-CN"/>
        </w:rPr>
        <w:br/>
      </w:r>
      <w:r>
        <w:rPr>
          <w:lang w:eastAsia="zh-CN"/>
        </w:rPr>
        <w:t>　　(1)作为学生会的后方大本营，对于学生会举办的每一次活动，办公室都将积极配合相关部门投入到活动的前期准备工作以及一系列的后勤工作中，诸如常规性的活动物品的选购，活动地点的申请，以及活动现场人员的调配与考勤等等。</w:t>
      </w:r>
      <w:r>
        <w:rPr>
          <w:lang w:eastAsia="zh-CN"/>
        </w:rPr>
        <w:br/>
      </w:r>
      <w:r>
        <w:rPr>
          <w:lang w:eastAsia="zh-CN"/>
        </w:rPr>
        <w:t>　　(2)针对生命文化节，办公室将认真落实主席团下达的各项任务，并积极做好各项前期准备工作。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不为自己做不好工作找借口，而要为能做好工作想办法是我们的工作思路，关怀、团结、高效、友情是我们的管理理念，细心、留心、虚心、诚心、恒心是我们的工作作风，更加高效、标准、和谐则是我们不断的追求。在新学期，办公室将在工作中秉承着讲主动，知勤快，严要求，甘奉献的工作理念，与各部门共同努力，为我们学生会取得更加辉煌的成绩而不断努力!</w:t>
      </w:r>
      <w:r>
        <w:rPr>
          <w:lang w:eastAsia="zh-CN"/>
        </w:rPr>
        <w:br/>
      </w:r>
      <w:r>
        <w:rPr>
          <w:lang w:eastAsia="zh-CN"/>
        </w:rPr>
        <w:t xml:space="preserve">    关于学生会办公室工作计划范文 篇6 </w:t>
      </w:r>
      <w:r>
        <w:rPr>
          <w:lang w:eastAsia="zh-CN"/>
        </w:rPr>
        <w:br/>
      </w:r>
      <w:r>
        <w:rPr>
          <w:lang w:eastAsia="zh-CN"/>
        </w:rPr>
        <w:t>　　经过一学期全体办公室成员的不懈努力，我部各项工作有了明显的进步。随着新学期的到来，我部本着不断探索，求实创新的工作态度，对新学期的工作有了新的认识，新的打算。</w:t>
      </w:r>
      <w:r>
        <w:rPr>
          <w:lang w:eastAsia="zh-CN"/>
        </w:rPr>
        <w:br/>
      </w:r>
      <w:r>
        <w:rPr>
          <w:lang w:eastAsia="zh-CN"/>
        </w:rPr>
        <w:t>　　首先，作为学生会的一个部门，我们应多为同学着想，多干实事、好事。为同学服务。我们愿多加强与学生之间的联系与沟通，了解他们在学习、生活中所遇到的各种困难，及时想学生会反映，解决。只有保证好同学们的利益，才有助于学生工作的开展。</w:t>
      </w:r>
      <w:r>
        <w:rPr>
          <w:lang w:eastAsia="zh-CN"/>
        </w:rPr>
        <w:br/>
      </w:r>
      <w:r>
        <w:rPr>
          <w:lang w:eastAsia="zh-CN"/>
        </w:rPr>
        <w:t>　　其次：作为办公室，其主要职能是协调学生会个部门之间的关系，负责干部考核和学生会活动经费预算、开支。其中，协调各部门之间的关系是我们的工作重点，我部应以此作为工作的中心，开展各项学生工作。我部多组织一些学生会内部的活动，如搞一次联谊活动，学生会各成员可在一起唱歌、跳舞等，通过这种活动既可以丰富学生会个部门的课余文化生活，又可以加强学生会个部门之间的友谊，保证个项学生工作的顺利开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第三：我部应积极配合其他部门，做好后勤工作，提供充足物资，保证学生工作开展的顺利、畅通，就此，我部决定采取人员分工制，以提高工作效率。</w:t>
      </w:r>
      <w:r>
        <w:rPr>
          <w:lang w:eastAsia="zh-CN"/>
        </w:rPr>
        <w:br/>
      </w:r>
      <w:r>
        <w:rPr>
          <w:lang w:eastAsia="zh-CN"/>
        </w:rPr>
        <w:t>　　我部除了做好自己的本质工作外，也可以和其他部门共同搞一些活动，如和青年志愿者大队联络，为青年志愿者大队提供一些有利条件，帮助其从事各项社会公益事业，我们也可以和宣传部搞一些大型的宣传工作，弘扬学校文化事业。</w:t>
      </w:r>
      <w:r>
        <w:rPr>
          <w:lang w:eastAsia="zh-CN"/>
        </w:rPr>
        <w:br/>
      </w:r>
      <w:r>
        <w:rPr>
          <w:lang w:eastAsia="zh-CN"/>
        </w:rPr>
        <w:t>　　总之，我部总的原则就是为同学服务，不管搞哪项活动，我部都应以学生的利益为本，为大家服务。</w:t>
      </w:r>
      <w:r>
        <w:rPr>
          <w:lang w:eastAsia="zh-CN"/>
        </w:rPr>
        <w:br/>
      </w:r>
      <w:r>
        <w:rPr>
          <w:lang w:eastAsia="zh-CN"/>
        </w:rPr>
        <w:t xml:space="preserve">    关于学生会办公室工作计划范文 篇7 </w:t>
      </w:r>
      <w:r>
        <w:rPr>
          <w:lang w:eastAsia="zh-CN"/>
        </w:rPr>
        <w:br/>
      </w:r>
      <w:r>
        <w:rPr>
          <w:lang w:eastAsia="zh-CN"/>
        </w:rPr>
        <w:t>　　大学学生会的工作是十分重要的，学生会工作是维持一个学校工作的重要组成部分。除了教学工作，学生会会参与几乎学校所有的活动。在大学学生会里，大学生大部分都已经成人了，做事都有自己的分寸了。再说大学生也都是通过了重重考验才考上大学，所以学生会工作还是很受教师信任的。大学学生会极为重要，没有学生会就没有大学里的各种活动!</w:t>
      </w:r>
      <w:r>
        <w:rPr>
          <w:lang w:eastAsia="zh-CN"/>
        </w:rPr>
        <w:br/>
      </w:r>
      <w:r>
        <w:rPr>
          <w:lang w:eastAsia="zh-CN"/>
        </w:rPr>
        <w:t>　　新的一届学院学生会领导班子已经确立，学生会的各项活动开始稳步运转，办公室作为核心部门，其枢纽的作用必须得到充分的体现，办公室本学期的工作计划如下：</w:t>
      </w:r>
      <w:r>
        <w:rPr>
          <w:lang w:eastAsia="zh-CN"/>
        </w:rPr>
        <w:br/>
      </w:r>
      <w:r>
        <w:rPr>
          <w:lang w:eastAsia="zh-CN"/>
        </w:rPr>
        <w:t>　　一、协调帮助各部门的学生工作：</w:t>
      </w:r>
      <w:r>
        <w:rPr>
          <w:lang w:eastAsia="zh-CN"/>
        </w:rPr>
        <w:br/>
      </w:r>
      <w:r>
        <w:rPr>
          <w:lang w:eastAsia="zh-CN"/>
        </w:rPr>
        <w:t>　　作到承上启下的中间枢纽作用，保证学院的活动能更加顺畅快速的完成。</w:t>
      </w:r>
      <w:r>
        <w:rPr>
          <w:lang w:eastAsia="zh-CN"/>
        </w:rPr>
        <w:br/>
      </w:r>
      <w:r>
        <w:rPr>
          <w:lang w:eastAsia="zh-CN"/>
        </w:rPr>
        <w:t>　　二、交流会：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12月中旬与漳州校区本科生交流会，主要目的是加强学院各年级之间的交流帮助学弟学妹更快更好的适应大学生活。12月下旬邀请本部研究生及大四学习优异的同学开茶话会，向他们学习成功经验。</w:t>
      </w:r>
      <w:r>
        <w:rPr>
          <w:lang w:eastAsia="zh-CN"/>
        </w:rPr>
        <w:br/>
      </w:r>
      <w:r>
        <w:rPr>
          <w:lang w:eastAsia="zh-CN"/>
        </w:rPr>
        <w:t>　　三、建筑与土木工程学院学生干部考核管理办法：</w:t>
      </w:r>
      <w:r>
        <w:rPr>
          <w:lang w:eastAsia="zh-CN"/>
        </w:rPr>
        <w:br/>
      </w:r>
      <w:r>
        <w:rPr>
          <w:lang w:eastAsia="zh-CN"/>
        </w:rPr>
        <w:t>　　在老师指导下制定《建筑与土木工程学院学生干部考核管理办法》，完善学生会监督机制，增强制度的可执行性和影响力。学期末将考评结果记入干部档案表并报各学院了解。办公室将尽力做好制度的执行工作，做到以评促改。</w:t>
      </w:r>
      <w:r>
        <w:rPr>
          <w:lang w:eastAsia="zh-CN"/>
        </w:rPr>
        <w:br/>
      </w:r>
      <w:r>
        <w:rPr>
          <w:lang w:eastAsia="zh-CN"/>
        </w:rPr>
        <w:t>　　四、财务管理制度：</w:t>
      </w:r>
      <w:r>
        <w:rPr>
          <w:lang w:eastAsia="zh-CN"/>
        </w:rPr>
        <w:br/>
      </w:r>
      <w:r>
        <w:rPr>
          <w:lang w:eastAsia="zh-CN"/>
        </w:rPr>
        <w:t>　　第一条建筑与土木工程学院团委学生会除宣传部外其它财务流动由办公室负责管理。</w:t>
      </w:r>
      <w:r>
        <w:rPr>
          <w:lang w:eastAsia="zh-CN"/>
        </w:rPr>
        <w:br/>
      </w:r>
      <w:r>
        <w:rPr>
          <w:lang w:eastAsia="zh-CN"/>
        </w:rPr>
        <w:t>　　第二条学生会各部门活动经费和日常开支，均须事先上报办公室，由办公室与各位老师审批合格后方可购买物品。</w:t>
      </w:r>
      <w:r>
        <w:rPr>
          <w:lang w:eastAsia="zh-CN"/>
        </w:rPr>
        <w:br/>
      </w:r>
      <w:r>
        <w:rPr>
          <w:lang w:eastAsia="zh-CN"/>
        </w:rPr>
        <w:t>　　第三条所有支出均须统一正式发票方可报帐(收据、白条及超市电脑小票等因无法为活动支出提供可靠证据故一概视为无效凭证不予报销)。</w:t>
      </w:r>
      <w:r>
        <w:rPr>
          <w:lang w:eastAsia="zh-CN"/>
        </w:rPr>
        <w:br/>
      </w:r>
      <w:r>
        <w:rPr>
          <w:lang w:eastAsia="zh-CN"/>
        </w:rPr>
        <w:t>　　第四条为加强对发票报销的统一管理，发票最好在每次活动结束后统一上交办公室，若支出金额过于零散可于每次学生会例会时上交。</w:t>
      </w:r>
      <w:r>
        <w:rPr>
          <w:lang w:eastAsia="zh-CN"/>
        </w:rPr>
        <w:br/>
      </w:r>
      <w:r>
        <w:rPr>
          <w:lang w:eastAsia="zh-CN"/>
        </w:rPr>
        <w:t>　　五、办公室管理制度：</w:t>
      </w:r>
      <w:r>
        <w:rPr>
          <w:lang w:eastAsia="zh-CN"/>
        </w:rPr>
        <w:br/>
      </w:r>
      <w:r>
        <w:rPr>
          <w:lang w:eastAsia="zh-CN"/>
        </w:rPr>
        <w:t>　　第一条办公室的管理机构为建筑与土木工程学院学生会办公室。学生会办公室内的一切财产归学生会所有，不属于任何个人。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第二条学生会办公室的钥匙由学生会办公室统一配发，不得私自配备，若丢失，需报告学生会办公室，由学生会办公室再次配发并登记。持钥匙人不能随意进入办公室做与学生会事务无关的事情。</w:t>
      </w:r>
      <w:r>
        <w:rPr>
          <w:lang w:eastAsia="zh-CN"/>
        </w:rPr>
        <w:br/>
      </w:r>
      <w:r>
        <w:rPr>
          <w:lang w:eastAsia="zh-CN"/>
        </w:rPr>
        <w:t>　　第三条除学生会例会外，要借用办公室必须经过学生会办公室批准，借用人方可使用。</w:t>
      </w:r>
      <w:r>
        <w:rPr>
          <w:lang w:eastAsia="zh-CN"/>
        </w:rPr>
        <w:br/>
      </w:r>
      <w:r>
        <w:rPr>
          <w:lang w:eastAsia="zh-CN"/>
        </w:rPr>
        <w:t>　　第四条使用办公室时，必须爱惜办公室内的财产，如有损坏，必须立即报告学生会办公室。</w:t>
      </w:r>
      <w:r>
        <w:rPr>
          <w:lang w:eastAsia="zh-CN"/>
        </w:rPr>
        <w:br/>
      </w:r>
      <w:r>
        <w:rPr>
          <w:lang w:eastAsia="zh-CN"/>
        </w:rPr>
        <w:t>　　第五条每次活动领取办公室物品时必须有负责人详细填写借出清单，并签名。活动完毕归还物品时必须及时清点物品并由办公室确认，如有损坏须如实报告。</w:t>
      </w:r>
      <w:r>
        <w:rPr>
          <w:lang w:eastAsia="zh-CN"/>
        </w:rPr>
        <w:br/>
      </w:r>
      <w:r>
        <w:rPr>
          <w:lang w:eastAsia="zh-CN"/>
        </w:rPr>
        <w:t>　　第六条如有非学生会人员借用物品，必须先报办公室，经办公室主任同意后，进行登记并要求限期后方可借出。如有损坏或丢失，借用人须照价赔偿。</w:t>
      </w:r>
      <w:r>
        <w:rPr>
          <w:lang w:eastAsia="zh-CN"/>
        </w:rPr>
        <w:br/>
      </w:r>
      <w:r>
        <w:rPr>
          <w:lang w:eastAsia="zh-CN"/>
        </w:rPr>
        <w:t>　　第七条办公室不得存放私人用品，不得带人进入办公室做与办公室事物无关的事。</w:t>
      </w:r>
      <w:r>
        <w:rPr>
          <w:lang w:eastAsia="zh-CN"/>
        </w:rPr>
        <w:br/>
      </w:r>
      <w:r>
        <w:rPr>
          <w:lang w:eastAsia="zh-CN"/>
        </w:rPr>
        <w:t>　　第八条自觉维护办公室内卫生环境，使用办公室后要将物品整理好，将地面打扫干净。离开时，必须将门锁好。</w:t>
      </w:r>
      <w:r>
        <w:rPr>
          <w:lang w:eastAsia="zh-CN"/>
        </w:rPr>
        <w:br/>
      </w:r>
      <w:r>
        <w:rPr>
          <w:lang w:eastAsia="zh-CN"/>
        </w:rPr>
        <w:t>　　一个良好的计划就是成功的一半，明确的分工则使工作向成功又迈进了一步。本学期办公室副主任，冯继斌主要分管量化考核、物资和工作人员管理。希望在我们共同的`努力下办公室能为学生会做更多的贡献，也能培养出更多的人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希望这一届新组成的学生会全体成员能够像前几届学生会一样，有着出色的工作能力和办事效率。当然，学生会成员都是从各个班级中的优秀学生挑选出来的，所以学生会成员的工作能力是不用值得我们区怀疑的。相信随着时间不断的流逝，我们的学生会工作一定会顺利进行，我们学校的工作一定会在学生会全体工作人员的努力下做到最好。</w:t>
      </w:r>
      <w:r>
        <w:rPr>
          <w:lang w:eastAsia="zh-CN"/>
        </w:rPr>
        <w:br/>
      </w:r>
      <w:r>
        <w:rPr>
          <w:lang w:eastAsia="zh-CN"/>
        </w:rPr>
        <w:t>　　计划人：______</w:t>
      </w:r>
      <w:r>
        <w:rPr>
          <w:lang w:eastAsia="zh-CN"/>
        </w:rPr>
        <w:br/>
      </w:r>
      <w:r>
        <w:rPr>
          <w:lang w:eastAsia="zh-CN"/>
        </w:rPr>
        <w:t>　　___年___月___日</w:t>
      </w:r>
      <w:r>
        <w:rPr>
          <w:lang w:eastAsia="zh-CN"/>
        </w:rPr>
        <w:br/>
      </w:r>
      <w:r>
        <w:rPr>
          <w:lang w:eastAsia="zh-CN"/>
        </w:rPr>
        <w:t xml:space="preserve">    关于学生会办公室工作计划范文 篇8 </w:t>
      </w:r>
      <w:r>
        <w:rPr>
          <w:lang w:eastAsia="zh-CN"/>
        </w:rPr>
        <w:br/>
      </w:r>
      <w:r>
        <w:rPr>
          <w:lang w:eastAsia="zh-CN"/>
        </w:rPr>
        <w:t>　　大学学生会的工作是十分重要的，学生会工作是维持一个学校工作的重要组成部分。除了教学工作，学生会会参与几乎学校所有的活动。在大学学生会里，大学生大部分都已经成人了，做事都有自己的分寸了。再说大学生也都是通过了重重考验才考上大学，所以学生会工作还是很受教师信任的。大学学生会极为重要，没有学生会就没有大学里的各种活动！</w:t>
      </w:r>
      <w:r>
        <w:rPr>
          <w:lang w:eastAsia="zh-CN"/>
        </w:rPr>
        <w:br/>
      </w:r>
      <w:r>
        <w:rPr>
          <w:lang w:eastAsia="zh-CN"/>
        </w:rPr>
        <w:t>　　新的一届学院学生会领导班子已经确立，学生会的各项活动开始稳步运转，办公室作为核心部门，其枢纽的作用必须得到充分的体现，办公室本学期的工作计划如下：</w:t>
      </w:r>
      <w:r>
        <w:rPr>
          <w:lang w:eastAsia="zh-CN"/>
        </w:rPr>
        <w:br/>
      </w:r>
      <w:r>
        <w:rPr>
          <w:lang w:eastAsia="zh-CN"/>
        </w:rPr>
        <w:t>　　一、协调帮助各部门的学生工作：作到承上启下的中间枢纽作用，保证学院的活动能更加顺畅快速的完成。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二、交流会：12月中旬与漳州校区本科生交流会，主要目的是加强学院各年级之间的交流帮助学弟学妹更快更好的适应大学生活。12月下旬邀请本部研究生及大四学习优异的同学开茶话会，向他们学习成功经验。</w:t>
      </w:r>
      <w:r>
        <w:rPr>
          <w:lang w:eastAsia="zh-CN"/>
        </w:rPr>
        <w:br/>
      </w:r>
      <w:r>
        <w:rPr>
          <w:lang w:eastAsia="zh-CN"/>
        </w:rPr>
        <w:t>　　三、建筑与土木工程学院学生干部考核管理办法：</w:t>
      </w:r>
      <w:r>
        <w:rPr>
          <w:lang w:eastAsia="zh-CN"/>
        </w:rPr>
        <w:br/>
      </w:r>
      <w:r>
        <w:rPr>
          <w:lang w:eastAsia="zh-CN"/>
        </w:rPr>
        <w:t>　　在老师指导下制定《建筑与土木工程学院学生干部考核管理办法》，完善学生会监督机制，增强制度的可执行性和影响力。学期末将考评结果记入干部档案表并报各学院了解。办公室将尽力做好制度的执行工作，做到以评促改。</w:t>
      </w:r>
      <w:r>
        <w:rPr>
          <w:lang w:eastAsia="zh-CN"/>
        </w:rPr>
        <w:br/>
      </w:r>
      <w:r>
        <w:rPr>
          <w:lang w:eastAsia="zh-CN"/>
        </w:rPr>
        <w:t>　　四、财务管理制度：</w:t>
      </w:r>
      <w:r>
        <w:rPr>
          <w:lang w:eastAsia="zh-CN"/>
        </w:rPr>
        <w:br/>
      </w:r>
      <w:r>
        <w:rPr>
          <w:lang w:eastAsia="zh-CN"/>
        </w:rPr>
        <w:t>　　第一条建筑与土木工程学院团委学生会除宣传部外其它财务流动由办公室负责管理。</w:t>
      </w:r>
      <w:r>
        <w:rPr>
          <w:lang w:eastAsia="zh-CN"/>
        </w:rPr>
        <w:br/>
      </w:r>
      <w:r>
        <w:rPr>
          <w:lang w:eastAsia="zh-CN"/>
        </w:rPr>
        <w:t>　　第二条学生会各部门活动经费和日常开支，均须事先上报办公室，由办公室与各位老师审批合格后方可购买物品。</w:t>
      </w:r>
      <w:r>
        <w:rPr>
          <w:lang w:eastAsia="zh-CN"/>
        </w:rPr>
        <w:br/>
      </w:r>
      <w:r>
        <w:rPr>
          <w:lang w:eastAsia="zh-CN"/>
        </w:rPr>
        <w:t>　　第三条所有支出均须统一正式发票方可报帐（收据、白条及超市电脑小票等因无法为活动支出提供可靠证据故一概视为无效凭证不予报销）。</w:t>
      </w:r>
      <w:r>
        <w:rPr>
          <w:lang w:eastAsia="zh-CN"/>
        </w:rPr>
        <w:br/>
      </w:r>
      <w:r>
        <w:rPr>
          <w:lang w:eastAsia="zh-CN"/>
        </w:rPr>
        <w:t>　　第四条为加强对发票报销的统一管理，发票在每次活动结束后统一上交办公室，若支出金额过于零散可于每次学生会例会时上交。</w:t>
      </w:r>
      <w:r>
        <w:rPr>
          <w:lang w:eastAsia="zh-CN"/>
        </w:rPr>
        <w:br/>
      </w:r>
      <w:r>
        <w:rPr>
          <w:lang w:eastAsia="zh-CN"/>
        </w:rPr>
        <w:t>　　五、办公室管理制度：</w:t>
      </w:r>
      <w:r>
        <w:rPr>
          <w:lang w:eastAsia="zh-CN"/>
        </w:rPr>
        <w:br/>
      </w:r>
      <w:r>
        <w:rPr>
          <w:lang w:eastAsia="zh-CN"/>
        </w:rPr>
        <w:t>　　第一条办公室的管理机构为建筑与土木工程学院学生会办公室。学生会办公室内的一切财产归学生会所有，不属于任何个人。</w:t>
      </w:r>
      <w:r>
        <w:rPr>
          <w:lang w:eastAsia="zh-CN"/>
        </w:rPr>
        <w:br/>
      </w:r>
      <w:r>
        <w:rPr>
          <w:lang w:eastAsia="zh-CN"/>
        </w:rPr>
        <w:t>　　第二条学生会办公室的钥匙由学生会办公室统一配发，不得私自配备，若丢失，需报告学生会办公室，由学生会办公室再次配发并登记。持钥匙人不能随意进入办公室做与学生会事务无关的事情。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第三条除学生会例会外，要借用办公室必须经过学生会办公室批准，借用人方可使用。</w:t>
      </w:r>
      <w:r>
        <w:rPr>
          <w:lang w:eastAsia="zh-CN"/>
        </w:rPr>
        <w:br/>
      </w:r>
      <w:r>
        <w:rPr>
          <w:lang w:eastAsia="zh-CN"/>
        </w:rPr>
        <w:t>　　第四条使用办公室时，必须爱惜办公室内的财产，如有损坏，必须立即报告学生会办公室。</w:t>
      </w:r>
      <w:r>
        <w:rPr>
          <w:lang w:eastAsia="zh-CN"/>
        </w:rPr>
        <w:br/>
      </w:r>
      <w:r>
        <w:rPr>
          <w:lang w:eastAsia="zh-CN"/>
        </w:rPr>
        <w:t>　　第五条每次活动领取办公室物品时必须有负责人详细填写借出清单，并签名。活动完毕归还物品时必须及时清点物品并由办公室确认，如有损坏须如实报告。</w:t>
      </w:r>
      <w:r>
        <w:rPr>
          <w:lang w:eastAsia="zh-CN"/>
        </w:rPr>
        <w:br/>
      </w:r>
      <w:r>
        <w:rPr>
          <w:lang w:eastAsia="zh-CN"/>
        </w:rPr>
        <w:t>　　第六条如有非学生会人员借用物品，必须先报办公室，经办公室主任同意后，进行登记并要求限期后方可借出。如有损坏或丢失，借用人须照价赔偿。</w:t>
      </w:r>
      <w:r>
        <w:rPr>
          <w:lang w:eastAsia="zh-CN"/>
        </w:rPr>
        <w:br/>
      </w:r>
      <w:r>
        <w:rPr>
          <w:lang w:eastAsia="zh-CN"/>
        </w:rPr>
        <w:t>　　第七条办公室不得存放私人用品，不得带人进入办公室做与办公室事物无关的事。</w:t>
      </w:r>
      <w:r>
        <w:rPr>
          <w:lang w:eastAsia="zh-CN"/>
        </w:rPr>
        <w:br/>
      </w:r>
      <w:r>
        <w:rPr>
          <w:lang w:eastAsia="zh-CN"/>
        </w:rPr>
        <w:t>　　第八条自觉维护办公室内卫生环境，使用办公室后要将物品整理好，将地面打扫干净。离开时，必须将门锁好。</w:t>
      </w:r>
      <w:r>
        <w:rPr>
          <w:lang w:eastAsia="zh-CN"/>
        </w:rPr>
        <w:br/>
      </w:r>
      <w:r>
        <w:rPr>
          <w:lang w:eastAsia="zh-CN"/>
        </w:rPr>
        <w:t>　　一个良好的计划就是成功的一半，明确的分工则使工作向成功又迈进了一步。本学期办公室副主任，冯继斌主要分管量化考核、物资和工作人员管理。希望在我们共同的努力下办公室能为学生会做更多的贡献，也能培养出更多的人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希望这一届新组成的学生会全体成员能够像前几届学生会一样，有着出色的工作能力和办事效率。当然，学生会成员都是从各个班级中的优秀学生挑选出来的，所以学生会成员的工作能力是不用值得我们区怀疑的。相信随着时间不断的流逝，我们的学生会工作一定会顺利进行，我们学校的工作一定会在学生会全体工作人员的努力下做到！</w:t>
      </w:r>
      <w:r>
        <w:rPr>
          <w:lang w:eastAsia="zh-CN"/>
        </w:rPr>
        <w:br/>
      </w:r>
      <w:r>
        <w:rPr>
          <w:lang w:eastAsia="zh-CN"/>
        </w:rPr>
        <w:t xml:space="preserve">    关于学生会办公室工作计划范文 篇9 </w:t>
      </w:r>
      <w:r>
        <w:rPr>
          <w:lang w:eastAsia="zh-CN"/>
        </w:rPr>
        <w:br/>
      </w:r>
      <w:r>
        <w:rPr>
          <w:lang w:eastAsia="zh-CN"/>
        </w:rPr>
        <w:t>　　辞旧迎新,经历了重大的考验，精彩的完成了上一学年的工作，在新的学期里，药学院第七届学生会将展开新的工作，谱写新的历程，办公室在本学年将一如既往的支持学生会的工作，在本学年办公室的计划如下：</w:t>
      </w:r>
      <w:r>
        <w:rPr>
          <w:lang w:eastAsia="zh-CN"/>
        </w:rPr>
        <w:br/>
      </w:r>
      <w:r>
        <w:rPr>
          <w:lang w:eastAsia="zh-CN"/>
        </w:rPr>
        <w:t>　　一、进一步完善部门工作</w:t>
      </w:r>
      <w:r>
        <w:rPr>
          <w:lang w:eastAsia="zh-CN"/>
        </w:rPr>
        <w:br/>
      </w:r>
      <w:r>
        <w:rPr>
          <w:lang w:eastAsia="zh-CN"/>
        </w:rPr>
        <w:t>　　经过上一学年的工作，总结了工作的经验，在本学期将进一步发挥部门的职能。</w:t>
      </w:r>
      <w:r>
        <w:rPr>
          <w:lang w:eastAsia="zh-CN"/>
        </w:rPr>
        <w:br/>
      </w:r>
      <w:r>
        <w:rPr>
          <w:lang w:eastAsia="zh-CN"/>
        </w:rPr>
        <w:t>　　对于学生会的备品办公室要有精确的掌握,将备品进行统一管理,调音设备的器材的使用及借出要有明确的记录.</w:t>
      </w:r>
      <w:r>
        <w:rPr>
          <w:lang w:eastAsia="zh-CN"/>
        </w:rPr>
        <w:br/>
      </w:r>
      <w:r>
        <w:rPr>
          <w:lang w:eastAsia="zh-CN"/>
        </w:rPr>
        <w:t>　　同时积极和各部门及其他兄弟学生会,社团紧密联系,合作,建立良好的关系.</w:t>
      </w:r>
      <w:r>
        <w:rPr>
          <w:lang w:eastAsia="zh-CN"/>
        </w:rPr>
        <w:br/>
      </w:r>
      <w:r>
        <w:rPr>
          <w:lang w:eastAsia="zh-CN"/>
        </w:rPr>
        <w:t>　　在以往的基础上有所创新，制定调音设备的使用申请表，并管理在案。</w:t>
      </w:r>
      <w:r>
        <w:rPr>
          <w:lang w:eastAsia="zh-CN"/>
        </w:rPr>
        <w:br/>
      </w:r>
      <w:r>
        <w:rPr>
          <w:lang w:eastAsia="zh-CN"/>
        </w:rPr>
        <w:t>　　二、学生会帐目的管理</w:t>
      </w:r>
      <w:r>
        <w:rPr>
          <w:lang w:eastAsia="zh-CN"/>
        </w:rPr>
        <w:br/>
      </w:r>
      <w:r>
        <w:rPr>
          <w:lang w:eastAsia="zh-CN"/>
        </w:rPr>
        <w:t>　　本学期办公室对学生会的财政账目继续进行使用上的管理.设立经费申请单,对于学生会其他部门对内部经费的申要得到办公室主任和指导老师的许可后方可以向办公室的成员拿取经费.对经费的使用办公室留有详细的记录,并定时的核对账目.并定期的向学生会主席团进行汇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准备为学生会添置新的仪器设备，比如打印机，以方便学生会成员的使用。</w:t>
      </w:r>
      <w:r>
        <w:rPr>
          <w:lang w:eastAsia="zh-CN"/>
        </w:rPr>
        <w:br/>
      </w:r>
      <w:r>
        <w:rPr>
          <w:lang w:eastAsia="zh-CN"/>
        </w:rPr>
        <w:t>　　三、配合学生会其他部门工作，共建学生会实力队伍</w:t>
      </w:r>
      <w:r>
        <w:rPr>
          <w:lang w:eastAsia="zh-CN"/>
        </w:rPr>
        <w:br/>
      </w:r>
      <w:r>
        <w:rPr>
          <w:lang w:eastAsia="zh-CN"/>
        </w:rPr>
        <w:t>　　新学期开始，各部门都将有自己本部的工作，如学习部的实验技能大赛，办公室将以全新的姿态投入工作之中.学生会传承的博雅文化节也将开展,办公室将承担各环节的调音工作以及会场的布置与安排。</w:t>
      </w:r>
      <w:r>
        <w:rPr>
          <w:lang w:eastAsia="zh-CN"/>
        </w:rPr>
        <w:br/>
      </w:r>
      <w:r>
        <w:rPr>
          <w:lang w:eastAsia="zh-CN"/>
        </w:rPr>
        <w:t>　　积极配合其他部门的工作.做为学生会的下属部门,办公室会在本学期积极配合学生会开展的各项工作。</w:t>
      </w:r>
      <w:r>
        <w:rPr>
          <w:lang w:eastAsia="zh-CN"/>
        </w:rPr>
        <w:br/>
      </w:r>
      <w:r>
        <w:rPr>
          <w:lang w:eastAsia="zh-CN"/>
        </w:rPr>
        <w:t>　　吸取以往的工作经验，总结从前的工作不足，更好的去完成老师和学生会布置的任务，和其他部门共创第七届学生会的业绩!</w:t>
      </w:r>
      <w:r>
        <w:rPr>
          <w:lang w:eastAsia="zh-CN"/>
        </w:rPr>
        <w:br/>
      </w:r>
      <w:r>
        <w:rPr>
          <w:lang w:eastAsia="zh-CN"/>
        </w:rPr>
        <w:t>　　药学院学生会办公室</w:t>
      </w:r>
      <w:r>
        <w:rPr>
          <w:lang w:eastAsia="zh-CN"/>
        </w:rPr>
        <w:br/>
      </w:r>
      <w:r>
        <w:rPr>
          <w:lang w:eastAsia="zh-CN"/>
        </w:rPr>
        <w:t>　　20__年3月5日</w:t>
      </w:r>
      <w:r>
        <w:rPr>
          <w:lang w:eastAsia="zh-CN"/>
        </w:rPr>
        <w:br/>
      </w:r>
      <w:r>
        <w:rPr>
          <w:lang w:eastAsia="zh-CN"/>
        </w:rPr>
        <w:t xml:space="preserve">    关于学生会办公室工作计划范文 篇10 </w:t>
      </w:r>
      <w:r>
        <w:rPr>
          <w:lang w:eastAsia="zh-CN"/>
        </w:rPr>
        <w:br/>
      </w:r>
      <w:r>
        <w:rPr>
          <w:lang w:eastAsia="zh-CN"/>
        </w:rPr>
        <w:t>　　一，宣外——主要是将我院的学生风采展现在全校师生，甚至是社会面前。</w:t>
      </w:r>
      <w:r>
        <w:rPr>
          <w:lang w:eastAsia="zh-CN"/>
        </w:rPr>
        <w:br/>
      </w:r>
      <w:r>
        <w:rPr>
          <w:lang w:eastAsia="zh-CN"/>
        </w:rPr>
        <w:t>　　（一），在学校大型活动中，与老师积极配合，与其它部门通力合作，尽力展现我院良好的风貌。这主要工作是迎新工作，校运动会，文化艺术节，元旦晚会等事宜。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1，其中迎新工作我们做的门标（已完成），宣传板（已完成），迎新晚会等等一定要反映我院对新来的学弟，学妹们的无微不至的关心和爱护，以及通过宣传板反映我院是一个非常团结，非常有希望，欣欣向荣的一个集体。</w:t>
      </w:r>
      <w:r>
        <w:rPr>
          <w:lang w:eastAsia="zh-CN"/>
        </w:rPr>
        <w:br/>
      </w:r>
      <w:r>
        <w:rPr>
          <w:lang w:eastAsia="zh-CN"/>
        </w:rPr>
        <w:t>　　2，校运动会，主要是以宣传板的形式展现我院学子的青春，活力，力争上游的不屈精神。同时也使我院运动员，有着更多的精神力量，摘得桂冠。</w:t>
      </w:r>
      <w:r>
        <w:rPr>
          <w:lang w:eastAsia="zh-CN"/>
        </w:rPr>
        <w:br/>
      </w:r>
      <w:r>
        <w:rPr>
          <w:lang w:eastAsia="zh-CN"/>
        </w:rPr>
        <w:t>　　3，文化艺术节，我们会协助院里其它各部门，努力反映我们生物院是个文化底蕴深厚的学院，学生是多才多艺的跨世纪青年。这其中特别要和社团合作，包括活动晚会的背景设计和演出道具的制作。</w:t>
      </w:r>
      <w:r>
        <w:rPr>
          <w:lang w:eastAsia="zh-CN"/>
        </w:rPr>
        <w:br/>
      </w:r>
      <w:r>
        <w:rPr>
          <w:lang w:eastAsia="zh-CN"/>
        </w:rPr>
        <w:t>　　4，此外我院今年要是开元旦晚会的话，我们更会与文艺部，社团部，女生部等等合作，做好舞台的设计的道具的制作，使师生其乐融融地过一个快乐的元旦。</w:t>
      </w:r>
      <w:r>
        <w:rPr>
          <w:lang w:eastAsia="zh-CN"/>
        </w:rPr>
        <w:br/>
      </w:r>
      <w:r>
        <w:rPr>
          <w:lang w:eastAsia="zh-CN"/>
        </w:rPr>
        <w:t>　　（二），与团委宣传部合作，搞好农大社区的文化，事宜宣传，也进一步提高我院的影响力。</w:t>
      </w:r>
      <w:r>
        <w:rPr>
          <w:lang w:eastAsia="zh-CN"/>
        </w:rPr>
        <w:br/>
      </w:r>
      <w:r>
        <w:rPr>
          <w:lang w:eastAsia="zh-CN"/>
        </w:rPr>
        <w:t>　　二，安内——与各部门通力合作，处理院里各类的事宜。</w:t>
      </w:r>
      <w:r>
        <w:rPr>
          <w:lang w:eastAsia="zh-CN"/>
        </w:rPr>
        <w:br/>
      </w:r>
      <w:r>
        <w:rPr>
          <w:lang w:eastAsia="zh-CN"/>
        </w:rPr>
        <w:t>　　（一），认真负责的完成院里团委、学生会的各类通报（表扬、批评）、海报（各部的宣传以及活动事宜等）的书写，这要做到书写无错别字，文笔通顺，格式规范，档案入袋的要求。</w:t>
      </w:r>
      <w:r>
        <w:rPr>
          <w:lang w:eastAsia="zh-CN"/>
        </w:rPr>
        <w:br/>
      </w:r>
      <w:r>
        <w:rPr>
          <w:lang w:eastAsia="zh-CN"/>
        </w:rPr>
        <w:t>　　（二），认真与各部联系，做好日常宣传板的制作，力求图文并茂，设计新颖，款式得体，认真完成自己的宣传职能。</w:t>
      </w:r>
      <w:r>
        <w:rPr>
          <w:lang w:eastAsia="zh-CN"/>
        </w:rPr>
        <w:br/>
      </w:r>
      <w:r>
        <w:rPr>
          <w:lang w:eastAsia="zh-CN"/>
        </w:rPr>
        <w:t>　　（三），统计院里各年级学生的名单，电话号码，制成图表，以便老师能更好的查阅，这主要由黄婷婷和袁思施负责。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（四），院里平时各类会议的黑板书写。力求规范，简洁，明了。这主要包括一些老师主持的会议和学习部等等举办的学习经验交流会，四六级经验交流会，考研经验交流会等等。</w:t>
      </w:r>
      <w:r>
        <w:rPr>
          <w:lang w:eastAsia="zh-CN"/>
        </w:rPr>
        <w:br/>
      </w:r>
      <w:r>
        <w:rPr>
          <w:lang w:eastAsia="zh-CN"/>
        </w:rPr>
        <w:t>　　三，招聘委员。</w:t>
      </w:r>
      <w:r>
        <w:rPr>
          <w:lang w:eastAsia="zh-CN"/>
        </w:rPr>
        <w:br/>
      </w:r>
      <w:r>
        <w:rPr>
          <w:lang w:eastAsia="zh-CN"/>
        </w:rPr>
        <w:t>　　新生又入学了，我们办公室也要举行招聘新的委员等等事宜，此外还注重对他们书写，绘画，办公室工作经验等方面的问题进行交流，努力尽快使他们也成为生物院办公室新生力量，以更好地在老师的教导下更好地为我院学生工作服务。</w:t>
      </w:r>
      <w:r>
        <w:rPr>
          <w:lang w:eastAsia="zh-CN"/>
        </w:rPr>
        <w:br/>
      </w:r>
      <w:r>
        <w:rPr>
          <w:lang w:eastAsia="zh-CN"/>
        </w:rPr>
        <w:t>　　此外，由于办公室工作比较繁杂，故此定有未尽事宜，不能详述，但无论是任何学生工作，我们办公室也一定会尽职尽责，尽善尽美地完成。</w:t>
      </w:r>
      <w:r>
        <w:rPr>
          <w:lang w:eastAsia="zh-CN"/>
        </w:rPr>
        <w:br/>
      </w:r>
      <w:r>
        <w:rPr>
          <w:lang w:eastAsia="zh-CN"/>
        </w:rPr>
        <w:t xml:space="preserve">    关于学生会办公室工作计划范文 篇11 </w:t>
      </w:r>
      <w:r>
        <w:rPr>
          <w:lang w:eastAsia="zh-CN"/>
        </w:rPr>
        <w:br/>
      </w:r>
      <w:r>
        <w:rPr>
          <w:lang w:eastAsia="zh-CN"/>
        </w:rPr>
        <w:t>　　办公室直接与各个部门联系，积极协调和配合各个部门的工作，使各个部门发挥最好的作用；办公室肩负办公室和新闻部两个部门的责任，负责团总支各部各班级特色活动等的宣传报道，并配合支持学院院团委各项活动工作的开展实施。</w:t>
      </w:r>
      <w:r>
        <w:rPr>
          <w:lang w:eastAsia="zh-CN"/>
        </w:rPr>
        <w:br/>
      </w:r>
      <w:r>
        <w:rPr>
          <w:lang w:eastAsia="zh-CN"/>
        </w:rPr>
        <w:t>　　根据其工作职能在总结上学期工作经验的同时再结合本学期的实际情况制订计划如下：</w:t>
      </w:r>
      <w:r>
        <w:rPr>
          <w:lang w:eastAsia="zh-CN"/>
        </w:rPr>
        <w:br/>
      </w:r>
      <w:r>
        <w:rPr>
          <w:lang w:eastAsia="zh-CN"/>
        </w:rPr>
        <w:t>　　（一）团总支办公室工作安排（常规）</w:t>
      </w:r>
      <w:r>
        <w:rPr>
          <w:lang w:eastAsia="zh-CN"/>
        </w:rPr>
        <w:br/>
      </w:r>
      <w:r>
        <w:rPr>
          <w:lang w:eastAsia="zh-CN"/>
        </w:rPr>
        <w:t>　　1、负责部门日常事务，组织日常工作；</w:t>
      </w:r>
      <w:r>
        <w:rPr>
          <w:lang w:eastAsia="zh-CN"/>
        </w:rPr>
        <w:br/>
      </w:r>
      <w:r>
        <w:rPr>
          <w:lang w:eastAsia="zh-CN"/>
        </w:rPr>
        <w:t>　　（1）：新闻稿、活动总结、会议记录、活动记录、月总结、年度总结、各部门各班级特色活动记录总结及整理、取送报纸等；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（2）：参加学校及各二级学院组织的各项活动（晚会、讲座、报告等）；参加团委及艺术学院团总支组织的各项特色活动，并负责活动的现场活动记录（图文）；</w:t>
      </w:r>
      <w:r>
        <w:rPr>
          <w:lang w:eastAsia="zh-CN"/>
        </w:rPr>
        <w:br/>
      </w:r>
      <w:r>
        <w:rPr>
          <w:lang w:eastAsia="zh-CN"/>
        </w:rPr>
        <w:t>　　2、收集各部工作情况（包括工作计划、总结有关材料，及时向书记、副书记及院团委提交工作方案，定期向书记汇报工作）；</w:t>
      </w:r>
      <w:r>
        <w:rPr>
          <w:lang w:eastAsia="zh-CN"/>
        </w:rPr>
        <w:br/>
      </w:r>
      <w:r>
        <w:rPr>
          <w:lang w:eastAsia="zh-CN"/>
        </w:rPr>
        <w:t>　　3、做好通知的传达，文件的发放，会议的安排，会场的布置，会议纪要、简报的撰写及各种信息的收集和整理。</w:t>
      </w:r>
      <w:r>
        <w:rPr>
          <w:lang w:eastAsia="zh-CN"/>
        </w:rPr>
        <w:br/>
      </w:r>
      <w:r>
        <w:rPr>
          <w:lang w:eastAsia="zh-CN"/>
        </w:rPr>
        <w:t>　　4、抓好部门的组织和思想建设；</w:t>
      </w:r>
      <w:r>
        <w:rPr>
          <w:lang w:eastAsia="zh-CN"/>
        </w:rPr>
        <w:br/>
      </w:r>
      <w:r>
        <w:rPr>
          <w:lang w:eastAsia="zh-CN"/>
        </w:rPr>
        <w:t>　　5、负责对办公室成员以及有关人员的考核；</w:t>
      </w:r>
      <w:r>
        <w:rPr>
          <w:lang w:eastAsia="zh-CN"/>
        </w:rPr>
        <w:br/>
      </w:r>
      <w:r>
        <w:rPr>
          <w:lang w:eastAsia="zh-CN"/>
        </w:rPr>
        <w:t>　　6、负责制定日常性各项制度，保持正常工作运转；</w:t>
      </w:r>
      <w:r>
        <w:rPr>
          <w:lang w:eastAsia="zh-CN"/>
        </w:rPr>
        <w:br/>
      </w:r>
      <w:r>
        <w:rPr>
          <w:lang w:eastAsia="zh-CN"/>
        </w:rPr>
        <w:t>　　（二）团总支办公室月度工作安排（非常规）</w:t>
      </w:r>
      <w:r>
        <w:rPr>
          <w:lang w:eastAsia="zh-CN"/>
        </w:rPr>
        <w:br/>
      </w:r>
      <w:r>
        <w:rPr>
          <w:lang w:eastAsia="zh-CN"/>
        </w:rPr>
        <w:t>　　三月：</w:t>
      </w:r>
      <w:r>
        <w:rPr>
          <w:lang w:eastAsia="zh-CN"/>
        </w:rPr>
        <w:br/>
      </w:r>
      <w:r>
        <w:rPr>
          <w:lang w:eastAsia="zh-CN"/>
        </w:rPr>
        <w:t>　　1、例会时对上半年进行工作总结，根据上学期参加的活动、人员考核、文件整理、办事效率等来针对性总结，总结内容不仅是对干事，三位干部也要进行自我总结。根据管理方、与各部门协作、积极性等方面吸取经验，在本学期以做整改，减少工作上的不足，并在例会后整理会议记录材料。</w:t>
      </w:r>
      <w:r>
        <w:rPr>
          <w:lang w:eastAsia="zh-CN"/>
        </w:rPr>
        <w:br/>
      </w:r>
      <w:r>
        <w:rPr>
          <w:lang w:eastAsia="zh-CN"/>
        </w:rPr>
        <w:t>　　2、对本部门干事工作计划审核点评，强调书写工作计划的必要性，从常规工作、任务安排及活动纲要等方面进行点评，在例会通过交流的方式将干事优点提出并嘱咐其他干事多多学习，与不足点指出并使其加以改正，以加强干事们的规划能力及完成部门工作的积极性，点评后对本次活动进行总结并书写活动总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3、筹备建团系列活动，先针对此次活动书写策划，后与各部门共同商讨，强调此次活动的重要性，要求积极提出活动方案，结合实施的可能性，确定活动内容后进行分配各部门的工作，以便活动如期举行。</w:t>
      </w:r>
      <w:r>
        <w:rPr>
          <w:lang w:eastAsia="zh-CN"/>
        </w:rPr>
        <w:br/>
      </w:r>
      <w:r>
        <w:rPr>
          <w:lang w:eastAsia="zh-CN"/>
        </w:rPr>
        <w:t>　　四月：</w:t>
      </w:r>
      <w:r>
        <w:rPr>
          <w:lang w:eastAsia="zh-CN"/>
        </w:rPr>
        <w:br/>
      </w:r>
      <w:r>
        <w:rPr>
          <w:lang w:eastAsia="zh-CN"/>
        </w:rPr>
        <w:t>　　1、组织“我与我的专业”系列活动，书写本次活动策划，内容大致为各专业学生针对自身专业开展与专业相关的活动，让专业学生每个人都参加，并且使其变为一种传统，可以一届届传递下去，这样做可以使学生们更加了解自己的专业，对个人学业规划及学院的发展都有较大的好处，事后收集活动材料，进行总结。</w:t>
      </w:r>
      <w:r>
        <w:rPr>
          <w:lang w:eastAsia="zh-CN"/>
        </w:rPr>
        <w:br/>
      </w:r>
      <w:r>
        <w:rPr>
          <w:lang w:eastAsia="zh-CN"/>
        </w:rPr>
        <w:t>　　2.进行“五四”表彰大会及评选表彰优秀团员、团干、优秀团支部，对学院各专业班级、团总支学生会给予年度总评，选出树立学习榜样，以便加强各部门内部及专业班级建设，促进学院发展及对未来的规划。会后整理表彰人员名单及领导发言词，对表彰活动进行总结。</w:t>
      </w:r>
      <w:r>
        <w:rPr>
          <w:lang w:eastAsia="zh-CN"/>
        </w:rPr>
        <w:br/>
      </w:r>
      <w:r>
        <w:rPr>
          <w:lang w:eastAsia="zh-CN"/>
        </w:rPr>
        <w:t>　　六、七月：</w:t>
      </w:r>
      <w:r>
        <w:rPr>
          <w:lang w:eastAsia="zh-CN"/>
        </w:rPr>
        <w:br/>
      </w:r>
      <w:r>
        <w:rPr>
          <w:lang w:eastAsia="zh-CN"/>
        </w:rPr>
        <w:t>　　1、迎接建团系列活动，在活动开展前书写策划，收集材料，以培训、歌舞表演、大合唱等形式，提高大学生团员自身综合素质，让同学们进一步树立信念，并且更加了解和体会我们党和共青团的领导能力，对团总支学生会的发展具有重大意义。此次活动十分重要，要求各部门做好记录，事后办公室整理各部门资料，进行本次活动的总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2、团史培训，此次活动要求各部门相互协作，共同整理资料，综合实施方案的可行性。以培训、观看团发展史、报告会等活动形式，使各干事及学院学生增加对共青团的了解，进一步激励广大团员坚定理想信念，激发历史青年责任感，更加坚定党的领导，也可以培养学生自身素质和集体荣誉感。活动后由办公室向各部门收集活动记录，并进行活动总结。</w:t>
      </w:r>
      <w:r>
        <w:rPr>
          <w:lang w:eastAsia="zh-CN"/>
        </w:rPr>
        <w:br/>
      </w:r>
      <w:r>
        <w:rPr>
          <w:lang w:eastAsia="zh-CN"/>
        </w:rPr>
        <w:t>　　以上为团总支办公室工作计划，作为团总支的核心部门，在新学年中，办公室必将带着“高要求、高效率”的工作理念，与各部梦共同努力，为团总支取得更加辉煌的成绩。</w:t>
      </w:r>
      <w:r>
        <w:rPr>
          <w:lang w:eastAsia="zh-CN"/>
        </w:rPr>
        <w:br/>
      </w:r>
      <w:r>
        <w:rPr>
          <w:lang w:eastAsia="zh-CN"/>
        </w:rPr>
        <w:t xml:space="preserve">    关于学生会办公室工作计划范文 篇12 </w:t>
      </w:r>
      <w:r>
        <w:rPr>
          <w:lang w:eastAsia="zh-CN"/>
        </w:rPr>
        <w:br/>
      </w:r>
      <w:r>
        <w:rPr>
          <w:lang w:eastAsia="zh-CN"/>
        </w:rPr>
        <w:t>　　1、对办公室的重新布置与美化，处理办公室日常事务。</w:t>
      </w:r>
      <w:r>
        <w:rPr>
          <w:lang w:eastAsia="zh-CN"/>
        </w:rPr>
        <w:br/>
      </w:r>
      <w:r>
        <w:rPr>
          <w:lang w:eastAsia="zh-CN"/>
        </w:rPr>
        <w:t>　　2、信息管理。对内部成员的值班表与联系表的安排将进行调整。统计系干部的名单，电话号码，制成图表，方便老师、主席团及各部门的联系工作。</w:t>
      </w:r>
      <w:r>
        <w:rPr>
          <w:lang w:eastAsia="zh-CN"/>
        </w:rPr>
        <w:br/>
      </w:r>
      <w:r>
        <w:rPr>
          <w:lang w:eastAsia="zh-CN"/>
        </w:rPr>
        <w:t>　　3、及时申请学生会的办公用品，并且在最短时间内发放到各部。</w:t>
      </w:r>
      <w:r>
        <w:rPr>
          <w:lang w:eastAsia="zh-CN"/>
        </w:rPr>
        <w:br/>
      </w:r>
      <w:r>
        <w:rPr>
          <w:lang w:eastAsia="zh-CN"/>
        </w:rPr>
        <w:t>　　4、对每两周一次的例会做好通知、记录，并且落实例会的决定。</w:t>
      </w:r>
      <w:r>
        <w:rPr>
          <w:lang w:eastAsia="zh-CN"/>
        </w:rPr>
        <w:br/>
      </w:r>
      <w:r>
        <w:rPr>
          <w:lang w:eastAsia="zh-CN"/>
        </w:rPr>
        <w:t>　　5、重新制定并且完善办公室的各项规章制度。对于日常工作，如会议记录、通知书写、卫生管理、值班、订会等方面继续细致化。</w:t>
      </w:r>
      <w:r>
        <w:rPr>
          <w:lang w:eastAsia="zh-CN"/>
        </w:rPr>
        <w:br/>
      </w:r>
      <w:r>
        <w:rPr>
          <w:lang w:eastAsia="zh-CN"/>
        </w:rPr>
        <w:t>　　6、协同主席团按照学生干部考核条例做好学生会干部的考核工作，及时向团委老师汇报考核结果。</w:t>
      </w:r>
      <w:r>
        <w:rPr>
          <w:lang w:eastAsia="zh-CN"/>
        </w:rPr>
        <w:br/>
      </w:r>
      <w:r>
        <w:rPr>
          <w:lang w:eastAsia="zh-CN"/>
        </w:rPr>
        <w:t>　　7、收集各部门及各班级的工作计划与工作总结，交于老师，审查后存档。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8、妥善保管好各部门、各项活动的计划、总结以及相关系学生会的所有资料，做好期末存档工作。</w:t>
      </w:r>
      <w:r>
        <w:rPr>
          <w:lang w:eastAsia="zh-CN"/>
        </w:rPr>
        <w:br/>
      </w:r>
      <w:r>
        <w:rPr>
          <w:lang w:eastAsia="zh-CN"/>
        </w:rPr>
        <w:t>　　9、作好学生会各项活动的记录。在各部组织活动后，将活动资料保存，使各项活动有案可稽。</w:t>
      </w:r>
      <w:r>
        <w:rPr>
          <w:lang w:eastAsia="zh-CN"/>
        </w:rPr>
        <w:br/>
      </w:r>
      <w:r>
        <w:rPr>
          <w:lang w:eastAsia="zh-CN"/>
        </w:rPr>
        <w:t>　　10、与其它系部的学生会办公室成员联谊，交流其工作经验及其它日常事务。</w:t>
      </w:r>
      <w:r>
        <w:rPr>
          <w:lang w:eastAsia="zh-CN"/>
        </w:rPr>
        <w:br/>
      </w:r>
      <w:r>
        <w:rPr>
          <w:lang w:eastAsia="zh-CN"/>
        </w:rPr>
        <w:t>　　11、因人而宜，因事而宜。在具体开展工作的同时，因人因事调节，让每个人找准适合自己发展的位置，这样才能保证各项工作的顺利开展，在分配任务时能详尽考虑到各阶段工作中的人员分配问题，做到有工作时人人参与，以避免分配不均而造成的成员阶段性心理失衡，最终充分发挥我们团队的力量。使部内成员相互协作、互帮互持、团结友爱。</w:t>
      </w:r>
      <w:r>
        <w:rPr>
          <w:lang w:eastAsia="zh-CN"/>
        </w:rPr>
        <w:br/>
      </w:r>
      <w:r>
        <w:rPr>
          <w:lang w:eastAsia="zh-CN"/>
        </w:rPr>
        <w:t>　　12、搞好学生会的纵与横的关系。在着重于加强院系学生会之间联系与沟通的同时，也要注意把握好学生会与其他的学生组织之间的关系，以便促进系学生会的各项活动更好地开展。（例如：学习部在系里搞活动时，办公室可以帮助学习部邀请文体部的同学做迎宾工作等。）</w:t>
      </w:r>
      <w:r>
        <w:rPr>
          <w:lang w:eastAsia="zh-CN"/>
        </w:rPr>
        <w:br/>
      </w:r>
      <w:r>
        <w:rPr>
          <w:lang w:eastAsia="zh-CN"/>
        </w:rPr>
        <w:t>　　13、及时做好系学生会值班轮勤工作（站岗值勤等），并作好值班记情况。对系学生干部的值班缺勤情况予以备案，以此作为学生干部考核时的参考依据。</w:t>
      </w:r>
      <w:r>
        <w:rPr>
          <w:lang w:eastAsia="zh-CN"/>
        </w:rPr>
        <w:br/>
      </w:r>
      <w:r>
        <w:rPr>
          <w:lang w:eastAsia="zh-CN"/>
        </w:rPr>
        <w:t>　　14、以“微笑”服务同学为宗旨，积极配合系里各项工作的开展。以“内增素质，外树形象”为指南，切实提高本部门成员的工作效率与工作积极性。以及综合素质的培养。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15、本部门将定期开例会（会议的频率还应视具体的情况而定），初步定为每周一例会。例会主要是对近期内的各项工作予以及时总结。发现不足，肯定成绩。并按照实际情况制定下一阶段工作的重点，以及具体实施方案。</w:t>
      </w:r>
      <w:r>
        <w:rPr>
          <w:lang w:eastAsia="zh-CN"/>
        </w:rPr>
        <w:br/>
      </w:r>
      <w:r>
        <w:rPr>
          <w:lang w:eastAsia="zh-CN"/>
        </w:rPr>
        <w:t>　　16、新__届办公室将加强学习和思想政治的建设，办公室要积极响应学院关于加强学习三个代表思想的号召。要求全体成员在积极完成本职工作的同时，要始终重视自己的学习，争取做到学习工作双出色。在思想建设上，要重视思想政治的学习，努力提高本部门成员的思想政治觉悟，积极向党组织靠拢。</w:t>
      </w:r>
      <w:r>
        <w:rPr>
          <w:lang w:eastAsia="zh-CN"/>
        </w:rPr>
        <w:br/>
      </w:r>
      <w:r>
        <w:rPr>
          <w:lang w:eastAsia="zh-CN"/>
        </w:rPr>
        <w:t>　　17、认真且高效率的完成辅导员老师和学生会布置的工作及其它临时工作任务，把工作做到更好，因为没有。</w:t>
      </w:r>
      <w:r>
        <w:rPr>
          <w:lang w:eastAsia="zh-CN"/>
        </w:rPr>
        <w:br/>
      </w:r>
      <w:r>
        <w:rPr>
          <w:lang w:eastAsia="zh-CN"/>
        </w:rPr>
        <w:t xml:space="preserve">    关于学生会办公室工作计划范文 篇13 </w:t>
      </w:r>
      <w:r>
        <w:rPr>
          <w:lang w:eastAsia="zh-CN"/>
        </w:rPr>
        <w:br/>
      </w:r>
      <w:r>
        <w:rPr>
          <w:lang w:eastAsia="zh-CN"/>
        </w:rPr>
        <w:t>　　时光如梭，转瞬即逝。虽然酷暑未减，我们已不知不觉中走进大学又一美好的学期。新学期，新起点，新目标，新希望。新征程，我们踏着前人的脚印继续前进，新气息，我们定当努力奋进。现将20__学年上学期学生会办公室工作计划做如下安排：</w:t>
      </w:r>
      <w:r>
        <w:rPr>
          <w:lang w:eastAsia="zh-CN"/>
        </w:rPr>
        <w:br/>
      </w:r>
      <w:r>
        <w:rPr>
          <w:lang w:eastAsia="zh-CN"/>
        </w:rPr>
        <w:t>　　一、部门内部工作协调。</w:t>
      </w:r>
      <w:r>
        <w:rPr>
          <w:lang w:eastAsia="zh-CN"/>
        </w:rPr>
        <w:br/>
      </w:r>
      <w:r>
        <w:rPr>
          <w:lang w:eastAsia="zh-CN"/>
        </w:rPr>
        <w:t>　　新学期我们组建了新的内部集体，面对新的工作方式和工作内容，我必须及时解决并安排部门工作，随时互相协调商议，对部门内部工作做以分管安排。一个部门要好必须得有绝对团结的干部队伍，通过不断地商议协调内部工作，让部门工作顺利开展。我们将建设一个分工明确，工作有条理，集体齐努力的团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二、部门分管任务梳理。</w:t>
      </w:r>
      <w:r>
        <w:rPr>
          <w:lang w:eastAsia="zh-CN"/>
        </w:rPr>
        <w:br/>
      </w:r>
      <w:r>
        <w:rPr>
          <w:lang w:eastAsia="zh-CN"/>
        </w:rPr>
        <w:t>　　作为团委学生会的协调部门，我部工作多以杂乱繁为主。学期初必须对学院物资财产做以统计备案，对院团委学生会各部门档案做以整理，对活动室环境做清理整顿，使活动室环境更舒适。以便及时有序地配合其他部门或班级开展活动。让学院物资得到妥善保管及合理有效利用。</w:t>
      </w:r>
      <w:r>
        <w:rPr>
          <w:lang w:eastAsia="zh-CN"/>
        </w:rPr>
        <w:br/>
      </w:r>
      <w:r>
        <w:rPr>
          <w:lang w:eastAsia="zh-CN"/>
        </w:rPr>
        <w:t>　　三、部门招新。</w:t>
      </w:r>
      <w:r>
        <w:rPr>
          <w:lang w:eastAsia="zh-CN"/>
        </w:rPr>
        <w:br/>
      </w:r>
      <w:r>
        <w:rPr>
          <w:lang w:eastAsia="zh-CN"/>
        </w:rPr>
        <w:t>　　伴随新学年开始，我部顺应学院安排会完成新干事的招新工作。此间我部会对招新工作计划及招新宣传做以合理分工及重点完善，争取为部门汲取优秀的新干事、新活力。随后我们会对新干事进行工作培训，让其对部门工作有深入的了解，尽快适应并熟悉新事物新环境。</w:t>
      </w:r>
      <w:r>
        <w:rPr>
          <w:lang w:eastAsia="zh-CN"/>
        </w:rPr>
        <w:br/>
      </w:r>
      <w:r>
        <w:rPr>
          <w:lang w:eastAsia="zh-CN"/>
        </w:rPr>
        <w:t>　　四、团委学生会工作细则制定。</w:t>
      </w:r>
      <w:r>
        <w:rPr>
          <w:lang w:eastAsia="zh-CN"/>
        </w:rPr>
        <w:br/>
      </w:r>
      <w:r>
        <w:rPr>
          <w:lang w:eastAsia="zh-CN"/>
        </w:rPr>
        <w:t>　　无规矩不成方圆，制定并完善团委学生会工作细则将作为我部本学期工作重点。其中我部会做好同其他部门的职能合理化分配，使各部明确我部的工作程序及方法，以便更好的开展我部工作。新学期我们也会加强团委学生会与班级之间的联系制度建设，使班级与团委学生会之间相互了解相会支持，以便更有利地开展各项活动，为全院师生服务。</w:t>
      </w:r>
      <w:r>
        <w:rPr>
          <w:lang w:eastAsia="zh-CN"/>
        </w:rPr>
        <w:br/>
      </w:r>
      <w:r>
        <w:rPr>
          <w:lang w:eastAsia="zh-CN"/>
        </w:rPr>
        <w:t>　　五、博客建设。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团委学生会博客是宣传自身及增进集体凝聚力的有效手段。本学期我部会加强博客的建设，及时了解并反馈各方面有效信息。同时我部会对自身建设的不足之处做全面了解，并找出一些可行的解决方案。</w:t>
      </w:r>
      <w:r>
        <w:rPr>
          <w:lang w:eastAsia="zh-CN"/>
        </w:rPr>
        <w:br/>
      </w:r>
      <w:r>
        <w:rPr>
          <w:lang w:eastAsia="zh-CN"/>
        </w:rPr>
        <w:t>　　六、策划开展联系活动。</w:t>
      </w:r>
      <w:r>
        <w:rPr>
          <w:lang w:eastAsia="zh-CN"/>
        </w:rPr>
        <w:br/>
      </w:r>
      <w:r>
        <w:rPr>
          <w:lang w:eastAsia="zh-CN"/>
        </w:rPr>
        <w:t>　　作为协调团委学生会各部的部门，我部有义务使各部门成员之间相互了解相互信任，让团委学生会集体更加协调。我部计划以集体谈心或集体运动形式同其他部门协同开展团委学生会内部活动。增加整个团队的和谐性。</w:t>
      </w:r>
      <w:r>
        <w:rPr>
          <w:lang w:eastAsia="zh-CN"/>
        </w:rPr>
        <w:br/>
      </w:r>
      <w:r>
        <w:rPr>
          <w:lang w:eastAsia="zh-CN"/>
        </w:rPr>
        <w:t>　　七、部门日常例会。</w:t>
      </w:r>
      <w:r>
        <w:rPr>
          <w:lang w:eastAsia="zh-CN"/>
        </w:rPr>
        <w:br/>
      </w:r>
      <w:r>
        <w:rPr>
          <w:lang w:eastAsia="zh-CN"/>
        </w:rPr>
        <w:t>　　本学期我部计划以周为单位进行部门例会开展，不断协调开展部门工作，及时相互了解，增进部门人员工作默契，更好建设部门发展。使新干事及时融入部门工作，及时有力开展部门工作。</w:t>
      </w:r>
      <w:r>
        <w:rPr>
          <w:lang w:eastAsia="zh-CN"/>
        </w:rPr>
        <w:br/>
      </w:r>
      <w:r>
        <w:rPr>
          <w:lang w:eastAsia="zh-CN"/>
        </w:rPr>
        <w:t>　　以上是本学期团委办公室工作计划，作为协调部门我部定当有效完成日常的份内工作，做到尽职尽责。</w:t>
      </w:r>
      <w:r>
        <w:rPr>
          <w:lang w:eastAsia="zh-CN"/>
        </w:rPr>
        <w:br/>
      </w:r>
      <w:r>
        <w:rPr>
          <w:lang w:eastAsia="zh-CN"/>
        </w:rPr>
        <w:t xml:space="preserve">    关于学生会办公室工作计划范文 篇14 </w:t>
      </w:r>
      <w:r>
        <w:rPr>
          <w:lang w:eastAsia="zh-CN"/>
        </w:rPr>
        <w:br/>
      </w:r>
      <w:r>
        <w:rPr>
          <w:lang w:eastAsia="zh-CN"/>
        </w:rPr>
        <w:t>　　为了加强我院学生会的办公室建设，更好的为学生会各成员营造一个温馨、舒适的工作环境，保证学生工作的顺利进行，使我院学生会工作更上一个台阶，特结合我院实际情况制定以下制度：一、公物管理制度二、会议制度三、值班制度四、卫生制度五、档案制度六、财物制度七、意见汇总制八、失物招领制度九、其他制度公物管理制度</w:t>
      </w:r>
      <w:r>
        <w:rPr>
          <w:lang w:eastAsia="zh-CN"/>
        </w:rPr>
        <w:br/>
      </w:r>
      <w:r>
        <w:rPr>
          <w:lang w:eastAsia="zh-CN"/>
        </w:rPr>
        <w:t>　　一、公物领用细则</w:t>
      </w:r>
      <w:r>
        <w:rPr>
          <w:lang w:eastAsia="zh-CN"/>
        </w:rPr>
        <w:br/>
      </w:r>
      <w:r>
        <w:rPr>
          <w:lang w:eastAsia="zh-CN"/>
        </w:rPr>
        <w:t>　　1、学生会成员不得以任何形式将办公室公物转借他人作私用。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2、领用公物时须自行在公物本上登记注明领用人、领用公物名称、用途及领用时间等。领用人经学生会主席、办公室主任签字许可后，方能领用。</w:t>
      </w:r>
      <w:r>
        <w:rPr>
          <w:lang w:eastAsia="zh-CN"/>
        </w:rPr>
        <w:br/>
      </w:r>
      <w:r>
        <w:rPr>
          <w:lang w:eastAsia="zh-CN"/>
        </w:rPr>
        <w:t>　　3、公物一旦领出，领用人将对公物全权负责。</w:t>
      </w:r>
      <w:r>
        <w:rPr>
          <w:lang w:eastAsia="zh-CN"/>
        </w:rPr>
        <w:br/>
      </w:r>
      <w:r>
        <w:rPr>
          <w:lang w:eastAsia="zh-CN"/>
        </w:rPr>
        <w:t>　　4、使用完毕后，领用人应及时将公物归还办公室，不得拖延或长期占用不予归还。</w:t>
      </w:r>
      <w:r>
        <w:rPr>
          <w:lang w:eastAsia="zh-CN"/>
        </w:rPr>
        <w:br/>
      </w:r>
      <w:r>
        <w:rPr>
          <w:lang w:eastAsia="zh-CN"/>
        </w:rPr>
        <w:t>　　5、领用人归还公物时，须将公物清洗、整理如初后，放回原位。同时，应在公物本上注明归还时间及归还人姓名。</w:t>
      </w:r>
      <w:r>
        <w:rPr>
          <w:lang w:eastAsia="zh-CN"/>
        </w:rPr>
        <w:br/>
      </w:r>
      <w:r>
        <w:rPr>
          <w:lang w:eastAsia="zh-CN"/>
        </w:rPr>
        <w:t>　　二、公物赔偿细则学生会成员在领用、使用办公室公务的过程中，公物受到损坏或遗失，在以下情况下须负责维修赔偿：</w:t>
      </w:r>
      <w:r>
        <w:rPr>
          <w:lang w:eastAsia="zh-CN"/>
        </w:rPr>
        <w:br/>
      </w:r>
      <w:r>
        <w:rPr>
          <w:lang w:eastAsia="zh-CN"/>
        </w:rPr>
        <w:t>　　1.故意损坏，随意放置导致遗失。</w:t>
      </w:r>
      <w:r>
        <w:rPr>
          <w:lang w:eastAsia="zh-CN"/>
        </w:rPr>
        <w:br/>
      </w:r>
      <w:r>
        <w:rPr>
          <w:lang w:eastAsia="zh-CN"/>
        </w:rPr>
        <w:t>　　2.在使用过程中，转借其他人使用，造成损坏、丢失。</w:t>
      </w:r>
      <w:r>
        <w:rPr>
          <w:lang w:eastAsia="zh-CN"/>
        </w:rPr>
        <w:br/>
      </w:r>
      <w:r>
        <w:rPr>
          <w:lang w:eastAsia="zh-CN"/>
        </w:rPr>
        <w:t>　　会议制度为加强学生会各部门的联系、团结和交流，及时学习、领会校院各级文件精神，促进学生会工作有序进行，提高学生会工作效率，特制定以下细则：</w:t>
      </w:r>
      <w:r>
        <w:rPr>
          <w:lang w:eastAsia="zh-CN"/>
        </w:rPr>
        <w:br/>
      </w:r>
      <w:r>
        <w:rPr>
          <w:lang w:eastAsia="zh-CN"/>
        </w:rPr>
        <w:t>　　一、例会制度</w:t>
      </w:r>
      <w:r>
        <w:rPr>
          <w:lang w:eastAsia="zh-CN"/>
        </w:rPr>
        <w:br/>
      </w:r>
      <w:r>
        <w:rPr>
          <w:lang w:eastAsia="zh-CN"/>
        </w:rPr>
        <w:t>　　1、定期召开学生会例行会议，时间为每个单周星期天下午5：30。如有特殊情况另行通知。</w:t>
      </w:r>
      <w:r>
        <w:rPr>
          <w:lang w:eastAsia="zh-CN"/>
        </w:rPr>
        <w:br/>
      </w:r>
      <w:r>
        <w:rPr>
          <w:lang w:eastAsia="zh-CN"/>
        </w:rPr>
        <w:t>　　2、学生会各部召开会议时间，不得与之冲突。</w:t>
      </w:r>
      <w:r>
        <w:rPr>
          <w:lang w:eastAsia="zh-CN"/>
        </w:rPr>
        <w:br/>
      </w:r>
      <w:r>
        <w:rPr>
          <w:lang w:eastAsia="zh-CN"/>
        </w:rPr>
        <w:t>　　3、各成员应遵循会议纪律，当其他人发言时，不得随意讲话打乱会议秩序。同时，在会议进行中，应将手机关掉或调为振动并认真做好会议记录。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4、会议采取充分民主的形式，但不允许个人攻击。</w:t>
      </w:r>
      <w:r>
        <w:rPr>
          <w:lang w:eastAsia="zh-CN"/>
        </w:rPr>
        <w:br/>
      </w:r>
      <w:r>
        <w:rPr>
          <w:lang w:eastAsia="zh-CN"/>
        </w:rPr>
        <w:t>　　二、部门会议</w:t>
      </w:r>
      <w:r>
        <w:rPr>
          <w:lang w:eastAsia="zh-CN"/>
        </w:rPr>
        <w:br/>
      </w:r>
      <w:r>
        <w:rPr>
          <w:lang w:eastAsia="zh-CN"/>
        </w:rPr>
        <w:t>　　1、各部门须召开部门会议或班级委员会议时，需提前通知办公室，以便办公室安排和协调好各部门的开会时间和地点。</w:t>
      </w:r>
      <w:r>
        <w:rPr>
          <w:lang w:eastAsia="zh-CN"/>
        </w:rPr>
        <w:br/>
      </w:r>
      <w:r>
        <w:rPr>
          <w:lang w:eastAsia="zh-CN"/>
        </w:rPr>
        <w:t>　　2、各部门召开完部门会议或班级委员会议后，须将办公室整理、打扫干净。</w:t>
      </w:r>
      <w:r>
        <w:rPr>
          <w:lang w:eastAsia="zh-CN"/>
        </w:rPr>
        <w:br/>
      </w:r>
      <w:r>
        <w:rPr>
          <w:lang w:eastAsia="zh-CN"/>
        </w:rPr>
        <w:t>　　3、各部门应做好相关会议的记录并存档。</w:t>
      </w:r>
      <w:r>
        <w:rPr>
          <w:lang w:eastAsia="zh-CN"/>
        </w:rPr>
        <w:br/>
      </w:r>
      <w:r>
        <w:rPr>
          <w:lang w:eastAsia="zh-CN"/>
        </w:rPr>
        <w:t>　　三、考勤细则</w:t>
      </w:r>
      <w:r>
        <w:rPr>
          <w:lang w:eastAsia="zh-CN"/>
        </w:rPr>
        <w:br/>
      </w:r>
      <w:r>
        <w:rPr>
          <w:lang w:eastAsia="zh-CN"/>
        </w:rPr>
        <w:t>　　1、办公室应对每次例会严格考勤，并且应在会议开始之前通报到会情况，并认真做好考勤及会议记录。</w:t>
      </w:r>
      <w:r>
        <w:rPr>
          <w:lang w:eastAsia="zh-CN"/>
        </w:rPr>
        <w:br/>
      </w:r>
      <w:r>
        <w:rPr>
          <w:lang w:eastAsia="zh-CN"/>
        </w:rPr>
        <w:t>　　2、各委员须在规定的时间内准时出席会议，无特殊情况不得迟到、早退、缺席。</w:t>
      </w:r>
      <w:r>
        <w:rPr>
          <w:lang w:eastAsia="zh-CN"/>
        </w:rPr>
        <w:br/>
      </w:r>
      <w:r>
        <w:rPr>
          <w:lang w:eastAsia="zh-CN"/>
        </w:rPr>
        <w:t>　　3、因特殊原因不能到会者，须提前亲自向学生会主席或办公室请假或以书面假条的形式请人代假。否则，作缺席处理。</w:t>
      </w:r>
      <w:r>
        <w:rPr>
          <w:lang w:eastAsia="zh-CN"/>
        </w:rPr>
        <w:br/>
      </w:r>
      <w:r>
        <w:rPr>
          <w:lang w:eastAsia="zh-CN"/>
        </w:rPr>
        <w:t>　　4。无故不参加例会和集体活动累计达三次者，劝其自动退出学生会，并报学生科。</w:t>
      </w:r>
      <w:r>
        <w:rPr>
          <w:lang w:eastAsia="zh-CN"/>
        </w:rPr>
        <w:br/>
      </w:r>
      <w:r>
        <w:rPr>
          <w:lang w:eastAsia="zh-CN"/>
        </w:rPr>
        <w:t>　　值班制度为加强同领导、老师、同学的联系和交流，更好的获取校院各级信息和服务同学，特拟订以下细则：</w:t>
      </w:r>
      <w:r>
        <w:rPr>
          <w:lang w:eastAsia="zh-CN"/>
        </w:rPr>
        <w:br/>
      </w:r>
      <w:r>
        <w:rPr>
          <w:lang w:eastAsia="zh-CN"/>
        </w:rPr>
        <w:t>　　一、学生会办公室实施晚值班制度，保证星期日到星期五每天都有学生会成员在办公室值班。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二、当日值班组长应做好考勤记载，不得包庇无故缺勤的.人员，并详细做好值日记录三、值班人员应遵守办公室的各项规章制度，自觉爱护公共财物，维护办公室清洁。</w:t>
      </w:r>
      <w:r>
        <w:rPr>
          <w:lang w:eastAsia="zh-CN"/>
        </w:rPr>
        <w:br/>
      </w:r>
      <w:r>
        <w:rPr>
          <w:lang w:eastAsia="zh-CN"/>
        </w:rPr>
        <w:t>　　四、值班人员须热情接待来访的领导、老师和同学，虚心接受来访人员的建议、意见和要求，并做好详细的记录。</w:t>
      </w:r>
      <w:r>
        <w:rPr>
          <w:lang w:eastAsia="zh-CN"/>
        </w:rPr>
        <w:br/>
      </w:r>
      <w:r>
        <w:rPr>
          <w:lang w:eastAsia="zh-CN"/>
        </w:rPr>
        <w:t>　　五、值班人员不得迟到、早退、缺勤，养成良好的工作作风。因特殊情况不能值班者，须提前亲自向学生会主席和办公室请假或以书面形式请人代假。并由当天值班组长在考勤表上注明请假原因。否则，做缺席处理。</w:t>
      </w:r>
      <w:r>
        <w:rPr>
          <w:lang w:eastAsia="zh-CN"/>
        </w:rPr>
        <w:br/>
      </w:r>
      <w:r>
        <w:rPr>
          <w:lang w:eastAsia="zh-CN"/>
        </w:rPr>
        <w:t>　　六、值班实行主席、办公室抽查制。主席团和办公室将不定期的对值班情况进行抽查。对无故缺勤的委员或包庇无故缺勤的值班组长做好相应的记载。并将其作为年终评优时的相关依据。</w:t>
      </w:r>
      <w:r>
        <w:rPr>
          <w:lang w:eastAsia="zh-CN"/>
        </w:rPr>
        <w:br/>
      </w:r>
      <w:r>
        <w:rPr>
          <w:lang w:eastAsia="zh-CN"/>
        </w:rPr>
        <w:t>　　卫生制度为了给学生会成员创造一个舒适的工作环境，树立良好的工作形象，特制定以下细则：</w:t>
      </w:r>
      <w:r>
        <w:rPr>
          <w:lang w:eastAsia="zh-CN"/>
        </w:rPr>
        <w:br/>
      </w:r>
      <w:r>
        <w:rPr>
          <w:lang w:eastAsia="zh-CN"/>
        </w:rPr>
        <w:t>　　一、打扫细则</w:t>
      </w:r>
      <w:r>
        <w:rPr>
          <w:lang w:eastAsia="zh-CN"/>
        </w:rPr>
        <w:br/>
      </w:r>
      <w:r>
        <w:rPr>
          <w:lang w:eastAsia="zh-CN"/>
        </w:rPr>
        <w:t>　　1、学生会成员应自觉维护办公室的清洁卫生，如发现纸屑、果皮等垃圾应及时清扫。</w:t>
      </w:r>
      <w:r>
        <w:rPr>
          <w:lang w:eastAsia="zh-CN"/>
        </w:rPr>
        <w:br/>
      </w:r>
      <w:r>
        <w:rPr>
          <w:lang w:eastAsia="zh-CN"/>
        </w:rPr>
        <w:t>　　2、各部门使用办公室召开会议或举行活动后，应及时进行打扫，保持办公室的整洁卫生。</w:t>
      </w:r>
      <w:r>
        <w:rPr>
          <w:lang w:eastAsia="zh-CN"/>
        </w:rPr>
        <w:br/>
      </w:r>
      <w:r>
        <w:rPr>
          <w:lang w:eastAsia="zh-CN"/>
        </w:rPr>
        <w:t>　　3、每周四由各部门负责对办公室进行大扫除，依次是办公室、学术科技部、信息宣传部、文娱部、公寓部、生活服务部、语工部、女生部、体育部、勤工助学部、保卫部。各部门打扫卫生时，地面、桌椅、门窗、天花板及窗台外台阶都应做到彻底清洁。</w:t>
      </w:r>
      <w:r>
        <w:rPr>
          <w:lang w:eastAsia="zh-CN"/>
        </w:rPr>
        <w:br/>
      </w:r>
      <w:r>
        <w:rPr>
          <w:lang w:eastAsia="zh-CN"/>
        </w:rPr>
        <w:t>　　4、清洁范围：办公室室内、门外台阶及窗台外台阶。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5、针对各部门的打扫，主席团和办公室将进行检查打分。其学年的平均分将作为各部门委员年终“优秀学生干部”的评优依据之一。</w:t>
      </w:r>
      <w:r>
        <w:rPr>
          <w:lang w:eastAsia="zh-CN"/>
        </w:rPr>
        <w:br/>
      </w:r>
      <w:r>
        <w:rPr>
          <w:lang w:eastAsia="zh-CN"/>
        </w:rPr>
        <w:t>　　二、惩罚条例凡屡次违反卫生管理制度，并屡劝不改者，办公室有权视其情况责令其打扫清洁1——6天。</w:t>
      </w:r>
      <w:r>
        <w:rPr>
          <w:lang w:eastAsia="zh-CN"/>
        </w:rPr>
        <w:br/>
      </w:r>
      <w:r>
        <w:rPr>
          <w:lang w:eastAsia="zh-CN"/>
        </w:rPr>
        <w:t xml:space="preserve">    关于学生会办公室工作计划范文 篇15 </w:t>
      </w:r>
      <w:r>
        <w:rPr>
          <w:lang w:eastAsia="zh-CN"/>
        </w:rPr>
        <w:br/>
      </w:r>
      <w:r>
        <w:rPr>
          <w:lang w:eastAsia="zh-CN"/>
        </w:rPr>
        <w:t>　　一、加强部门建设</w:t>
      </w:r>
      <w:r>
        <w:rPr>
          <w:lang w:eastAsia="zh-CN"/>
        </w:rPr>
        <w:br/>
      </w:r>
      <w:r>
        <w:rPr>
          <w:lang w:eastAsia="zh-CN"/>
        </w:rPr>
        <w:t>　　在这一学期，学习生活部将着力加强部门的建设，建立小组机制，强调合作与良性竞争。介绍学习生活部的工作范围、工作事项以及身为学生会一员的注意事项，树立良好的精神面貌。构建协作能力强的团队，提升部门的战斗力，发掘具有能力的人才。</w:t>
      </w:r>
      <w:r>
        <w:rPr>
          <w:lang w:eastAsia="zh-CN"/>
        </w:rPr>
        <w:br/>
      </w:r>
      <w:r>
        <w:rPr>
          <w:lang w:eastAsia="zh-CN"/>
        </w:rPr>
        <w:t>　　二、巩固学风建设成果</w:t>
      </w:r>
      <w:r>
        <w:rPr>
          <w:lang w:eastAsia="zh-CN"/>
        </w:rPr>
        <w:br/>
      </w:r>
      <w:r>
        <w:rPr>
          <w:lang w:eastAsia="zh-CN"/>
        </w:rPr>
        <w:t>　　上学期在法学院全体教师学生以及学习生活部联合纪检部的努力下，法学院的学风建设取得了阶段性的成果，出勤率曾排到学校前列，但是，在后期阶段却出现严重的早晚自习不来或者早退现象，被严格批评。因此，我部决定，继续联合纪检部门，展开“爱学习，好学习”的浪潮，巩固学风，使得早晚自习出勤率位居学院前列，年终考试不及格率有显著降低，使学风日渐浓厚，在学院上下形成了积极向上的学习风气，同学们保持着一种危机感和紧迫意识。</w:t>
      </w:r>
      <w:r>
        <w:rPr>
          <w:lang w:eastAsia="zh-CN"/>
        </w:rPr>
        <w:br/>
      </w:r>
      <w:r>
        <w:rPr>
          <w:lang w:eastAsia="zh-CN"/>
        </w:rPr>
        <w:t>　　首先，学习生活部将继续配合纪检部，在纪检部踏实做好考勤记录，完善考勤办法的情形下，实行学习委员和学习生活部双重考核的考核办法，坚持每周做周报，监督学生的上课情况。</w:t>
      </w:r>
      <w:r>
        <w:rPr>
          <w:lang w:eastAsia="zh-CN"/>
        </w:rPr>
        <w:br/>
      </w:r>
    </w:p>
    <w:p w:rsidR="001B1F19" w14:textId="27C3F48A">
      <w:pPr>
        <w:rPr>
          <w:rFonts w:hint="eastAsia"/>
          <w:lang w:eastAsia="zh-CN"/>
        </w:rPr>
      </w:pPr>
      <w:r>
        <w:rPr>
          <w:lang w:eastAsia="zh-CN"/>
        </w:rPr>
        <w:t>　　其次，本学期发动全院各班在班级内开展一次关于学风建设的主题班会或主题团日活动，为各班提供资料，开展一次大讨论，从而激发同学们学习的热情。</w:t>
      </w:r>
      <w:r>
        <w:rPr>
          <w:lang w:eastAsia="zh-CN"/>
        </w:rPr>
        <w:br/>
      </w:r>
      <w:r>
        <w:rPr>
          <w:lang w:eastAsia="zh-CN"/>
        </w:rPr>
        <w:t>　　第三，开展正确对待网络，正确利用网络的宣传活动，引导同学们利用网络进行学习，增长见识。预防和警醒沉迷网络的情况。对于寻求脱离网络束缚的同学，给予特别帮助。</w:t>
      </w:r>
      <w:r>
        <w:rPr>
          <w:lang w:eastAsia="zh-CN"/>
        </w:rPr>
        <w:br/>
      </w:r>
      <w:r>
        <w:rPr>
          <w:lang w:eastAsia="zh-CN"/>
        </w:rPr>
        <w:t>　　三、开展特色活动</w:t>
      </w:r>
      <w:r>
        <w:rPr>
          <w:lang w:eastAsia="zh-CN"/>
        </w:rPr>
        <w:br/>
      </w:r>
      <w:r>
        <w:rPr>
          <w:lang w:eastAsia="zh-CN"/>
        </w:rPr>
        <w:t>　　特色活动是学生活动的生命，学习作为学生的主业，应该给予高度的重视，学习生活部要围绕学习这条主线，结合法学专业的特色，开展特色的活动。</w:t>
      </w:r>
      <w:r>
        <w:rPr>
          <w:lang w:eastAsia="zh-CN"/>
        </w:rPr>
        <w:br/>
      </w:r>
      <w:r>
        <w:rPr>
          <w:lang w:eastAsia="zh-CN"/>
        </w:rPr>
        <w:t>　　第一，鉴于当代大学生接触专业知识比较多，但是缺乏社会经验，因此，充分利用我院的讲座资源，联合法律学社以及宣传部，为同学们提供各类法学专业讲座的机会。</w:t>
      </w:r>
      <w:r>
        <w:rPr>
          <w:lang w:eastAsia="zh-CN"/>
        </w:rPr>
        <w:br/>
      </w:r>
      <w:r>
        <w:rPr>
          <w:lang w:eastAsia="zh-CN"/>
        </w:rPr>
        <w:t>　　第二，组织案例汇编的工作，为同学们组织编排一份全面求新的案例集锦，一方面扩大同学们的视野，另一方面为司法考试和考研的同学提供一份参考资料。</w:t>
      </w:r>
      <w:r>
        <w:rPr>
          <w:lang w:eastAsia="zh-CN"/>
        </w:rPr>
        <w:br/>
      </w:r>
      <w:r>
        <w:rPr>
          <w:lang w:eastAsia="zh-CN"/>
        </w:rPr>
        <w:t>　　第三，关注权威知名的法律网站以及英语学习网站，为同学们提供学习司法和英语的途径和法案。</w:t>
      </w:r>
      <w:r>
        <w:rPr>
          <w:lang w:eastAsia="zh-CN"/>
        </w:rPr>
        <w:br/>
      </w:r>
      <w:r>
        <w:rPr>
          <w:lang w:eastAsia="zh-CN"/>
        </w:rPr>
        <w:t>　　四、针对新生，做好应有职责</w:t>
      </w:r>
      <w:r>
        <w:rPr>
          <w:lang w:eastAsia="zh-CN"/>
        </w:rPr>
        <w:br/>
      </w:r>
      <w:r>
        <w:rPr>
          <w:lang w:eastAsia="zh-CN"/>
        </w:rPr>
        <w:t>　　__届的新生马上就要到来，在做好迎新工作以后，要深入了解新生的状况和需求，为他们在西亚斯生活学习。</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https://d.book118.com/735041301011011111</w:t>
        </w:r>
      </w:hyperlink>
    </w:p>
    <w:p w:rsidR="001B1F19">
      <w:pPr>
        <w:rPr>
          <w:rFonts w:hint="eastAsia"/>
          <w:lang w:eastAsia="zh-CN"/>
        </w:rPr>
      </w:pPr>
    </w:p>
    <w:sectPr>
      <w:type w:val="nextPage"/>
      <w:pgSz w:w="11906" w:h="16838"/>
      <w:pgMar w:top="1440" w:right="1800" w:bottom="1440" w:left="1800" w:header="851" w:footer="992" w:gutter="0"/>
      <w:pgNumType w:start="3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35041301011011111"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43</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