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月度个人工作总结范文（31篇）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月度个人工作总结范文（精选31篇）</w:t>
      </w:r>
      <w:r>
        <w:rPr>
          <w:lang w:eastAsia="zh-CN"/>
        </w:rPr>
        <w:br/>
      </w:r>
      <w:r>
        <w:rPr>
          <w:lang w:eastAsia="zh-CN"/>
        </w:rPr>
        <w:t xml:space="preserve">    月度个人工作总结范文 篇1 </w:t>
      </w:r>
      <w:r>
        <w:rPr>
          <w:lang w:eastAsia="zh-CN"/>
        </w:rPr>
        <w:br/>
      </w:r>
      <w:r>
        <w:rPr>
          <w:lang w:eastAsia="zh-CN"/>
        </w:rPr>
        <w:t>　　20_已经过去，迎来崭新的__年。在过去的__年度中我担任公司财务部出纳及劳资工作，我的份内职责是：现金收支，按计调安排各个银行汇款、办事，开具发票，工资、提成补助的核算及发放。月底制作往来账报表及团队一览表，月初劳动局报表。份外职责是：倒班给客人订机票，更换led电子屏，每季度给旅游局报人天次报表。及完成领导交付的其他工作。回顾这一年来的工作，在忙忙碌碌中度过，虚心学习新的专业知识，积极配合同事之间的工作，总体来说，个人工作中小缺陷不可避免，但也可以说是圆满结束。总结请大家评议，多提宝贵意见。</w:t>
      </w:r>
      <w:r>
        <w:rPr>
          <w:lang w:eastAsia="zh-CN"/>
        </w:rPr>
        <w:br/>
      </w:r>
      <w:r>
        <w:rPr>
          <w:lang w:eastAsia="zh-CN"/>
        </w:rPr>
        <w:t>　　首先在这里我要感谢领导对我的信任，把这么一份重要的工作交到我手里，让我有机会学习和接触财务工作，其次，我要感谢乔会计这个师傅，她教会我如果做好和胜任这份工作。这一年来从不熟练到熟练的掌握每月工作内容，在做的过程中不断改善以往的工作方式方法，能让各类文件更完善的为自己工作服务。顺利完成如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1、严格执行银行存款及现金管理，定期核对发现账目如金额不符，做到及时处理，做到每日现金结算。</w:t>
      </w:r>
      <w:r>
        <w:rPr>
          <w:lang w:eastAsia="zh-CN"/>
        </w:rPr>
        <w:br/>
      </w:r>
      <w:r>
        <w:rPr>
          <w:lang w:eastAsia="zh-CN"/>
        </w:rPr>
        <w:t>　　2、定期电话催促公司各项应收款，如可收回，及时处理安排。</w:t>
      </w:r>
      <w:r>
        <w:rPr>
          <w:lang w:eastAsia="zh-CN"/>
        </w:rPr>
        <w:br/>
      </w:r>
      <w:r>
        <w:rPr>
          <w:lang w:eastAsia="zh-CN"/>
        </w:rPr>
        <w:t>　　3、坚持财务手续，严格审核(报销凭证上必须有经办人及领导的签字才能给予支付)，走团汇款也必须经过计调签字或领导同意给予汇款。</w:t>
      </w:r>
      <w:r>
        <w:rPr>
          <w:lang w:eastAsia="zh-CN"/>
        </w:rPr>
        <w:br/>
      </w:r>
      <w:r>
        <w:rPr>
          <w:lang w:eastAsia="zh-CN"/>
        </w:rPr>
        <w:t>　　4、日常工作的改善。现金收支，例如很小的事情，一般给客人在报名后都会先开收据，后换发票。在收据上就有很多的不便，因为没有报名表详情的附件，财务收款后需要分团入账，以前收据上只写团名和金额。这样远远不够，团少的时候可以对出来，但是团多的时候，操作起来非常繁琐。所以在改善后的收据上，要写的真的很详细：团名(例如海南)，天数，人数，金额，客人姓名，出发日期，收款人。这样的话，开收据的时候稍微麻烦一点，但在分团上账会方便很多。还有很多的例子，如报销单，一览表，考勤表之类的一些改善都是日常积累做下来，月底会对做账核算工资帮助很大的。</w:t>
      </w:r>
      <w:r>
        <w:rPr>
          <w:lang w:eastAsia="zh-CN"/>
        </w:rPr>
        <w:br/>
      </w:r>
      <w:r>
        <w:rPr>
          <w:lang w:eastAsia="zh-CN"/>
        </w:rPr>
        <w:t>　　5、回顾检查自身的问题，我认为：学习不够，以目前的专业学习及技能，为人处世方法方式没有办法更好的胜任此工作。在以后要向领导多学习一下增强分析问题、解决问题的能力。</w:t>
      </w:r>
      <w:r>
        <w:rPr>
          <w:lang w:eastAsia="zh-CN"/>
        </w:rPr>
        <w:br/>
      </w:r>
      <w:r>
        <w:rPr>
          <w:lang w:eastAsia="zh-CN"/>
        </w:rPr>
        <w:t>　　在过去的一年中，付出过很大努力，但是成果也许没有显著。这些都需要好好学习，只有不断的提高业务水平才能使工作更顺利的进行。在即将到来的__年，我有新的工作变动和意向。在此我祝愿阳光之旅越办越好，员工能力越来越强，团队精神越来越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月度个人工作总结范文 篇2 </w:t>
      </w:r>
      <w:r>
        <w:rPr>
          <w:lang w:eastAsia="zh-CN"/>
        </w:rPr>
        <w:br/>
      </w:r>
      <w:r>
        <w:rPr>
          <w:lang w:eastAsia="zh-CN"/>
        </w:rPr>
        <w:t>　　回忆这个月的工作，参照德能勤绩四项标准，能尽心竭力做好各项工作，较好地履行了自己的职责。现将月工作总结如下：</w:t>
      </w:r>
      <w:r>
        <w:rPr>
          <w:lang w:eastAsia="zh-CN"/>
        </w:rPr>
        <w:br/>
      </w:r>
      <w:r>
        <w:rPr>
          <w:lang w:eastAsia="zh-CN"/>
        </w:rPr>
        <w:t>　　一、主要工作状况</w:t>
      </w:r>
      <w:r>
        <w:rPr>
          <w:lang w:eastAsia="zh-CN"/>
        </w:rPr>
        <w:br/>
      </w:r>
      <w:r>
        <w:rPr>
          <w:lang w:eastAsia="zh-CN"/>
        </w:rPr>
        <w:t>　　1、重视理论学习，坚决政治信念，明确效劳宗旨。</w:t>
      </w:r>
      <w:r>
        <w:rPr>
          <w:lang w:eastAsia="zh-CN"/>
        </w:rPr>
        <w:br/>
      </w:r>
      <w:r>
        <w:rPr>
          <w:lang w:eastAsia="zh-CN"/>
        </w:rPr>
        <w:t>　　专心参与局机关组织的政治活动，能针对办公室工作特点，挤出时间学习有关文件、报告和辅导材料，透过深刻领悟其精神实质，用以指导自己的工作。时刻牢记一心一意为人民效劳的宗旨，公正正派，坚持原那么，忠实地做好本职工作。</w:t>
      </w:r>
      <w:r>
        <w:rPr>
          <w:lang w:eastAsia="zh-CN"/>
        </w:rPr>
        <w:br/>
      </w:r>
      <w:r>
        <w:rPr>
          <w:lang w:eastAsia="zh-CN"/>
        </w:rPr>
        <w:t>　　2、加强业务学习，提高工作潜力，努力开展实施工作打算，做好本职工作。</w:t>
      </w:r>
      <w:r>
        <w:rPr>
          <w:lang w:eastAsia="zh-CN"/>
        </w:rPr>
        <w:br/>
      </w:r>
      <w:r>
        <w:rPr>
          <w:lang w:eastAsia="zh-CN"/>
        </w:rPr>
        <w:t>　　重视学习业务学问，专心利用参与培训班等时机倾听专家的指导，向专家请教学习，提高自己的业务潜力。紧紧围绕本职工作的'重点，专心学习有关经济、政治、科技、法律等最新学问，努力做到融汇贯穿，联系实际。在实际工作中，把政治理论学问、业务学问和其它别致学问结合起来，开阔视野，拓宽思路，丰富自己，努力适应新形势、新任务对本职工作的要求。</w:t>
      </w:r>
      <w:r>
        <w:rPr>
          <w:lang w:eastAsia="zh-CN"/>
        </w:rPr>
        <w:br/>
      </w:r>
      <w:r>
        <w:rPr>
          <w:lang w:eastAsia="zh-CN"/>
        </w:rPr>
        <w:t>　　3、勤奋干事，专心进取。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谨慎做好本职工作和日常事务性工作，做到腿勤、口勤，使票据刚好报销，账目清晰，帮助领导建立健全各项制度，持续良好的工作秩序和工作环境，使各项管理日趋正规化、标准化。完成办公日常用品购置、来人接待、上下沟通、内外联系、资料报刊订阅等超多的日常事务，各类事项支配合理有序，为办公室工作的正常开展带给了有效保证。</w:t>
      </w:r>
      <w:r>
        <w:rPr>
          <w:lang w:eastAsia="zh-CN"/>
        </w:rPr>
        <w:br/>
      </w:r>
      <w:r>
        <w:rPr>
          <w:lang w:eastAsia="zh-CN"/>
        </w:rPr>
        <w:t>　　4、成果斐然，争取长足进步。</w:t>
      </w:r>
      <w:r>
        <w:rPr>
          <w:lang w:eastAsia="zh-CN"/>
        </w:rPr>
        <w:br/>
      </w:r>
      <w:r>
        <w:rPr>
          <w:lang w:eastAsia="zh-CN"/>
        </w:rPr>
        <w:t>　　几年来，坚持工作踏实，任劳任怨，务实高效，不断自我鼓励，自我鞭策，时时到处严格要求自己，自觉维护办公室形象，高效、圆满、妥当地做好本职工作，没有出现任何纰漏，取得了必需成果。</w:t>
      </w:r>
      <w:r>
        <w:rPr>
          <w:lang w:eastAsia="zh-CN"/>
        </w:rPr>
        <w:br/>
      </w:r>
      <w:r>
        <w:rPr>
          <w:lang w:eastAsia="zh-CN"/>
        </w:rPr>
        <w:t>　　二、存在缺乏</w:t>
      </w:r>
      <w:r>
        <w:rPr>
          <w:lang w:eastAsia="zh-CN"/>
        </w:rPr>
        <w:br/>
      </w:r>
      <w:r>
        <w:rPr>
          <w:lang w:eastAsia="zh-CN"/>
        </w:rPr>
        <w:t>　　一是政治理论学习虽有必需的进步，但还没有深度和广度。二是事务性工作纷繁困难，削减了调研时机，从而无法进一步提高自己的工作潜力。三是工作中不够大胆，总是在不断学习的过程中变更工作方法，而不能在创新中去实践，去推广。</w:t>
      </w:r>
      <w:r>
        <w:rPr>
          <w:lang w:eastAsia="zh-CN"/>
        </w:rPr>
        <w:br/>
      </w:r>
      <w:r>
        <w:rPr>
          <w:lang w:eastAsia="zh-CN"/>
        </w:rPr>
        <w:t>　　三、今后努力方向</w:t>
      </w:r>
      <w:r>
        <w:rPr>
          <w:lang w:eastAsia="zh-CN"/>
        </w:rPr>
        <w:br/>
      </w:r>
      <w:r>
        <w:rPr>
          <w:lang w:eastAsia="zh-CN"/>
        </w:rPr>
        <w:t>　　不断加强个人修养，自觉加强学习，努力提高工作水平，适应新形势下本职工作的须要，扬长避短，发奋工作。</w:t>
      </w:r>
      <w:r>
        <w:rPr>
          <w:lang w:eastAsia="zh-CN"/>
        </w:rPr>
        <w:br/>
      </w:r>
      <w:r>
        <w:rPr>
          <w:lang w:eastAsia="zh-CN"/>
        </w:rPr>
        <w:t xml:space="preserve">    月度个人工作总结范文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年来，在教育教学工作中，我始终坚持党的教育方针，面向全体学生，教书育人，为人师表，确立以学生为主体，以培养学生主动发展为中心的教学思想，重视学生的个性发展，重视激发学生的创造能力，培养学生德、智、体、美、劳全面发展。在这年里，我在思想上严于律己，热爱教育事业。时时以一个团员的身份来约束自己，鞭策自己。对自己要求严格，力争在思想上、工作上在同事、学生的心目中树立起榜样的作用。我还积极参加各类政治业务学习，努力提高自己的政治水平和业务水平。服从学校的工作安排，配合领导和老师们做好校内外的各项工作。</w:t>
      </w:r>
      <w:r>
        <w:rPr>
          <w:lang w:eastAsia="zh-CN"/>
        </w:rPr>
        <w:br/>
      </w:r>
      <w:r>
        <w:rPr>
          <w:lang w:eastAsia="zh-CN"/>
        </w:rPr>
        <w:t>　　在教学工作方面，我争取多听课，从中学习别人的长处，领悟其中的教学艺术。每上一节课，我都做好充分的准备，我的信念是决不打无准备的仗。在备课过程中认真分析教材，根据教材的特点及学生的实际情况设计教案。</w:t>
      </w:r>
      <w:r>
        <w:rPr>
          <w:lang w:eastAsia="zh-CN"/>
        </w:rPr>
        <w:br/>
      </w:r>
      <w:r>
        <w:rPr>
          <w:lang w:eastAsia="zh-CN"/>
        </w:rPr>
        <w:t>　　培优辅差是今年教学工作的重头戏，因为一个班级里面总存在尖子生和后进生。对于后进生，我总是给予特殊的照顾，首先是课堂上多提问，多巡视，多辅导。然后是在课堂上对他们的点滴进步给予大力的表扬，课后多找他们谈心、交朋友，树立起他们的信心和激发他们学习的兴趣。通过尖子生来带动、促进后进生的提高。经过自己的不懈努力，学生得到了全面的发展。</w:t>
      </w:r>
      <w:r>
        <w:rPr>
          <w:lang w:eastAsia="zh-CN"/>
        </w:rPr>
        <w:br/>
      </w:r>
      <w:r>
        <w:rPr>
          <w:lang w:eastAsia="zh-CN"/>
        </w:rPr>
        <w:t>　　在班主任工作方面，我非常重视学生的思想教育工作。通过班会、晨会、思想品德课及结合各科教材对学生进行爱祖国、爱人民、爱集体、爱老动、爱学习等的思想教育。使学生能养成良好的班风、学风。班干部是老师的左右手，所以我把培养得力的班干部作为班主任工作的一项重要内容。我还常给班干部定时开会，了解他们工作的情况，鼓励他们大胆开展工作。使班干部能在同学中树立起威信，成为同学学习的榜样。</w:t>
      </w:r>
      <w:r>
        <w:rPr>
          <w:lang w:eastAsia="zh-CN"/>
        </w:rPr>
        <w:br/>
      </w:r>
      <w:r>
        <w:rPr>
          <w:lang w:eastAsia="zh-CN"/>
        </w:rPr>
        <w:t xml:space="preserve">    月度个人工作总结范文 篇4 </w:t>
      </w:r>
      <w:r>
        <w:rPr>
          <w:lang w:eastAsia="zh-CN"/>
        </w:rPr>
        <w:br/>
      </w:r>
      <w:r>
        <w:rPr>
          <w:lang w:eastAsia="zh-CN"/>
        </w:rPr>
        <w:t>　　看着日历又掀过一页，感叹时间过的真快，12月份又在手指间不经意的溜走了，回顾12月份总结如下：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 班况分析：</w:t>
      </w:r>
      <w:r>
        <w:rPr>
          <w:lang w:eastAsia="zh-CN"/>
        </w:rPr>
        <w:br/>
      </w:r>
      <w:r>
        <w:rPr>
          <w:lang w:eastAsia="zh-CN"/>
        </w:rPr>
        <w:t>　　本月我班出勤率：90% 生病率：20% ，其中两名幼儿长期病假，宫朝晖和沙俊廷，宫朝晖系体质弱，免疫力不好，至入冬以来未来园，沙俊廷至分班来未曾入园，我班老师与家长一直联系。事故发生率：0，本月教师出勤率毛磊请假一上午，杨继杰请假一下午，刘琳琳请假半小时。事故发生率：0</w:t>
      </w:r>
      <w:r>
        <w:rPr>
          <w:lang w:eastAsia="zh-CN"/>
        </w:rPr>
        <w:br/>
      </w:r>
      <w:r>
        <w:rPr>
          <w:lang w:eastAsia="zh-CN"/>
        </w:rPr>
        <w:t>　　二、 本月我班做了一下工作：</w:t>
      </w:r>
      <w:r>
        <w:rPr>
          <w:lang w:eastAsia="zh-CN"/>
        </w:rPr>
        <w:br/>
      </w:r>
      <w:r>
        <w:rPr>
          <w:lang w:eastAsia="zh-CN"/>
        </w:rPr>
        <w:t>　　1、 组织幼儿拍球并带幼儿参加了拍球比赛，让幼儿感受到了竞赛的乐趣。</w:t>
      </w:r>
      <w:r>
        <w:rPr>
          <w:lang w:eastAsia="zh-CN"/>
        </w:rPr>
        <w:br/>
      </w:r>
      <w:r>
        <w:rPr>
          <w:lang w:eastAsia="zh-CN"/>
        </w:rPr>
        <w:t>　　2、 参与了妈咪沙龙活动。</w:t>
      </w:r>
      <w:r>
        <w:rPr>
          <w:lang w:eastAsia="zh-CN"/>
        </w:rPr>
        <w:br/>
      </w:r>
      <w:r>
        <w:rPr>
          <w:lang w:eastAsia="zh-CN"/>
        </w:rPr>
        <w:t>　　3、 班里两位老师参加了幼儿园组织的首席教师评选活动，并从中得到了提高和锻炼。</w:t>
      </w:r>
      <w:r>
        <w:rPr>
          <w:lang w:eastAsia="zh-CN"/>
        </w:rPr>
        <w:br/>
      </w:r>
      <w:r>
        <w:rPr>
          <w:lang w:eastAsia="zh-CN"/>
        </w:rPr>
        <w:t>　　4、扎扎实实做好教育教学，尤其是阅读识字和英语，为教学成果展做好准备。</w:t>
      </w:r>
      <w:r>
        <w:rPr>
          <w:lang w:eastAsia="zh-CN"/>
        </w:rPr>
        <w:br/>
      </w:r>
      <w:r>
        <w:rPr>
          <w:lang w:eastAsia="zh-CN"/>
        </w:rPr>
        <w:t>　　5、 针对幼儿年龄段生理特征，上下楼梯困难，我班开展了安全教育活动，利用课堂教学，日常生活的渗透加强幼儿安全意识，提高了幼儿的自我保护意识。</w:t>
      </w:r>
      <w:r>
        <w:rPr>
          <w:lang w:eastAsia="zh-CN"/>
        </w:rPr>
        <w:br/>
      </w:r>
      <w:r>
        <w:rPr>
          <w:lang w:eastAsia="zh-CN"/>
        </w:rPr>
        <w:t>　　6、 在家园共建方面，我们通过家访、妈咪沙龙、幼儿观察评价表附以电话沟通、便条、短信息等方式与家长保持联系。</w:t>
      </w:r>
      <w:r>
        <w:rPr>
          <w:lang w:eastAsia="zh-CN"/>
        </w:rPr>
        <w:br/>
      </w:r>
      <w:r>
        <w:rPr>
          <w:lang w:eastAsia="zh-CN"/>
        </w:rPr>
        <w:t>　　1月份我班将从以下开展工作：</w:t>
      </w:r>
      <w:r>
        <w:rPr>
          <w:lang w:eastAsia="zh-CN"/>
        </w:rPr>
        <w:br/>
      </w:r>
      <w:r>
        <w:rPr>
          <w:lang w:eastAsia="zh-CN"/>
        </w:rPr>
        <w:t>　　1、做好卫生消毒工作，保证每位幼儿的安全。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2、继续做好家园共育工作，通过教学成果展、哈佛摇篮艺术节活动让家长感受宝宝的风采。</w:t>
      </w:r>
      <w:r>
        <w:rPr>
          <w:lang w:eastAsia="zh-CN"/>
        </w:rPr>
        <w:br/>
      </w:r>
      <w:r>
        <w:rPr>
          <w:lang w:eastAsia="zh-CN"/>
        </w:rPr>
        <w:t>　　3、做好冬季流行感冒的预防工作。</w:t>
      </w:r>
      <w:r>
        <w:rPr>
          <w:lang w:eastAsia="zh-CN"/>
        </w:rPr>
        <w:br/>
      </w:r>
      <w:r>
        <w:rPr>
          <w:lang w:eastAsia="zh-CN"/>
        </w:rPr>
        <w:t>　　4、认真备好每节课，努力提高自己的教学水平。</w:t>
      </w:r>
      <w:r>
        <w:rPr>
          <w:lang w:eastAsia="zh-CN"/>
        </w:rPr>
        <w:br/>
      </w:r>
      <w:r>
        <w:rPr>
          <w:lang w:eastAsia="zh-CN"/>
        </w:rPr>
        <w:t>　　重点工作：</w:t>
      </w:r>
      <w:r>
        <w:rPr>
          <w:lang w:eastAsia="zh-CN"/>
        </w:rPr>
        <w:br/>
      </w:r>
      <w:r>
        <w:rPr>
          <w:lang w:eastAsia="zh-CN"/>
        </w:rPr>
        <w:t>　　1、积极筹备、并组织幼儿参加幼儿园嘉年华。</w:t>
      </w:r>
      <w:r>
        <w:rPr>
          <w:lang w:eastAsia="zh-CN"/>
        </w:rPr>
        <w:br/>
      </w:r>
      <w:r>
        <w:rPr>
          <w:lang w:eastAsia="zh-CN"/>
        </w:rPr>
        <w:t>　　2、继续扎实的做好教育教学，并积极筹备幼儿教学成果展。</w:t>
      </w:r>
      <w:r>
        <w:rPr>
          <w:lang w:eastAsia="zh-CN"/>
        </w:rPr>
        <w:br/>
      </w:r>
      <w:r>
        <w:rPr>
          <w:lang w:eastAsia="zh-CN"/>
        </w:rPr>
        <w:t xml:space="preserve">    月度个人工作总结范文 篇5 </w:t>
      </w:r>
      <w:r>
        <w:rPr>
          <w:lang w:eastAsia="zh-CN"/>
        </w:rPr>
        <w:br/>
      </w:r>
      <w:r>
        <w:rPr>
          <w:lang w:eastAsia="zh-CN"/>
        </w:rPr>
        <w:t>　　财务出纳工作计划在加强财务管理、促进规范化管理、加强财务知识学习和教育方面发挥着非常重要的作用。为了使财务工作做到长计划、短安排，使财务工作在规范化、制度化的环境中更好地发挥作用，特制定本财务工作计划。</w:t>
      </w:r>
      <w:r>
        <w:rPr>
          <w:lang w:eastAsia="zh-CN"/>
        </w:rPr>
        <w:br/>
      </w:r>
      <w:r>
        <w:rPr>
          <w:lang w:eastAsia="zh-CN"/>
        </w:rPr>
        <w:t>　　一、组织财务人员参加上级组织的各种培训</w:t>
      </w:r>
      <w:r>
        <w:rPr>
          <w:lang w:eastAsia="zh-CN"/>
        </w:rPr>
        <w:br/>
      </w:r>
      <w:r>
        <w:rPr>
          <w:lang w:eastAsia="zh-CN"/>
        </w:rPr>
        <w:t>　　组织财务人员参加财务人员培训，提高认识，不断增强自身业务水平。了解新标准体系的框架，掌握和理解新标准的内容、要点和本质。全面按照新标准的规范要求，熟练运用新标准等。并进行会计处理和编制财务相关报表和表格。</w:t>
      </w:r>
      <w:r>
        <w:rPr>
          <w:lang w:eastAsia="zh-CN"/>
        </w:rPr>
        <w:br/>
      </w:r>
      <w:r>
        <w:rPr>
          <w:lang w:eastAsia="zh-CN"/>
        </w:rPr>
        <w:t>　　二是进一步完善预算工作，探索基层学校预算管理规律</w:t>
      </w:r>
      <w:r>
        <w:rPr>
          <w:lang w:eastAsia="zh-CN"/>
        </w:rPr>
        <w:br/>
      </w:r>
      <w:r>
        <w:rPr>
          <w:lang w:eastAsia="zh-CN"/>
        </w:rPr>
        <w:t>　　根据上级财政部门的要求，总结大口径预算工作规律，提高预算工作的预见性、民主性和科学性，做好学校部门预算的编制和执行工作。准备年度预算，尽量现实一点。</w:t>
      </w:r>
      <w:r>
        <w:rPr>
          <w:lang w:eastAsia="zh-CN"/>
        </w:rPr>
        <w:br/>
      </w:r>
      <w:r>
        <w:rPr>
          <w:lang w:eastAsia="zh-CN"/>
        </w:rPr>
        <w:t>　　第三，加强和规范资金管理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1、根据新的制度和标准结合实际情况，核算业务，做好财务工作。</w:t>
      </w:r>
      <w:r>
        <w:rPr>
          <w:lang w:eastAsia="zh-CN"/>
        </w:rPr>
        <w:br/>
      </w:r>
      <w:r>
        <w:rPr>
          <w:lang w:eastAsia="zh-CN"/>
        </w:rPr>
        <w:t>　　2、做好工作的同时，处理好与其他部门的协调关系。</w:t>
      </w:r>
      <w:r>
        <w:rPr>
          <w:lang w:eastAsia="zh-CN"/>
        </w:rPr>
        <w:br/>
      </w:r>
      <w:r>
        <w:rPr>
          <w:lang w:eastAsia="zh-CN"/>
        </w:rPr>
        <w:t>　　3.做好正常出纳会计。按照财务制度，办理现金支付和银行结算业务，努力开拓新的来源和结算，使有限的资金发挥真正的作用，为学校提供财务保障。加强各项费用的核算。及时记账。</w:t>
      </w:r>
      <w:r>
        <w:rPr>
          <w:lang w:eastAsia="zh-CN"/>
        </w:rPr>
        <w:br/>
      </w:r>
      <w:r>
        <w:rPr>
          <w:lang w:eastAsia="zh-CN"/>
        </w:rPr>
        <w:t>　　4、财务人员必须坚持岗位责任制原则，秉公办事，以身作则。</w:t>
      </w:r>
      <w:r>
        <w:rPr>
          <w:lang w:eastAsia="zh-CN"/>
        </w:rPr>
        <w:br/>
      </w:r>
      <w:r>
        <w:rPr>
          <w:lang w:eastAsia="zh-CN"/>
        </w:rPr>
        <w:t>　　5、完成领导临时交办的其他工作。</w:t>
      </w:r>
      <w:r>
        <w:rPr>
          <w:lang w:eastAsia="zh-CN"/>
        </w:rPr>
        <w:br/>
      </w:r>
      <w:r>
        <w:rPr>
          <w:lang w:eastAsia="zh-CN"/>
        </w:rPr>
        <w:t>　　第四，财务管理力求科学，核算规范，成本控制充分理化，加强监督，细化工作，切实体现财务管理的作用。使财务运作更趋于理性健康，更符合公司的发展步伐。要严格学校硬件管理，学校的课桌、凳子和教学仪器设备要管理好，使用好，及时维修，严禁借出。如有正常损坏，应按挂失程序报失。所有教室、仪器室、办公室应严格管理人员，有转换手续，并按价赔偿损坏和损失。妥善管理固定资产账户。</w:t>
      </w:r>
      <w:r>
        <w:rPr>
          <w:lang w:eastAsia="zh-CN"/>
        </w:rPr>
        <w:br/>
      </w:r>
      <w:r>
        <w:rPr>
          <w:lang w:eastAsia="zh-CN"/>
        </w:rPr>
        <w:t>　　5.继续做好收费工作</w:t>
      </w:r>
      <w:r>
        <w:rPr>
          <w:lang w:eastAsia="zh-CN"/>
        </w:rPr>
        <w:br/>
      </w:r>
      <w:r>
        <w:rPr>
          <w:lang w:eastAsia="zh-CN"/>
        </w:rPr>
        <w:t>　　学校收费工作是高压线，上级多次申请。所以今年学校还是需要加强这方面的管理，不会向学生收取任何费用。</w:t>
      </w:r>
      <w:r>
        <w:rPr>
          <w:lang w:eastAsia="zh-CN"/>
        </w:rPr>
        <w:br/>
      </w:r>
      <w:r>
        <w:rPr>
          <w:lang w:eastAsia="zh-CN"/>
        </w:rPr>
        <w:t xml:space="preserve">    月度个人工作总结范文 篇6 </w:t>
      </w:r>
      <w:r>
        <w:rPr>
          <w:lang w:eastAsia="zh-CN"/>
        </w:rPr>
        <w:br/>
      </w:r>
      <w:r>
        <w:rPr>
          <w:lang w:eastAsia="zh-CN"/>
        </w:rPr>
        <w:t>　　1、学习了年金方面的基本知识，初步掌握了与客户交谈的内容。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学习过程中，我掌握了建立企业年金的流程，也了解了一些相关边缘问题，比如会计科目、信托法等等;同时我也遇到了很多不能自己解决的困难，得到了同事和领导的解答帮助，充分体会到了公司“铸造团队，亲和诚信”的企业文化。通过这段时间的学习，我发现自己掌握的知识不够全面，做企业年金是一个与高端客户不断接触的过程，我除了应该掌握年金方面的知识外，还应该加强金融、经济、企业管理、法律、社会等等各方面的知识，用知识武装自己，以便能更好地展业。</w:t>
      </w:r>
      <w:r>
        <w:rPr>
          <w:lang w:eastAsia="zh-CN"/>
        </w:rPr>
        <w:br/>
      </w:r>
      <w:r>
        <w:rPr>
          <w:lang w:eastAsia="zh-CN"/>
        </w:rPr>
        <w:t>　　2、跟随领导出差，在实践中学习了不少见客户的经验。</w:t>
      </w:r>
      <w:r>
        <w:rPr>
          <w:lang w:eastAsia="zh-CN"/>
        </w:rPr>
        <w:br/>
      </w:r>
      <w:r>
        <w:rPr>
          <w:lang w:eastAsia="zh-CN"/>
        </w:rPr>
        <w:t>　　领导为了让我们尽快学好基本知识，掌握营销技巧，4月下旬，我跟随黄经理和许经理出差茂名，在那里见到了我们合作单位中国银行的相关领导和同仁，同时也去见了两家客户企业：电白供电局和一家房地产公司。整个过程我一直在观摩学习黄经理和许经理怎样与客户建立良好的合作关系。同时，我发现，要想让客户信任你，必须要精通自己所作的业务，而不仅仅是熟悉。也就是说，一定要做一个专业的行销人员。而要想专业，还得必须努力练好基本功。此外，我还跟黄经理去了储运公司，体验了我公司和合作伙伴光大银行的讲标的过程。</w:t>
      </w:r>
      <w:r>
        <w:rPr>
          <w:lang w:eastAsia="zh-CN"/>
        </w:rPr>
        <w:br/>
      </w:r>
      <w:r>
        <w:rPr>
          <w:lang w:eastAsia="zh-CN"/>
        </w:rPr>
        <w:t>　　3、通过培训，学习了电话行销和面见客户的基本知识。</w:t>
      </w:r>
      <w:r>
        <w:rPr>
          <w:lang w:eastAsia="zh-CN"/>
        </w:rPr>
        <w:br/>
      </w:r>
      <w:r>
        <w:rPr>
          <w:lang w:eastAsia="zh-CN"/>
        </w:rPr>
        <w:t>　　培训课程中，给我印象最深刻的就是28号下午的通关考试，考试有三个环节组成：一、给定一个企业，通过前台找到人事部负责员工福利的经理;二、通过电话给人事部员工福利经理约到见面;三、通过首次见面约到第二次见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天的通关考试从中午午饭过后一直到凌晨零点多，最后通关老师让我们都过了，但我觉得我表现得不是很好，没有发挥出最好水平。电话话术不停地练，一次次地通关，一次次地被拒绝……到了半夜，上下眼皮开始打架，注意力精力都集中不起来，回到宿舍洗把脸继续回来通关……最后终于过了。</w:t>
      </w:r>
      <w:r>
        <w:rPr>
          <w:lang w:eastAsia="zh-CN"/>
        </w:rPr>
        <w:br/>
      </w:r>
      <w:r>
        <w:rPr>
          <w:lang w:eastAsia="zh-CN"/>
        </w:rPr>
        <w:t>　　通过培训，感觉自己在销售话术和能力上有了一个质的飞跃。</w:t>
      </w:r>
      <w:r>
        <w:rPr>
          <w:lang w:eastAsia="zh-CN"/>
        </w:rPr>
        <w:br/>
      </w:r>
      <w:r>
        <w:rPr>
          <w:lang w:eastAsia="zh-CN"/>
        </w:rPr>
        <w:t>　　整个培训下来，我认识到自己的不足：一、见到客户信心不满;二、和客户面谈不会用生动的方式表达专业的东西;三、对产品和年金相关知识掌握不够;四、寒暄问候及礼节性的东西有待于不断改进;五、平时工作不够用心，表现在销售流程中就是自己业务的不专业。</w:t>
      </w:r>
      <w:r>
        <w:rPr>
          <w:lang w:eastAsia="zh-CN"/>
        </w:rPr>
        <w:br/>
      </w:r>
      <w:r>
        <w:rPr>
          <w:lang w:eastAsia="zh-CN"/>
        </w:rPr>
        <w:t>　　4、打电话找客户的过程，让我更接近市场，听到了不少市场的声音。</w:t>
      </w:r>
      <w:r>
        <w:rPr>
          <w:lang w:eastAsia="zh-CN"/>
        </w:rPr>
        <w:br/>
      </w:r>
      <w:r>
        <w:rPr>
          <w:lang w:eastAsia="zh-CN"/>
        </w:rPr>
        <w:t>　　通过打一批(已打30个)曾经有做企业年金移交工作的企业电话，了解到市场上企业年金移交的工作进程：一部分企业年金移交工作已做;一部分企业年金计划暂时搁浅，原因不一而足，但大部分是因为经济问题。当然，大家都知道，电话过程中什么客户都会遇到，其中，有五家客户不拒绝了解我公司，也答应可以去送资料，因为是在珠海，所以没有约具体时间;还有的公司已倒闭，也有在平安、国寿做了的……</w:t>
      </w:r>
      <w:r>
        <w:rPr>
          <w:lang w:eastAsia="zh-CN"/>
        </w:rPr>
        <w:br/>
      </w:r>
      <w:r>
        <w:rPr>
          <w:lang w:eastAsia="zh-CN"/>
        </w:rPr>
        <w:t>　　总之，电话工作现在还在继续进行。其中我有做的不好的地方就是没有对客户进行总结归类，会在这周内把这项工作完成。</w:t>
      </w:r>
      <w:r>
        <w:rPr>
          <w:lang w:eastAsia="zh-CN"/>
        </w:rPr>
        <w:br/>
      </w:r>
      <w:r>
        <w:rPr>
          <w:lang w:eastAsia="zh-CN"/>
        </w:rPr>
        <w:t xml:space="preserve">    月度个人工作总结范文 篇7 </w:t>
      </w:r>
      <w:r>
        <w:rPr>
          <w:lang w:eastAsia="zh-CN"/>
        </w:rPr>
        <w:br/>
      </w:r>
      <w:r>
        <w:rPr>
          <w:lang w:eastAsia="zh-CN"/>
        </w:rPr>
        <w:t>　　转眼间又是一个月过去了，已经是过一年的三分之二啊，业绩也不是很可观啊!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但是每天也都在坚持这个开会.思考.总结不知道为何会使这个结果哦，有点矛盾啊不知道是自己的方法不适，还是别的呢?</w:t>
      </w:r>
      <w:r>
        <w:rPr>
          <w:lang w:eastAsia="zh-CN"/>
        </w:rPr>
        <w:br/>
      </w:r>
      <w:r>
        <w:rPr>
          <w:lang w:eastAsia="zh-CN"/>
        </w:rPr>
        <w:t>　　总结一下这个月，在这个月的时候自己也总结过了，自己应该干什么，但是有的时候，计划了赶不上变化，变化了一点很多都会给改变了，有一点的小无奈啊，还是自己想不不够周全，八月份工作总结。</w:t>
      </w:r>
      <w:r>
        <w:rPr>
          <w:lang w:eastAsia="zh-CN"/>
        </w:rPr>
        <w:br/>
      </w:r>
      <w:r>
        <w:rPr>
          <w:lang w:eastAsia="zh-CN"/>
        </w:rPr>
        <w:t>　　回想一下自己这个月做过的事情把，去过玉田几天在那边卖了点配件，他们那里正在需找厂房呢，应该会近一些设备。有个用户想订立车呢。但是一直没有定的今天打过电话了定了大连的，真的是很可惜啊，跟踪了那么长时间，由得时候还是自己方式方法，不能让别人认同，</w:t>
      </w:r>
      <w:r>
        <w:rPr>
          <w:lang w:eastAsia="zh-CN"/>
        </w:rPr>
        <w:br/>
      </w:r>
      <w:r>
        <w:rPr>
          <w:lang w:eastAsia="zh-CN"/>
        </w:rPr>
        <w:t>　　他那里正在想要买设备呢，但是我一直跟踪把，但是只是打过电话，一共去过了五次吧，有一些外在的原因吧，我区那边比较不是很方便的，想想有点可惜啊!</w:t>
      </w:r>
      <w:r>
        <w:rPr>
          <w:lang w:eastAsia="zh-CN"/>
        </w:rPr>
        <w:br/>
      </w:r>
      <w:r>
        <w:rPr>
          <w:lang w:eastAsia="zh-CN"/>
        </w:rPr>
        <w:t>　　去过秦皇岛几天，给秦皇岛的用户送了点资料，但是到了那里生病了，感觉也没有什么状态，只是把资料给他们看了看，等着他们厂房起来了定一些设备，今天栗总给我讲一下他们以后的发展方向，我大致了解一些了，他们那里想做个网站，他在考虑一些是花钱的还是不花钱的，看看再说。</w:t>
      </w:r>
      <w:r>
        <w:rPr>
          <w:lang w:eastAsia="zh-CN"/>
        </w:rPr>
        <w:br/>
      </w:r>
      <w:r>
        <w:rPr>
          <w:lang w:eastAsia="zh-CN"/>
        </w:rPr>
        <w:t>　　去过滦县那里有个工业区感觉还可以，那里面都是要一些先进的设备呢，像一些数控镗床啊，数控切割机的，普通设备不是很需要了。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去过几天迁西，那里面也有个工业区还有就是一些生产矿车的，什么设备都是会用的到的，这个月效益慢慢的稍微有一点的小变化导致资金都不是很好，有的想买一些设备但是资金不是很到位，有的就是活不是太多，人不好找，买一些设备也是浪费的。但是下月个会好一点的，跟踪紧些为好!</w:t>
      </w:r>
      <w:r>
        <w:rPr>
          <w:lang w:eastAsia="zh-CN"/>
        </w:rPr>
        <w:br/>
      </w:r>
      <w:r>
        <w:rPr>
          <w:lang w:eastAsia="zh-CN"/>
        </w:rPr>
        <w:t xml:space="preserve">    月度个人工作总结范文 篇8 </w:t>
      </w:r>
      <w:r>
        <w:rPr>
          <w:lang w:eastAsia="zh-CN"/>
        </w:rPr>
        <w:br/>
      </w:r>
      <w:r>
        <w:rPr>
          <w:lang w:eastAsia="zh-CN"/>
        </w:rPr>
        <w:t>　　今天是我来第29天，将近一个月的时间里我在这里学到了很多东西。下面我对四月份的学习工作做一个总结。</w:t>
      </w:r>
      <w:r>
        <w:rPr>
          <w:lang w:eastAsia="zh-CN"/>
        </w:rPr>
        <w:br/>
      </w:r>
      <w:r>
        <w:rPr>
          <w:lang w:eastAsia="zh-CN"/>
        </w:rPr>
        <w:t>　　1、学习了年金方面的基本知识，初步掌握了与客户交谈的内容。</w:t>
      </w:r>
      <w:r>
        <w:rPr>
          <w:lang w:eastAsia="zh-CN"/>
        </w:rPr>
        <w:br/>
      </w:r>
      <w:r>
        <w:rPr>
          <w:lang w:eastAsia="zh-CN"/>
        </w:rPr>
        <w:t>　　在学习过程中，我掌握了建立企业年金的流程，也了解了一些相关边缘问题，比如会计科目、信托法等等；同时我也遇到了很多不能自己解决的困难，得到了同事和领导的解答帮助，充分体会到了公司“铸造团队，亲和诚信”的企业文化。通过这段时间的学习，我发现自己掌握的知识不够全面，做企业年金是一个与高端客户不断接触的过程，我除了应该掌握年金方面的知识外，还应该加强金融、经济、企业管理、法律、社会等等各方面的知识，用知识武装自己，以便能更好地展业。</w:t>
      </w:r>
      <w:r>
        <w:rPr>
          <w:lang w:eastAsia="zh-CN"/>
        </w:rPr>
        <w:br/>
      </w:r>
      <w:r>
        <w:rPr>
          <w:lang w:eastAsia="zh-CN"/>
        </w:rPr>
        <w:t>　　2、跟随领导出差，在实践中学习了不少见客户的经验。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领导为了让我们尽快学好基本知识，掌握营销技巧，4月下旬，我跟随黄经理和许经理出差茂名，在那里见到了我们合作单位中国银行的相关领导和同仁，同时也去见了两家客户企业：电白供电局和一家房地产公司。整个过程我一直在观摩学习黄经理和许经理怎样与客户建立良好的合作关系。同时，我发现，要想让客户信任你，必须要精通自己所作的业务，而不仅仅是熟悉。也就是说，一定要做一个专业的行销人员。而要想专业，还得必须努力练好基本功。此外，我还跟黄经理去了储运公司，体验了我公司和合作伙伴光大银行的讲标的过程。</w:t>
      </w:r>
      <w:r>
        <w:rPr>
          <w:lang w:eastAsia="zh-CN"/>
        </w:rPr>
        <w:br/>
      </w:r>
      <w:r>
        <w:rPr>
          <w:lang w:eastAsia="zh-CN"/>
        </w:rPr>
        <w:t>　　3、通过培训，学习了电话行销和面见客户的基本知识。</w:t>
      </w:r>
      <w:r>
        <w:rPr>
          <w:lang w:eastAsia="zh-CN"/>
        </w:rPr>
        <w:br/>
      </w:r>
      <w:r>
        <w:rPr>
          <w:lang w:eastAsia="zh-CN"/>
        </w:rPr>
        <w:t>　　培训课程中，给我印象最深刻的就是28号下午的通关考试，考试有三个环节组成：一、给定一个企业，通过前台找到人事部负责员工福利的经理；二、通过电话给人事部员工福利经理约到见面；三、通过首次见面约到第二次见面。</w:t>
      </w:r>
      <w:r>
        <w:rPr>
          <w:lang w:eastAsia="zh-CN"/>
        </w:rPr>
        <w:br/>
      </w:r>
      <w:r>
        <w:rPr>
          <w:lang w:eastAsia="zh-CN"/>
        </w:rPr>
        <w:t>　　这天的通关考试从中午午饭过后一直到凌晨零点多，最后通关老师让我们都过了，但我觉得我表现得不是很好，没有发挥出最好水平。电话话术不停地练，一次次地通关，一次次地被拒绝……到了半夜，上下眼皮开始打架，注意力精力都集中不起来，回到宿舍洗把脸继续回来通关……最后终于过了。</w:t>
      </w:r>
      <w:r>
        <w:rPr>
          <w:lang w:eastAsia="zh-CN"/>
        </w:rPr>
        <w:br/>
      </w:r>
      <w:r>
        <w:rPr>
          <w:lang w:eastAsia="zh-CN"/>
        </w:rPr>
        <w:t>　　通过培训，感觉自己在销售话术和能力上有了一个质的飞跃。</w:t>
      </w:r>
      <w:r>
        <w:rPr>
          <w:lang w:eastAsia="zh-CN"/>
        </w:rPr>
        <w:br/>
      </w:r>
      <w:r>
        <w:rPr>
          <w:lang w:eastAsia="zh-CN"/>
        </w:rPr>
        <w:t>　　整个培训下来，我认识到自己的不足：一、见到客户信心不满；二、和客户面谈不会用生动的'方式表达专业的东西；三、对产品和年金相关知识掌握不够；四、寒暄问候及礼节性的东西有待于不断改进；五、平时工作不够用心，表现在销售流程中就是自己业务的不专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4、打电话找客户的过程，让我更接近市场，听到了不少市场的声音。</w:t>
      </w:r>
      <w:r>
        <w:rPr>
          <w:lang w:eastAsia="zh-CN"/>
        </w:rPr>
        <w:br/>
      </w:r>
      <w:r>
        <w:rPr>
          <w:lang w:eastAsia="zh-CN"/>
        </w:rPr>
        <w:t>　　通过打一批（已打30个）曾经有做企业年金移交工作的企业电话，了解到市场上企业年金移交的工作进程：一部分企业年金移交工作已做；一部分企业年金计划暂时搁浅，原因不一而足，但大部分是因为经济问题。当然，大家都知道，电话过程中什么客户都会遇到，其中，有五家客户不拒绝了解我公司，也答应可以去送资料，因为是在珠海，所以没有约具体时间；还有的公司已倒闭，也有在平安、国寿做了的，……</w:t>
      </w:r>
      <w:r>
        <w:rPr>
          <w:lang w:eastAsia="zh-CN"/>
        </w:rPr>
        <w:br/>
      </w:r>
      <w:r>
        <w:rPr>
          <w:lang w:eastAsia="zh-CN"/>
        </w:rPr>
        <w:t>　　总之，电话工作现在还在继续进行。其中我有做的不好的地方就是没有对客户进行总结归类，会在这周内把这项工作完成。</w:t>
      </w:r>
      <w:r>
        <w:rPr>
          <w:lang w:eastAsia="zh-CN"/>
        </w:rPr>
        <w:br/>
      </w:r>
      <w:r>
        <w:rPr>
          <w:lang w:eastAsia="zh-CN"/>
        </w:rPr>
        <w:t xml:space="preserve">    月度个人工作总结范文 篇9 </w:t>
      </w:r>
      <w:r>
        <w:rPr>
          <w:lang w:eastAsia="zh-CN"/>
        </w:rPr>
        <w:br/>
      </w:r>
      <w:r>
        <w:rPr>
          <w:lang w:eastAsia="zh-CN"/>
        </w:rPr>
        <w:t>　　回顾这一个月，感慨良多，作为一名刚进入职场的菜鸟，懵懵懂懂、不知所谓，但在行政部各位前辈的帮助下，一路磕磕绊绊的走过。通过这一个月，我也学到了很多，快速的融入到__行政部这个小家庭中，个人的工作认识和工作能力也有了相应的提高。现总结如下：</w:t>
      </w:r>
      <w:r>
        <w:rPr>
          <w:lang w:eastAsia="zh-CN"/>
        </w:rPr>
        <w:br/>
      </w:r>
      <w:r>
        <w:rPr>
          <w:lang w:eastAsia="zh-CN"/>
        </w:rPr>
        <w:t>　　一、以诚实的工作态度，严格要求自己，适应办公室工作特点</w:t>
      </w:r>
      <w:r>
        <w:rPr>
          <w:lang w:eastAsia="zh-CN"/>
        </w:rPr>
        <w:br/>
      </w:r>
      <w:r>
        <w:rPr>
          <w:lang w:eastAsia="zh-CN"/>
        </w:rPr>
        <w:t>　　行政部作为公司主要的后勤工作地点，它的性质也就决定了办公室工作的繁杂性质。但是，行政部的人也相对的比较少，我作为一个新人，能够主动的去帮忙，遇到不懂的就去请教，积极的配合各位前辈，快速高效的完成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工作中，我努力从每一件事情上进行总结，不断摸索，掌握方法，提高工作效率和工作质量，因为自己还是新人，在为人处事、工作经验等方面经验还不足，在平时工作和生活中，我都能够做到虚心向同事学习、请教，学习他们的长处，反思自己不足，不断提高自己的业务素质。我时刻会提醒自己，要诚恳待人，态度端正，积极想办法，无论大事小事，我都要尽能力去做到完美。在平时时刻要求自己，必须遵守劳动纪律、从注意清洁卫生等小事做起，严格要求自己。以不求有功、但求无过信念，来对待所有事情。</w:t>
      </w:r>
      <w:r>
        <w:rPr>
          <w:lang w:eastAsia="zh-CN"/>
        </w:rPr>
        <w:br/>
      </w:r>
      <w:r>
        <w:rPr>
          <w:lang w:eastAsia="zh-CN"/>
        </w:rPr>
        <w:t>　　二、加强学习的力度，注重自身修养的提高</w:t>
      </w:r>
      <w:r>
        <w:rPr>
          <w:lang w:eastAsia="zh-CN"/>
        </w:rPr>
        <w:br/>
      </w:r>
      <w:r>
        <w:rPr>
          <w:lang w:eastAsia="zh-CN"/>
        </w:rPr>
        <w:t>　　在中联，企业文化相当的特别，除去第一条的诚实，我最欣赏的就是：终身学习。而这一点正是我想要积极做到的。也因为这样，我不断的通过网络、书籍等学习人力资源相关的案例分析，利用下班时间学习语言知识，不断提高自己的业务水平和个人能力。工作中，虽然没有什么特别大的贡献，但是能够配合同事完成各项指标，从中学习，以便以后自己能够更好的独立完成工作。</w:t>
      </w:r>
      <w:r>
        <w:rPr>
          <w:lang w:eastAsia="zh-CN"/>
        </w:rPr>
        <w:br/>
      </w:r>
      <w:r>
        <w:rPr>
          <w:lang w:eastAsia="zh-CN"/>
        </w:rPr>
        <w:t>　　另外，我也特别注重从工作中吸取教训，不断的总结，认真的学习写作、人事相关的政策、档案管理等相关的知识。也虚心向前辈请教，取长补短，增强自己的服务意识。希望能够尽快的融入到__这个大家庭中去。</w:t>
      </w:r>
      <w:r>
        <w:rPr>
          <w:lang w:eastAsia="zh-CN"/>
        </w:rPr>
        <w:br/>
      </w:r>
      <w:r>
        <w:rPr>
          <w:lang w:eastAsia="zh-CN"/>
        </w:rPr>
        <w:t>　　三、坚持做好每一项日常工作，快乐工作，自我肯定</w:t>
      </w:r>
      <w:r>
        <w:rPr>
          <w:lang w:eastAsia="zh-CN"/>
        </w:rPr>
        <w:br/>
      </w:r>
      <w:r>
        <w:rPr>
          <w:lang w:eastAsia="zh-CN"/>
        </w:rPr>
        <w:t>　　1、出勤方面：每天都能提前至少三十分钟到达办公室，做好上班前的相关工作准备，并能及时检查各个办公区域的清洁、设备的完好等，并更新好SPS，方便蒋花查询。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纸张文档、电子文档的归档整理方面：在工作中，我注意对纸张资料的整理和保存，将有用的及时保存、归档，对于没用的及时销毁。因为很多文字性工作都是电脑作业，所以我也在个人电脑中建立了工作资料档案库。并于每周星期五把工作过的资料集中整理，分类保存，以便今后查找。</w:t>
      </w:r>
      <w:r>
        <w:rPr>
          <w:lang w:eastAsia="zh-CN"/>
        </w:rPr>
        <w:br/>
      </w:r>
      <w:r>
        <w:rPr>
          <w:lang w:eastAsia="zh-CN"/>
        </w:rPr>
        <w:t>　　四、存在的不足</w:t>
      </w:r>
      <w:r>
        <w:rPr>
          <w:lang w:eastAsia="zh-CN"/>
        </w:rPr>
        <w:br/>
      </w:r>
      <w:r>
        <w:rPr>
          <w:lang w:eastAsia="zh-CN"/>
        </w:rPr>
        <w:t>　　1、在本职工作中我还不够认真负责，岗位意识还有待进一步的提高。不能严格要求自己，工作上存在自我放松的情况。由于办公室的工作繁杂，处理事情必须快、精、准。在业务能力方面，我还有很多不足，比如在整理会议纪要时，没有抓住重点，记录不全，不能突出主要内容，给领导的会后工作也带来了不便。</w:t>
      </w:r>
      <w:r>
        <w:rPr>
          <w:lang w:eastAsia="zh-CN"/>
        </w:rPr>
        <w:br/>
      </w:r>
      <w:r>
        <w:rPr>
          <w:lang w:eastAsia="zh-CN"/>
        </w:rPr>
        <w:t>　　2、对工作程序掌握不充分，对公司业务熟悉不全面，对工作缺少前瞻性，致使自己在工作中偶尔会遇到手忙脚乱的情况，甚至会出现一些不该出现的错误。致使对自己有了些许的怀疑和不确定性，对未来也有了些许的灰暗情绪。</w:t>
      </w:r>
      <w:r>
        <w:rPr>
          <w:lang w:eastAsia="zh-CN"/>
        </w:rPr>
        <w:br/>
      </w:r>
      <w:r>
        <w:rPr>
          <w:lang w:eastAsia="zh-CN"/>
        </w:rPr>
        <w:t>　　3、偶有缺少细心，办事不够谨慎，显得有些许毛躁。工作是相对简单但又繁、杂、多，这就要求我必须细心、有良好的专业素质、思路缜密。在这方面，我还不够细心，时有粗心大意、做事草率的情况，有时也会比较毛躁忘记一些事情等等。</w:t>
      </w:r>
      <w:r>
        <w:rPr>
          <w:lang w:eastAsia="zh-CN"/>
        </w:rPr>
        <w:br/>
      </w:r>
      <w:r>
        <w:rPr>
          <w:lang w:eastAsia="zh-CN"/>
        </w:rPr>
        <w:t>　　五、下个月工作及学习计划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1、今后在工作中还需多向领导、同事虚心请教学习，要多与大家进行协调、沟通，从大趋势、大格局中去思考、去谋划、取长补短，提高自身的工作水平。</w:t>
      </w:r>
      <w:r>
        <w:rPr>
          <w:lang w:eastAsia="zh-CN"/>
        </w:rPr>
        <w:br/>
      </w:r>
      <w:r>
        <w:rPr>
          <w:lang w:eastAsia="zh-CN"/>
        </w:rPr>
        <w:t>　　2、必须提高工作质量，要具备强烈的事业心、高度的责任感。在每一件事情做完以后，要进行思考、总结，真正使本职工作有计划、有落实。尤其是要找出工作中的不足，善于自我反省。</w:t>
      </w:r>
      <w:r>
        <w:rPr>
          <w:lang w:eastAsia="zh-CN"/>
        </w:rPr>
        <w:br/>
      </w:r>
      <w:r>
        <w:rPr>
          <w:lang w:eastAsia="zh-CN"/>
        </w:rPr>
        <w:t>　　3、爱岗敬业，勤劳奉献，不能为工作而工作，在日常工作中要主动出击而不是被动应付，要积极主动开展工作，摈弃浮躁等待的心态，善谋实干，肯干事，敢干事，能干事，会干事。</w:t>
      </w:r>
      <w:r>
        <w:rPr>
          <w:lang w:eastAsia="zh-CN"/>
        </w:rPr>
        <w:br/>
      </w:r>
      <w:r>
        <w:rPr>
          <w:lang w:eastAsia="zh-CN"/>
        </w:rPr>
        <w:t>　　4、平时需多注意锻炼自己的听知能力。在日常工作、会议、领导讲话等场合，做到有集中的注意力、灵敏的反应力、深刻的理解力、牢固的记忆力、机智的综合力和精湛的品评力;在办事过程中，做到没有根据的话不说，没有把握的事不做，不轻易许愿，言必行，行必果。</w:t>
      </w:r>
      <w:r>
        <w:rPr>
          <w:lang w:eastAsia="zh-CN"/>
        </w:rPr>
        <w:br/>
      </w:r>
      <w:r>
        <w:rPr>
          <w:lang w:eastAsia="zh-CN"/>
        </w:rPr>
        <w:t xml:space="preserve">    月度个人工作总结范文 篇10 </w:t>
      </w:r>
      <w:r>
        <w:rPr>
          <w:lang w:eastAsia="zh-CN"/>
        </w:rPr>
        <w:br/>
      </w:r>
      <w:r>
        <w:rPr>
          <w:lang w:eastAsia="zh-CN"/>
        </w:rPr>
        <w:t>　　开头：在_月份工作中客流并不大，由于季节性的到来等因素，完全的进入到了淡季，面对淡季的到来，我们在3月份工作中还有很多做的不到位的地方，同样也有突出之处，改进错误的工作。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卫生：前厅，在卫生方面应该是一项常抓不懈的工作，在中班重逢时对前厅外围墙面，鱼池，转门的清理并进行保养，对外围玻璃上的胶布与工程部配合进行处理，对后厅的外围卫生同样去坚持去做好，按照周计划卫生进行打扫，要求领班每天安排需做卫生，对一号电梯的护理和每日的日常卫生在客人下楼不忙的情况下要及时的去查看与清理，夜班对琉璃灯玻璃球的清理。男宾将一更的地面不锈钢处用起蜡水进行清理，效果非常的好，由于很长时间没有清理发费的时间也较长，对水区的地面进行了全面的刷洗，效果也是很明显的，由于地面的吸物性较强，刷洗后很快又渗透进去，要求夜班分区进行刷洗。对男宾的公区卫生东步梯进行刷洗并保持很好。对卫生间的卫生进行检查登记，巡查记录本，并规定时间进行清理，除异味。对合作部门的卫生要求，大池每日二次的里外清理，上午十点，晚上一点以后刷洗。并由领班监督，主管上班检查。以达到更好的洗浴环境。</w:t>
      </w:r>
      <w:r>
        <w:rPr>
          <w:lang w:eastAsia="zh-CN"/>
        </w:rPr>
        <w:br/>
      </w:r>
      <w:r>
        <w:rPr>
          <w:lang w:eastAsia="zh-CN"/>
        </w:rPr>
        <w:t>　　纪律：前厅在夜班中出现的违反公司纪律员工较为严重，出现脱岗，坐岗现象，给工作带来许都的负面影响，对晚班员工进行罚款和教育，对领班处连带处罚，加强对夜班工作的监管，并规定夜班员工叠毛巾不允许坐岗叠，对坐岗，脱岗，睡岗的员工处以50元以上罚款，领班连带，领班出现以上情况降级或打回试用期，得到了相对应得控制，我们还得继续加强监管员工的工作，培养领班的自我约束意识。体现前厅的基本素养，曾强集体荣誉感。男宾，在整体上来说还是较好，在本月出现一名员工穿便装进入营业区，当场进行罚款处理。一名员工出现偷吃鸡蛋当场罚款处理，无其他纪律情况出现，对合作部门的纪律约束，在上班期间不允许在营业区乱站乱靠现象，不允许在里面抽烟，出现违反纪律最底50元罚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服务：前厅新员工进入的比较多，在各项业务上还是有所欠缺，在服务上也体现出了许都的不足，如：收银双手递物，接物，服务用语的不规范，在班前会中去采用简单的练习方式和工作岗位领班去带领，对新员工地服务要求进行统一规范，并在收银员中以末尾淘汰制，优中选优的原则，已淘汰一名收银。在淡季的到来，员工对客流的下降有些不适应，不知道如何做起，在服务中及时的纠正员工的此种心态的表现。加强员工的微笑服务，对客的服务用语的规范，不要使用随意性语言，加强员工的30度鞠躬问好，正确的引领手势，已达到服务的标准。员工的`主动服务意识较好。一更的服务做到随时提醒客人以免出现丢失物品现象，对上月强调的客人手机随意放的现象基本杜绝，前厅部为了公司的服务更上一层楼每天领班要尊寻到客人意见或建议，已达到更好的服务水平。</w:t>
      </w:r>
      <w:r>
        <w:rPr>
          <w:lang w:eastAsia="zh-CN"/>
        </w:rPr>
        <w:br/>
      </w:r>
      <w:r>
        <w:rPr>
          <w:lang w:eastAsia="zh-CN"/>
        </w:rPr>
        <w:t>　　销售：在销售中主要激励员工的推销激情，鼓励员工推销，每天给员工定任务，促进有目标性的去开展销售工作，男宾在本月的推销中激情非常高昂，特别在按摩的推销经过男宾的顾客都有不放过任何的机会。</w:t>
      </w:r>
      <w:r>
        <w:rPr>
          <w:lang w:eastAsia="zh-CN"/>
        </w:rPr>
        <w:br/>
      </w:r>
      <w:r>
        <w:rPr>
          <w:lang w:eastAsia="zh-CN"/>
        </w:rPr>
        <w:t>　　下月计划：</w:t>
      </w:r>
      <w:r>
        <w:rPr>
          <w:lang w:eastAsia="zh-CN"/>
        </w:rPr>
        <w:br/>
      </w:r>
      <w:r>
        <w:rPr>
          <w:lang w:eastAsia="zh-CN"/>
        </w:rPr>
        <w:t>　　1：在人员心态上进行稳定，并对稳定的员工进行技巧培训。</w:t>
      </w:r>
      <w:r>
        <w:rPr>
          <w:lang w:eastAsia="zh-CN"/>
        </w:rPr>
        <w:br/>
      </w:r>
      <w:r>
        <w:rPr>
          <w:lang w:eastAsia="zh-CN"/>
        </w:rPr>
        <w:t>　　2：对细节服务进行培训和监督，主抓仪容仪表，定岗定位等。</w:t>
      </w:r>
      <w:r>
        <w:rPr>
          <w:lang w:eastAsia="zh-CN"/>
        </w:rPr>
        <w:br/>
      </w:r>
      <w:r>
        <w:rPr>
          <w:lang w:eastAsia="zh-CN"/>
        </w:rPr>
        <w:t>　　3：对设施设备进行检查，消除安全隐患，对员工进行安全知识培训。</w:t>
      </w:r>
      <w:r>
        <w:rPr>
          <w:lang w:eastAsia="zh-CN"/>
        </w:rPr>
        <w:br/>
      </w:r>
      <w:r>
        <w:rPr>
          <w:lang w:eastAsia="zh-CN"/>
        </w:rPr>
        <w:t>　　4：加强对于领班级别管理人员的监督和教育，使其得到提高。</w:t>
      </w:r>
      <w:r>
        <w:rPr>
          <w:lang w:eastAsia="zh-CN"/>
        </w:rPr>
        <w:br/>
      </w:r>
      <w:r>
        <w:rPr>
          <w:lang w:eastAsia="zh-CN"/>
        </w:rPr>
        <w:t>　　5：加强卫生的保持同时避免长时间的死角卫生，坚持做好日常卫生与周计划卫生。</w:t>
      </w:r>
      <w:r>
        <w:rPr>
          <w:lang w:eastAsia="zh-CN"/>
        </w:rPr>
        <w:br/>
      </w:r>
      <w:r>
        <w:rPr>
          <w:lang w:eastAsia="zh-CN"/>
        </w:rPr>
        <w:t>　　6：加强部门与部门的相互沟通，建立更好的和谐团队。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月度个人工作总结范文 篇11 </w:t>
      </w:r>
      <w:r>
        <w:rPr>
          <w:lang w:eastAsia="zh-CN"/>
        </w:rPr>
        <w:br/>
      </w:r>
      <w:r>
        <w:rPr>
          <w:lang w:eastAsia="zh-CN"/>
        </w:rPr>
        <w:t>　　1、新员工的培训已经完成。</w:t>
      </w:r>
      <w:r>
        <w:rPr>
          <w:lang w:eastAsia="zh-CN"/>
        </w:rPr>
        <w:br/>
      </w:r>
      <w:r>
        <w:rPr>
          <w:lang w:eastAsia="zh-CN"/>
        </w:rPr>
        <w:t>　　2、值班改为每天轮换，值班表和值班表都准备好了，大家都比较自觉。</w:t>
      </w:r>
      <w:r>
        <w:rPr>
          <w:lang w:eastAsia="zh-CN"/>
        </w:rPr>
        <w:br/>
      </w:r>
      <w:r>
        <w:rPr>
          <w:lang w:eastAsia="zh-CN"/>
        </w:rPr>
        <w:t>　　3、中差评是负责的，解决的很好，但是有些中差评还是没有解决。</w:t>
      </w:r>
      <w:r>
        <w:rPr>
          <w:lang w:eastAsia="zh-CN"/>
        </w:rPr>
        <w:br/>
      </w:r>
      <w:r>
        <w:rPr>
          <w:lang w:eastAsia="zh-CN"/>
        </w:rPr>
        <w:t>　　4、新员工对商品有基本的了解，他们熟悉张贴和设置钉钉</w:t>
      </w:r>
      <w:r>
        <w:rPr>
          <w:lang w:eastAsia="zh-CN"/>
        </w:rPr>
        <w:br/>
      </w:r>
      <w:r>
        <w:rPr>
          <w:lang w:eastAsia="zh-CN"/>
        </w:rPr>
        <w:t>　　5、狄家商品价格已修改。</w:t>
      </w:r>
      <w:r>
        <w:rPr>
          <w:lang w:eastAsia="zh-CN"/>
        </w:rPr>
        <w:br/>
      </w:r>
      <w:r>
        <w:rPr>
          <w:lang w:eastAsia="zh-CN"/>
        </w:rPr>
        <w:t>　　6、鱼线、鱼饵、鱼珠等。需要重新包装的已经基本完成。</w:t>
      </w:r>
      <w:r>
        <w:rPr>
          <w:lang w:eastAsia="zh-CN"/>
        </w:rPr>
        <w:br/>
      </w:r>
      <w:r>
        <w:rPr>
          <w:lang w:eastAsia="zh-CN"/>
        </w:rPr>
        <w:t>　　7、这个月，休假后有一个无人值班的夜班</w:t>
      </w:r>
      <w:r>
        <w:rPr>
          <w:lang w:eastAsia="zh-CN"/>
        </w:rPr>
        <w:br/>
      </w:r>
      <w:r>
        <w:rPr>
          <w:lang w:eastAsia="zh-CN"/>
        </w:rPr>
        <w:t>　　8、备注不及时，运费计算不准备，采购数量不正确。</w:t>
      </w:r>
      <w:r>
        <w:rPr>
          <w:lang w:eastAsia="zh-CN"/>
        </w:rPr>
        <w:br/>
      </w:r>
      <w:r>
        <w:rPr>
          <w:lang w:eastAsia="zh-CN"/>
        </w:rPr>
        <w:t>　　9、这个月有迟到的现象。以后请尽量避免这种情况。</w:t>
      </w:r>
      <w:r>
        <w:rPr>
          <w:lang w:eastAsia="zh-CN"/>
        </w:rPr>
        <w:br/>
      </w:r>
      <w:r>
        <w:rPr>
          <w:lang w:eastAsia="zh-CN"/>
        </w:rPr>
        <w:t>　　10、海峡发帖不及时，已做出相应的处罚。</w:t>
      </w:r>
      <w:r>
        <w:rPr>
          <w:lang w:eastAsia="zh-CN"/>
        </w:rPr>
        <w:br/>
      </w:r>
      <w:r>
        <w:rPr>
          <w:lang w:eastAsia="zh-CN"/>
        </w:rPr>
        <w:t>　　11、4月30号全体出游，五一休假已安排好。</w:t>
      </w:r>
      <w:r>
        <w:rPr>
          <w:lang w:eastAsia="zh-CN"/>
        </w:rPr>
        <w:br/>
      </w:r>
      <w:r>
        <w:rPr>
          <w:lang w:eastAsia="zh-CN"/>
        </w:rPr>
        <w:t>　　12、本月生效中评5个，差评10个</w:t>
      </w:r>
      <w:r>
        <w:rPr>
          <w:lang w:eastAsia="zh-CN"/>
        </w:rPr>
        <w:br/>
      </w:r>
      <w:r>
        <w:rPr>
          <w:lang w:eastAsia="zh-CN"/>
        </w:rPr>
        <w:t>　　13、四月份每人任务2万，目标3万，均已超额完成任务。</w:t>
      </w:r>
      <w:r>
        <w:rPr>
          <w:lang w:eastAsia="zh-CN"/>
        </w:rPr>
        <w:br/>
      </w:r>
      <w:r>
        <w:rPr>
          <w:lang w:eastAsia="zh-CN"/>
        </w:rPr>
        <w:t>　　14、四月份总业绩134755元。</w:t>
      </w:r>
      <w:r>
        <w:rPr>
          <w:lang w:eastAsia="zh-CN"/>
        </w:rPr>
        <w:br/>
      </w:r>
      <w:r>
        <w:rPr>
          <w:lang w:eastAsia="zh-CN"/>
        </w:rPr>
        <w:t>　　本月计划</w:t>
      </w:r>
      <w:r>
        <w:rPr>
          <w:lang w:eastAsia="zh-CN"/>
        </w:rPr>
        <w:br/>
      </w:r>
      <w:r>
        <w:rPr>
          <w:lang w:eastAsia="zh-CN"/>
        </w:rPr>
        <w:t>　　1、本月任务每人四万，目标为五万。</w:t>
      </w:r>
      <w:r>
        <w:rPr>
          <w:lang w:eastAsia="zh-CN"/>
        </w:rPr>
        <w:br/>
      </w:r>
      <w:r>
        <w:rPr>
          <w:lang w:eastAsia="zh-CN"/>
        </w:rPr>
        <w:t>　　2、海峡发帖数量增加，标题新颖，有吸引力，增加流量</w:t>
      </w:r>
      <w:r>
        <w:rPr>
          <w:lang w:eastAsia="zh-CN"/>
        </w:rPr>
        <w:br/>
      </w:r>
      <w:r>
        <w:rPr>
          <w:lang w:eastAsia="zh-CN"/>
        </w:rPr>
        <w:t>　　3、员工考核7号进行。</w:t>
      </w:r>
      <w:r>
        <w:rPr>
          <w:lang w:eastAsia="zh-CN"/>
        </w:rPr>
        <w:br/>
      </w:r>
      <w:r>
        <w:rPr>
          <w:lang w:eastAsia="zh-CN"/>
        </w:rPr>
        <w:t>　　4、把中差评放在首要位置。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5、带好新员工尽快能够独立操作。</w:t>
      </w:r>
      <w:r>
        <w:rPr>
          <w:lang w:eastAsia="zh-CN"/>
        </w:rPr>
        <w:br/>
      </w:r>
      <w:r>
        <w:rPr>
          <w:lang w:eastAsia="zh-CN"/>
        </w:rPr>
        <w:t>　　5、每周按时召开运营部会议，拿出好的营销方案。</w:t>
      </w:r>
      <w:r>
        <w:rPr>
          <w:lang w:eastAsia="zh-CN"/>
        </w:rPr>
        <w:br/>
      </w:r>
      <w:r>
        <w:rPr>
          <w:lang w:eastAsia="zh-CN"/>
        </w:rPr>
        <w:t>　　6、监督好卫生以及评价等工作。</w:t>
      </w:r>
      <w:r>
        <w:rPr>
          <w:lang w:eastAsia="zh-CN"/>
        </w:rPr>
        <w:br/>
      </w:r>
      <w:r>
        <w:rPr>
          <w:lang w:eastAsia="zh-CN"/>
        </w:rPr>
        <w:t>　　7、提升店铺浏览量，提升7月份业绩。</w:t>
      </w:r>
      <w:r>
        <w:rPr>
          <w:lang w:eastAsia="zh-CN"/>
        </w:rPr>
        <w:br/>
      </w:r>
      <w:r>
        <w:rPr>
          <w:lang w:eastAsia="zh-CN"/>
        </w:rPr>
        <w:t>　　8、7月份安排时间进行盘点，让新员工熟悉产品。</w:t>
      </w:r>
      <w:r>
        <w:rPr>
          <w:lang w:eastAsia="zh-CN"/>
        </w:rPr>
        <w:br/>
      </w:r>
      <w:r>
        <w:rPr>
          <w:lang w:eastAsia="zh-CN"/>
        </w:rPr>
        <w:t>　　9、对于学习计划毫不松懈，每周抽时间学习。</w:t>
      </w:r>
      <w:r>
        <w:rPr>
          <w:lang w:eastAsia="zh-CN"/>
        </w:rPr>
        <w:br/>
      </w:r>
      <w:r>
        <w:rPr>
          <w:lang w:eastAsia="zh-CN"/>
        </w:rPr>
        <w:t xml:space="preserve">    月度个人工作总结范文 篇12 </w:t>
      </w:r>
      <w:r>
        <w:rPr>
          <w:lang w:eastAsia="zh-CN"/>
        </w:rPr>
        <w:br/>
      </w:r>
      <w:r>
        <w:rPr>
          <w:lang w:eastAsia="zh-CN"/>
        </w:rPr>
        <w:t>　　九月份的手工计帐终于接近尾声，让我受益匪浅。一开始以为实训会是期末，但是教学安排在开学，我想原因只有一个，那就是让这次的实训和三个月的实习结合起来，让我们对会计这门课程有个更深刻的印象，加强操作能力。</w:t>
      </w:r>
      <w:r>
        <w:rPr>
          <w:lang w:eastAsia="zh-CN"/>
        </w:rPr>
        <w:br/>
      </w:r>
      <w:r>
        <w:rPr>
          <w:lang w:eastAsia="zh-CN"/>
        </w:rPr>
        <w:t>　　这次的实训流程是这样的，首先我们先熟悉实训资料，然后根据资料先把总账和明细账的期初余额给登记好。再根据经济业务，填制记账凭证。再把原始凭证附在记账凭证后面。然后登记t字型账户，根据t字型账户，登记明细账和总账，再对账。然后把本月所有的记账凭证的借贷数据，根据t字型账户填制科目汇总表，根据科目汇总表的数据登记总分类账。再填制银行存款日记账和库存现金日记账，</w:t>
      </w:r>
      <w:r>
        <w:rPr>
          <w:lang w:eastAsia="zh-CN"/>
        </w:rPr>
        <w:br/>
      </w:r>
      <w:r>
        <w:rPr>
          <w:lang w:eastAsia="zh-CN"/>
        </w:rPr>
        <w:t>　　这个本来是出纳做的，但是作为会计我们应该要学的更加全面。最后根据总分类账填利润表，资产负债表，所有者权益表。增值税纳税伸报表根据本月利润表、总分类账等进行填制。最后把记账凭证装订好，把t字型和科目汇总表装订进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实训的过程当中，有很多问题，因为在三个月的单位实习，并非能够学的全面。在这次实训中，整个操作过程都是由自己来完成。一开始还好，到后来成本核算，要不知道算上多少遍，填制的原始凭证不敢用水笔写上去，只能用铅笔写，后来几笔业务工程浩大，结转成本的时候要算上好几遍。在最后应交税金不能有余额所以要把应交税金&amp;&amp;应交增值税转入应交税金&amp;&amp;未交增值税。总而言之，做账要仔细，有的不会做的题目可以翻翻成本会计再做。</w:t>
      </w:r>
      <w:r>
        <w:rPr>
          <w:lang w:eastAsia="zh-CN"/>
        </w:rPr>
        <w:br/>
      </w:r>
      <w:r>
        <w:rPr>
          <w:lang w:eastAsia="zh-CN"/>
        </w:rPr>
        <w:t>　　会计具有很强的实践性和可操作性，通过课程的学习和会计方面的实训，学生对七种会计核算方法和会计模拟操作有一个基本的了解，为使学生对教学中较深的财务会计理论内容有一个较好的掌握，达到会计相关课程设置的目的和要求，安排了这次会计手工综合模拟实训，从而完善课堂教学内容，提高学生动手操作的基本技能，使学生更好地掌握从编制凭证开始到登记帐簿直到编制会计报表这一会计核算过程，提高学生的实践能力，突出高职学生的重实践，强技能的特色。</w:t>
      </w:r>
      <w:r>
        <w:rPr>
          <w:lang w:eastAsia="zh-CN"/>
        </w:rPr>
        <w:br/>
      </w:r>
      <w:r>
        <w:rPr>
          <w:lang w:eastAsia="zh-CN"/>
        </w:rPr>
        <w:t>　　这次实训的安排我觉得非常有用，让我再理了一下思绪，会计应该要多学多用，很长时间不用，就会觉得有点陌生。</w:t>
      </w:r>
      <w:r>
        <w:rPr>
          <w:lang w:eastAsia="zh-CN"/>
        </w:rPr>
        <w:br/>
      </w:r>
      <w:r>
        <w:rPr>
          <w:lang w:eastAsia="zh-CN"/>
        </w:rPr>
        <w:t xml:space="preserve">        20__年月度个人工作总结范文三 </w:t>
      </w:r>
      <w:r>
        <w:rPr>
          <w:lang w:eastAsia="zh-CN"/>
        </w:rPr>
        <w:br/>
      </w:r>
      <w:r>
        <w:rPr>
          <w:lang w:eastAsia="zh-CN"/>
        </w:rPr>
        <w:t>　　按照公司关于开展质量月活动的要求，结合后勤中心实际，以提升服务技能，推进超值服务为主线，树立企业形象，以饱满的工作热情投身于生产服务中去，以实际行动推进各项工作顺利展开。现总结如下：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一、以解放思想，创新发展、开展质量管理活动</w:t>
      </w:r>
      <w:r>
        <w:rPr>
          <w:lang w:eastAsia="zh-CN"/>
        </w:rPr>
        <w:br/>
      </w:r>
      <w:r>
        <w:rPr>
          <w:lang w:eastAsia="zh-CN"/>
        </w:rPr>
        <w:t>　　根据后勤中心关于开展质量月活动的要求，为使质量月活动开展得扎实有成效，中心召开了质量月活动专题会议，成立了以主管领导为首的质量月活动领导小组，将质量月活动办公室设在经营管理部。各单位也相应成立了质量月活动领导小组或办公室，认真制定并贯彻执行质量月活动方案，明确了活动时间、内容和地点，使质量月活动有条不紊地进行。</w:t>
      </w:r>
      <w:r>
        <w:rPr>
          <w:lang w:eastAsia="zh-CN"/>
        </w:rPr>
        <w:br/>
      </w:r>
      <w:r>
        <w:rPr>
          <w:lang w:eastAsia="zh-CN"/>
        </w:rPr>
        <w:t>　　二、活动具体实施措施</w:t>
      </w:r>
      <w:r>
        <w:rPr>
          <w:lang w:eastAsia="zh-CN"/>
        </w:rPr>
        <w:br/>
      </w:r>
      <w:r>
        <w:rPr>
          <w:lang w:eastAsia="zh-CN"/>
        </w:rPr>
        <w:t>　　1、按照质量月活动的要求，各单位认真组织落实，精心设计质量月宣传板报，制作并悬挂质量月活动横幅，宣传质量月活动内容，营造质量月活动氛围，激发全体职工参与20__年质量月活动高潮，形成了层层抓质量、人人讲质量、事事有质量的良好氛围。</w:t>
      </w:r>
      <w:r>
        <w:rPr>
          <w:lang w:eastAsia="zh-CN"/>
        </w:rPr>
        <w:br/>
      </w:r>
      <w:r>
        <w:rPr>
          <w:lang w:eastAsia="zh-CN"/>
        </w:rPr>
        <w:t>　　2、把开展质量月活动和实施质量管理体系标准紧密结合起来，从完善管理体系文件入手，进一步夯实各项基础工作。各单位也根据机构调整和职责变动情况，及时对质量管理体系文件进行了修改，确保了体系的符合性、有效性。</w:t>
      </w:r>
      <w:r>
        <w:rPr>
          <w:lang w:eastAsia="zh-CN"/>
        </w:rPr>
        <w:br/>
      </w:r>
      <w:r>
        <w:rPr>
          <w:lang w:eastAsia="zh-CN"/>
        </w:rPr>
        <w:t>　　3、持续开展住户满意调查活动，在住户中开展调查，将调查结果与各相关单位的业绩考核挂钩。对于从事检维修工作的单位，采取月度考核的办法，由中心考核小组对检维修单位的服务质量进行月度考核，并根据考核结果与这些单位月奖金考核挂钩，年终将满意度调查结果与业绩考核挂钩，对其进行年度考核，通过严格考核，服务质量有了很大提高，受到了用户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4、及时了解住户的需求。在工作中对于出现的问题，中心逐一进行落实和认真的整改，对于暂时不能解决的问题，中心领导要求主管部门拿出解决方案，要求限期整改。</w:t>
      </w:r>
      <w:r>
        <w:rPr>
          <w:lang w:eastAsia="zh-CN"/>
        </w:rPr>
        <w:br/>
      </w:r>
      <w:r>
        <w:rPr>
          <w:lang w:eastAsia="zh-CN"/>
        </w:rPr>
        <w:t>　　5、树立典型形象，做好典型引路工作。以点带面，全面推动品牌建设。以发挥劳模示范带动作用为突破口，以控亏增盈、班组先行活动、劳动竞赛、班组建设、创新创效等活动为实践载体，进一步引导广大职工积极地与企业同舟共济、共克时艰。</w:t>
      </w:r>
      <w:r>
        <w:rPr>
          <w:lang w:eastAsia="zh-CN"/>
        </w:rPr>
        <w:br/>
      </w:r>
      <w:r>
        <w:rPr>
          <w:lang w:eastAsia="zh-CN"/>
        </w:rPr>
        <w:t>　　6、加强了基础管理，加大了质量监督检查力度，重点强化了现场质量控制，取得了明显效果。</w:t>
      </w:r>
      <w:r>
        <w:rPr>
          <w:lang w:eastAsia="zh-CN"/>
        </w:rPr>
        <w:br/>
      </w:r>
      <w:r>
        <w:rPr>
          <w:lang w:eastAsia="zh-CN"/>
        </w:rPr>
        <w:t>　　7、做好对标工作。内部以幼儿园为标杆，外部对标同行先进单位，认真查找薄弱环节，分析原因。对查出的问题，主动采取改进措施，使工作逐步规范。及时总结行之有效的措施、方法和经验，不断巩固对标工作成果。</w:t>
      </w:r>
      <w:r>
        <w:rPr>
          <w:lang w:eastAsia="zh-CN"/>
        </w:rPr>
        <w:br/>
      </w:r>
      <w:r>
        <w:rPr>
          <w:lang w:eastAsia="zh-CN"/>
        </w:rPr>
        <w:t>　　8、开展劳动竞赛活动。围绕优质服务这一主题，拓展竞赛活动空间，丰富竞赛活动内涵，巩固竞赛活动成果。开展修旧利废、小改小革等活动，向每一个百分点要效益，降低成本，节能降耗，挖潜增效。</w:t>
      </w:r>
      <w:r>
        <w:rPr>
          <w:lang w:eastAsia="zh-CN"/>
        </w:rPr>
        <w:br/>
      </w:r>
      <w:r>
        <w:rPr>
          <w:lang w:eastAsia="zh-CN"/>
        </w:rPr>
        <w:t>　　三、质量月开展活动达到的效果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开展质量月活动中，对质量月活动全面开展进行总结和分析，找出不足之处，真实地反映各单位存在的不足及改正的方法，明确今后发展规划，清晰思路，使今后的各项工作都以安全生产、节能降耗、提高优质服务来展开，打造中心服务品牌，树立企业形象，走创新发展之路贯彻始终。取得了以下成绩：</w:t>
      </w:r>
      <w:r>
        <w:rPr>
          <w:lang w:eastAsia="zh-CN"/>
        </w:rPr>
        <w:br/>
      </w:r>
      <w:r>
        <w:rPr>
          <w:lang w:eastAsia="zh-CN"/>
        </w:rPr>
        <w:t>　　1、后勤服务质量意识明显提高，水电暖服务质量满意度达到98%以上。</w:t>
      </w:r>
      <w:r>
        <w:rPr>
          <w:lang w:eastAsia="zh-CN"/>
        </w:rPr>
        <w:br/>
      </w:r>
      <w:r>
        <w:rPr>
          <w:lang w:eastAsia="zh-CN"/>
        </w:rPr>
        <w:t>　　2、抓好节能降耗工作。先后完成了鸿园西区变压器、鸿园1#、2#变压器、42东变、煤建变压器、22门球场和22税所变压器并网，为长铝公司节电8万余度，并对各街坊各单元下户线、羊角保险全部进行改造，使整个维修量与同期相比通过</w:t>
      </w:r>
      <w:r>
        <w:rPr>
          <w:lang w:eastAsia="zh-CN"/>
        </w:rPr>
        <w:br/>
      </w:r>
      <w:r>
        <w:rPr>
          <w:lang w:eastAsia="zh-CN"/>
        </w:rPr>
        <w:t>　　3、后勤馒头生产量逐日增加，市场份额不断提高，产量由年初的15200个馒头。增加到如今30000个馒头以上，增长率达97%。</w:t>
      </w:r>
      <w:r>
        <w:rPr>
          <w:lang w:eastAsia="zh-CN"/>
        </w:rPr>
        <w:br/>
      </w:r>
      <w:r>
        <w:rPr>
          <w:lang w:eastAsia="zh-CN"/>
        </w:rPr>
        <w:t>　　4、开展了创建学习型企业、学习型班组活动、读书竞赛活动以及典型引路活动，坚持班组与班组间的劳动竞赛活动，比服务态度，比服务质量，比住户满意度，以住户的满意程度为依据，评选班组服务之星等多项有意义的活动。</w:t>
      </w:r>
      <w:r>
        <w:rPr>
          <w:lang w:eastAsia="zh-CN"/>
        </w:rPr>
        <w:br/>
      </w:r>
      <w:r>
        <w:rPr>
          <w:lang w:eastAsia="zh-CN"/>
        </w:rPr>
        <w:t>　　5、学习先进幼儿园的创新管理模式，大胆开发幼教新项目，努力创品牌幼儿园。目前，按照与先进幼儿园的合作办园要求，长铝大地幼儿园已迎来了第一批孩子们，环境童趣化，设施现代化、教育多元化正逐步率先闯出了一条幼教发展的新路。</w:t>
      </w:r>
      <w:r>
        <w:rPr>
          <w:lang w:eastAsia="zh-CN"/>
        </w:rPr>
        <w:br/>
      </w:r>
      <w:r>
        <w:rPr>
          <w:lang w:eastAsia="zh-CN"/>
        </w:rPr>
        <w:t>　　6、完成了公司下达的控亏增盈指标。</w:t>
      </w:r>
      <w:r>
        <w:rPr>
          <w:lang w:eastAsia="zh-CN"/>
        </w:rPr>
        <w:br/>
      </w:r>
      <w:r>
        <w:rPr>
          <w:lang w:eastAsia="zh-CN"/>
        </w:rPr>
        <w:t>　　质量月活动虽然已经结束了，但带给我们的影响却是深远的。我们一定以此次活动为契机，进一步转变观念，深化改革，强化管理，扎实工作，动员各方面力量，夯实质量基础工作，提高工作质量和工作效率，使质量工作上个新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月度个人工作总结范文 篇13 </w:t>
      </w:r>
      <w:r>
        <w:rPr>
          <w:lang w:eastAsia="zh-CN"/>
        </w:rPr>
        <w:br/>
      </w:r>
      <w:r>
        <w:rPr>
          <w:lang w:eastAsia="zh-CN"/>
        </w:rPr>
        <w:t>　　回顾这个月的工作，对照德能勤绩四项标准，能尽心尽力做好各项工作，较好地履行了自己的职责。现将月工作总结如下：</w:t>
      </w:r>
      <w:r>
        <w:rPr>
          <w:lang w:eastAsia="zh-CN"/>
        </w:rPr>
        <w:br/>
      </w:r>
      <w:r>
        <w:rPr>
          <w:lang w:eastAsia="zh-CN"/>
        </w:rPr>
        <w:t>　　一、主要工作情况</w:t>
      </w:r>
      <w:r>
        <w:rPr>
          <w:lang w:eastAsia="zh-CN"/>
        </w:rPr>
        <w:br/>
      </w:r>
      <w:r>
        <w:rPr>
          <w:lang w:eastAsia="zh-CN"/>
        </w:rPr>
        <w:t>　　加强业务学习，提高工作能力，努力开展实施工作计划，做好本职工作。</w:t>
      </w:r>
      <w:r>
        <w:rPr>
          <w:lang w:eastAsia="zh-CN"/>
        </w:rPr>
        <w:br/>
      </w:r>
      <w:r>
        <w:rPr>
          <w:lang w:eastAsia="zh-CN"/>
        </w:rPr>
        <w:t>　　重视学习业务知识，积极利用参加培训班等机会聆听专家的指导，向专家请教学习，提高自己的业务能力。紧紧围绕本职工作的重点，积极学习有关经济、政治、科技、法律等最新知识，努力做到融汇贯通，联系实际。在实际工作中，把政治理论知识、业务知识和其它新鲜知识结合起来，开阔视野，拓宽思路，丰富自己，努力适应新形势、新任务对本职工作的要求。勤奋干事，积极进取。</w:t>
      </w:r>
      <w:r>
        <w:rPr>
          <w:lang w:eastAsia="zh-CN"/>
        </w:rPr>
        <w:br/>
      </w:r>
      <w:r>
        <w:rPr>
          <w:lang w:eastAsia="zh-CN"/>
        </w:rPr>
        <w:t>　　认真做好本职工作和日常事务性工作，做到腿勤、口勤，使票据及时报销，账目清楚，协助领导建立健全各项制度，保持良好的工作秩序和工作环境，使各项管理日趋正规化、规范化。完成办公日常用品购置、来人接待、上下沟通、内外联系、资料报刊订阅等大量的日常事务，各类事项安排合理有序，为办公室工作的正常开展提供了有效保证。</w:t>
      </w:r>
      <w:r>
        <w:rPr>
          <w:lang w:eastAsia="zh-CN"/>
        </w:rPr>
        <w:br/>
      </w:r>
      <w:r>
        <w:rPr>
          <w:lang w:eastAsia="zh-CN"/>
        </w:rPr>
        <w:t>　　成绩斐然，争取长足进步。</w:t>
      </w:r>
      <w:r>
        <w:rPr>
          <w:lang w:eastAsia="zh-CN"/>
        </w:rPr>
        <w:br/>
      </w:r>
      <w:r>
        <w:rPr>
          <w:lang w:eastAsia="zh-CN"/>
        </w:rPr>
        <w:t>　　几年来，坚持工作踏实，任劳任怨，务实高效，不断自我激励，自我鞭策，时时处处严格要求自己，自觉维护办公室形象，高效、圆满、妥善地做好本职工作，没有出现任何纰漏，取得了一定成绩。</w:t>
      </w:r>
      <w:r>
        <w:rPr>
          <w:lang w:eastAsia="zh-CN"/>
        </w:rPr>
        <w:br/>
      </w:r>
    </w:p>
    <w:p w:rsidR="001B1F19" w14:textId="27C3F48A">
      <w:pPr>
        <w:rPr>
          <w:rFonts w:hint="eastAsia"/>
          <w:lang w:eastAsia="zh-CN"/>
        </w:rPr>
      </w:pPr>
      <w:r>
        <w:rPr>
          <w:lang w:eastAsia="zh-CN"/>
        </w:rPr>
        <w:t>　　二、存在不足</w:t>
      </w:r>
      <w:r>
        <w:rPr>
          <w:lang w:eastAsia="zh-CN"/>
        </w:rPr>
        <w:br/>
      </w:r>
      <w:r>
        <w:rPr>
          <w:lang w:eastAsia="zh-CN"/>
        </w:rPr>
        <w:t>　　一是政治理论学习虽有一定的进步，但还没有深度和广度。二是事务性工作纷繁复杂，减少了调研机会，从而无法进一步提高自己的工作能力。三是工作中不够大胆，总是在不断学习的过程中改变工作方法，而不能在创新中去实践，去推广。</w:t>
      </w:r>
      <w:r>
        <w:rPr>
          <w:lang w:eastAsia="zh-CN"/>
        </w:rPr>
        <w:br/>
      </w:r>
      <w:r>
        <w:rPr>
          <w:lang w:eastAsia="zh-CN"/>
        </w:rPr>
        <w:t>　　三、今后努力方向</w:t>
      </w:r>
      <w:r>
        <w:rPr>
          <w:lang w:eastAsia="zh-CN"/>
        </w:rPr>
        <w:br/>
      </w:r>
      <w:r>
        <w:rPr>
          <w:lang w:eastAsia="zh-CN"/>
        </w:rPr>
        <w:t>　　不断加强个人修养，自觉加强学习，努力提高工作水平，适应新形势下本职工作的需要，扬长避短，发奋工作。</w:t>
      </w:r>
      <w:r>
        <w:rPr>
          <w:lang w:eastAsia="zh-CN"/>
        </w:rPr>
        <w:br/>
      </w:r>
      <w:r>
        <w:rPr>
          <w:lang w:eastAsia="zh-CN"/>
        </w:rPr>
        <w:t xml:space="preserve">    月度个人工作总结范文 篇14 </w:t>
      </w:r>
      <w:r>
        <w:rPr>
          <w:lang w:eastAsia="zh-CN"/>
        </w:rPr>
        <w:br/>
      </w:r>
      <w:r>
        <w:rPr>
          <w:lang w:eastAsia="zh-CN"/>
        </w:rPr>
        <w:t>　　在一个月的工作中，虽然成功的开展了一些活动，但还存在着许多问题，和这个班的同学相处了一个月，给我的感觉是大部分学生还是有上进心，只有几个同学总是大错误不犯，小错误不断。这个班以前的班主任老师，早自习、午自习、晚自习都在班级看着他们，属于坐班的那种，而我恰恰与之相反。所以对这些问题学生的'转化，我也动了很多心思。用我们学校的教学方法来说就是：先暴露问题，在针对暴露出来的问题逐个解决。这一个月真的暴露了很多问题：王同学：经常说脏话、在班级坐不住板凳、上课爱搞小动作。蔡同学：不爱完成作业，总是和中队长对着干。金、洪、关三位同学科任老师反映上课总是不认真听课。还有一个曹同学毛病更多：让同学给写作业、和别的老师顶嘴、欺负小同学、奇装异服。针对这些学生出现的问题，特制订如下措施：</w:t>
      </w:r>
      <w:r>
        <w:rPr>
          <w:lang w:eastAsia="zh-CN"/>
        </w:rPr>
        <w:br/>
      </w:r>
      <w:r>
        <w:rPr>
          <w:lang w:eastAsia="zh-CN"/>
        </w:rPr>
        <w:t>　　十月份：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https://d.book118.com/735200133020011120</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5200133020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