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安全教育学生表现总结（31篇）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安全教育学生表现总结（精选31篇）</w:t>
      </w:r>
      <w:r>
        <w:rPr>
          <w:lang w:eastAsia="zh-CN"/>
        </w:rPr>
        <w:br/>
      </w:r>
      <w:r>
        <w:rPr>
          <w:lang w:eastAsia="zh-CN"/>
        </w:rPr>
        <w:t xml:space="preserve">    安全教育学生表现总结 篇1 </w:t>
      </w:r>
      <w:r>
        <w:rPr>
          <w:lang w:eastAsia="zh-CN"/>
        </w:rPr>
        <w:br/>
      </w:r>
      <w:r>
        <w:rPr>
          <w:lang w:eastAsia="zh-CN"/>
        </w:rPr>
        <w:t>　　20__年3月28日市第__个全国中小学“安全教育日”，根据上级通知要求、结合我园实际情况，我园对开展的一系列安全活动总结如下：</w:t>
      </w:r>
      <w:r>
        <w:rPr>
          <w:lang w:eastAsia="zh-CN"/>
        </w:rPr>
        <w:br/>
      </w:r>
      <w:r>
        <w:rPr>
          <w:lang w:eastAsia="zh-CN"/>
        </w:rPr>
        <w:t>　　一、开展多样的安全教育</w:t>
      </w:r>
      <w:r>
        <w:rPr>
          <w:lang w:eastAsia="zh-CN"/>
        </w:rPr>
        <w:br/>
      </w:r>
      <w:r>
        <w:rPr>
          <w:lang w:eastAsia="zh-CN"/>
        </w:rPr>
        <w:t>　　（一）各班级根据计划安排上好一堂幼儿安全教育活动，内容包括森林防火、交通安全、食品安全、假期安全。各班级留好活动资料。</w:t>
      </w:r>
      <w:r>
        <w:rPr>
          <w:lang w:eastAsia="zh-CN"/>
        </w:rPr>
        <w:br/>
      </w:r>
      <w:r>
        <w:rPr>
          <w:lang w:eastAsia="zh-CN"/>
        </w:rPr>
        <w:t>　　（二）利用幼儿园微信平台、幼儿园宣传板报做好系列安全知识宣传，让家长普及安全知识，更好地做好幼儿安全教育第一人。</w:t>
      </w:r>
      <w:r>
        <w:rPr>
          <w:lang w:eastAsia="zh-CN"/>
        </w:rPr>
        <w:br/>
      </w:r>
      <w:r>
        <w:rPr>
          <w:lang w:eastAsia="zh-CN"/>
        </w:rPr>
        <w:t>　　（三）对教师开展安全演练前的安全培训。通过培训，加强教师的突发应对能力和应对技巧，更好的给幼儿以安全教育和引导。</w:t>
      </w:r>
      <w:r>
        <w:rPr>
          <w:lang w:eastAsia="zh-CN"/>
        </w:rPr>
        <w:br/>
      </w:r>
      <w:r>
        <w:rPr>
          <w:lang w:eastAsia="zh-CN"/>
        </w:rPr>
        <w:t>　　二、开展防安全演练</w:t>
      </w:r>
      <w:r>
        <w:rPr>
          <w:lang w:eastAsia="zh-CN"/>
        </w:rPr>
        <w:br/>
      </w:r>
      <w:r>
        <w:rPr>
          <w:lang w:eastAsia="zh-CN"/>
        </w:rPr>
        <w:t>　　结合我园《安全演练活动计划》，我园灵活调整于3月28日开展防安全演练，本次演练分三步骤进行：</w:t>
      </w:r>
      <w:r>
        <w:rPr>
          <w:lang w:eastAsia="zh-CN"/>
        </w:rPr>
        <w:br/>
      </w:r>
      <w:r>
        <w:rPr>
          <w:lang w:eastAsia="zh-CN"/>
        </w:rPr>
        <w:t>　　第一次在不明人物正在时及时被保安发现，第一时间启动警铃于西小门制服不明人物，师幼迅速疏散躲避，无受伤，演练结束。</w:t>
      </w:r>
      <w:r>
        <w:rPr>
          <w:lang w:eastAsia="zh-CN"/>
        </w:rPr>
        <w:br/>
      </w:r>
    </w:p>
    <w:p w:rsidR="001B1F19" w14:textId="0AE8485B">
      <w:pPr>
        <w:pStyle w:val="Heading1"/>
        <w:jc w:val="center"/>
        <w:rPr>
          <w:rFonts w:hint="eastAsia"/>
          <w:lang w:eastAsia="zh-CN"/>
        </w:rPr>
      </w:pPr>
      <w:r>
        <w:rPr>
          <w:sz w:val="44"/>
          <w:lang w:eastAsia="zh-CN"/>
        </w:rPr>
        <w:t>安全教育学生表现总结（31篇）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安全教育学生表现总结（精选31篇）</w:t>
      </w:r>
      <w:r>
        <w:rPr>
          <w:lang w:eastAsia="zh-CN"/>
        </w:rPr>
        <w:br/>
      </w:r>
      <w:r>
        <w:rPr>
          <w:lang w:eastAsia="zh-CN"/>
        </w:rPr>
        <w:t xml:space="preserve">    安全教育学生表现总结 篇1 </w:t>
      </w:r>
      <w:r>
        <w:rPr>
          <w:lang w:eastAsia="zh-CN"/>
        </w:rPr>
        <w:br/>
      </w:r>
      <w:r>
        <w:rPr>
          <w:lang w:eastAsia="zh-CN"/>
        </w:rPr>
        <w:t>　　20__年3月28日市第__个全国中小学“安全教育日”，根据上级通知要求、结合我园实际情况，我园对开展的一系列安全活动总结如下：</w:t>
      </w:r>
      <w:r>
        <w:rPr>
          <w:lang w:eastAsia="zh-CN"/>
        </w:rPr>
        <w:br/>
      </w:r>
      <w:r>
        <w:rPr>
          <w:lang w:eastAsia="zh-CN"/>
        </w:rPr>
        <w:t>　　一、开展多样的安全教育</w:t>
      </w:r>
      <w:r>
        <w:rPr>
          <w:lang w:eastAsia="zh-CN"/>
        </w:rPr>
        <w:br/>
      </w:r>
      <w:r>
        <w:rPr>
          <w:lang w:eastAsia="zh-CN"/>
        </w:rPr>
        <w:t>　　（一）各班级根据计划安排上好一堂幼儿安全教育活动，内容包括森林防火、交通安全、食品安全、假期安全。各班级留好活动资料。</w:t>
      </w:r>
      <w:r>
        <w:rPr>
          <w:lang w:eastAsia="zh-CN"/>
        </w:rPr>
        <w:br/>
      </w:r>
      <w:r>
        <w:rPr>
          <w:lang w:eastAsia="zh-CN"/>
        </w:rPr>
        <w:t>　　（二）利用幼儿园微信平台、幼儿园宣传板报做好系列安全知识宣传，让家长普及安全知识，更好地做好幼儿安全教育第一人。</w:t>
      </w:r>
      <w:r>
        <w:rPr>
          <w:lang w:eastAsia="zh-CN"/>
        </w:rPr>
        <w:br/>
      </w:r>
      <w:r>
        <w:rPr>
          <w:lang w:eastAsia="zh-CN"/>
        </w:rPr>
        <w:t>　　（三）对教师开展安全演练前的安全培训。通过培训，加强教师的突发应对能力和应对技巧，更好的给幼儿以安全教育和引导。</w:t>
      </w:r>
      <w:r>
        <w:rPr>
          <w:lang w:eastAsia="zh-CN"/>
        </w:rPr>
        <w:br/>
      </w:r>
      <w:r>
        <w:rPr>
          <w:lang w:eastAsia="zh-CN"/>
        </w:rPr>
        <w:t>　　二、开展防安全演练</w:t>
      </w:r>
      <w:r>
        <w:rPr>
          <w:lang w:eastAsia="zh-CN"/>
        </w:rPr>
        <w:br/>
      </w:r>
      <w:r>
        <w:rPr>
          <w:lang w:eastAsia="zh-CN"/>
        </w:rPr>
        <w:t>　　结合我园《安全演练活动计划》，我园灵活调整于3月28日开展防安全演练，本次演练分三步骤进行：</w:t>
      </w:r>
      <w:r>
        <w:rPr>
          <w:lang w:eastAsia="zh-CN"/>
        </w:rPr>
        <w:br/>
      </w:r>
      <w:r>
        <w:rPr>
          <w:lang w:eastAsia="zh-CN"/>
        </w:rPr>
        <w:t>　　第一次在不明人物正在时及时被保安发现，第一时间启动警铃于西小门制服不明人物，师幼迅速疏散躲避，无受伤，演练结束。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第二次故意设计情景延长不明人物行动时间，当不明人物准备冲向操场时，园务室燕燕老师第一时间上前周旋，延长了不明人物作案时间，为保安和后勤上前制服争取了时间。在此过程中，当不明人物冲到操场时，中一班教师带领幼儿未能及时疏散，导致不明人物在与燕燕老师周旋时撞到一名幼儿（幼儿没有受伤）；中一班教师未能及时采取应对措施上前制擒，另一位教师未能及时做好配合疏散幼儿。在此过程中，教师于婷婷能及时想到去按响警铃发出危险信号，很有局意识。</w:t>
      </w:r>
      <w:r>
        <w:rPr>
          <w:lang w:eastAsia="zh-CN"/>
        </w:rPr>
        <w:br/>
      </w:r>
      <w:r>
        <w:rPr>
          <w:lang w:eastAsia="zh-CN"/>
        </w:rPr>
        <w:t>　　第三次再次设计情景考验教师们的应变能力：在此过程中，教师们第一时间带领幼儿疏散到安全躲避场所，为保安制服不明人物创造了很好的环境，同时第一时间发现异常的教师于婷婷能够上前与不明人物周旋，为师幼疏散和保安制擒争取了时间，邢慧静、王宁静、江金蔚老师的加入有效的第一时间控制了不明人物。在此过程中，教师邢慧静稍有迟疑；个别幼儿不知晓危险不会躲绕不明人物，安全意识不到位。</w:t>
      </w:r>
      <w:r>
        <w:rPr>
          <w:lang w:eastAsia="zh-CN"/>
        </w:rPr>
        <w:br/>
      </w:r>
      <w:r>
        <w:rPr>
          <w:lang w:eastAsia="zh-CN"/>
        </w:rPr>
        <w:t>　　针对这次层层递进的安全演练，我们发现问题教师局意识欠佳、幼儿危险识别能力和保护方法欠佳。</w:t>
      </w:r>
      <w:r>
        <w:rPr>
          <w:lang w:eastAsia="zh-CN"/>
        </w:rPr>
        <w:br/>
      </w:r>
      <w:r>
        <w:rPr>
          <w:lang w:eastAsia="zh-CN"/>
        </w:rPr>
        <w:t>　　针对发现的问题，我们会通过实地培训、幼儿安全教育和情景模拟、安全演练进行进一步的加强，提高每位师幼应对突发事件的能力。</w:t>
      </w:r>
      <w:r>
        <w:rPr>
          <w:lang w:eastAsia="zh-CN"/>
        </w:rPr>
        <w:br/>
      </w:r>
      <w:r>
        <w:rPr>
          <w:lang w:eastAsia="zh-CN"/>
        </w:rPr>
        <w:t xml:space="preserve">    安全教育学生表现总结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今年3月31日是第__个“全国中小学生安全教育日”，我校根据上级教育主管部门的通知精神，围绕这一主题，结合学校具体情况，充分利用各种宣传阵地和资源，开展丰富多彩的宣传教育活动，提高了师生安全防范和安全防范能力。特别是重点开展增强师生交通安全意识，防范交通安全事故发生；防震抗灾紧急疏散，安全防火等宣传教育活动。现将主要工作总结如下：</w:t>
      </w:r>
      <w:r>
        <w:rPr>
          <w:lang w:eastAsia="zh-CN"/>
        </w:rPr>
        <w:br/>
      </w:r>
      <w:r>
        <w:rPr>
          <w:lang w:eastAsia="zh-CN"/>
        </w:rPr>
        <w:t>　　一、思想认识到位</w:t>
      </w:r>
      <w:r>
        <w:rPr>
          <w:lang w:eastAsia="zh-CN"/>
        </w:rPr>
        <w:br/>
      </w:r>
      <w:r>
        <w:rPr>
          <w:lang w:eastAsia="zh-CN"/>
        </w:rPr>
        <w:t>　　认真贯彻落实上级有关部门的工作部署，高度认识学校安全工作的重要性，真抓实干，发动社会各部门的职能作用，共同编织校园安全网络，以开展综合整治工作为校园安全防治的主要举措，把握校园安全动态，主动开展校园安全的预防工作。在常规管理工作过程中，做到“警钟长鸣，防患于未然”，完善了学校安全管理机构和相关制度，落实了层层责任制，有效地保障了师生的人身安全。</w:t>
      </w:r>
      <w:r>
        <w:rPr>
          <w:lang w:eastAsia="zh-CN"/>
        </w:rPr>
        <w:br/>
      </w:r>
      <w:r>
        <w:rPr>
          <w:lang w:eastAsia="zh-CN"/>
        </w:rPr>
        <w:t>　　二、注重宣传教育</w:t>
      </w:r>
      <w:r>
        <w:rPr>
          <w:lang w:eastAsia="zh-CN"/>
        </w:rPr>
        <w:br/>
      </w:r>
      <w:r>
        <w:rPr>
          <w:lang w:eastAsia="zh-CN"/>
        </w:rPr>
        <w:t>　　抓学校安全工作，突出的特点是要注重宣传教育工作，让学生在掌握基本救护技能的同时，树立安全意识，受益终身。因此，我们利用第十八个“全国中小学生安全教育日”这个契机，重点对学生、家长进行了安全教育，在校园内做好了“校园安全宣传板报”，结合安全教育专题活动，对学生进行安全教育，及时通报学校安全工作的动态，推广安全管理的好做法。</w:t>
      </w:r>
      <w:r>
        <w:rPr>
          <w:lang w:eastAsia="zh-CN"/>
        </w:rPr>
        <w:br/>
      </w:r>
      <w:r>
        <w:rPr>
          <w:lang w:eastAsia="zh-CN"/>
        </w:rPr>
        <w:t>　　三、开展系列活动</w:t>
      </w:r>
      <w:r>
        <w:rPr>
          <w:lang w:eastAsia="zh-CN"/>
        </w:rPr>
        <w:br/>
      </w:r>
      <w:r>
        <w:rPr>
          <w:lang w:eastAsia="zh-CN"/>
        </w:rPr>
        <w:t>　　1、进行了一次“紧急疏散安全逃生，消防安全警钟常鸣”的演练活动。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为了增强学校对突发事件的应急处理能力，让师生在实战中掌握地震避险及消防知识技能，结合全国第十九个中小学安全教育日活动，我校于3月31日举行了“紧急疏散安全逃生，消防安全警钟常鸣”的演练活动，演练前，校长室制订了详尽的演练方案，作了明确的分工布置，对师生进行了多次培训。整个演练活动紧张有序：老师各守岗位，高度负责；学生听从指挥，行动迅速，师生经历了危急时刻生存应对的体验和考验。演练的开展时刻警示着全体师生要居安思危，防患于未然，人人知危险，重安全，保平安。</w:t>
      </w:r>
      <w:r>
        <w:rPr>
          <w:lang w:eastAsia="zh-CN"/>
        </w:rPr>
        <w:br/>
      </w:r>
      <w:r>
        <w:rPr>
          <w:lang w:eastAsia="zh-CN"/>
        </w:rPr>
        <w:t>　　2、举行了一次“地震、消防安全知识知多少”的主题班会活动。针对当前自然灾害的频发，各班利用3月31日的班会课时间，举办了地震知识和消防知识的专题讲座，让大家掌握了逃生自救的基本常识。</w:t>
      </w:r>
      <w:r>
        <w:rPr>
          <w:lang w:eastAsia="zh-CN"/>
        </w:rPr>
        <w:br/>
      </w:r>
      <w:r>
        <w:rPr>
          <w:lang w:eastAsia="zh-CN"/>
        </w:rPr>
        <w:t>　　3、开展了一次“学校安全隐患我发现，家庭安全隐患我排查”实践活动。</w:t>
      </w:r>
      <w:r>
        <w:rPr>
          <w:lang w:eastAsia="zh-CN"/>
        </w:rPr>
        <w:br/>
      </w:r>
      <w:r>
        <w:rPr>
          <w:lang w:eastAsia="zh-CN"/>
        </w:rPr>
        <w:t>　　学校把3月31日至4月5日这一周时间定为安全隐患排查周，在学校以小组为单位，对本班所属区域进行仔细排查，充分展现了“我们发现，安全你我他”的集体主义精神；在家里以个人为单位，对家庭的每一个角落进行排查，充分体现了“我排查，安全一家人”的主人翁精神。通过这一活动，使学生认识到安全工作与自身息息相关，把安全意识融入到学生思想行动中、融入到日常生活中。学校、班级对学生提出的安全隐患结果能进行认真核查并及时加以了整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4、举办了一次“珍爱生命，平安出行”的主题教育活动。</w:t>
      </w:r>
      <w:r>
        <w:rPr>
          <w:lang w:eastAsia="zh-CN"/>
        </w:rPr>
        <w:br/>
      </w:r>
      <w:r>
        <w:rPr>
          <w:lang w:eastAsia="zh-CN"/>
        </w:rPr>
        <w:t>　　活动采用知识讲座和观看交通知识教育片两种形式。以具体的数据、生动的事例、形象的图片，讲述了造成交通事故的主要原因——疏忽行驶、醉酒驾驶、不守法规、侵占道路，影片再现了六起交通事故，血的教训震撼了在座的每一个人，由衷地为丧身于车轮下的人感到惋惜。随后，学校安办主任又以通俗易懂的语言，讲解了交通安全的常识，引导学生如何遵守交通法规——出门行走、穿越马路、乘坐车辆都要注意安全。让大家明白了生命只有一次，要珍爱生命，要平安出行。学生们表示，今后除了要自觉遵守日常交通规则，还将努力做好宣传工作，小手拉大手，同走文明路。</w:t>
      </w:r>
      <w:r>
        <w:rPr>
          <w:lang w:eastAsia="zh-CN"/>
        </w:rPr>
        <w:br/>
      </w:r>
      <w:r>
        <w:rPr>
          <w:lang w:eastAsia="zh-CN"/>
        </w:rPr>
        <w:t>　　总之，通过积极有效的开展安全教育活动，增长了师生的安全知识，增强了安全防范意识，提高了师生的安全防范能力，为学校日常教育教学的顺利进行，提供了有效的保障。安全教育是学校的基础性工作之一，为增强安全教育的实效性，我校在以后的工作中将始终把安全教育的内容寓于校园文化建设之中，使学生在丰富多彩的活动中受到潜移默化的影响，养成良好的行为态度和习惯，安全能永远牢记心中。</w:t>
      </w:r>
      <w:r>
        <w:rPr>
          <w:lang w:eastAsia="zh-CN"/>
        </w:rPr>
        <w:br/>
      </w:r>
      <w:r>
        <w:rPr>
          <w:lang w:eastAsia="zh-CN"/>
        </w:rPr>
        <w:t xml:space="preserve">    安全教育学生表现总结 篇3 </w:t>
      </w:r>
      <w:r>
        <w:rPr>
          <w:lang w:eastAsia="zh-CN"/>
        </w:rPr>
        <w:br/>
      </w:r>
      <w:r>
        <w:rPr>
          <w:lang w:eastAsia="zh-CN"/>
        </w:rPr>
        <w:t>　　紧紧围绕“我安全、我健康、我快乐”安全教育为主题，开展安全教育活动。现将活动总结如下：</w:t>
      </w:r>
      <w:r>
        <w:rPr>
          <w:lang w:eastAsia="zh-CN"/>
        </w:rPr>
        <w:br/>
      </w:r>
      <w:r>
        <w:rPr>
          <w:lang w:eastAsia="zh-CN"/>
        </w:rPr>
        <w:t>　　一、提高认识，成立组织活动机构。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学校安全处认真学习、领会贯彻《文件》精神，组织开展好全国第__个“安全教育日”活动，成立了活动领导小组，何家明校长任领导小组组长，包善军、徐兆宇为副组长，全体班主任为成员的学校活动组。安全处认真制定活动方案，安排活动内容，召开全体班主任会议，布置活动任务。</w:t>
      </w:r>
      <w:r>
        <w:rPr>
          <w:lang w:eastAsia="zh-CN"/>
        </w:rPr>
        <w:br/>
      </w:r>
      <w:r>
        <w:rPr>
          <w:lang w:eastAsia="zh-CN"/>
        </w:rPr>
        <w:t>　　二、依托载体，加大宣传，营造活动氛围。</w:t>
      </w:r>
      <w:r>
        <w:rPr>
          <w:lang w:eastAsia="zh-CN"/>
        </w:rPr>
        <w:br/>
      </w:r>
      <w:r>
        <w:rPr>
          <w:lang w:eastAsia="zh-CN"/>
        </w:rPr>
        <w:t>　　学校通过各种途径渗透安全教育内容，采用班、队会、升旗仪式、布置安全教育宣传阵地、滚动显示频、班级板报等多种形式，营造安全教育日活动氛围。在周一升国旗仪式上，德育处对全体师生进行以“我安全、我健康、我快乐”安全教育为主题的国旗下讲话，利用红领巾广播站进行专题广播，在校园悬挂安全教育日主题标语，各班出一期以“安全教育内容”的板报，召开发以“安全教育”为主题的专题班会。通过主题班会深化安全教育，引导孩子增强安全意识，有效防范校园内外安全事故，做到健康、快乐成长，使安全教育日活动在良好的营造氛围中全面展开。</w:t>
      </w:r>
      <w:r>
        <w:rPr>
          <w:lang w:eastAsia="zh-CN"/>
        </w:rPr>
        <w:br/>
      </w:r>
      <w:r>
        <w:rPr>
          <w:lang w:eastAsia="zh-CN"/>
        </w:rPr>
        <w:t>　　三、深化安全教育活动成果，开展丰富多彩的安全教育日主题活动。</w:t>
      </w:r>
      <w:r>
        <w:rPr>
          <w:lang w:eastAsia="zh-CN"/>
        </w:rPr>
        <w:br/>
      </w:r>
      <w:r>
        <w:rPr>
          <w:lang w:eastAsia="zh-CN"/>
        </w:rPr>
        <w:t>　　(1)、3月底，我校开展了安全疏散应急演练，</w:t>
      </w:r>
      <w:r>
        <w:rPr>
          <w:lang w:eastAsia="zh-CN"/>
        </w:rPr>
        <w:br/>
      </w:r>
      <w:r>
        <w:rPr>
          <w:lang w:eastAsia="zh-CN"/>
        </w:rPr>
        <w:t>　　(2)、3月26日开始，每天下午安排10分钟校园广播安全之声广播，专门广播校园内外安全知识、学校安全故事。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(3)、3月30日下午班会时间，围绕“我安全、我健康、我快乐”，召开“珍爱生命、安全第一”主题班会。通过主题班会，宣读安全倡议，制定个人、班级安全公约，现场签订孩子安全协议书，收看安全教育宣传片，让广大孩子领悟安全的重要意义，时刻关注安全，遵守安全，有安全才会健康、快乐。</w:t>
      </w:r>
      <w:r>
        <w:rPr>
          <w:lang w:eastAsia="zh-CN"/>
        </w:rPr>
        <w:br/>
      </w:r>
      <w:r>
        <w:rPr>
          <w:lang w:eastAsia="zh-CN"/>
        </w:rPr>
        <w:t>　　(4)、3月底，组织师生开展“小眼睛大发现，学校安全隐患我发现，家庭安全隐患我排查”活动。通过这一活动，使师生认识到安全工作与其自身息息相关，把安全意识融入师生思想行动之中。学校要对师生提交的安全隐患排查结果进行认真核查并及时加以整改。</w:t>
      </w:r>
      <w:r>
        <w:rPr>
          <w:lang w:eastAsia="zh-CN"/>
        </w:rPr>
        <w:br/>
      </w:r>
      <w:r>
        <w:rPr>
          <w:lang w:eastAsia="zh-CN"/>
        </w:rPr>
        <w:t>　　(5)、3月底，以“安全守护生命”为主题，开展安全教育征文。</w:t>
      </w:r>
      <w:r>
        <w:rPr>
          <w:lang w:eastAsia="zh-CN"/>
        </w:rPr>
        <w:br/>
      </w:r>
      <w:r>
        <w:rPr>
          <w:lang w:eastAsia="zh-CN"/>
        </w:rPr>
        <w:t>　　(6)、组织观摩安全手抄报长廊活动。结合安全教育日的安全手抄报制作展示活动，继续组织全校师生观摩大家制作的交通安全、法制安全、心理健康、饮食安全、防火安全、安全上网、校园安全、传染病预防等内容的手抄报长廊活动，使队员们了解更多的安全常识，提高自护自救能力。</w:t>
      </w:r>
      <w:r>
        <w:rPr>
          <w:lang w:eastAsia="zh-CN"/>
        </w:rPr>
        <w:br/>
      </w:r>
      <w:r>
        <w:rPr>
          <w:lang w:eastAsia="zh-CN"/>
        </w:rPr>
        <w:t>　　(7)、聆听老革命报告、法制安全报告会。</w:t>
      </w:r>
      <w:r>
        <w:rPr>
          <w:lang w:eastAsia="zh-CN"/>
        </w:rPr>
        <w:br/>
      </w:r>
      <w:r>
        <w:rPr>
          <w:lang w:eastAsia="zh-CN"/>
        </w:rPr>
        <w:t>　　四、认真开展安全隐患排查、整改。</w:t>
      </w:r>
      <w:r>
        <w:rPr>
          <w:lang w:eastAsia="zh-CN"/>
        </w:rPr>
        <w:br/>
      </w:r>
      <w:r>
        <w:rPr>
          <w:lang w:eastAsia="zh-CN"/>
        </w:rPr>
        <w:t>　　1、安全处联合总务处进行全校性的安全大检查，对学校教室、实验室、微机室、阅览室、孩子宿舍、学校食堂、门卫安保、楼道安全实施等重要场地与仪器进行全面细致的检查，不留“死角”，发现安全隐患，立即安排整改。</w:t>
      </w:r>
      <w:r>
        <w:rPr>
          <w:lang w:eastAsia="zh-CN"/>
        </w:rPr>
        <w:br/>
      </w:r>
      <w:r>
        <w:rPr>
          <w:lang w:eastAsia="zh-CN"/>
        </w:rPr>
        <w:t>　　2、进一步完善各项安全规章制度，各项活动都做到了定时间、定内容、定责任人，有计划、有安排、有过程记录、有经验总结。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3、积极引导班主任、科任教师、孩子家长等参与到安全工作中来，齐心协力，齐抓共管，把安全工作抓实、抓好。</w:t>
      </w:r>
      <w:r>
        <w:rPr>
          <w:lang w:eastAsia="zh-CN"/>
        </w:rPr>
        <w:br/>
      </w:r>
      <w:r>
        <w:rPr>
          <w:lang w:eastAsia="zh-CN"/>
        </w:rPr>
        <w:t>　　4、定期组织安保人员、配合上级食品、安检部门组织人员到校周边小卖部、小饭桌、流动小摊等进行食品安全检查，积极对不安全的流动小摊点进行取缔。在检查中对学校上下学的通道存在的安全隐患进行了整改。</w:t>
      </w:r>
      <w:r>
        <w:rPr>
          <w:lang w:eastAsia="zh-CN"/>
        </w:rPr>
        <w:br/>
      </w:r>
      <w:r>
        <w:rPr>
          <w:lang w:eastAsia="zh-CN"/>
        </w:rPr>
        <w:t>　　5、进一步落实上、下楼道、各层走道的安全巡查工作，落实课件10分钟安全，坚决杜绝课间无人管理而导致的意外事故的发生。在校门、教学楼内的各楼层、指派教师、领导对各楼层课间的安全进行监督和管理，确保孩子安全。</w:t>
      </w:r>
      <w:r>
        <w:rPr>
          <w:lang w:eastAsia="zh-CN"/>
        </w:rPr>
        <w:br/>
      </w:r>
      <w:r>
        <w:rPr>
          <w:lang w:eastAsia="zh-CN"/>
        </w:rPr>
        <w:t>　　教育是守护安全的前提，安全、快乐生活是教育的目的。我校要始终坚持把孩子的安全教育工作贯穿于学校教育的全过程，落实“一岗双职”，人人参与的要求，安全警钟长鸣，安全常抓不懈，确保孩子在安全的环境中健康成长，永远是我们教育工作者的光荣使命。</w:t>
      </w:r>
      <w:r>
        <w:rPr>
          <w:lang w:eastAsia="zh-CN"/>
        </w:rPr>
        <w:br/>
      </w:r>
      <w:r>
        <w:rPr>
          <w:lang w:eastAsia="zh-CN"/>
        </w:rPr>
        <w:t xml:space="preserve">    安全教育学生表现总结 篇4 </w:t>
      </w:r>
      <w:r>
        <w:rPr>
          <w:lang w:eastAsia="zh-CN"/>
        </w:rPr>
        <w:br/>
      </w:r>
      <w:r>
        <w:rPr>
          <w:lang w:eastAsia="zh-CN"/>
        </w:rPr>
        <w:t>　　3月30日，是第--个全国中小学生安全教育日。我校认真贯彻落实--县教育局关于安全教育日活动的通知，全面深入抓好安全教育工作，并结合学校实际，积极、主动、科学、有效地开展丰富多彩的防灾减灾宣传教育，营造浓厚的宣传教育氛围，动员全校师生共同参与防灾减灾活动，不断提高全校师生的安全意识和应对突发事件的避险自救能力，最大限度地预防和减少各种安全事故的发生。现就活动情况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一、领导高度重视。</w:t>
      </w:r>
      <w:r>
        <w:rPr>
          <w:lang w:eastAsia="zh-CN"/>
        </w:rPr>
        <w:br/>
      </w:r>
      <w:r>
        <w:rPr>
          <w:lang w:eastAsia="zh-CN"/>
        </w:rPr>
        <w:t>　　学校领导高度重视安全教育主题活动的开展，牢固树立强化安全意识，提升安全素养，坚持以人为本，本着对学校安全工作高度负责的态度，认真负起学校安全教育的领导责任，切实把安全教育摆上学校议事日程，作为学校安全建设的一项重要内容来抓。并充分利用安全教育日的契机，把学校安全教育推向新的高潮，并把这一主题活动贯穿于全年学校安全工作的始终。</w:t>
      </w:r>
      <w:r>
        <w:rPr>
          <w:lang w:eastAsia="zh-CN"/>
        </w:rPr>
        <w:br/>
      </w:r>
      <w:r>
        <w:rPr>
          <w:lang w:eastAsia="zh-CN"/>
        </w:rPr>
        <w:t>　　二、认真计划落实。</w:t>
      </w:r>
      <w:r>
        <w:rPr>
          <w:lang w:eastAsia="zh-CN"/>
        </w:rPr>
        <w:br/>
      </w:r>
      <w:r>
        <w:rPr>
          <w:lang w:eastAsia="zh-CN"/>
        </w:rPr>
        <w:t>　　学校认真根据强化安全意识，提升安全素养这一安全教育主题，紧密结合本校实际、结合学生认知特点，制定切实可行的安全主题教育活动方案，明确安全教育目标、组织领导机构、教育活动措施、实施方法步骤等，确保主题教育活动有人抓。</w:t>
      </w:r>
      <w:r>
        <w:rPr>
          <w:lang w:eastAsia="zh-CN"/>
        </w:rPr>
        <w:br/>
      </w:r>
      <w:r>
        <w:rPr>
          <w:lang w:eastAsia="zh-CN"/>
        </w:rPr>
        <w:t>　　围绕安全教育主题，认真分析学校目前安全工作现状，特别要针对防震、防火、校园伤害、拥挤踩踏、交通、溺水、用电等事故的薄弱环节、存在的突出问题和安全隐患进行一次全面的排查，使学校的安全教育落到实处。</w:t>
      </w:r>
      <w:r>
        <w:rPr>
          <w:lang w:eastAsia="zh-CN"/>
        </w:rPr>
        <w:br/>
      </w:r>
      <w:r>
        <w:rPr>
          <w:lang w:eastAsia="zh-CN"/>
        </w:rPr>
        <w:t>　　三、开展各种宣传工作。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3月30日，学校利用升国旗仪式举行安全教育启动仪式，学校领导做了题为强化安全意识，提升安全素养的国旗下讲话，做好宣传教育发动工作，营造安全教育活动氛围。在开展安全教育日活动期间，学校结合自身实际，充分利用校园宣传栏、墙报、手抄报、班会活动等方式向学生进行安全宣传教育。各班出一期安全墙报，开一次以安全为主题的班会。</w:t>
      </w:r>
      <w:r>
        <w:rPr>
          <w:lang w:eastAsia="zh-CN"/>
        </w:rPr>
        <w:br/>
      </w:r>
      <w:r>
        <w:rPr>
          <w:lang w:eastAsia="zh-CN"/>
        </w:rPr>
        <w:t>　　四、开展演练，增强安全意识。</w:t>
      </w:r>
      <w:r>
        <w:rPr>
          <w:lang w:eastAsia="zh-CN"/>
        </w:rPr>
        <w:br/>
      </w:r>
      <w:r>
        <w:rPr>
          <w:lang w:eastAsia="zh-CN"/>
        </w:rPr>
        <w:t>　　学校在扎实抓好主题教育活动的同时，还结合本校实际，有针对性地开展安全防火疏散演练。演练过程，全校师生积极配合，服从命令，安全有序，在短时间内，师生全部按照预定的疏散路线，快速而有序地撤离到操场中央，达到了预期的目的，取得了圆满的成功。推动学校安全教育深入开展，提高广大师生的安全意识和应对突发事件的避险自救能力，不断增强师生防灾减灾意识和防范能力。</w:t>
      </w:r>
      <w:r>
        <w:rPr>
          <w:lang w:eastAsia="zh-CN"/>
        </w:rPr>
        <w:br/>
      </w:r>
      <w:r>
        <w:rPr>
          <w:lang w:eastAsia="zh-CN"/>
        </w:rPr>
        <w:t>　　回顾安全教育工作，强化安全管理，共创和谐校园，对上级的要求相差有一定的距离。安全无小事，警钟要长鸣。我们相信在各级领导的关怀下，尤其有主管部门的大力支持，安全观念必将进一步深入人心，安全教育工作得到更好的发展。</w:t>
      </w:r>
      <w:r>
        <w:rPr>
          <w:lang w:eastAsia="zh-CN"/>
        </w:rPr>
        <w:br/>
      </w:r>
      <w:r>
        <w:rPr>
          <w:lang w:eastAsia="zh-CN"/>
        </w:rPr>
        <w:t>　　今后，我们将进一步做好安全教育工作，不断提高我校教育教学工作水平。</w:t>
      </w:r>
      <w:r>
        <w:rPr>
          <w:lang w:eastAsia="zh-CN"/>
        </w:rPr>
        <w:br/>
      </w:r>
      <w:r>
        <w:rPr>
          <w:lang w:eastAsia="zh-CN"/>
        </w:rPr>
        <w:t xml:space="preserve">    安全教育学生表现总结 篇5 </w:t>
      </w:r>
      <w:r>
        <w:rPr>
          <w:lang w:eastAsia="zh-CN"/>
        </w:rPr>
        <w:br/>
      </w:r>
      <w:r>
        <w:rPr>
          <w:lang w:eastAsia="zh-CN"/>
        </w:rPr>
        <w:t>　　今年3月31日是全国中小学生第十九个“安全教育日”。</w:t>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主题是“强化安全意识，提升安全素养”。安全工作是学校的头等大事。它是学校能否长期生存与发展的先决条件。近几年来，我们始终把“安全”二字时时念在口边，记在心头，安全工作长抓不懈，师生的安全意识明显增强。防范能力有了很大的提高。安全教育日之机，我们以安全教育日为契机，充分发挥学校这一主阵地的作用。根据教育局文件精神和有关通知的要求，结合我校实际，认真开展了围绕“加强防灾减灾、建设和谐校园”为主题的“安全教育日”活动。现将活动总结如下：</w:t>
      </w:r>
      <w:r>
        <w:rPr>
          <w:lang w:eastAsia="zh-CN"/>
        </w:rPr>
        <w:br/>
      </w:r>
      <w:r>
        <w:rPr>
          <w:lang w:eastAsia="zh-CN"/>
        </w:rPr>
        <w:t>　　一、加强组织领导，落实工作责任制</w:t>
      </w:r>
      <w:r>
        <w:rPr>
          <w:lang w:eastAsia="zh-CN"/>
        </w:rPr>
        <w:br/>
      </w:r>
      <w:r>
        <w:rPr>
          <w:lang w:eastAsia="zh-CN"/>
        </w:rPr>
        <w:t>　　“安全无小事”、“责任重于泰山”。安全教育日活动也是创建“平安校园”的一个重要组成部分。学校领导本着对学校安全工作高度重视和认真负责的态度，把安全教育日活动纳入工作责任制，围绕主题，有针对性地开展遵守《道路交通安全法》、消防等法律法规教育，通过多种形式，搞好安全宣传教育活动，预防和减少各种事故的发生。以对全校师生的生命财产安全极端负责的态度，牢固树立“安全第一”、“责任重于泰山”的思想，重视学校安全工作，把学校安全工作落到实处，努力防止重、特大事故的发生，并且共同分析了存在的不安全隐患，要求全体教职工把学校安全工作放在首位，对发现的不安全隐患，都要及时进行处理和报告，对因工作不到位等因素造成安全事故的领导和教师，将追究其相关责任</w:t>
      </w:r>
      <w:r>
        <w:rPr>
          <w:lang w:eastAsia="zh-CN"/>
        </w:rPr>
        <w:br/>
      </w:r>
      <w:r>
        <w:rPr>
          <w:lang w:eastAsia="zh-CN"/>
        </w:rPr>
        <w:t>　　二、加强安全宣传，增强安全意识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安全工作要做到预防为主，防患未然，必须注重教育。安全教育紧紧围绕“讲”、“学”、“谈”三点做工作。领导是大会必讲安全，班主任是班会必讲，科任教师利用课余到班讲。另外组织学生学习《中小学生守则》和《中小学生日常行为规范》，学习法律法规及安全常识；然后班主任利用读报时间谈感受，谈体会，达到安全教育效果。同时各校通过校园广播、两操一队、宣传栏、黑板报、小文艺节目、班会、队日（团日）等多种形式，全方位地对学生进行安全知识，法律，法规和思想道德教育，增强了学生遵纪守法意识，规范了中小学生日常行为。要求学生安全要“想到”、“做到”，如在家长指导下使用家电，放风筝时要小心电线，游戏时要选择安全场所等。这样，全校教师不仅牢固树立了“安全重于山，珍爱生命大于天”的意识，还努力使学生树立了“安全第一，防患为主”的观念。</w:t>
      </w:r>
      <w:r>
        <w:rPr>
          <w:lang w:eastAsia="zh-CN"/>
        </w:rPr>
        <w:br/>
      </w:r>
      <w:r>
        <w:rPr>
          <w:lang w:eastAsia="zh-CN"/>
        </w:rPr>
        <w:t>　　1、充分利用学校宣传阵地和设备。我校通过张贴一条标语，举行一次国旗下讲话，举办一场交通安全讲座，观看一场安全教育片，出一版安全宣传板报，用寓教于乐的形式丰富“安全教育日”活动，对学生进行交通安全及自我保护教育，深入开展宣传，提高学生的安全意识，收到了较好的效果。</w:t>
      </w:r>
      <w:r>
        <w:rPr>
          <w:lang w:eastAsia="zh-CN"/>
        </w:rPr>
        <w:br/>
      </w:r>
      <w:r>
        <w:rPr>
          <w:lang w:eastAsia="zh-CN"/>
        </w:rPr>
        <w:t>　　2、对本校进行了一次全面的安全检查，彻底清查并及时消除各种安全隐患。</w:t>
      </w:r>
      <w:r>
        <w:rPr>
          <w:lang w:eastAsia="zh-CN"/>
        </w:rPr>
        <w:br/>
      </w:r>
      <w:r>
        <w:rPr>
          <w:lang w:eastAsia="zh-CN"/>
        </w:rPr>
        <w:t>　　3、落实教师每天值日制度，做到值班室每晚有教师住宿，确保学生的就寝安全；</w:t>
      </w:r>
      <w:r>
        <w:rPr>
          <w:lang w:eastAsia="zh-CN"/>
        </w:rPr>
        <w:br/>
      </w:r>
      <w:r>
        <w:rPr>
          <w:lang w:eastAsia="zh-CN"/>
        </w:rPr>
        <w:t>　　4、加强走读生的管理，与家长签订安全责任状，成立路队，设立路队长，随时汇报情况，保证学生往返途中的安全；</w:t>
      </w:r>
      <w:r>
        <w:rPr>
          <w:lang w:eastAsia="zh-CN"/>
        </w:rPr>
        <w:br/>
      </w:r>
      <w:r>
        <w:rPr>
          <w:lang w:eastAsia="zh-CN"/>
        </w:rPr>
        <w:t>　　三、加强家、校、社会的联系，形成齐抓共管的局面</w:t>
      </w:r>
      <w:r>
        <w:rPr>
          <w:lang w:eastAsia="zh-CN"/>
        </w:rPr>
        <w:br/>
      </w:r>
      <w:r>
        <w:rPr>
          <w:lang w:eastAsia="zh-CN"/>
        </w:rPr>
        <w:t>　　对中小学生的安全教育是一项需要社会、学校、家庭密切配合的齐抓共管的社会系统工程。我校还通过家校路路通等载体，提高家长的交通安全意识，帮助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家长掌握必要的交通安全知识，引导家长正确教育子女，密切配合学校培养学生良好的交通安全意识。</w:t>
      </w:r>
      <w:r>
        <w:rPr>
          <w:lang w:eastAsia="zh-CN"/>
        </w:rPr>
        <w:br/>
      </w:r>
      <w:r>
        <w:rPr>
          <w:lang w:eastAsia="zh-CN"/>
        </w:rPr>
        <w:t>　　总之，学校工作无小事，学生安全是大事。只有学生、教师都树立安全责任重于泰山的意识，不断创新安全管理方法，明确安全职责，把安全工作做细，全面实施安全管理策略，创新管理模式，才能真正确保师生生命安全和校园安全。</w:t>
      </w:r>
      <w:r>
        <w:rPr>
          <w:lang w:eastAsia="zh-CN"/>
        </w:rPr>
        <w:br/>
      </w:r>
      <w:r>
        <w:rPr>
          <w:lang w:eastAsia="zh-CN"/>
        </w:rPr>
        <w:t xml:space="preserve">    安全教育学生表现总结 篇6 </w:t>
      </w:r>
      <w:r>
        <w:rPr>
          <w:lang w:eastAsia="zh-CN"/>
        </w:rPr>
        <w:br/>
      </w:r>
      <w:r>
        <w:rPr>
          <w:lang w:eastAsia="zh-CN"/>
        </w:rPr>
        <w:t>　　4月18日--5月16日，我校以“同心防疫，安全护航”为主题，组织学生及家长开展生命与安全教育系列主题教育活动。近一个月的时间里，同学们和家长们认真观看学习了涵盖“生命认知”、“生命健康”、“生命成长”、“拓展生命的长宽高”等章节的九集生命与安全专题教育讲座。</w:t>
      </w:r>
      <w:r>
        <w:rPr>
          <w:lang w:eastAsia="zh-CN"/>
        </w:rPr>
        <w:br/>
      </w:r>
      <w:r>
        <w:rPr>
          <w:lang w:eastAsia="zh-CN"/>
        </w:rPr>
        <w:t>　　通过视频收听收看内容丰富、事例鲜活的专题讲座，同学及家长们了解了生命的意义，特别是在疫情期间，同学们、家长们更加意识到了生命的可贵。同学们纷纷表示，要保持积极乐观的心态，珍爱自己的生命，不屈不挠，勇往直前，不断超越当下的自己，不断挑战生命的可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校园安全教育只有起点，没有终点。本次专题教育活动增强了同学们的'安全意识，减轻了学生的心理困顿，提高了安全素养和自救互救能力。学校将以此活动为契机，教育引导学生认识生命、热爱生命、尊重生命、呵护健康，形成正确的生命观、生存观、健康观；教育引导学生时刻牢记初心使命，勇担时代重任，在新的长征路上坚定不移听党话、跟党走，坚定践行“请党放心、强国有我”的青春誓言，在扛起新使命、谱写新篇章中奏响新时代的青春之歌，在实现中华民族伟大复兴中国梦的`新征程上跑出幼高专青年的最好成绩，以实际行动迎接学校120周年校庆。</w:t>
      </w:r>
      <w:r>
        <w:rPr>
          <w:lang w:eastAsia="zh-CN"/>
        </w:rPr>
        <w:br/>
      </w:r>
      <w:r>
        <w:rPr>
          <w:lang w:eastAsia="zh-CN"/>
        </w:rPr>
        <w:t xml:space="preserve">    安全教育学生表现总结 篇7 </w:t>
      </w:r>
      <w:r>
        <w:rPr>
          <w:lang w:eastAsia="zh-CN"/>
        </w:rPr>
        <w:br/>
      </w:r>
      <w:r>
        <w:rPr>
          <w:lang w:eastAsia="zh-CN"/>
        </w:rPr>
        <w:t>　　幼儿园的安全工作任重而道远，把安全工作摆在幼儿园的日常工作中，强化了师生的安全意识，幼儿由于年龄小，自我保护意识较差，因此，根据班级幼儿的实际情况，制定了安全工作计划，并开展一些相应的安全教育活动。</w:t>
      </w:r>
      <w:r>
        <w:rPr>
          <w:lang w:eastAsia="zh-CN"/>
        </w:rPr>
        <w:br/>
      </w:r>
      <w:r>
        <w:rPr>
          <w:lang w:eastAsia="zh-CN"/>
        </w:rPr>
        <w:t>　　大班的幼儿身体发育快速，跑的动作逐渐协调，随着生理上的基础打下之后，幼儿从心理上也很爱运动，尤其喜欢跑。其实爱跑并非一件坏事，但由于场地的限制，所以在教室内外追逐就成为了一个很大的安全隐患。针对这一情况，我们就常组织幼儿观察教室内外的环境因素，如：教室外，前后门小朋友们会走进走出，教室里，桌子的角都是尖尖的，还有小朋友脚伸出坐着，这些都会对在跑的小朋友造成危险。了解了这些不安全因素之后，幼儿进一步理解了老师为什么老是不让我们跑的原因，自己也对这些有了正确的认识，现在幼儿基本上都能自觉遵守了，而且有些幼儿还能提醒别的在跑的幼儿或告诉老师某某在跑，这样也减少了一部分发生危险的机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为了帮助幼儿树立防火意识，我们大班的小朋友认识了消防车的结构，了解遇到火灾时的基本自救常识。救火员叔叔围绕“着火了怎么办”进行了生动的解说。随后，幼儿又参与了消防演戏活动，通过这样直接的学习，幼儿增加了保护自己的方法，提高了安全意识。</w:t>
      </w:r>
      <w:r>
        <w:rPr>
          <w:lang w:eastAsia="zh-CN"/>
        </w:rPr>
        <w:br/>
      </w:r>
      <w:r>
        <w:rPr>
          <w:lang w:eastAsia="zh-CN"/>
        </w:rPr>
        <w:t>　　班里两位老师就一日生活中容易出现的不安全因素进行排查，如午睡时，多提醒幼儿不伸手碰到灯，提醒幼儿不带小玩具午睡，盥洗活动中不吵闹，不推不挤等等，排除幼儿自身不安全因素，如要勤剪指甲，以免指甲过长伤到别人，抽屉里不放危险性的物品，如小刀等一些尖锐物品，进一步强化幼儿的安全意识。</w:t>
      </w:r>
      <w:r>
        <w:rPr>
          <w:lang w:eastAsia="zh-CN"/>
        </w:rPr>
        <w:br/>
      </w:r>
      <w:r>
        <w:rPr>
          <w:lang w:eastAsia="zh-CN"/>
        </w:rPr>
        <w:t>　　另外，我们通过谈话，观看安全教育录像等活动，利用发身在身边的一些事故对幼儿进行教育，使幼儿了解一些安全事故及自我保护的案例，提高幼儿的自我保护能力。在主题教学活动中，也会教育幼儿根据所学的知识学会更好地保护自己等。</w:t>
      </w:r>
      <w:r>
        <w:rPr>
          <w:lang w:eastAsia="zh-CN"/>
        </w:rPr>
        <w:br/>
      </w:r>
      <w:r>
        <w:rPr>
          <w:lang w:eastAsia="zh-CN"/>
        </w:rPr>
        <w:t>　　总之，安全工作是一项长抓不懈的工作，只有把安全工作放在首位，才能保证幼儿的身心得到健康的发展。</w:t>
      </w:r>
      <w:r>
        <w:rPr>
          <w:lang w:eastAsia="zh-CN"/>
        </w:rPr>
        <w:br/>
      </w:r>
      <w:r>
        <w:rPr>
          <w:lang w:eastAsia="zh-CN"/>
        </w:rPr>
        <w:t xml:space="preserve">    安全教育学生表现总结 篇8 </w:t>
      </w:r>
      <w:r>
        <w:rPr>
          <w:lang w:eastAsia="zh-CN"/>
        </w:rPr>
        <w:br/>
      </w:r>
      <w:r>
        <w:rPr>
          <w:lang w:eastAsia="zh-CN"/>
        </w:rPr>
        <w:t>　　抓好消防安全教育，帮助学生养成良好的行为习惯，是关系到学</w:t>
      </w:r>
      <w:r>
        <w:rPr>
          <w:lang w:eastAsia="zh-CN"/>
        </w:rPr>
        <w:br/>
      </w:r>
      <w:r>
        <w:rPr>
          <w:lang w:eastAsia="zh-CN"/>
        </w:rPr>
        <w:t>　　生能否健康成长的大事。为了强化学生消防安全常识的意识，提高学</w:t>
      </w:r>
      <w:r>
        <w:rPr>
          <w:lang w:eastAsia="zh-CN"/>
        </w:rPr>
        <w:br/>
      </w:r>
      <w:r>
        <w:rPr>
          <w:lang w:eastAsia="zh-CN"/>
        </w:rPr>
        <w:t>　　生自我防护能力，通过开展形式多样的学习教育活动，加大了安全的</w:t>
      </w:r>
      <w:r>
        <w:rPr>
          <w:lang w:eastAsia="zh-CN"/>
        </w:rPr>
        <w:br/>
      </w:r>
      <w:r>
        <w:rPr>
          <w:lang w:eastAsia="zh-CN"/>
        </w:rPr>
        <w:t>　　宣传力度，增强了全体学生的安全观念，牢固树立了“安全第</w:t>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一，</w:t>
      </w:r>
      <w:r>
        <w:rPr>
          <w:lang w:eastAsia="zh-CN"/>
        </w:rPr>
        <w:br/>
      </w:r>
      <w:r>
        <w:rPr>
          <w:lang w:eastAsia="zh-CN"/>
        </w:rPr>
        <w:t>　　预防为主“的思想。将本学期消防安全教育做如下总结：</w:t>
      </w:r>
      <w:r>
        <w:rPr>
          <w:lang w:eastAsia="zh-CN"/>
        </w:rPr>
        <w:br/>
      </w:r>
      <w:r>
        <w:rPr>
          <w:lang w:eastAsia="zh-CN"/>
        </w:rPr>
        <w:t>　　一、加强宣传，增强意识。</w:t>
      </w:r>
      <w:r>
        <w:rPr>
          <w:lang w:eastAsia="zh-CN"/>
        </w:rPr>
        <w:br/>
      </w:r>
      <w:r>
        <w:rPr>
          <w:lang w:eastAsia="zh-CN"/>
        </w:rPr>
        <w:t>　　组织开展消防安全知识的宣传教育活动。</w:t>
      </w:r>
      <w:r>
        <w:rPr>
          <w:lang w:eastAsia="zh-CN"/>
        </w:rPr>
        <w:br/>
      </w:r>
      <w:r>
        <w:rPr>
          <w:lang w:eastAsia="zh-CN"/>
        </w:rPr>
        <w:t>　　1、亲身感受，培养学生的自护能力。为开展消防安全社会实践</w:t>
      </w:r>
      <w:r>
        <w:rPr>
          <w:lang w:eastAsia="zh-CN"/>
        </w:rPr>
        <w:br/>
      </w:r>
      <w:r>
        <w:rPr>
          <w:lang w:eastAsia="zh-CN"/>
        </w:rPr>
        <w:t>　　活动，锻炼学生的实际能力，让学生感受消防安全的重要性。通过各</w:t>
      </w:r>
      <w:r>
        <w:rPr>
          <w:lang w:eastAsia="zh-CN"/>
        </w:rPr>
        <w:br/>
      </w:r>
      <w:r>
        <w:rPr>
          <w:lang w:eastAsia="zh-CN"/>
        </w:rPr>
        <w:t>　　种活动，让学生掌握了有关消防安全常识，这对维护学校秩序起到了</w:t>
      </w:r>
      <w:r>
        <w:rPr>
          <w:lang w:eastAsia="zh-CN"/>
        </w:rPr>
        <w:br/>
      </w:r>
      <w:r>
        <w:rPr>
          <w:lang w:eastAsia="zh-CN"/>
        </w:rPr>
        <w:t>　　积极而有效的作用。</w:t>
      </w:r>
      <w:r>
        <w:rPr>
          <w:lang w:eastAsia="zh-CN"/>
        </w:rPr>
        <w:br/>
      </w:r>
      <w:r>
        <w:rPr>
          <w:lang w:eastAsia="zh-CN"/>
        </w:rPr>
        <w:t>　　2、轰轰烈烈开展学生消防安全知识宣传活动。利用综合实践课，</w:t>
      </w:r>
      <w:r>
        <w:rPr>
          <w:lang w:eastAsia="zh-CN"/>
        </w:rPr>
        <w:br/>
      </w:r>
      <w:r>
        <w:rPr>
          <w:lang w:eastAsia="zh-CN"/>
        </w:rPr>
        <w:t>　　专门设置“消防安全在心中”为内容的教育课，实现了消防安全教育</w:t>
      </w:r>
      <w:r>
        <w:rPr>
          <w:lang w:eastAsia="zh-CN"/>
        </w:rPr>
        <w:br/>
      </w:r>
      <w:r>
        <w:rPr>
          <w:lang w:eastAsia="zh-CN"/>
        </w:rPr>
        <w:t>　　进学校的目的。</w:t>
      </w:r>
      <w:r>
        <w:rPr>
          <w:lang w:eastAsia="zh-CN"/>
        </w:rPr>
        <w:br/>
      </w:r>
      <w:r>
        <w:rPr>
          <w:lang w:eastAsia="zh-CN"/>
        </w:rPr>
        <w:t>　　3、利用各种载体，广泛开展 “消防安全宣传”活动。开展消防</w:t>
      </w:r>
      <w:r>
        <w:rPr>
          <w:lang w:eastAsia="zh-CN"/>
        </w:rPr>
        <w:br/>
      </w:r>
      <w:r>
        <w:rPr>
          <w:lang w:eastAsia="zh-CN"/>
        </w:rPr>
        <w:t>　　安全主题班会，播放消防安全事故图片，让学生切身体会消防安全事</w:t>
      </w:r>
      <w:r>
        <w:rPr>
          <w:lang w:eastAsia="zh-CN"/>
        </w:rPr>
        <w:br/>
      </w:r>
      <w:r>
        <w:rPr>
          <w:lang w:eastAsia="zh-CN"/>
        </w:rPr>
        <w:t>　　故的危害。</w:t>
      </w:r>
      <w:r>
        <w:rPr>
          <w:lang w:eastAsia="zh-CN"/>
        </w:rPr>
        <w:br/>
      </w:r>
      <w:r>
        <w:rPr>
          <w:lang w:eastAsia="zh-CN"/>
        </w:rPr>
        <w:t>　　4、通过家长会等形式，对家长进行消防安全教育。要求家长配</w:t>
      </w:r>
      <w:r>
        <w:rPr>
          <w:lang w:eastAsia="zh-CN"/>
        </w:rPr>
        <w:br/>
      </w:r>
      <w:r>
        <w:rPr>
          <w:lang w:eastAsia="zh-CN"/>
        </w:rPr>
        <w:t>　　合学校对子女进行必要的用火用电安全提醒。</w:t>
      </w:r>
      <w:r>
        <w:rPr>
          <w:lang w:eastAsia="zh-CN"/>
        </w:rPr>
        <w:br/>
      </w:r>
      <w:r>
        <w:rPr>
          <w:lang w:eastAsia="zh-CN"/>
        </w:rPr>
        <w:t>　　通过活动的开展，学生了解了消防安全常识。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二、巩固成果。</w:t>
      </w:r>
      <w:r>
        <w:rPr>
          <w:lang w:eastAsia="zh-CN"/>
        </w:rPr>
        <w:br/>
      </w:r>
      <w:r>
        <w:rPr>
          <w:lang w:eastAsia="zh-CN"/>
        </w:rPr>
        <w:t>　　提高学生消防安全意识是一项长期的任务，应当坚持集中教育与</w:t>
      </w:r>
      <w:r>
        <w:rPr>
          <w:lang w:eastAsia="zh-CN"/>
        </w:rPr>
        <w:br/>
      </w:r>
      <w:r>
        <w:rPr>
          <w:lang w:eastAsia="zh-CN"/>
        </w:rPr>
        <w:t>　　日常教育教学工作有效结合，在长效机制建设上下功夫，促进日常消</w:t>
      </w:r>
      <w:r>
        <w:rPr>
          <w:lang w:eastAsia="zh-CN"/>
        </w:rPr>
        <w:br/>
      </w:r>
      <w:r>
        <w:rPr>
          <w:lang w:eastAsia="zh-CN"/>
        </w:rPr>
        <w:t>　　防安全教育工作，为预防和减少消防安全事故发挥积极的作用。</w:t>
      </w:r>
      <w:r>
        <w:rPr>
          <w:lang w:eastAsia="zh-CN"/>
        </w:rPr>
        <w:br/>
      </w:r>
      <w:r>
        <w:rPr>
          <w:lang w:eastAsia="zh-CN"/>
        </w:rPr>
        <w:t>　　消防安全教育始终贯彻“以人为本、安全第一”的方针，以“安</w:t>
      </w:r>
      <w:r>
        <w:rPr>
          <w:lang w:eastAsia="zh-CN"/>
        </w:rPr>
        <w:br/>
      </w:r>
      <w:r>
        <w:rPr>
          <w:lang w:eastAsia="zh-CN"/>
        </w:rPr>
        <w:t>　　全用火，安全用电”养成教育为主要内容，以促进消防安全宣传“进</w:t>
      </w:r>
      <w:r>
        <w:rPr>
          <w:lang w:eastAsia="zh-CN"/>
        </w:rPr>
        <w:br/>
      </w:r>
      <w:r>
        <w:rPr>
          <w:lang w:eastAsia="zh-CN"/>
        </w:rPr>
        <w:t>　　学校”工作，集中开展多种形式和内容的中学生消防安全教育活动，营造全社会关注中学生消防安全的良好氛围，进一步提高了学生消防安全意识和自我防护能力，维护正常教育教学秩序，保障和促进了青少年的健康成长。</w:t>
      </w:r>
      <w:r>
        <w:rPr>
          <w:lang w:eastAsia="zh-CN"/>
        </w:rPr>
        <w:br/>
      </w:r>
      <w:r>
        <w:rPr>
          <w:lang w:eastAsia="zh-CN"/>
        </w:rPr>
        <w:t xml:space="preserve">    安全教育学生表现总结 篇9 </w:t>
      </w:r>
      <w:r>
        <w:rPr>
          <w:lang w:eastAsia="zh-CN"/>
        </w:rPr>
        <w:br/>
      </w:r>
      <w:r>
        <w:rPr>
          <w:lang w:eastAsia="zh-CN"/>
        </w:rPr>
        <w:t>　　寒假马上就要来临了，如何做好以人为本，安全第一的意识教育，如何让学生快快乐乐、平平安安的度过这个寒假，是安全教育工作的重点，针对上述要求，我决定从以下四方面进行教育：</w:t>
      </w:r>
      <w:r>
        <w:rPr>
          <w:lang w:eastAsia="zh-CN"/>
        </w:rPr>
        <w:br/>
      </w:r>
      <w:r>
        <w:rPr>
          <w:lang w:eastAsia="zh-CN"/>
        </w:rPr>
        <w:t>　　一、防滑冰落水安全教育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强化安全教育。应将防溺水教育作为重要的安全教育内容，并针对各种可能发生的情况，通过报纸、广播站、宣传栏、黑板报、班会课等多种渠道，对学生进行防溺水安全教育，提高学生防溺水的警惕性、自觉性和识别险情、紧急避险、遇险逃生的能力;加强对家长的宣传教育，发放《寒期告家长书》，提醒节假日和放学时间防学生滑冰溺水安全注意事项，使家长切实负起监护人的责任。</w:t>
      </w:r>
      <w:r>
        <w:rPr>
          <w:lang w:eastAsia="zh-CN"/>
        </w:rPr>
        <w:br/>
      </w:r>
      <w:r>
        <w:rPr>
          <w:lang w:eastAsia="zh-CN"/>
        </w:rPr>
        <w:t>　　(2)。加强学生自我管理。教育学生在寒期休息时间不擅自滑冰，充分发挥学生干部的作用，指导学生开展自我管理。</w:t>
      </w:r>
      <w:r>
        <w:rPr>
          <w:lang w:eastAsia="zh-CN"/>
        </w:rPr>
        <w:br/>
      </w:r>
      <w:r>
        <w:rPr>
          <w:lang w:eastAsia="zh-CN"/>
        </w:rPr>
        <w:t>　　二、有关防雷避雷安全教育</w:t>
      </w:r>
      <w:r>
        <w:rPr>
          <w:lang w:eastAsia="zh-CN"/>
        </w:rPr>
        <w:br/>
      </w:r>
      <w:r>
        <w:rPr>
          <w:lang w:eastAsia="zh-CN"/>
        </w:rPr>
        <w:t>　　教育学生应注意以下十点个人防雷注意事项：</w:t>
      </w:r>
      <w:r>
        <w:rPr>
          <w:lang w:eastAsia="zh-CN"/>
        </w:rPr>
        <w:br/>
      </w:r>
      <w:r>
        <w:rPr>
          <w:lang w:eastAsia="zh-CN"/>
        </w:rPr>
        <w:t>　　(1)应该留在室内，并关好门窗;在室外的人员应躲入建筑物内。</w:t>
      </w:r>
      <w:r>
        <w:rPr>
          <w:lang w:eastAsia="zh-CN"/>
        </w:rPr>
        <w:br/>
      </w:r>
      <w:r>
        <w:rPr>
          <w:lang w:eastAsia="zh-CN"/>
        </w:rPr>
        <w:t>　　(2)不宜使用无防雷措施或防雷措施不足的电视、音响等电器，不宜使用水龙头。</w:t>
      </w:r>
      <w:r>
        <w:rPr>
          <w:lang w:eastAsia="zh-CN"/>
        </w:rPr>
        <w:br/>
      </w:r>
      <w:r>
        <w:rPr>
          <w:lang w:eastAsia="zh-CN"/>
        </w:rPr>
        <w:t>　　(3)切勿接触天线、水管、铁丝网、金属门窗、建筑物外墙，远离电线等带电设备或其它类似金属装置。</w:t>
      </w:r>
      <w:r>
        <w:rPr>
          <w:lang w:eastAsia="zh-CN"/>
        </w:rPr>
        <w:br/>
      </w:r>
      <w:r>
        <w:rPr>
          <w:lang w:eastAsia="zh-CN"/>
        </w:rPr>
        <w:t>　　(4)减少使用电话和手提电话。</w:t>
      </w:r>
      <w:r>
        <w:rPr>
          <w:lang w:eastAsia="zh-CN"/>
        </w:rPr>
        <w:br/>
      </w:r>
      <w:r>
        <w:rPr>
          <w:lang w:eastAsia="zh-CN"/>
        </w:rPr>
        <w:t>　　(5)切勿滑冰或从事其它水上运动，不宜进行室外球类运动，离开水面以及其它空旷场地，寻找地方躲避。</w:t>
      </w:r>
      <w:r>
        <w:rPr>
          <w:lang w:eastAsia="zh-CN"/>
        </w:rPr>
        <w:br/>
      </w:r>
      <w:r>
        <w:rPr>
          <w:lang w:eastAsia="zh-CN"/>
        </w:rPr>
        <w:t>　　(6)切勿站立于山顶、楼顶上或其它接近导电性高的物体。</w:t>
      </w:r>
      <w:r>
        <w:rPr>
          <w:lang w:eastAsia="zh-CN"/>
        </w:rPr>
        <w:br/>
      </w:r>
      <w:r>
        <w:rPr>
          <w:lang w:eastAsia="zh-CN"/>
        </w:rPr>
        <w:t>　　(7)切勿处理开口容器盛载的易燃物品。</w:t>
      </w:r>
      <w:r>
        <w:rPr>
          <w:lang w:eastAsia="zh-CN"/>
        </w:rPr>
        <w:br/>
      </w:r>
      <w:r>
        <w:rPr>
          <w:lang w:eastAsia="zh-CN"/>
        </w:rPr>
        <w:t>　　(8)在旷野无法躲入有防雷设施的建筑物时，应远离树木和桅杆。</w:t>
      </w:r>
      <w:r>
        <w:rPr>
          <w:lang w:eastAsia="zh-CN"/>
        </w:rPr>
        <w:br/>
      </w:r>
      <w:r>
        <w:rPr>
          <w:lang w:eastAsia="zh-CN"/>
        </w:rPr>
        <w:t>　　(9)在空旷场地不宜打伞，不宜把羽毛球等扛在肩上。</w:t>
      </w:r>
      <w:r>
        <w:rPr>
          <w:lang w:eastAsia="zh-CN"/>
        </w:rPr>
        <w:br/>
      </w:r>
      <w:r>
        <w:rPr>
          <w:lang w:eastAsia="zh-CN"/>
        </w:rPr>
        <w:t>　　(10)不宜骑自行车。</w:t>
      </w:r>
      <w:r>
        <w:rPr>
          <w:lang w:eastAsia="zh-CN"/>
        </w:rPr>
        <w:br/>
      </w:r>
      <w:r>
        <w:rPr>
          <w:lang w:eastAsia="zh-CN"/>
        </w:rPr>
        <w:t xml:space="preserve">    安全教育学生表现总结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寒假马上就要来临了，如何做好以人为本，安全第一的意识教育，如何让学生快快乐乐、平平安安的度过这个寒假，是安全教育工作的重点，针对上述要求，我决定从以下四方面进行教育：</w:t>
      </w:r>
      <w:r>
        <w:rPr>
          <w:lang w:eastAsia="zh-CN"/>
        </w:rPr>
        <w:br/>
      </w:r>
      <w:r>
        <w:rPr>
          <w:lang w:eastAsia="zh-CN"/>
        </w:rPr>
        <w:t>　　一、防滑冰落水安全教育</w:t>
      </w:r>
      <w:r>
        <w:rPr>
          <w:lang w:eastAsia="zh-CN"/>
        </w:rPr>
        <w:br/>
      </w:r>
      <w:r>
        <w:rPr>
          <w:lang w:eastAsia="zh-CN"/>
        </w:rPr>
        <w:t>　　(1).强化安全教育。应将防溺水教育作为重要的安全教育内容，并针对各种可能发生的情况，通过报纸、广播站、宣传栏、黑板报、班会课等多种渠道，对学生进行防溺水安全教育，提高学生防溺水的警惕性、自觉性和识别险情、紧急避险、遇险逃生的能力;加强对家长的宣传教育，发放《寒期告家长书》，提醒节假日和放学时间防学生滑冰溺水安全注意事项，使家长切实负起监护人的责任。</w:t>
      </w:r>
      <w:r>
        <w:rPr>
          <w:lang w:eastAsia="zh-CN"/>
        </w:rPr>
        <w:br/>
      </w:r>
      <w:r>
        <w:rPr>
          <w:lang w:eastAsia="zh-CN"/>
        </w:rPr>
        <w:t>　　(2).加强学生自我管理。教育学生在寒期休息时间不擅自滑冰，充分发挥学生干部的作用，指导学生开展自我管理。</w:t>
      </w:r>
      <w:r>
        <w:rPr>
          <w:lang w:eastAsia="zh-CN"/>
        </w:rPr>
        <w:br/>
      </w:r>
      <w:r>
        <w:rPr>
          <w:lang w:eastAsia="zh-CN"/>
        </w:rPr>
        <w:t>　　二、有关防雷避雷安全教育</w:t>
      </w:r>
      <w:r>
        <w:rPr>
          <w:lang w:eastAsia="zh-CN"/>
        </w:rPr>
        <w:br/>
      </w:r>
      <w:r>
        <w:rPr>
          <w:lang w:eastAsia="zh-CN"/>
        </w:rPr>
        <w:t>　　教育学生应注意以下十点个人防雷注意事项：</w:t>
      </w:r>
      <w:r>
        <w:rPr>
          <w:lang w:eastAsia="zh-CN"/>
        </w:rPr>
        <w:br/>
      </w:r>
      <w:r>
        <w:rPr>
          <w:lang w:eastAsia="zh-CN"/>
        </w:rPr>
        <w:t>　　(1)应该留在室内，并关好门窗;在室外的人员应躲入建筑物内。</w:t>
      </w:r>
      <w:r>
        <w:rPr>
          <w:lang w:eastAsia="zh-CN"/>
        </w:rPr>
        <w:br/>
      </w:r>
      <w:r>
        <w:rPr>
          <w:lang w:eastAsia="zh-CN"/>
        </w:rPr>
        <w:t>　　(2)不宜使用无防雷措施或防雷措施不足的电视、音响等电器，不宜使用水龙头。</w:t>
      </w:r>
      <w:r>
        <w:rPr>
          <w:lang w:eastAsia="zh-CN"/>
        </w:rPr>
        <w:br/>
      </w:r>
      <w:r>
        <w:rPr>
          <w:lang w:eastAsia="zh-CN"/>
        </w:rPr>
        <w:t>　　(3)切勿接触天线、水管、铁丝网、金属门窗、建筑物外墙，远离电线等带电设备或其它类似金属装置。</w:t>
      </w:r>
      <w:r>
        <w:rPr>
          <w:lang w:eastAsia="zh-CN"/>
        </w:rPr>
        <w:br/>
      </w:r>
      <w:r>
        <w:rPr>
          <w:lang w:eastAsia="zh-CN"/>
        </w:rPr>
        <w:t>　　(4)减少使用电话和手提电话。</w:t>
      </w:r>
      <w:r>
        <w:rPr>
          <w:lang w:eastAsia="zh-CN"/>
        </w:rPr>
        <w:br/>
      </w:r>
      <w:r>
        <w:rPr>
          <w:lang w:eastAsia="zh-CN"/>
        </w:rPr>
        <w:t>　　(5)切勿滑冰或从事其它水上运动，不宜进行室外球类运动(尤其是不要在空旷的操场上活动)，离开水面以及其它空旷场地，寻找地方躲避。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(6)切勿站立于山顶、楼顶上或其它接近导电性高的物体。.</w:t>
      </w:r>
      <w:r>
        <w:rPr>
          <w:lang w:eastAsia="zh-CN"/>
        </w:rPr>
        <w:br/>
      </w:r>
      <w:r>
        <w:rPr>
          <w:lang w:eastAsia="zh-CN"/>
        </w:rPr>
        <w:t>　　(7)切勿处理开口容器盛载的易燃物品。</w:t>
      </w:r>
      <w:r>
        <w:rPr>
          <w:lang w:eastAsia="zh-CN"/>
        </w:rPr>
        <w:br/>
      </w:r>
      <w:r>
        <w:rPr>
          <w:lang w:eastAsia="zh-CN"/>
        </w:rPr>
        <w:t>　　(8)在旷野无法躲入有防雷设施的建筑物时，应远离树木和桅杆。</w:t>
      </w:r>
      <w:r>
        <w:rPr>
          <w:lang w:eastAsia="zh-CN"/>
        </w:rPr>
        <w:br/>
      </w:r>
      <w:r>
        <w:rPr>
          <w:lang w:eastAsia="zh-CN"/>
        </w:rPr>
        <w:t>　　(9)在空旷场地不宜打伞，不宜把羽毛球等扛在肩上。</w:t>
      </w:r>
      <w:r>
        <w:rPr>
          <w:lang w:eastAsia="zh-CN"/>
        </w:rPr>
        <w:br/>
      </w:r>
      <w:r>
        <w:rPr>
          <w:lang w:eastAsia="zh-CN"/>
        </w:rPr>
        <w:t>　　(10)不宜骑自行车。</w:t>
      </w:r>
      <w:r>
        <w:rPr>
          <w:lang w:eastAsia="zh-CN"/>
        </w:rPr>
        <w:br/>
      </w:r>
      <w:r>
        <w:rPr>
          <w:lang w:eastAsia="zh-CN"/>
        </w:rPr>
        <w:t>　　三、交通安全教育</w:t>
      </w:r>
      <w:r>
        <w:rPr>
          <w:lang w:eastAsia="zh-CN"/>
        </w:rPr>
        <w:br/>
      </w:r>
      <w:r>
        <w:rPr>
          <w:lang w:eastAsia="zh-CN"/>
        </w:rPr>
        <w:t>　　教育学生遵守交通规则，红灯停，绿灯行，过马路时应走人行横道线，放学上学回家途中排好队，带好小黄帽，要靠边行，行人应走在人行道上，讲解一些交通安全知识，使学生更好的遵守交通法规，做一个文明的少先队员。</w:t>
      </w:r>
      <w:r>
        <w:rPr>
          <w:lang w:eastAsia="zh-CN"/>
        </w:rPr>
        <w:br/>
      </w:r>
      <w:r>
        <w:rPr>
          <w:lang w:eastAsia="zh-CN"/>
        </w:rPr>
        <w:t>　　四、食品卫生安全教育</w:t>
      </w:r>
      <w:r>
        <w:rPr>
          <w:lang w:eastAsia="zh-CN"/>
        </w:rPr>
        <w:br/>
      </w:r>
      <w:r>
        <w:rPr>
          <w:lang w:eastAsia="zh-CN"/>
        </w:rPr>
        <w:t>　　应教育学生养成良好的健康行为，平时多喝开水，不喝生水，少喝冰水，多吃新鲜蔬菜和水果，不吃发馊、变质的食物，把住“病从口入”关。要教育学生注意个人卫生，经常用肥皂和流动水洗手，特别在打喷嚏、咳嗽和清洁鼻子后要洗手。不要共用茶具、餐具，不要随便去小摊店买一些不干净的零食，不要吃太多的冰激凌，应时刻注意饮食卫生。</w:t>
      </w:r>
      <w:r>
        <w:rPr>
          <w:lang w:eastAsia="zh-CN"/>
        </w:rPr>
        <w:br/>
      </w:r>
      <w:r>
        <w:rPr>
          <w:lang w:eastAsia="zh-CN"/>
        </w:rPr>
        <w:t xml:space="preserve">    安全教育学生表现总结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现在发生在校园里，越来越多是因为用电不规范而导致的。比如，前几年的放生在上海商学院宿舍楼发生火灾事故，导致4名女生在逃生时坠楼身亡。消防部门初步认定起火原因是学生在寝室使用“热得快”引发电器故障，并引燃周围可燃物所致。小小“热得快”，却引起如此惨重的后果，也为我们高校敲响了安全警钟。又由于近来，气候寒冷，天气干燥，极易引起火灾事故。现在我给大家谈谈有关于用电方面的注意事项：</w:t>
      </w:r>
      <w:r>
        <w:rPr>
          <w:lang w:eastAsia="zh-CN"/>
        </w:rPr>
        <w:br/>
      </w:r>
      <w:r>
        <w:rPr>
          <w:lang w:eastAsia="zh-CN"/>
        </w:rPr>
        <w:t>　　(一)触电及触电的危险.</w:t>
      </w:r>
      <w:r>
        <w:rPr>
          <w:lang w:eastAsia="zh-CN"/>
        </w:rPr>
        <w:br/>
      </w:r>
      <w:r>
        <w:rPr>
          <w:lang w:eastAsia="zh-CN"/>
        </w:rPr>
        <w:t>　　人体是导体，当人体上加有电压时，就会有电流通过人体.当通过人体的电流很小时，人没有感知;当通过人体的电流稍大，人就会有“麻电”的感觉，当这电流达到8～10ma时，人就很难摆脱电压，形成了危险的触电事故，当这电流达到100ma时，在很短时间内就会使人窒息、心跳停止.所以当加在人体上的电压大到一定数值时，就发生触电事故.</w:t>
      </w:r>
      <w:r>
        <w:rPr>
          <w:lang w:eastAsia="zh-CN"/>
        </w:rPr>
        <w:br/>
      </w:r>
      <w:r>
        <w:rPr>
          <w:lang w:eastAsia="zh-CN"/>
        </w:rPr>
        <w:t>　　通常情况下，不高于36v的电压对人是安全的，称为安全电压.</w:t>
      </w:r>
      <w:r>
        <w:rPr>
          <w:lang w:eastAsia="zh-CN"/>
        </w:rPr>
        <w:br/>
      </w:r>
      <w:r>
        <w:rPr>
          <w:lang w:eastAsia="zh-CN"/>
        </w:rPr>
        <w:t>　　照明用电的火线与零线之间的电压是220v，绝不能同时接触火线与零线.零线是接地的，所以火线与大地之间的电压也是220v，一定不能在与大地连通的情况下接触火线.</w:t>
      </w:r>
      <w:r>
        <w:rPr>
          <w:lang w:eastAsia="zh-CN"/>
        </w:rPr>
        <w:br/>
      </w:r>
      <w:r>
        <w:rPr>
          <w:lang w:eastAsia="zh-CN"/>
        </w:rPr>
        <w:t>　　(二)几种触电类型.</w:t>
      </w:r>
      <w:r>
        <w:rPr>
          <w:lang w:eastAsia="zh-CN"/>
        </w:rPr>
        <w:br/>
      </w:r>
      <w:r>
        <w:rPr>
          <w:lang w:eastAsia="zh-CN"/>
        </w:rPr>
        <w:t>　　(1)家庭电路中的触电：人接触了火线与零线或火线与大地.</w:t>
      </w:r>
      <w:r>
        <w:rPr>
          <w:lang w:eastAsia="zh-CN"/>
        </w:rPr>
        <w:br/>
      </w:r>
      <w:r>
        <w:rPr>
          <w:lang w:eastAsia="zh-CN"/>
        </w:rPr>
        <w:t>　　①人误与火线接触的原因.</w:t>
      </w:r>
      <w:r>
        <w:rPr>
          <w:lang w:eastAsia="zh-CN"/>
        </w:rPr>
        <w:br/>
      </w:r>
      <w:r>
        <w:rPr>
          <w:lang w:eastAsia="zh-CN"/>
        </w:rPr>
        <w:t>　　a.火线的绝缘皮破坏，其裸露处直接接触了人体，或接触了其它导体，间接接触了人体.b.潮湿的空气导电、不纯的水导电——湿手触开关或浴室触电.</w:t>
      </w:r>
      <w:r>
        <w:rPr>
          <w:lang w:eastAsia="zh-CN"/>
        </w:rPr>
        <w:br/>
      </w:r>
      <w:r>
        <w:rPr>
          <w:lang w:eastAsia="zh-CN"/>
        </w:rPr>
        <w:t>　　c.电器外壳未按要求接地，其内部火线外皮破坏接触了外壳.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d.零线与前面接地部分断开以后，与电器连接的原零线部分通过电器与火线连通转化成了火线.</w:t>
      </w:r>
      <w:r>
        <w:rPr>
          <w:lang w:eastAsia="zh-CN"/>
        </w:rPr>
        <w:br/>
      </w:r>
      <w:r>
        <w:rPr>
          <w:lang w:eastAsia="zh-CN"/>
        </w:rPr>
        <w:t>　　②人自以为与大地绝缘却实际与地连通的原因.</w:t>
      </w:r>
      <w:r>
        <w:rPr>
          <w:lang w:eastAsia="zh-CN"/>
        </w:rPr>
        <w:br/>
      </w:r>
      <w:r>
        <w:rPr>
          <w:lang w:eastAsia="zh-CN"/>
        </w:rPr>
        <w:t>　　a.人站在绝缘物体上，却用手扶墙或其它接地导体或站在地上的人扶他.</w:t>
      </w:r>
      <w:r>
        <w:rPr>
          <w:lang w:eastAsia="zh-CN"/>
        </w:rPr>
        <w:br/>
      </w:r>
      <w:r>
        <w:rPr>
          <w:lang w:eastAsia="zh-CN"/>
        </w:rPr>
        <w:t>　　b.人站在木桌、木椅上，而木桌、木椅却因潮湿等原因转化成为导体.</w:t>
      </w:r>
      <w:r>
        <w:rPr>
          <w:lang w:eastAsia="zh-CN"/>
        </w:rPr>
        <w:br/>
      </w:r>
      <w:r>
        <w:rPr>
          <w:lang w:eastAsia="zh-CN"/>
        </w:rPr>
        <w:t>　　③避免家庭电路中触电的注意事项.</w:t>
      </w:r>
      <w:r>
        <w:rPr>
          <w:lang w:eastAsia="zh-CN"/>
        </w:rPr>
        <w:br/>
      </w:r>
      <w:r>
        <w:rPr>
          <w:lang w:eastAsia="zh-CN"/>
        </w:rPr>
        <w:t>　　a.开关接在火线上，避免打开开关时使零线与接地点断开.</w:t>
      </w:r>
      <w:r>
        <w:rPr>
          <w:lang w:eastAsia="zh-CN"/>
        </w:rPr>
        <w:br/>
      </w:r>
      <w:r>
        <w:rPr>
          <w:lang w:eastAsia="zh-CN"/>
        </w:rPr>
        <w:t>　　b.安装螺口灯的灯口时，火线接中心、零线接外皮.</w:t>
      </w:r>
      <w:r>
        <w:rPr>
          <w:lang w:eastAsia="zh-CN"/>
        </w:rPr>
        <w:br/>
      </w:r>
      <w:r>
        <w:rPr>
          <w:lang w:eastAsia="zh-CN"/>
        </w:rPr>
        <w:t>　　c.室内电线不要与其它金属导体接触，不在电线上晾衣物、挂物品.电线有老化与破损时，要及时修复.</w:t>
      </w:r>
      <w:r>
        <w:rPr>
          <w:lang w:eastAsia="zh-CN"/>
        </w:rPr>
        <w:br/>
      </w:r>
      <w:r>
        <w:rPr>
          <w:lang w:eastAsia="zh-CN"/>
        </w:rPr>
        <w:t>　　d.电器该接地的地方一定要按要求接地.</w:t>
      </w:r>
      <w:r>
        <w:rPr>
          <w:lang w:eastAsia="zh-CN"/>
        </w:rPr>
        <w:br/>
      </w:r>
      <w:r>
        <w:rPr>
          <w:lang w:eastAsia="zh-CN"/>
        </w:rPr>
        <w:t>　　e.不用湿手扳开关、换灯泡，插、拔插头.</w:t>
      </w:r>
      <w:r>
        <w:rPr>
          <w:lang w:eastAsia="zh-CN"/>
        </w:rPr>
        <w:br/>
      </w:r>
      <w:r>
        <w:rPr>
          <w:lang w:eastAsia="zh-CN"/>
        </w:rPr>
        <w:t>　　f.不站在潮湿的桌椅上接触火线.</w:t>
      </w:r>
      <w:r>
        <w:rPr>
          <w:lang w:eastAsia="zh-CN"/>
        </w:rPr>
        <w:br/>
      </w:r>
      <w:r>
        <w:rPr>
          <w:lang w:eastAsia="zh-CN"/>
        </w:rPr>
        <w:t>　　g.接触电线前，先把总电闸打开，在不得不带电操作时，要注意与地绝缘，先用测电笔检测接触处是否与火线连通，并尽可能单手操作.</w:t>
      </w:r>
      <w:r>
        <w:rPr>
          <w:lang w:eastAsia="zh-CN"/>
        </w:rPr>
        <w:br/>
      </w:r>
      <w:r>
        <w:rPr>
          <w:lang w:eastAsia="zh-CN"/>
        </w:rPr>
        <w:t>　　(2)高压触电.</w:t>
      </w:r>
      <w:r>
        <w:rPr>
          <w:lang w:eastAsia="zh-CN"/>
        </w:rPr>
        <w:br/>
      </w:r>
      <w:r>
        <w:rPr>
          <w:lang w:eastAsia="zh-CN"/>
        </w:rPr>
        <w:t>　　高压带电体不但不能接触，而且不能靠近.高压触电有两种：</w:t>
      </w:r>
      <w:r>
        <w:rPr>
          <w:lang w:eastAsia="zh-CN"/>
        </w:rPr>
        <w:br/>
      </w:r>
      <w:r>
        <w:rPr>
          <w:lang w:eastAsia="zh-CN"/>
        </w:rPr>
        <w:t>　　①电弧触电：人与高压带电体距离到一定值时，高压带电体与人体之间会发生放电现象，导致触电.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②跨步电压触电：高压电线落在地面上时，在距高压线不同距离的点之间存在电压.人的两脚间存在足够大的电压时，就会发生跨步电压触电.</w:t>
      </w:r>
      <w:r>
        <w:rPr>
          <w:lang w:eastAsia="zh-CN"/>
        </w:rPr>
        <w:br/>
      </w:r>
      <w:r>
        <w:rPr>
          <w:lang w:eastAsia="zh-CN"/>
        </w:rPr>
        <w:t>　　高压触电的危险比220伏电压的触电更危险，所以看到“高压危险”的标志时，一定不能靠近它.室</w:t>
      </w:r>
      <w:r>
        <w:rPr>
          <w:lang w:eastAsia="zh-CN"/>
        </w:rPr>
        <w:br/>
      </w:r>
      <w:r>
        <w:rPr>
          <w:lang w:eastAsia="zh-CN"/>
        </w:rPr>
        <w:t>　　外天线必须远离高压线，不能在高压线附近放风筝、捉蜻蜓、爬电杆等等.</w:t>
      </w:r>
      <w:r>
        <w:rPr>
          <w:lang w:eastAsia="zh-CN"/>
        </w:rPr>
        <w:br/>
      </w:r>
      <w:r>
        <w:rPr>
          <w:lang w:eastAsia="zh-CN"/>
        </w:rPr>
        <w:t>　　(三)发生触电事故后的措施</w:t>
      </w:r>
      <w:r>
        <w:rPr>
          <w:lang w:eastAsia="zh-CN"/>
        </w:rPr>
        <w:br/>
      </w:r>
      <w:r>
        <w:rPr>
          <w:lang w:eastAsia="zh-CN"/>
        </w:rPr>
        <w:t>　　(1)如果发现有人触电了，下列哪些措施是正确的?</w:t>
      </w:r>
      <w:r>
        <w:rPr>
          <w:lang w:eastAsia="zh-CN"/>
        </w:rPr>
        <w:br/>
      </w:r>
      <w:r>
        <w:rPr>
          <w:lang w:eastAsia="zh-CN"/>
        </w:rPr>
        <w:t>　　a.迅速用手拉触电人，使他离开电线.</w:t>
      </w:r>
      <w:r>
        <w:rPr>
          <w:lang w:eastAsia="zh-CN"/>
        </w:rPr>
        <w:br/>
      </w:r>
      <w:r>
        <w:rPr>
          <w:lang w:eastAsia="zh-CN"/>
        </w:rPr>
        <w:t>　　b.用铁棒把人和电源分开.</w:t>
      </w:r>
      <w:r>
        <w:rPr>
          <w:lang w:eastAsia="zh-CN"/>
        </w:rPr>
        <w:br/>
      </w:r>
      <w:r>
        <w:rPr>
          <w:lang w:eastAsia="zh-CN"/>
        </w:rPr>
        <w:t>　　c.用干燥的木棒将人和电源分开.</w:t>
      </w:r>
      <w:r>
        <w:rPr>
          <w:lang w:eastAsia="zh-CN"/>
        </w:rPr>
        <w:br/>
      </w:r>
      <w:r>
        <w:rPr>
          <w:lang w:eastAsia="zh-CN"/>
        </w:rPr>
        <w:t>　　d.迅速拉开电闸、切断电源.</w:t>
      </w:r>
      <w:r>
        <w:rPr>
          <w:lang w:eastAsia="zh-CN"/>
        </w:rPr>
        <w:br/>
      </w:r>
      <w:r>
        <w:rPr>
          <w:lang w:eastAsia="zh-CN"/>
        </w:rPr>
        <w:t>　　e、将触电人转移到空气流通的地方。</w:t>
      </w:r>
      <w:r>
        <w:rPr>
          <w:lang w:eastAsia="zh-CN"/>
        </w:rPr>
        <w:br/>
      </w:r>
      <w:r>
        <w:rPr>
          <w:lang w:eastAsia="zh-CN"/>
        </w:rPr>
        <w:t>　　f、若停止呼吸，立即进行人工氧合。</w:t>
      </w:r>
      <w:r>
        <w:rPr>
          <w:lang w:eastAsia="zh-CN"/>
        </w:rPr>
        <w:br/>
      </w:r>
      <w:r>
        <w:rPr>
          <w:lang w:eastAsia="zh-CN"/>
        </w:rPr>
        <w:t>　　通过讨论要学生明确：处理触电事故的原则是尽快使触电人脱离电源，而避免在处理事故时，不使其他人再触电，所以a.b两项是绝对错误的.</w:t>
      </w:r>
      <w:r>
        <w:rPr>
          <w:lang w:eastAsia="zh-CN"/>
        </w:rPr>
        <w:br/>
      </w:r>
      <w:r>
        <w:rPr>
          <w:lang w:eastAsia="zh-CN"/>
        </w:rPr>
        <w:t>　　2.如因电线短路而失火，能否立即用水去灭火?为什么?</w:t>
      </w:r>
      <w:r>
        <w:rPr>
          <w:lang w:eastAsia="zh-CN"/>
        </w:rPr>
        <w:br/>
      </w:r>
      <w:r>
        <w:rPr>
          <w:lang w:eastAsia="zh-CN"/>
        </w:rPr>
        <w:t>　　要学生明确：不能，因水可导电，会加重灾情.必须迅速切断电源，用砂土、灭火器扑灭火焰.</w:t>
      </w:r>
      <w:r>
        <w:rPr>
          <w:lang w:eastAsia="zh-CN"/>
        </w:rPr>
        <w:br/>
      </w:r>
      <w:r>
        <w:rPr>
          <w:lang w:eastAsia="zh-CN"/>
        </w:rPr>
        <w:t>　　(四)安全用电原则</w:t>
      </w:r>
      <w:r>
        <w:rPr>
          <w:lang w:eastAsia="zh-CN"/>
        </w:rPr>
        <w:br/>
      </w:r>
      <w:r>
        <w:rPr>
          <w:lang w:eastAsia="zh-CN"/>
        </w:rPr>
        <w:t>　　电器设备安装要符合技术要求.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不接触高于36v的带电体.</w:t>
      </w:r>
      <w:r>
        <w:rPr>
          <w:lang w:eastAsia="zh-CN"/>
        </w:rPr>
        <w:br/>
      </w:r>
      <w:r>
        <w:rPr>
          <w:lang w:eastAsia="zh-CN"/>
        </w:rPr>
        <w:t>　　不靠近高压带电体.</w:t>
      </w:r>
      <w:r>
        <w:rPr>
          <w:lang w:eastAsia="zh-CN"/>
        </w:rPr>
        <w:br/>
      </w:r>
      <w:r>
        <w:rPr>
          <w:lang w:eastAsia="zh-CN"/>
        </w:rPr>
        <w:t>　　不弄湿用电器.</w:t>
      </w:r>
      <w:r>
        <w:rPr>
          <w:lang w:eastAsia="zh-CN"/>
        </w:rPr>
        <w:br/>
      </w:r>
      <w:r>
        <w:rPr>
          <w:lang w:eastAsia="zh-CN"/>
        </w:rPr>
        <w:t>　　不损坏电器设备中的绝缘体.</w:t>
      </w:r>
      <w:r>
        <w:rPr>
          <w:lang w:eastAsia="zh-CN"/>
        </w:rPr>
        <w:br/>
      </w:r>
      <w:r>
        <w:rPr>
          <w:lang w:eastAsia="zh-CN"/>
        </w:rPr>
        <w:t>　　注意事项：同学们我们怎样才能做到不出任何触电事故呢?</w:t>
      </w:r>
      <w:r>
        <w:rPr>
          <w:lang w:eastAsia="zh-CN"/>
        </w:rPr>
        <w:br/>
      </w:r>
      <w:r>
        <w:rPr>
          <w:lang w:eastAsia="zh-CN"/>
        </w:rPr>
        <w:t>　　1、不要私自乱接电线，已经布置好的电路不要随意改动。</w:t>
      </w:r>
      <w:r>
        <w:rPr>
          <w:lang w:eastAsia="zh-CN"/>
        </w:rPr>
        <w:br/>
      </w:r>
      <w:r>
        <w:rPr>
          <w:lang w:eastAsia="zh-CN"/>
        </w:rPr>
        <w:t>　　2、不要不懂装懂。要动改线路，要弄清电路的前提下，切断电源，近规定操作。</w:t>
      </w:r>
      <w:r>
        <w:rPr>
          <w:lang w:eastAsia="zh-CN"/>
        </w:rPr>
        <w:br/>
      </w:r>
      <w:r>
        <w:rPr>
          <w:lang w:eastAsia="zh-CN"/>
        </w:rPr>
        <w:t>　　3、不要随意插上电气，对于陈旧的电气设备，要进行检查，防止导线霉烂和老鼠咬破导线造成漏电。</w:t>
      </w:r>
      <w:r>
        <w:rPr>
          <w:lang w:eastAsia="zh-CN"/>
        </w:rPr>
        <w:br/>
      </w:r>
      <w:r>
        <w:rPr>
          <w:lang w:eastAsia="zh-CN"/>
        </w:rPr>
        <w:t>　　4、不要用手去接触电线，防止电线一旦有电而造成触电。</w:t>
      </w:r>
      <w:r>
        <w:rPr>
          <w:lang w:eastAsia="zh-CN"/>
        </w:rPr>
        <w:br/>
      </w:r>
      <w:r>
        <w:rPr>
          <w:lang w:eastAsia="zh-CN"/>
        </w:rPr>
        <w:t>　　5、不要湿手去抚摸带电的设备，凡是需要擦的电气最好干擦干洗，凡是被雨水打湿的电气一定要用红外灯光烤干或烘干，也可以用电吹风吹干。</w:t>
      </w:r>
      <w:r>
        <w:rPr>
          <w:lang w:eastAsia="zh-CN"/>
        </w:rPr>
        <w:br/>
      </w:r>
      <w:r>
        <w:rPr>
          <w:lang w:eastAsia="zh-CN"/>
        </w:rPr>
        <w:t>　　6、不要盲目使用家用电器，凡是在使用前必须读懂说明书。</w:t>
      </w:r>
      <w:r>
        <w:rPr>
          <w:lang w:eastAsia="zh-CN"/>
        </w:rPr>
        <w:br/>
      </w:r>
      <w:r>
        <w:rPr>
          <w:lang w:eastAsia="zh-CN"/>
        </w:rPr>
        <w:t>　　7、不要将电器插上而不管，要做到人走电关。</w:t>
      </w:r>
      <w:r>
        <w:rPr>
          <w:lang w:eastAsia="zh-CN"/>
        </w:rPr>
        <w:br/>
      </w:r>
      <w:r>
        <w:rPr>
          <w:lang w:eastAsia="zh-CN"/>
        </w:rPr>
        <w:t>　　8、不要随意触摸插上电的电器，要拔弄带电电器，务必先用手背碰一下。</w:t>
      </w:r>
      <w:r>
        <w:rPr>
          <w:lang w:eastAsia="zh-CN"/>
        </w:rPr>
        <w:br/>
      </w:r>
      <w:r>
        <w:rPr>
          <w:lang w:eastAsia="zh-CN"/>
        </w:rPr>
        <w:t>　　为了安全起见，我们使用各种电器均得在安全操作规程下进行操作。</w:t>
      </w:r>
      <w:r>
        <w:rPr>
          <w:lang w:eastAsia="zh-CN"/>
        </w:rPr>
        <w:br/>
      </w:r>
      <w:r>
        <w:rPr>
          <w:lang w:eastAsia="zh-CN"/>
        </w:rPr>
        <w:t>　　同学们，今天我们的课就暂时讲到这里，希望同学们多多加强学习，注意用电安全。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小结</w:t>
      </w:r>
      <w:r>
        <w:rPr>
          <w:lang w:eastAsia="zh-CN"/>
        </w:rPr>
        <w:br/>
      </w:r>
      <w:r>
        <w:rPr>
          <w:lang w:eastAsia="zh-CN"/>
        </w:rPr>
        <w:t>　　只要我们处处小心，注意安全，掌握自救、自护的知识，锻炼自己自护自救的能力，机智勇敢的处理遇到的各种异常的情况或危险，就能快乐安心的学习生活。</w:t>
      </w:r>
      <w:r>
        <w:rPr>
          <w:lang w:eastAsia="zh-CN"/>
        </w:rPr>
        <w:br/>
      </w:r>
      <w:r>
        <w:rPr>
          <w:lang w:eastAsia="zh-CN"/>
        </w:rPr>
        <w:t xml:space="preserve">    安全教育学生表现总结 篇12 </w:t>
      </w:r>
      <w:r>
        <w:rPr>
          <w:lang w:eastAsia="zh-CN"/>
        </w:rPr>
        <w:br/>
      </w:r>
      <w:r>
        <w:rPr>
          <w:lang w:eastAsia="zh-CN"/>
        </w:rPr>
        <w:t>　　为贯彻落实“加强防灾减灾，加强避险意识”，我园开展了疏散演练活动，还开展了几项安全教育活动，现汇报如下：</w:t>
      </w:r>
      <w:r>
        <w:rPr>
          <w:lang w:eastAsia="zh-CN"/>
        </w:rPr>
        <w:br/>
      </w:r>
      <w:r>
        <w:rPr>
          <w:lang w:eastAsia="zh-CN"/>
        </w:rPr>
        <w:t>　　1、组织开展逃生避险疏散学习</w:t>
      </w:r>
      <w:r>
        <w:rPr>
          <w:lang w:eastAsia="zh-CN"/>
        </w:rPr>
        <w:br/>
      </w:r>
      <w:r>
        <w:rPr>
          <w:lang w:eastAsia="zh-CN"/>
        </w:rPr>
        <w:t>　　3月28日，全园组织开展了逃生避险疏散演习活动，目前，这种疏散演习已成为我园的常规常态活动，全园8个班级都很明确的知道自己所走的路线和在院内所站的位置。</w:t>
      </w:r>
      <w:r>
        <w:rPr>
          <w:lang w:eastAsia="zh-CN"/>
        </w:rPr>
        <w:br/>
      </w:r>
      <w:r>
        <w:rPr>
          <w:lang w:eastAsia="zh-CN"/>
        </w:rPr>
        <w:t>　　2、对幼儿进行简单的安全教育</w:t>
      </w:r>
      <w:r>
        <w:rPr>
          <w:lang w:eastAsia="zh-CN"/>
        </w:rPr>
        <w:br/>
      </w:r>
      <w:r>
        <w:rPr>
          <w:lang w:eastAsia="zh-CN"/>
        </w:rPr>
        <w:t>　　幼儿园孩子各种能力差，我们老师针对幼儿的年龄特点和实际情况，各班利用游戏活动对幼儿进行了简单的安全教育，教育幼儿不要玩火、玩电、不玩锋利尖锐的小东西、不跟陌生人走等，教师们利用不同的形式对幼儿进行了自我保护能力的教育。</w:t>
      </w:r>
      <w:r>
        <w:rPr>
          <w:lang w:eastAsia="zh-CN"/>
        </w:rPr>
        <w:br/>
      </w:r>
      <w:r>
        <w:rPr>
          <w:lang w:eastAsia="zh-CN"/>
        </w:rPr>
        <w:t>　　3、从常规入手，抓安全教育</w:t>
      </w:r>
      <w:r>
        <w:rPr>
          <w:lang w:eastAsia="zh-CN"/>
        </w:rPr>
        <w:br/>
      </w:r>
      <w:r>
        <w:rPr>
          <w:lang w:eastAsia="zh-CN"/>
        </w:rPr>
        <w:t>　　每个教师都明确自己的安全职责，今年我们将抓常规教育，从安全工作中的几个重要环节入手，避免幼儿摔伤、划伤、走失等安全事故，时刻把幼儿的安全放在第一位。</w:t>
      </w:r>
      <w:r>
        <w:rPr>
          <w:lang w:eastAsia="zh-CN"/>
        </w:rPr>
        <w:br/>
      </w:r>
      <w:r>
        <w:rPr>
          <w:lang w:eastAsia="zh-CN"/>
        </w:rPr>
        <w:t>　　4、加强宣传活动，提高安全防范意识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各个班利用家教园地，在宣传栏内张贴各种安全方面小常识，提高幼儿及家长的安全防范意识和自护自救能力。</w:t>
      </w:r>
      <w:r>
        <w:rPr>
          <w:lang w:eastAsia="zh-CN"/>
        </w:rPr>
        <w:br/>
      </w:r>
      <w:r>
        <w:rPr>
          <w:lang w:eastAsia="zh-CN"/>
        </w:rPr>
        <w:t>　　安全教育日过去了，但安全工作将贯穿于我们日后的日常工作中，因为我们意识到安全是一项重中之重的工作，应常抓不懈，让师生安安全全每一天！</w:t>
      </w:r>
      <w:r>
        <w:rPr>
          <w:lang w:eastAsia="zh-CN"/>
        </w:rPr>
        <w:br/>
      </w:r>
      <w:r>
        <w:rPr>
          <w:lang w:eastAsia="zh-CN"/>
        </w:rPr>
        <w:t xml:space="preserve">    安全教育学生表现总结 篇13 </w:t>
      </w:r>
      <w:r>
        <w:rPr>
          <w:lang w:eastAsia="zh-CN"/>
        </w:rPr>
        <w:br/>
      </w:r>
      <w:r>
        <w:rPr>
          <w:lang w:eastAsia="zh-CN"/>
        </w:rPr>
        <w:t>　　在各级党委政府的领导下，为确保“校园安全无事故、在校师生零伤亡”，我镇积极行动。提前部署，全方位、多层次、多形式、多渠道、扎实有效地开展防溺水工作：</w:t>
      </w:r>
      <w:r>
        <w:rPr>
          <w:lang w:eastAsia="zh-CN"/>
        </w:rPr>
        <w:br/>
      </w:r>
      <w:r>
        <w:rPr>
          <w:lang w:eastAsia="zh-CN"/>
        </w:rPr>
        <w:t>　　一、高度重视，及早预防</w:t>
      </w:r>
      <w:r>
        <w:rPr>
          <w:lang w:eastAsia="zh-CN"/>
        </w:rPr>
        <w:br/>
      </w:r>
      <w:r>
        <w:rPr>
          <w:lang w:eastAsia="zh-CN"/>
        </w:rPr>
        <w:t>　　镇党委、政府根据我镇地处库区，矿坑、河沟众多的特点，及时召开了防溺水工作动员会议，层层宣传发动，层层签定了防溺水工作责任书;主要领导亲自抓落实，对危险水域进行了逐一摸排登记，镇政府花费近10000元统一制作、设立危险水域警示标牌，落实了危险水域的看护人和责任人。开展了防溺水工作的宣传，悬挂过街横幅，张贴、书写宣传标语。镇还先后2次出动防溺水专用宣传车，大力营造防溺水的浓厚氛围。</w:t>
      </w:r>
      <w:r>
        <w:rPr>
          <w:lang w:eastAsia="zh-CN"/>
        </w:rPr>
        <w:br/>
      </w:r>
      <w:r>
        <w:rPr>
          <w:lang w:eastAsia="zh-CN"/>
        </w:rPr>
        <w:t>　　镇教委高度重视防溺水工作。成立了以教委副主任为组长校园长为组员的防溺水工作领导组，及时组织召开了全镇中小学幼儿园安全暨防溺水工作会议，镇教委多次转发或印发了防溺水工作的重要文件，组织防溺水专项检查督查共达12次，有力地促进了各项防范措施的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全镇中小学幼儿园根据市防溺水工作方案以及省市要求，认真开展宣传教育活动。特别是暑假前后，中小学幼儿园再次掀起了防溺水宣传高潮，各校纷纷</w:t>
      </w:r>
      <w:r>
        <w:rPr>
          <w:lang w:eastAsia="zh-CN"/>
        </w:rPr>
        <w:br/>
      </w:r>
      <w:r>
        <w:rPr>
          <w:lang w:eastAsia="zh-CN"/>
        </w:rPr>
        <w:t>　　再次召开学生家长会，再致学生家长或监护人一封信，与家长签定防溺水教育监管责任书，要求家长或监护人履行监管责任并作出监管承诺，同时根据自然村庄将学生编成假期互帮互学监督小组。与镇政府、村委会一道认真落实暑期安全对接工作，组织教师开展了暑期大家访活动。不少学校与所在村组干部一道开展家访活动等，大家访既拉近了学校与家庭的距离，更密切了教师与家长的感情。</w:t>
      </w:r>
      <w:r>
        <w:rPr>
          <w:lang w:eastAsia="zh-CN"/>
        </w:rPr>
        <w:br/>
      </w:r>
      <w:r>
        <w:rPr>
          <w:lang w:eastAsia="zh-CN"/>
        </w:rPr>
        <w:t>　　二、落实责任，加大宣传</w:t>
      </w:r>
      <w:r>
        <w:rPr>
          <w:lang w:eastAsia="zh-CN"/>
        </w:rPr>
        <w:br/>
      </w:r>
      <w:r>
        <w:rPr>
          <w:lang w:eastAsia="zh-CN"/>
        </w:rPr>
        <w:t>　　各学校(园)将防溺水教育职责和任务要求落实到学校各管理部门、班主任和学科教师，有责任分工，有任务要求;教师要将防溺水教育覆盖到每一位学生，有教育计划，有教育记录，有学生反馈;学校要将防溺水教育家访工作覆盖到每一位学生家长，落实家长家庭教育和校外监护责任，特别是落实在节假日期间等脱离学校和老师监管的时段，对学生进行教育与监管的责任，切实履行监护人的责任，且做到有家访宣传、联系记录，有家长反馈资料。</w:t>
      </w:r>
      <w:r>
        <w:rPr>
          <w:lang w:eastAsia="zh-CN"/>
        </w:rPr>
        <w:br/>
      </w:r>
      <w:r>
        <w:rPr>
          <w:lang w:eastAsia="zh-CN"/>
        </w:rPr>
        <w:t>　　各学校(园)要积极协调有关部门，通过电视、广播、报纸、网络等媒体，加强社会宣传。充分发挥学校共青团、少先队组织作用，组织义务教育宣传队，开展防溺水工作社会宣传，将预防溺水宣传材料发放到每个社区、每个村(居)庄，积极营造全社会人人讲安全、人人关心学生安全和齐抓共管学生安全的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围。据不完全统计，全镇所有中小学幼儿园都上了3—4堂防溺水安全专题教育课，分班级组织学生收看防溺水专题视频。所有学校开展预防溺水手抄报比赛和预防溺水知识竞赛。全镇先后2次举办学生防溺水签名宣誓活动达20场次，召开家长会达11场次，3次统一印发致家长一封信9000多封，悬挂宣传挂图110幅，悬挂宣传横幅、宣传标语近60条。教师上门家访、电话家访覆盖率达到100%，发送安全短信约3000多条，开展防溺水检查督促共9次。编发防溺水工作通报3次。</w:t>
      </w:r>
      <w:r>
        <w:rPr>
          <w:lang w:eastAsia="zh-CN"/>
        </w:rPr>
        <w:br/>
      </w:r>
      <w:r>
        <w:rPr>
          <w:lang w:eastAsia="zh-CN"/>
        </w:rPr>
        <w:t>　　三、健全机制，全面监管</w:t>
      </w:r>
      <w:r>
        <w:rPr>
          <w:lang w:eastAsia="zh-CN"/>
        </w:rPr>
        <w:br/>
      </w:r>
      <w:r>
        <w:rPr>
          <w:lang w:eastAsia="zh-CN"/>
        </w:rPr>
        <w:t>　　(一)建立健全信息通报预警机制。学校(园)要利用网络、手机信息等媒介建立高温天气和预防溺水通报预警制度，及时向教师、学生、家长通报警示。</w:t>
      </w:r>
      <w:r>
        <w:rPr>
          <w:lang w:eastAsia="zh-CN"/>
        </w:rPr>
        <w:br/>
      </w:r>
      <w:r>
        <w:rPr>
          <w:lang w:eastAsia="zh-CN"/>
        </w:rPr>
        <w:t>　　(二)建立健全学生安全信息通报机制。各校各班加强管理，严格纪律，要认真落实课堂点名制度和因故缺勤学生的情况查询工作。对于学生缺勤原因不清的，班主任及相关教师一定在第一时间联系家长查明原因;对于缺勤原因特殊的，一定向学校领导汇报。要加强学生外出管理，严格学生请假制度，明确外出事由、地点和返校时间，并及时与家长沟通对接。实行外出请假和销假制度，做好缺课学生登记和家长联系工作。加强中午午休时段以及寄宿生晚间在校时段的管理，防止学生到危险水域嬉水或游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三)建立学校周边协作联动机制。一要加强水域排查。协调有关部门、村委会、学校等单位进一步加强对有安全隐患的水域开展排查，并绘制成图。在河边、湖边、水塘边等有安全隐患的水域设立安全警示牌，并建立巡查监督制度;二要加强安全巡查。学校安排教师领导加强与村委会的联系，动员有责任心的同志组成巡查队或担任义务安全监督管理员和安全巡视员，在上放学等重点时段和重点地段开展安全巡视工作，严防学生溺水等事故发生;三加强了对农村留守儿童的爱心监护。组织有爱心、有热情、有能力的学校教职员工与农村留守儿童开展结对帮扶行动，使农村留守儿童在家也能得到有效监管。</w:t>
      </w:r>
      <w:r>
        <w:rPr>
          <w:lang w:eastAsia="zh-CN"/>
        </w:rPr>
        <w:br/>
      </w:r>
      <w:r>
        <w:rPr>
          <w:lang w:eastAsia="zh-CN"/>
        </w:rPr>
        <w:t>　　(四)利用媒体及时利用“典型案例”，建立原因调查研判机制。对每一起学生溺水事故，学校都加强调查研究，分析事故原因，查找薄弱环节，总结经验教训，改进工作措施，提高预防效果。</w:t>
      </w:r>
      <w:r>
        <w:rPr>
          <w:lang w:eastAsia="zh-CN"/>
        </w:rPr>
        <w:br/>
      </w:r>
      <w:r>
        <w:rPr>
          <w:lang w:eastAsia="zh-CN"/>
        </w:rPr>
        <w:t>　　(五)建立预防学生溺水事故的工作责任追究机制。对工作责任未落实、教育监管不到位导致学生发生溺水事故的，将追究相关人员责任，并与学校安全工作考核相挂钩。</w:t>
      </w:r>
      <w:r>
        <w:rPr>
          <w:lang w:eastAsia="zh-CN"/>
        </w:rPr>
        <w:br/>
      </w:r>
      <w:r>
        <w:rPr>
          <w:lang w:eastAsia="zh-CN"/>
        </w:rPr>
        <w:t>　　四、开展教育，强化措施</w:t>
      </w:r>
      <w:r>
        <w:rPr>
          <w:lang w:eastAsia="zh-CN"/>
        </w:rPr>
        <w:br/>
      </w:r>
      <w:r>
        <w:rPr>
          <w:lang w:eastAsia="zh-CN"/>
        </w:rPr>
        <w:t>　　安全教育“每周一主题、每天一提醒、每月一警示”的工作要求，各学校(园)在防溺水教育全面开展“六个一”宣传教育活动。</w:t>
      </w:r>
      <w:r>
        <w:rPr>
          <w:lang w:eastAsia="zh-CN"/>
        </w:rPr>
        <w:br/>
      </w:r>
      <w:r>
        <w:rPr>
          <w:lang w:eastAsia="zh-CN"/>
        </w:rPr>
        <w:t xml:space="preserve">    安全教育学生表现总结 篇14 </w:t>
      </w:r>
      <w:r>
        <w:rPr>
          <w:lang w:eastAsia="zh-CN"/>
        </w:rPr>
        <w:br/>
      </w:r>
      <w:r>
        <w:rPr>
          <w:lang w:eastAsia="zh-CN"/>
        </w:rPr>
        <w:t>　　为加强学生寒假安全教育，使广大学生树立安全意识，让学生过上一个安全有意义的寒假生活。20__年12月21日，学校安全工作领导小组对全校进行了一次全面彻底的安全隐患排查，同时也通过主题班会等形式对学生进行了假期安全教育。现将具体开展情况报告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一、安全排查</w:t>
      </w:r>
      <w:r>
        <w:rPr>
          <w:lang w:eastAsia="zh-CN"/>
        </w:rPr>
        <w:br/>
      </w:r>
      <w:r>
        <w:rPr>
          <w:lang w:eastAsia="zh-CN"/>
        </w:rPr>
        <w:t>　　1、查校舍安全。对校舍情况进行逐一排查。</w:t>
      </w:r>
      <w:r>
        <w:rPr>
          <w:lang w:eastAsia="zh-CN"/>
        </w:rPr>
        <w:br/>
      </w:r>
      <w:r>
        <w:rPr>
          <w:lang w:eastAsia="zh-CN"/>
        </w:rPr>
        <w:t>　　2、查内保工作。重点检查学校各重要科室负责人是否对校园内部安全保卫工作认真负责，对学校内部各个岗位的安全责任制、保卫值班和巡逻制是否落实到位。严把人员进出口关，防范和避免侵害小学生的事件发生。</w:t>
      </w:r>
      <w:r>
        <w:rPr>
          <w:lang w:eastAsia="zh-CN"/>
        </w:rPr>
        <w:br/>
      </w:r>
      <w:r>
        <w:rPr>
          <w:lang w:eastAsia="zh-CN"/>
        </w:rPr>
        <w:t>　　3、查消防安全。重点检查消防安全责任制是否落实，消防通道是否安全、畅通，设施是否齐全等情况；对校园内电网、水管、电讯等基础设施进行逐一排查。检查师生是否有违章使用电器；学校学生集中上下楼时，有无专人负责疏散和指挥机制。对达不到消防要求的校舍，必须停止使用，限期整改。</w:t>
      </w:r>
      <w:r>
        <w:rPr>
          <w:lang w:eastAsia="zh-CN"/>
        </w:rPr>
        <w:br/>
      </w:r>
      <w:r>
        <w:rPr>
          <w:lang w:eastAsia="zh-CN"/>
        </w:rPr>
        <w:t>　　4、查交通安全。检查学生上学、放学路上是否有违反交通安全行为。检查学生是否有在河边玩耍、行走等行为。组织全体老师在学生上下学途中对学生途中安全情况进行检查。</w:t>
      </w:r>
      <w:r>
        <w:rPr>
          <w:lang w:eastAsia="zh-CN"/>
        </w:rPr>
        <w:br/>
      </w:r>
      <w:r>
        <w:rPr>
          <w:lang w:eastAsia="zh-CN"/>
        </w:rPr>
        <w:t>　　5、我校与每一位教师签订了《禁止假期办班和搞有偿家教责任书》，校内不存在违规补课现象。</w:t>
      </w:r>
      <w:r>
        <w:rPr>
          <w:lang w:eastAsia="zh-CN"/>
        </w:rPr>
        <w:br/>
      </w:r>
      <w:r>
        <w:rPr>
          <w:lang w:eastAsia="zh-CN"/>
        </w:rPr>
        <w:t>　　6、我校制定了严格的寒假值班护校制度和严肃的安全事故追究制度,各组值日领导，值班教师，门卫是安全事故第一责任人，学校领导不定期抽查，要求全校教职工通讯工具保持24小时畅通。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7、学校成立了应对突发事件的应急队伍，分工明确，责任到人，并制定了外出请假制度，要求全校教职工通讯工具保持24小时畅通，调整好自己的精神状态，一旦发生洪涝、地震等自然灾害，要做到召之即来，来之能战。</w:t>
      </w:r>
      <w:r>
        <w:rPr>
          <w:lang w:eastAsia="zh-CN"/>
        </w:rPr>
        <w:br/>
      </w:r>
      <w:r>
        <w:rPr>
          <w:lang w:eastAsia="zh-CN"/>
        </w:rPr>
        <w:t>　　二、整改措施</w:t>
      </w:r>
      <w:r>
        <w:rPr>
          <w:lang w:eastAsia="zh-CN"/>
        </w:rPr>
        <w:br/>
      </w:r>
      <w:r>
        <w:rPr>
          <w:lang w:eastAsia="zh-CN"/>
        </w:rPr>
        <w:t>　　1、加强安全教育。有针对性地对学生开展安全教育。特别是加强学生应对燃放烟花爆竹等突发事件的应急训练和安全教育。</w:t>
      </w:r>
      <w:r>
        <w:rPr>
          <w:lang w:eastAsia="zh-CN"/>
        </w:rPr>
        <w:br/>
      </w:r>
      <w:r>
        <w:rPr>
          <w:lang w:eastAsia="zh-CN"/>
        </w:rPr>
        <w:t>　　2、落实责任制度。校长与各科室，各班主任与学生之间，都层层签定安全责任状，使学校安全责任制得到落实。</w:t>
      </w:r>
      <w:r>
        <w:rPr>
          <w:lang w:eastAsia="zh-CN"/>
        </w:rPr>
        <w:br/>
      </w:r>
      <w:r>
        <w:rPr>
          <w:lang w:eastAsia="zh-CN"/>
        </w:rPr>
        <w:t>　　3、排查安全隐患。通过检查共发现安全隐患2处，将马上整改。</w:t>
      </w:r>
      <w:r>
        <w:rPr>
          <w:lang w:eastAsia="zh-CN"/>
        </w:rPr>
        <w:br/>
      </w:r>
      <w:r>
        <w:rPr>
          <w:lang w:eastAsia="zh-CN"/>
        </w:rPr>
        <w:t>　　（1）宿舍的灭火器数量不够，近日已全部更新完毕。</w:t>
      </w:r>
      <w:r>
        <w:rPr>
          <w:lang w:eastAsia="zh-CN"/>
        </w:rPr>
        <w:br/>
      </w:r>
      <w:r>
        <w:rPr>
          <w:lang w:eastAsia="zh-CN"/>
        </w:rPr>
        <w:t>　　（2）部分围栏有损坏，不能起到对外来可疑人员的阻拦作用，将在教师离校之前加固加高。</w:t>
      </w:r>
      <w:r>
        <w:rPr>
          <w:lang w:eastAsia="zh-CN"/>
        </w:rPr>
        <w:br/>
      </w:r>
      <w:r>
        <w:rPr>
          <w:lang w:eastAsia="zh-CN"/>
        </w:rPr>
        <w:t>　　三、在教育活动中</w:t>
      </w:r>
      <w:r>
        <w:rPr>
          <w:lang w:eastAsia="zh-CN"/>
        </w:rPr>
        <w:br/>
      </w:r>
      <w:r>
        <w:rPr>
          <w:lang w:eastAsia="zh-CN"/>
        </w:rPr>
        <w:t>　　班主任老师组织学生利用校园网观看了安全教育纪录片。记录片的主要内容有：</w:t>
      </w:r>
      <w:r>
        <w:rPr>
          <w:lang w:eastAsia="zh-CN"/>
        </w:rPr>
        <w:br/>
      </w:r>
      <w:r>
        <w:rPr>
          <w:lang w:eastAsia="zh-CN"/>
        </w:rPr>
        <w:t>　　1、要注意用电安全、防火安全。遵守社会公德，争当文明小市民。</w:t>
      </w:r>
      <w:r>
        <w:rPr>
          <w:lang w:eastAsia="zh-CN"/>
        </w:rPr>
        <w:br/>
      </w:r>
      <w:r>
        <w:rPr>
          <w:lang w:eastAsia="zh-CN"/>
        </w:rPr>
        <w:t>　　2、要注意饮食卫生安全。不吃不洁食物，不吃来历不明的可疑食物，不吃没有健康保障的食品，以防食物中毒事故的发生。</w:t>
      </w:r>
      <w:r>
        <w:rPr>
          <w:lang w:eastAsia="zh-CN"/>
        </w:rPr>
        <w:br/>
      </w:r>
      <w:r>
        <w:rPr>
          <w:lang w:eastAsia="zh-CN"/>
        </w:rPr>
        <w:t>　　3、要注意交通安全。要求同学们自觉遵守交通规则，注意交通安全，离校返校及外出活动不要在马路上游玩嬉戏，横穿马路上游玩嬉戏，横穿马路不闯红灯，过交叉路口等要注意过往车辆，靠右行走，不骑英雄车等，禁止乘坐无证照车辆、违章车辆，避免交通事故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4、要注意活动安全。要求同学节假日尽量不外出，若有外出，要有家长带领，并要切实注意游玩安全。</w:t>
      </w:r>
      <w:r>
        <w:rPr>
          <w:lang w:eastAsia="zh-CN"/>
        </w:rPr>
        <w:br/>
      </w:r>
      <w:r>
        <w:rPr>
          <w:lang w:eastAsia="zh-CN"/>
        </w:rPr>
        <w:t>　　5、不燃放烟花爆竹，如在家长陪同下燃放，千万不要扔进下水道，容易引起爆炸。</w:t>
      </w:r>
      <w:r>
        <w:rPr>
          <w:lang w:eastAsia="zh-CN"/>
        </w:rPr>
        <w:br/>
      </w:r>
      <w:r>
        <w:rPr>
          <w:lang w:eastAsia="zh-CN"/>
        </w:rPr>
        <w:t>　　通过以上教育活动，和一桩桩事例，使学生们深刻认识到，寒假安全教育的重要性，同学们纷纷表示，要以自己的实际行动，增强自己的安全防范意识，全面提高自身思想通体水平和科学文化水平，过一个“安全、健康、有益、充实、愉快”的寒假。</w:t>
      </w:r>
      <w:r>
        <w:rPr>
          <w:lang w:eastAsia="zh-CN"/>
        </w:rPr>
        <w:br/>
      </w:r>
      <w:r>
        <w:rPr>
          <w:lang w:eastAsia="zh-CN"/>
        </w:rPr>
        <w:t xml:space="preserve">    安全教育学生表现总结 篇15 </w:t>
      </w:r>
      <w:r>
        <w:rPr>
          <w:lang w:eastAsia="zh-CN"/>
        </w:rPr>
        <w:br/>
      </w:r>
      <w:r>
        <w:rPr>
          <w:lang w:eastAsia="zh-CN"/>
        </w:rPr>
        <w:t>　　今年3月29日，市第__个“全国中小学生安全教育日”。为了贯彻执行教育部办公厅关于“加强疏散演练确保学生平安”，我校针对此项工作采取一系列措施并组织实施。现汇报如下：</w:t>
      </w:r>
      <w:r>
        <w:rPr>
          <w:lang w:eastAsia="zh-CN"/>
        </w:rPr>
        <w:br/>
      </w:r>
      <w:r>
        <w:rPr>
          <w:lang w:eastAsia="zh-CN"/>
        </w:rPr>
        <w:t>　　一、 学习与宣传相结合</w:t>
      </w:r>
      <w:r>
        <w:rPr>
          <w:lang w:eastAsia="zh-CN"/>
        </w:rPr>
        <w:br/>
      </w:r>
      <w:r>
        <w:rPr>
          <w:lang w:eastAsia="zh-CN"/>
        </w:rPr>
        <w:t>　　1.学习安全知识。我校一贯非常重视校园的安全教育，经常组织全校师生</w:t>
      </w:r>
      <w:r>
        <w:rPr>
          <w:lang w:eastAsia="zh-CN"/>
        </w:rPr>
        <w:br/>
      </w:r>
      <w:r>
        <w:rPr>
          <w:lang w:eastAsia="zh-CN"/>
        </w:rPr>
        <w:t>　　认真学习有关安全文件尤其是南平实小发生恶性惨案，不得不引起校级领导的高度重视。尤校长带头组织全体教师学习教育部、省、市有关文件，尤其是宣读了南平实小发生恶性惨案事件和最近发生的几起安全事故，提高全体教师的安全意识，牢固树立人人都是安全教育者和安全第一的理念，人人讲安全、事事讲安全。</w:t>
      </w:r>
      <w:r>
        <w:rPr>
          <w:lang w:eastAsia="zh-CN"/>
        </w:rPr>
        <w:br/>
      </w:r>
    </w:p>
    <w:p w:rsidR="001B1F19" w14:textId="27C3F48A">
      <w:pPr>
        <w:rPr>
          <w:rFonts w:hint="eastAsia"/>
          <w:lang w:eastAsia="zh-CN"/>
        </w:rPr>
      </w:pPr>
      <w:r>
        <w:rPr>
          <w:lang w:eastAsia="zh-CN"/>
        </w:rPr>
        <w:t>　　2.宣传安全知识。为了进步确保师生的安全，开学第二周，我校重新修订了安全疏散演练的方案并拟定了《厦门实验小学地震、防空、消防、防恐等突发事件师生紧急疏散预案》并组织全体老师学习，明确自身的岗位和责任。</w:t>
      </w:r>
      <w:r>
        <w:rPr>
          <w:lang w:eastAsia="zh-CN"/>
        </w:rPr>
        <w:br/>
      </w:r>
      <w:r>
        <w:rPr>
          <w:lang w:eastAsia="zh-CN"/>
        </w:rPr>
        <w:t>　　3.营造安全氛围。我校不仅做到安全学习与宣传相结合。同时好要求每班出一期有关安全的板报，积极营造安全的氛围，通过形式多样、内容丰富的板报，让学生身临其境感受安全的重要性。同时在学校的门口和庭院张贴标语：“加强安全疏散演练，确保学生安全”、“增强安全意识，提高避险自护能力”等标语悬挂在学校的庭院和校园的门口，以警示全校师生和家长，共同营造人人讲安全、事事讲安全的氛围，大家齐抓共管，坚持不懈做好安全工作。</w:t>
      </w:r>
      <w:r>
        <w:rPr>
          <w:lang w:eastAsia="zh-CN"/>
        </w:rPr>
        <w:br/>
      </w:r>
      <w:r>
        <w:rPr>
          <w:lang w:eastAsia="zh-CN"/>
        </w:rPr>
        <w:t>　　二、 分工明确进行安全大排查</w:t>
      </w:r>
      <w:r>
        <w:rPr>
          <w:lang w:eastAsia="zh-CN"/>
        </w:rPr>
        <w:br/>
      </w:r>
      <w:r>
        <w:rPr>
          <w:lang w:eastAsia="zh-CN"/>
        </w:rPr>
        <w:t>　　确保校园教育教学环境和周边环境的安全是学校的责任和义务。3月24日进行，我校安全保卫干部精心安排和组织由校级领导分工负责、各部门主任亲自检查的地毯式的安全大排查。此次检查的涉及面广、项目繁多，涉及教室、专用教室、运动器械、儿童乐园、周边的店面等进行安全大检查。并针对检查中暴露的问题进行整改和维修。学校各项安全工作涉及到全体师生的生命和财产安全，务必认真负责，考虑周全，一点都不能马虎。</w:t>
      </w:r>
      <w:r>
        <w:rPr>
          <w:lang w:eastAsia="zh-CN"/>
        </w:rPr>
        <w:br/>
      </w:r>
      <w:r>
        <w:rPr>
          <w:lang w:eastAsia="zh-CN"/>
        </w:rPr>
        <w:t>　　三、 制定确实可行的“安全教育周”方案</w:t>
      </w:r>
      <w:r>
        <w:rPr>
          <w:lang w:eastAsia="zh-CN"/>
        </w:rPr>
        <w:br/>
      </w:r>
      <w:r>
        <w:rPr>
          <w:lang w:eastAsia="zh-CN"/>
        </w:rPr>
        <w:t>　　1.国旗下讲安全。3月29日是市第十五个“全国中小学生安全教育日”。</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https://d.book118.com/736240050214010050</w:t>
        </w:r>
      </w:hyperlink>
    </w:p>
    <w:p w:rsidR="001B1F19">
      <w:pPr>
        <w:rPr>
          <w:rFonts w:hint="eastAsia"/>
          <w:lang w:eastAsia="zh-CN"/>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624005021401005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