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关于新学期学习计划范文锦集（32篇）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关于新学期学习计划范文锦集（精选32篇）</w:t>
      </w:r>
      <w:r>
        <w:rPr>
          <w:lang w:eastAsia="zh-CN"/>
        </w:rPr>
        <w:br/>
      </w:r>
      <w:r>
        <w:rPr>
          <w:lang w:eastAsia="zh-CN"/>
        </w:rPr>
        <w:t xml:space="preserve">    关于新学期学习计划范文锦集 篇1 </w:t>
      </w:r>
      <w:r>
        <w:rPr>
          <w:lang w:eastAsia="zh-CN"/>
        </w:rPr>
        <w:br/>
      </w:r>
      <w:r>
        <w:rPr>
          <w:lang w:eastAsia="zh-CN"/>
        </w:rPr>
        <w:t>　　送走了兔年迎来了兔年，咱们又迎来了新的一学期。对于六年级的我来说，这一学期将是我在小学阶段中最紧张而又忙碌的一学期。因为度过了这一学期，我将告别我的小学生活，开始我中学阶段的生活。所以咱们更应该好好珍惜这段宝贵的时光充实自己。大家知道，没有学习和生活的目标，就没有追求，所以，我相信大家在学期的开始也都满怀憧憬地在作好新学期的计划。我也不例外，下面我简单说说我的想法！</w:t>
      </w:r>
      <w:r>
        <w:rPr>
          <w:lang w:eastAsia="zh-CN"/>
        </w:rPr>
        <w:br/>
      </w:r>
      <w:r>
        <w:rPr>
          <w:lang w:eastAsia="zh-CN"/>
        </w:rPr>
        <w:t>　　先谈谈学习方面吧！</w:t>
      </w:r>
      <w:r>
        <w:rPr>
          <w:lang w:eastAsia="zh-CN"/>
        </w:rPr>
        <w:br/>
      </w:r>
      <w:r>
        <w:rPr>
          <w:lang w:eastAsia="zh-CN"/>
        </w:rPr>
        <w:t>　　在语文的学习上，不仅要学好课本知识，还要增加课外阅读量，学习好的写作方法以及好的词组、句子，提高自己的写作水平。在数学方面，我要做到：课前认真预习，课堂上认真听讲，课后认真复习。熟练掌握课本知识，另外还需要做一些课外练习，例如与课本知识有关的灵活题目、有难度的题目等等，奥数也应当坚持学习！英语是我的强项，主要是多读、多听，在课堂上要有做笔记的好习惯，以便课后复习。为提高自己的听力，还要花一定的时间听一听课外读物。</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要想自己能够全面发展，那么所有科目都应该认真学，锻炼好体质，多出去走走，看看展览，掌握好社会及自然知识，扩大知识面，提高自己的综合素质。</w:t>
      </w:r>
      <w:r>
        <w:rPr>
          <w:lang w:eastAsia="zh-CN"/>
        </w:rPr>
        <w:br/>
      </w:r>
      <w:r>
        <w:rPr>
          <w:lang w:eastAsia="zh-CN"/>
        </w:rPr>
        <w:t>　　再来谈谈参加集体活动的方面吧。</w:t>
      </w:r>
      <w:r>
        <w:rPr>
          <w:lang w:eastAsia="zh-CN"/>
        </w:rPr>
        <w:br/>
      </w:r>
      <w:r>
        <w:rPr>
          <w:lang w:eastAsia="zh-CN"/>
        </w:rPr>
        <w:t>　　正因为学习比较紧张，所以更应该注意张弛结合。在学习之余，我也要积极参加学校及班级组织的各项集体活动。我准备参加手拉手互助活动，以彼之长，补己之短。与同学互相帮助，共同进步。作为一个班干部，我会组织一些有意义的活动，学文明、讲礼貌、保护环境等辩论知识竞赛。让咱们从小塑造一个良好的品德，让班级体充满活力，创造良好的班风。</w:t>
      </w:r>
      <w:r>
        <w:rPr>
          <w:lang w:eastAsia="zh-CN"/>
        </w:rPr>
        <w:br/>
      </w:r>
      <w:r>
        <w:rPr>
          <w:lang w:eastAsia="zh-CN"/>
        </w:rPr>
        <w:t>　　书山有路勤为径，学海无涯苦作舟。让咱们共同探索未知世界，向着自己的目标，奋力前进！</w:t>
      </w:r>
      <w:r>
        <w:rPr>
          <w:lang w:eastAsia="zh-CN"/>
        </w:rPr>
        <w:br/>
      </w:r>
      <w:r>
        <w:rPr>
          <w:lang w:eastAsia="zh-CN"/>
        </w:rPr>
        <w:t xml:space="preserve">    关于新学期学习计划范文锦集 篇2 </w:t>
      </w:r>
      <w:r>
        <w:rPr>
          <w:lang w:eastAsia="zh-CN"/>
        </w:rPr>
        <w:br/>
      </w:r>
      <w:r>
        <w:rPr>
          <w:lang w:eastAsia="zh-CN"/>
        </w:rPr>
        <w:t>　　新学期开始了，我对自己的计划如下：</w:t>
      </w:r>
      <w:r>
        <w:rPr>
          <w:lang w:eastAsia="zh-CN"/>
        </w:rPr>
        <w:br/>
      </w:r>
      <w:r>
        <w:rPr>
          <w:lang w:eastAsia="zh-CN"/>
        </w:rPr>
        <w:t>　　1。上课时我希望自己胆子大一些，积极发言；</w:t>
      </w:r>
      <w:r>
        <w:rPr>
          <w:lang w:eastAsia="zh-CN"/>
        </w:rPr>
        <w:br/>
      </w:r>
      <w:r>
        <w:rPr>
          <w:lang w:eastAsia="zh-CN"/>
        </w:rPr>
        <w:t>　　2。放学回家，希望自己能认真完成作业，并能认真自检；</w:t>
      </w:r>
      <w:r>
        <w:rPr>
          <w:lang w:eastAsia="zh-CN"/>
        </w:rPr>
        <w:br/>
      </w:r>
      <w:r>
        <w:rPr>
          <w:lang w:eastAsia="zh-CN"/>
        </w:rPr>
        <w:t>　　3。新学期，我再也不打游戏了，因为长时间打游戏我的视力已经很差了，我希望我的眼睛视力能恢复，我的身体棒棒的；</w:t>
      </w:r>
      <w:r>
        <w:rPr>
          <w:lang w:eastAsia="zh-CN"/>
        </w:rPr>
        <w:br/>
      </w:r>
      <w:r>
        <w:rPr>
          <w:lang w:eastAsia="zh-CN"/>
        </w:rPr>
        <w:t>　　4。我希望经过努力，我能取得好成绩。</w:t>
      </w:r>
      <w:r>
        <w:rPr>
          <w:lang w:eastAsia="zh-CN"/>
        </w:rPr>
        <w:br/>
      </w:r>
      <w:r>
        <w:rPr>
          <w:lang w:eastAsia="zh-CN"/>
        </w:rPr>
        <w:t>　　转眼间，一个快乐的暑假过去了，我们再次回到了学校，开始了我们的三年级的学习生活，这个学期我给自己制定了一个新的计划：</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1、每天早晨，我要早早的来到学校，完成老师早晨的作业。</w:t>
      </w:r>
      <w:r>
        <w:rPr>
          <w:lang w:eastAsia="zh-CN"/>
        </w:rPr>
        <w:br/>
      </w:r>
      <w:r>
        <w:rPr>
          <w:lang w:eastAsia="zh-CN"/>
        </w:rPr>
        <w:t>　　2、上课时认真听讲、力争把老师当堂课讲的知识全部弄懂、学会，并虚心向老师、同学请教。</w:t>
      </w:r>
      <w:r>
        <w:rPr>
          <w:lang w:eastAsia="zh-CN"/>
        </w:rPr>
        <w:br/>
      </w:r>
      <w:r>
        <w:rPr>
          <w:lang w:eastAsia="zh-CN"/>
        </w:rPr>
        <w:t>　　3、认真完成好老师布置的课堂作业、课后作业和家庭作业。</w:t>
      </w:r>
      <w:r>
        <w:rPr>
          <w:lang w:eastAsia="zh-CN"/>
        </w:rPr>
        <w:br/>
      </w:r>
      <w:r>
        <w:rPr>
          <w:lang w:eastAsia="zh-CN"/>
        </w:rPr>
        <w:t>　　4、回家后，认真预习功课，把不懂的问题记录下来，第二天上学把问题下课问同学。</w:t>
      </w:r>
      <w:r>
        <w:rPr>
          <w:lang w:eastAsia="zh-CN"/>
        </w:rPr>
        <w:br/>
      </w:r>
      <w:r>
        <w:rPr>
          <w:lang w:eastAsia="zh-CN"/>
        </w:rPr>
        <w:t>　　5、讲文明、懂礼貌，团结友爱，热爱劳动，关心集体。</w:t>
      </w:r>
      <w:r>
        <w:rPr>
          <w:lang w:eastAsia="zh-CN"/>
        </w:rPr>
        <w:br/>
      </w:r>
      <w:r>
        <w:rPr>
          <w:lang w:eastAsia="zh-CN"/>
        </w:rPr>
        <w:t>　　6、我要每天早睡早起，讲卫生爱干净，自己的事情自己做。</w:t>
      </w:r>
      <w:r>
        <w:rPr>
          <w:lang w:eastAsia="zh-CN"/>
        </w:rPr>
        <w:br/>
      </w:r>
      <w:r>
        <w:rPr>
          <w:lang w:eastAsia="zh-CN"/>
        </w:rPr>
        <w:t>　　7、每天坚持体育锻炼，积极参加学校的体育活动。</w:t>
      </w:r>
      <w:r>
        <w:rPr>
          <w:lang w:eastAsia="zh-CN"/>
        </w:rPr>
        <w:br/>
      </w:r>
      <w:r>
        <w:rPr>
          <w:lang w:eastAsia="zh-CN"/>
        </w:rPr>
        <w:t>　　8、每天学习完成后自己准备第二天的学习用品。以上就是我的新学期的.新计划，请老师和爸爸妈妈放心，我会争取做一名德智体全面发展的好孩子。</w:t>
      </w:r>
      <w:r>
        <w:rPr>
          <w:lang w:eastAsia="zh-CN"/>
        </w:rPr>
        <w:br/>
      </w:r>
      <w:r>
        <w:rPr>
          <w:lang w:eastAsia="zh-CN"/>
        </w:rPr>
        <w:t xml:space="preserve">    关于新学期学习计划范文锦集 篇3 </w:t>
      </w:r>
      <w:r>
        <w:rPr>
          <w:lang w:eastAsia="zh-CN"/>
        </w:rPr>
        <w:br/>
      </w:r>
      <w:r>
        <w:rPr>
          <w:lang w:eastAsia="zh-CN"/>
        </w:rPr>
        <w:t>　　快乐的假期转眼间过去了，我已经到了六年级了，我们要用什么来迎接这充满希望，充满理想的新的一学期呢？理所当然是一个好的学习态度和令人满意的学习成绩。良好的开端预示着成功。</w:t>
      </w:r>
      <w:r>
        <w:rPr>
          <w:lang w:eastAsia="zh-CN"/>
        </w:rPr>
        <w:br/>
      </w:r>
      <w:r>
        <w:rPr>
          <w:lang w:eastAsia="zh-CN"/>
        </w:rPr>
        <w:t>　　在新学期里，我更应该努力学习，端正学习态度，明确学习目标，制定一个合理的，严格要求自己的学习计划。在学校和家里我要努力做到以下几点：</w:t>
      </w:r>
      <w:r>
        <w:rPr>
          <w:lang w:eastAsia="zh-CN"/>
        </w:rPr>
        <w:br/>
      </w:r>
      <w:r>
        <w:rPr>
          <w:lang w:eastAsia="zh-CN"/>
        </w:rPr>
        <w:t>　　一、上课时要认真听讲，积极举手发言，不做小动作。有不懂的问题要及时向老师和同学请教。</w:t>
      </w:r>
      <w:r>
        <w:rPr>
          <w:lang w:eastAsia="zh-CN"/>
        </w:rPr>
        <w:br/>
      </w:r>
      <w:r>
        <w:rPr>
          <w:lang w:eastAsia="zh-CN"/>
        </w:rPr>
        <w:t>　　二、回家后，要认真完成老师布置的各项作业，做到字迹工整。</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三、认真做好预习和复习，预习时要把不懂的地方做上记号。</w:t>
      </w:r>
      <w:r>
        <w:rPr>
          <w:lang w:eastAsia="zh-CN"/>
        </w:rPr>
        <w:br/>
      </w:r>
      <w:r>
        <w:rPr>
          <w:lang w:eastAsia="zh-CN"/>
        </w:rPr>
        <w:t>　　四、根据不同的学科的特点，制定出不同的计划。</w:t>
      </w:r>
      <w:r>
        <w:rPr>
          <w:lang w:eastAsia="zh-CN"/>
        </w:rPr>
        <w:br/>
      </w:r>
      <w:r>
        <w:rPr>
          <w:lang w:eastAsia="zh-CN"/>
        </w:rPr>
        <w:t>　　1、熟练地掌握语文课本上的知识。</w:t>
      </w:r>
      <w:r>
        <w:rPr>
          <w:lang w:eastAsia="zh-CN"/>
        </w:rPr>
        <w:br/>
      </w:r>
      <w:r>
        <w:rPr>
          <w:lang w:eastAsia="zh-CN"/>
        </w:rPr>
        <w:t>　　2、提高自己分析问题和解决问题的能力，每天学了在课堂上学了哪些知识后，回家再做一篇数学题。</w:t>
      </w:r>
      <w:r>
        <w:rPr>
          <w:lang w:eastAsia="zh-CN"/>
        </w:rPr>
        <w:br/>
      </w:r>
      <w:r>
        <w:rPr>
          <w:lang w:eastAsia="zh-CN"/>
        </w:rPr>
        <w:t>　　3、提高自己英语听、读、说、写的能力，每天坚持听英语磁带半小时。</w:t>
      </w:r>
      <w:r>
        <w:rPr>
          <w:lang w:eastAsia="zh-CN"/>
        </w:rPr>
        <w:br/>
      </w:r>
      <w:r>
        <w:rPr>
          <w:lang w:eastAsia="zh-CN"/>
        </w:rPr>
        <w:t>　　4、每天坚持描摹字帖一页，让自己练成一手好字。</w:t>
      </w:r>
      <w:r>
        <w:rPr>
          <w:lang w:eastAsia="zh-CN"/>
        </w:rPr>
        <w:br/>
      </w:r>
      <w:r>
        <w:rPr>
          <w:lang w:eastAsia="zh-CN"/>
        </w:rPr>
        <w:t>　　5、积累一些好词佳句，把它记录下来，以便提高自己的写作水平。以上是我的学习计划，我将严格地按照我的学习计划去实施，我想通过我的努力，一定能够取得更好的`成绩。</w:t>
      </w:r>
      <w:r>
        <w:rPr>
          <w:lang w:eastAsia="zh-CN"/>
        </w:rPr>
        <w:br/>
      </w:r>
      <w:r>
        <w:rPr>
          <w:lang w:eastAsia="zh-CN"/>
        </w:rPr>
        <w:t xml:space="preserve">    关于新学期学习计划范文锦集 篇4 </w:t>
      </w:r>
      <w:r>
        <w:rPr>
          <w:lang w:eastAsia="zh-CN"/>
        </w:rPr>
        <w:br/>
      </w:r>
      <w:r>
        <w:rPr>
          <w:lang w:eastAsia="zh-CN"/>
        </w:rPr>
        <w:t>　　这个学期我又踏入了一个新得教室，我得年龄又长了一岁，我步入小学最后得一个阶段——六年级。</w:t>
      </w:r>
      <w:r>
        <w:rPr>
          <w:lang w:eastAsia="zh-CN"/>
        </w:rPr>
        <w:br/>
      </w:r>
      <w:r>
        <w:rPr>
          <w:lang w:eastAsia="zh-CN"/>
        </w:rPr>
        <w:t>　　这个学期我对自己又有了新得要求。我对自己得要求如下：</w:t>
      </w:r>
      <w:r>
        <w:rPr>
          <w:lang w:eastAsia="zh-CN"/>
        </w:rPr>
        <w:br/>
      </w:r>
      <w:r>
        <w:rPr>
          <w:lang w:eastAsia="zh-CN"/>
        </w:rPr>
        <w:t>　　一、在新学期继续努力学习，将自己得成绩进一步提高。</w:t>
      </w:r>
      <w:r>
        <w:rPr>
          <w:lang w:eastAsia="zh-CN"/>
        </w:rPr>
        <w:br/>
      </w:r>
      <w:r>
        <w:rPr>
          <w:lang w:eastAsia="zh-CN"/>
        </w:rPr>
        <w:t>　　二、在新环境下、在新老师得教导中将自己得不足尽全力改正。</w:t>
      </w:r>
      <w:r>
        <w:rPr>
          <w:lang w:eastAsia="zh-CN"/>
        </w:rPr>
        <w:br/>
      </w:r>
      <w:r>
        <w:rPr>
          <w:lang w:eastAsia="zh-CN"/>
        </w:rPr>
        <w:t>　　三、在学校组织得活动中积极参加。</w:t>
      </w:r>
      <w:r>
        <w:rPr>
          <w:lang w:eastAsia="zh-CN"/>
        </w:rPr>
        <w:br/>
      </w:r>
      <w:r>
        <w:rPr>
          <w:lang w:eastAsia="zh-CN"/>
        </w:rPr>
        <w:t>　　四、在劳动中积极参与，与同学一起将教室打扫干净。</w:t>
      </w:r>
      <w:r>
        <w:rPr>
          <w:lang w:eastAsia="zh-CN"/>
        </w:rPr>
        <w:br/>
      </w:r>
      <w:r>
        <w:rPr>
          <w:lang w:eastAsia="zh-CN"/>
        </w:rPr>
        <w:t>　　五、与新同学和睦相处，积极帮助新同学。</w:t>
      </w:r>
      <w:r>
        <w:rPr>
          <w:lang w:eastAsia="zh-CN"/>
        </w:rPr>
        <w:br/>
      </w:r>
      <w:r>
        <w:rPr>
          <w:lang w:eastAsia="zh-CN"/>
        </w:rPr>
        <w:t>　　六、令自己全面发展，当一个全面发展得人。</w:t>
      </w:r>
      <w:r>
        <w:rPr>
          <w:lang w:eastAsia="zh-CN"/>
        </w:rPr>
        <w:br/>
      </w:r>
      <w:r>
        <w:rPr>
          <w:lang w:eastAsia="zh-CN"/>
        </w:rPr>
        <w:t>　　七、将自己得弱项得成绩提升。</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八、 继续保证自己得成绩不后退。希望我在新学期中有不错得成绩，加油吧</w:t>
      </w:r>
      <w:r>
        <w:rPr>
          <w:lang w:eastAsia="zh-CN"/>
        </w:rPr>
        <w:br/>
      </w:r>
      <w:r>
        <w:rPr>
          <w:lang w:eastAsia="zh-CN"/>
        </w:rPr>
        <w:t xml:space="preserve">    关于新学期学习计划范文锦集 篇5 </w:t>
      </w:r>
      <w:r>
        <w:rPr>
          <w:lang w:eastAsia="zh-CN"/>
        </w:rPr>
        <w:br/>
      </w:r>
      <w:r>
        <w:rPr>
          <w:lang w:eastAsia="zh-CN"/>
        </w:rPr>
        <w:t>　　新的一学期又开始了，这是初二年最紧张的一学期了。</w:t>
      </w:r>
      <w:r>
        <w:rPr>
          <w:lang w:eastAsia="zh-CN"/>
        </w:rPr>
        <w:br/>
      </w:r>
      <w:r>
        <w:rPr>
          <w:lang w:eastAsia="zh-CN"/>
        </w:rPr>
        <w:t>　　学习量增大了，作业也增大了，当然同学们也要更加努力了。这学期我决定当一名优秀的地理科代表，一来可以让我有一个锻炼的好机会，二来我可以提高我学习的积极性。 再者就是学习了。这学期的我一定要力争上游，努力学习，认真听课，细心作业，节约时间，进</w:t>
      </w:r>
      <w:r>
        <w:rPr>
          <w:lang w:eastAsia="zh-CN"/>
        </w:rPr>
        <w:br/>
      </w:r>
      <w:r>
        <w:rPr>
          <w:lang w:eastAsia="zh-CN"/>
        </w:rPr>
        <w:t>　　步进步再进步，让自己的每一天都很充实，都很精彩，都很有收获。</w:t>
      </w:r>
      <w:r>
        <w:rPr>
          <w:lang w:eastAsia="zh-CN"/>
        </w:rPr>
        <w:br/>
      </w:r>
      <w:r>
        <w:rPr>
          <w:lang w:eastAsia="zh-CN"/>
        </w:rPr>
        <w:t>　　当然，学习不单是课本上的，还要多多进行课外阅读才是。在这一学期，我会吸取教训，多读一些课外书，在学习的同时，也学会做人，出事，陶冶自己的性情，让自己德，智，体，美，劳，全面发展。</w:t>
      </w:r>
      <w:r>
        <w:rPr>
          <w:lang w:eastAsia="zh-CN"/>
        </w:rPr>
        <w:br/>
      </w:r>
      <w:r>
        <w:rPr>
          <w:lang w:eastAsia="zh-CN"/>
        </w:rPr>
        <w:t>　　接下来就是最薄弱体育了。仰卧起坐一直是我的克星，这学期我一定要征服它，并战胜它，让自己的体育成绩由少到多，由好到坏。</w:t>
      </w:r>
      <w:r>
        <w:rPr>
          <w:lang w:eastAsia="zh-CN"/>
        </w:rPr>
        <w:br/>
      </w:r>
      <w:r>
        <w:rPr>
          <w:lang w:eastAsia="zh-CN"/>
        </w:rPr>
        <w:t xml:space="preserve">    关于新学期学习计划范文锦集 篇6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新的一个学期又开始了，时间过的很快，转眼间，我已经不如大三的下学期了。在这近是年的时间里，我们班的同学一起努力，取得了不错的成绩，班级同学彼此间的感情也不断加深。作为新一任班长，我决心尽我的力量为同学们服务。特制定了以下大学新学期班级</w:t>
      </w:r>
      <w:r>
        <w:rPr>
          <w:lang w:eastAsia="zh-CN"/>
        </w:rPr>
        <w:t xml:space="preserve"> 工作计划</w:t>
      </w:r>
      <w:r>
        <w:rPr>
          <w:lang w:eastAsia="zh-CN"/>
        </w:rPr>
        <w:t xml:space="preserve"> ，相信我会做得更好。</w:t>
      </w:r>
      <w:r>
        <w:rPr>
          <w:lang w:eastAsia="zh-CN"/>
        </w:rPr>
        <w:br/>
      </w:r>
      <w:r>
        <w:rPr>
          <w:lang w:eastAsia="zh-CN"/>
        </w:rPr>
        <w:t>　　在一个班级中，如果全班同学都拧成一股绳，劲往一处使，那么没有什么事情是不能办到的。同时，在这样的氛围中，也将更容易调动大家的学习积极性以及积极参与社会活动的热情。</w:t>
      </w:r>
      <w:r>
        <w:rPr>
          <w:lang w:eastAsia="zh-CN"/>
        </w:rPr>
        <w:br/>
      </w:r>
      <w:r>
        <w:rPr>
          <w:lang w:eastAsia="zh-CN"/>
        </w:rPr>
        <w:t>　　鉴于此，我认为班级工作应从集体凝聚力中入手。这一问题解决了，其他问题也将迎刃而解。所以，我这学期的工作目标是以下3点：</w:t>
      </w:r>
      <w:r>
        <w:rPr>
          <w:lang w:eastAsia="zh-CN"/>
        </w:rPr>
        <w:br/>
      </w:r>
      <w:r>
        <w:rPr>
          <w:lang w:eastAsia="zh-CN"/>
        </w:rPr>
        <w:t>　　1、增强同学们的集体荣誉感、增强集体凝聚力。</w:t>
      </w:r>
      <w:r>
        <w:rPr>
          <w:lang w:eastAsia="zh-CN"/>
        </w:rPr>
        <w:br/>
      </w:r>
      <w:r>
        <w:rPr>
          <w:lang w:eastAsia="zh-CN"/>
        </w:rPr>
        <w:t>　　2、学生以学为本，力求班级整体成绩更上一层楼;同时丰富课余文化生活。</w:t>
      </w:r>
      <w:r>
        <w:rPr>
          <w:lang w:eastAsia="zh-CN"/>
        </w:rPr>
        <w:br/>
      </w:r>
      <w:r>
        <w:rPr>
          <w:lang w:eastAsia="zh-CN"/>
        </w:rPr>
        <w:t>　　3、在上一届班委工作基础之上，树立班级形象、争创院级、校级先进班级</w:t>
      </w:r>
      <w:r>
        <w:rPr>
          <w:lang w:eastAsia="zh-CN"/>
        </w:rPr>
        <w:br/>
      </w:r>
      <w:r>
        <w:rPr>
          <w:lang w:eastAsia="zh-CN"/>
        </w:rPr>
        <w:t>　　具体的工作计划 ：</w:t>
      </w:r>
      <w:r>
        <w:rPr>
          <w:lang w:eastAsia="zh-CN"/>
        </w:rPr>
        <w:br/>
      </w:r>
      <w:r>
        <w:rPr>
          <w:lang w:eastAsia="zh-CN"/>
        </w:rPr>
        <w:t>　　1、 积极开展文体活动。在本学期开展一至二次文体活动，比如说羽毛球比赛、男女混合的篮球比赛等，还有，在期中组织一次集体出游，以此达到增强同学间感情及锻炼身体的目的。</w:t>
      </w:r>
      <w:r>
        <w:rPr>
          <w:lang w:eastAsia="zh-CN"/>
        </w:rPr>
        <w:br/>
      </w:r>
      <w:r>
        <w:rPr>
          <w:lang w:eastAsia="zh-CN"/>
        </w:rPr>
        <w:t>　　2、 发挥班级集体的温暖，向每一位需要帮助的班级成员伸出最无私的援助之手。计划与青年志愿队联系，参与一次大型的公益活动，如慰问老人院等。</w:t>
      </w:r>
      <w:r>
        <w:rPr>
          <w:lang w:eastAsia="zh-CN"/>
        </w:rPr>
        <w:br/>
      </w:r>
      <w:r>
        <w:rPr>
          <w:lang w:eastAsia="zh-CN"/>
        </w:rPr>
        <w:t>　　3、</w:t>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xml:space="preserve"> 实行班务公开。设立班务公开日(一月一次)，是班级事务更加公开化、透明化，使班级里的同学人人都可以参与到集体事务中来。同时，广泛采纳同学们对班级事务的意见，集思广益，争取使班级工作更上一层楼。</w:t>
      </w:r>
      <w:r>
        <w:rPr>
          <w:lang w:eastAsia="zh-CN"/>
        </w:rPr>
        <w:br/>
      </w:r>
      <w:r>
        <w:rPr>
          <w:lang w:eastAsia="zh-CN"/>
        </w:rPr>
        <w:t>　　4、 建立学习互助对子。让学习成绩较为落后的同学得到及时的帮助，同时也能培养同学们的互助精神，增强同学间的友谊。建立互助对子以自愿为原则，形成互助对子后通知班级便可，并根据两人的学期期末成绩在其综合测评中做适当加分。</w:t>
      </w:r>
      <w:r>
        <w:rPr>
          <w:lang w:eastAsia="zh-CN"/>
        </w:rPr>
        <w:br/>
      </w:r>
      <w:r>
        <w:rPr>
          <w:lang w:eastAsia="zh-CN"/>
        </w:rPr>
        <w:t>　　5、 在已建立班级群的基础上，创建班级校友录或主页，在网络上展现班级的风采。班级校友录或主页也可以作为同学们心与心交流的无限空间，让大家更好地溶入到班级体这个大家庭中。还可以建设成为宣传班级形象的阵地，提高班级影响力，方便今后组织交流及活动通知，并有利于先进班级的评定。还要建立个人档案、 个人简介 ，向来访者展示水政班每位同学的独特魅力。可能的话，还将成为日后用人单位认识本班同学的窗口。</w:t>
      </w:r>
      <w:r>
        <w:rPr>
          <w:lang w:eastAsia="zh-CN"/>
        </w:rPr>
        <w:br/>
      </w:r>
      <w:r>
        <w:rPr>
          <w:lang w:eastAsia="zh-CN"/>
        </w:rPr>
        <w:t>　　6、 在工作方面，班长、团支书及副班长、副团支书既要分工明确又要相互配合，坚持每周开班委会，针对班内出现的新问题制定新的对策。班委会由班长或团支书主持召开，应积极准备，保证开会效率。另外，对于班会负责人要做好纪录，以便开展工作。</w:t>
      </w:r>
      <w:r>
        <w:rPr>
          <w:lang w:eastAsia="zh-CN"/>
        </w:rPr>
        <w:br/>
      </w:r>
      <w:r>
        <w:rPr>
          <w:lang w:eastAsia="zh-CN"/>
        </w:rPr>
        <w:t>　　以上就是我作为新一任班长在新学期 工作计划 。总而言之，在这个学期，我要好好工作，努力为同学们服务，使同学们更加团结、友爱，使我们的班级更加优秀。</w:t>
      </w:r>
      <w:r>
        <w:rPr>
          <w:lang w:eastAsia="zh-CN"/>
        </w:rPr>
        <w:br/>
      </w:r>
      <w:r>
        <w:rPr>
          <w:lang w:eastAsia="zh-CN"/>
        </w:rPr>
        <w:t xml:space="preserve">    关于新学期学习计划范文锦集 篇7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我的学习生活就好比是一本厚厚的书，小学的五年学习生活已经过去了，即将翻开的是崭新的第六页。</w:t>
      </w:r>
      <w:r>
        <w:rPr>
          <w:lang w:eastAsia="zh-CN"/>
        </w:rPr>
        <w:br/>
      </w:r>
      <w:r>
        <w:rPr>
          <w:lang w:eastAsia="zh-CN"/>
        </w:rPr>
        <w:t>　　新学期，新面孔，新老师，也有着我对新学期的新奇和期待，俗话说“万事开头难”，但我相信，只要有一个好的开始，以后“成功”就会向你招手。</w:t>
      </w:r>
      <w:r>
        <w:rPr>
          <w:lang w:eastAsia="zh-CN"/>
        </w:rPr>
        <w:br/>
      </w:r>
      <w:r>
        <w:rPr>
          <w:lang w:eastAsia="zh-CN"/>
        </w:rPr>
        <w:t>　　我的新学校是“萧红中学”，我的新班级是初一。十一班，我的新老师是徐尧老师，我很清楚的记得徐老师说过一句话：“你们的过去我来不及参与，你的未来四年我奉陪到底”。徐老师对我们说的这句话让我知道学校和班级就像是一个大家庭，在未来的四年中无论春夏秋冬，无论酷暑严寒老师都会和我们在一起。</w:t>
      </w:r>
      <w:r>
        <w:rPr>
          <w:lang w:eastAsia="zh-CN"/>
        </w:rPr>
        <w:br/>
      </w:r>
      <w:r>
        <w:rPr>
          <w:lang w:eastAsia="zh-CN"/>
        </w:rPr>
        <w:t>　　“善问慎思，尚勤求精”这八个大字就挂在我们班的黑板上方，做为萧红中学的一名新学生，我要领悟到这八个大字的深刻涵意，时刻提醒自己勤于思考，踏踏实实，只有做到这一点才能成为一名合格的萧红人。我将努力学习，努力去做好每一件事，成熟的思考问题，因为我成为一名中学生了，我将越过小学时的天真和幼稚，重新登上更高的一级台阶，“书山有路勤为径，学海无涯苦作舟”初中的学习生活是我迈向更高学府中的一条必经之路，只要勤奋刻苦，天天向上，才能争取到我想要的好结果。</w:t>
      </w:r>
      <w:r>
        <w:rPr>
          <w:lang w:eastAsia="zh-CN"/>
        </w:rPr>
        <w:br/>
      </w:r>
      <w:r>
        <w:rPr>
          <w:lang w:eastAsia="zh-CN"/>
        </w:rPr>
        <w:t>　　新一学期中有许多学科，其中地理和生物，对我来说又陌生又新奇，但我一定抱以最好，最积极的心态去学习，虽然我的语文和英语成绩不错，但我不会骄傲，只会更加努力的学习。对于数学这一门科目，虽然我不是最好，但我一定会努力达到最好，人超越不了别人，但却可以超越自己，我要和自己赛跑。</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业精于勤荒于嬉，行成于思毁于随”，这是我的座右铭，勤奋而专精，善于思考，决不能玩乐而荒废学业，每当我学习时想到这句话，我就会抱以良好的心态去学习。我那崭新的第六页，我一定让它是多姿多彩，硕果累累，朝气蓬勃的第六页而决不是碌碌无为，虚度年华的第六页，在新学期中努力学习，争取给学校，老师，家长和我自己交一份满意的答卷！</w:t>
      </w:r>
      <w:r>
        <w:rPr>
          <w:lang w:eastAsia="zh-CN"/>
        </w:rPr>
        <w:br/>
      </w:r>
      <w:r>
        <w:rPr>
          <w:lang w:eastAsia="zh-CN"/>
        </w:rPr>
        <w:t xml:space="preserve">    关于新学期学习计划范文锦集 篇8 </w:t>
      </w:r>
      <w:r>
        <w:rPr>
          <w:lang w:eastAsia="zh-CN"/>
        </w:rPr>
        <w:br/>
      </w:r>
      <w:r>
        <w:rPr>
          <w:lang w:eastAsia="zh-CN"/>
        </w:rPr>
        <w:t>　　开学第一天，一进学校，看到洁净如新的校园，看到崭新的桌椅，和蔼可亲的老师，我暗暗下定决心，要发奋学习，考上理想的中学。</w:t>
      </w:r>
      <w:r>
        <w:rPr>
          <w:lang w:eastAsia="zh-CN"/>
        </w:rPr>
        <w:br/>
      </w:r>
      <w:r>
        <w:rPr>
          <w:lang w:eastAsia="zh-CN"/>
        </w:rPr>
        <w:t>　　俗话说：“逆水行舟，不进则退。”这句话说得不错。今后，我一定要做到以下几点：</w:t>
      </w:r>
      <w:r>
        <w:rPr>
          <w:lang w:eastAsia="zh-CN"/>
        </w:rPr>
        <w:br/>
      </w:r>
      <w:r>
        <w:rPr>
          <w:lang w:eastAsia="zh-CN"/>
        </w:rPr>
        <w:t>　　一、做好“三定”。一定学习目标，语文97分，数学100分，英语98分以上;二定竞赛对手，树立我要超越对手的信念;三定帮扶对象，做好老师的助手，辅导好下层生，努力提高我们班的整体质量。</w:t>
      </w:r>
      <w:r>
        <w:rPr>
          <w:lang w:eastAsia="zh-CN"/>
        </w:rPr>
        <w:br/>
      </w:r>
      <w:r>
        <w:rPr>
          <w:lang w:eastAsia="zh-CN"/>
        </w:rPr>
        <w:t>　　二、课前做好预习，找出疑难，不能解决的问题在堂上多留意老师的讲解，并能做到“不耻下问。”</w:t>
      </w:r>
      <w:r>
        <w:rPr>
          <w:lang w:eastAsia="zh-CN"/>
        </w:rPr>
        <w:br/>
      </w:r>
      <w:r>
        <w:rPr>
          <w:lang w:eastAsia="zh-CN"/>
        </w:rPr>
        <w:t>　　三、课时专心听讲，认真做好笔记，积极发言，力争堂上知识堂上过关。</w:t>
      </w:r>
      <w:r>
        <w:rPr>
          <w:lang w:eastAsia="zh-CN"/>
        </w:rPr>
        <w:br/>
      </w:r>
      <w:r>
        <w:rPr>
          <w:lang w:eastAsia="zh-CN"/>
        </w:rPr>
        <w:t>　　四、课后认真完成作业，温故知新，睡觉前将老师堂上所讲的内容在脑海中放一次“电影”。</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五、虚心学习别人的长处与优点，不妒忌别人，遇到挫折和失败，不灰心、不气馁。</w:t>
      </w:r>
      <w:r>
        <w:rPr>
          <w:lang w:eastAsia="zh-CN"/>
        </w:rPr>
        <w:br/>
      </w:r>
      <w:r>
        <w:rPr>
          <w:lang w:eastAsia="zh-CN"/>
        </w:rPr>
        <w:t>　　六、合理安排好休息时间与娱乐时间，每天完成作业后听听音乐，翻翻课外书，看看电视新闻。星期六、日适当看看少儿频道台电视或参加一些有益的课外活动。</w:t>
      </w:r>
      <w:r>
        <w:rPr>
          <w:lang w:eastAsia="zh-CN"/>
        </w:rPr>
        <w:br/>
      </w:r>
      <w:r>
        <w:rPr>
          <w:lang w:eastAsia="zh-CN"/>
        </w:rPr>
        <w:t xml:space="preserve">    关于新学期学习计划范文锦集 篇9 </w:t>
      </w:r>
      <w:r>
        <w:rPr>
          <w:lang w:eastAsia="zh-CN"/>
        </w:rPr>
        <w:br/>
      </w:r>
      <w:r>
        <w:rPr>
          <w:lang w:eastAsia="zh-CN"/>
        </w:rPr>
        <w:t>　　一、学习计划</w:t>
      </w:r>
      <w:r>
        <w:rPr>
          <w:lang w:eastAsia="zh-CN"/>
        </w:rPr>
        <w:br/>
      </w:r>
      <w:r>
        <w:rPr>
          <w:lang w:eastAsia="zh-CN"/>
        </w:rPr>
        <w:t>　　（一）这学期学习的主要科目有：高级英语、现代文秘实用文体写作、汉译英翻译课程、初级日本语、词汇学、英美文学史、英美概况共7门科目。</w:t>
      </w:r>
      <w:r>
        <w:rPr>
          <w:lang w:eastAsia="zh-CN"/>
        </w:rPr>
        <w:br/>
      </w:r>
      <w:r>
        <w:rPr>
          <w:lang w:eastAsia="zh-CN"/>
        </w:rPr>
        <w:t>　　（二） 顾好学习科目的同时，本学期要参加的考试有：</w:t>
      </w:r>
      <w:r>
        <w:rPr>
          <w:lang w:eastAsia="zh-CN"/>
        </w:rPr>
        <w:br/>
      </w:r>
      <w:r>
        <w:rPr>
          <w:lang w:eastAsia="zh-CN"/>
        </w:rPr>
        <w:t>　　1.全国计算机二级考试（3月份）</w:t>
      </w:r>
      <w:r>
        <w:rPr>
          <w:lang w:eastAsia="zh-CN"/>
        </w:rPr>
        <w:br/>
      </w:r>
      <w:r>
        <w:rPr>
          <w:lang w:eastAsia="zh-CN"/>
        </w:rPr>
        <w:t>　　2.英语专业4级TEM-4（4月份）</w:t>
      </w:r>
      <w:r>
        <w:rPr>
          <w:lang w:eastAsia="zh-CN"/>
        </w:rPr>
        <w:br/>
      </w:r>
      <w:r>
        <w:rPr>
          <w:lang w:eastAsia="zh-CN"/>
        </w:rPr>
        <w:t>　　3.大学英语6级CET-6（6月份）</w:t>
      </w:r>
      <w:r>
        <w:rPr>
          <w:lang w:eastAsia="zh-CN"/>
        </w:rPr>
        <w:br/>
      </w:r>
      <w:r>
        <w:rPr>
          <w:lang w:eastAsia="zh-CN"/>
        </w:rPr>
        <w:t>　　这学期的学科和考试都较多，必须合理分配学习和生活的时间，以达到最理想的效果。</w:t>
      </w:r>
      <w:r>
        <w:rPr>
          <w:lang w:eastAsia="zh-CN"/>
        </w:rPr>
        <w:br/>
      </w:r>
      <w:r>
        <w:rPr>
          <w:lang w:eastAsia="zh-CN"/>
        </w:rPr>
        <w:t>　　二、计划中的具体时间分配</w:t>
      </w:r>
      <w:r>
        <w:rPr>
          <w:lang w:eastAsia="zh-CN"/>
        </w:rPr>
        <w:br/>
      </w:r>
      <w:r>
        <w:rPr>
          <w:lang w:eastAsia="zh-CN"/>
        </w:rPr>
        <w:t>　　对于学习科目和考试我做了以下时间分配：</w:t>
      </w:r>
      <w:r>
        <w:rPr>
          <w:lang w:eastAsia="zh-CN"/>
        </w:rPr>
        <w:br/>
      </w:r>
      <w:r>
        <w:rPr>
          <w:lang w:eastAsia="zh-CN"/>
        </w:rPr>
        <w:t>　　周一：①提前预习现代文秘实用文体写作 ②复习全国计算机二</w:t>
      </w:r>
      <w:r>
        <w:rPr>
          <w:lang w:eastAsia="zh-CN"/>
        </w:rPr>
        <w:br/>
      </w:r>
      <w:r>
        <w:rPr>
          <w:lang w:eastAsia="zh-CN"/>
        </w:rPr>
        <w:t>　　级考试笔试部分 ③背英语单词</w:t>
      </w:r>
      <w:r>
        <w:rPr>
          <w:lang w:eastAsia="zh-CN"/>
        </w:rPr>
        <w:br/>
      </w:r>
      <w:r>
        <w:rPr>
          <w:lang w:eastAsia="zh-CN"/>
        </w:rPr>
        <w:t>　　周二：①提前预习词汇学、英美文学史②上机操作：复习全国</w:t>
      </w:r>
      <w:r>
        <w:rPr>
          <w:lang w:eastAsia="zh-CN"/>
        </w:rPr>
        <w:br/>
      </w:r>
      <w:r>
        <w:rPr>
          <w:lang w:eastAsia="zh-CN"/>
        </w:rPr>
        <w:t>　　计算机二级机试部分 ③做四级阅读</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周三：①提前预习现代文秘实用文体写作、日语、英美概况 ②听</w:t>
      </w:r>
      <w:r>
        <w:rPr>
          <w:lang w:eastAsia="zh-CN"/>
        </w:rPr>
        <w:br/>
      </w:r>
      <w:r>
        <w:rPr>
          <w:lang w:eastAsia="zh-CN"/>
        </w:rPr>
        <w:t>　　四级听力、fast reading</w:t>
      </w:r>
      <w:r>
        <w:rPr>
          <w:lang w:eastAsia="zh-CN"/>
        </w:rPr>
        <w:br/>
      </w:r>
      <w:r>
        <w:rPr>
          <w:lang w:eastAsia="zh-CN"/>
        </w:rPr>
        <w:t>　　周四：①提前预习高级英语 ②背英语单词 ③六级cloze 周五：①复习高级英语、日语 ②做四、六级真题</w:t>
      </w:r>
      <w:r>
        <w:rPr>
          <w:lang w:eastAsia="zh-CN"/>
        </w:rPr>
        <w:br/>
      </w:r>
      <w:r>
        <w:rPr>
          <w:lang w:eastAsia="zh-CN"/>
        </w:rPr>
        <w:t>　　周六：去上计算机培训课</w:t>
      </w:r>
      <w:r>
        <w:rPr>
          <w:lang w:eastAsia="zh-CN"/>
        </w:rPr>
        <w:br/>
      </w:r>
      <w:r>
        <w:rPr>
          <w:lang w:eastAsia="zh-CN"/>
        </w:rPr>
        <w:t>　　周日：做一周总结、整理笔记、复习一周功课</w:t>
      </w:r>
      <w:r>
        <w:rPr>
          <w:lang w:eastAsia="zh-CN"/>
        </w:rPr>
        <w:br/>
      </w:r>
      <w:r>
        <w:rPr>
          <w:lang w:eastAsia="zh-CN"/>
        </w:rPr>
        <w:t>　　三、计划采用的主要学习方法（网上学习、与老师同学进行交流探讨、电话咨询、完成作业和网上自测等）：</w:t>
      </w:r>
      <w:r>
        <w:rPr>
          <w:lang w:eastAsia="zh-CN"/>
        </w:rPr>
        <w:br/>
      </w:r>
      <w:r>
        <w:rPr>
          <w:lang w:eastAsia="zh-CN"/>
        </w:rPr>
        <w:t>　　1.合理安排时间，抽出时间网上学习，进行网上历年真题自测等。</w:t>
      </w:r>
      <w:r>
        <w:rPr>
          <w:lang w:eastAsia="zh-CN"/>
        </w:rPr>
        <w:br/>
      </w:r>
      <w:r>
        <w:rPr>
          <w:lang w:eastAsia="zh-CN"/>
        </w:rPr>
        <w:t>　　2.如果遇到问题及时咨询老师和同学，制定一本自己的错题本，把错题记录下来，方便复习。</w:t>
      </w:r>
      <w:r>
        <w:rPr>
          <w:lang w:eastAsia="zh-CN"/>
        </w:rPr>
        <w:br/>
      </w:r>
      <w:r>
        <w:rPr>
          <w:lang w:eastAsia="zh-CN"/>
        </w:rPr>
        <w:t>　　3.多和老师进行沟通，请教学习方法。</w:t>
      </w:r>
      <w:r>
        <w:rPr>
          <w:lang w:eastAsia="zh-CN"/>
        </w:rPr>
        <w:br/>
      </w:r>
      <w:r>
        <w:rPr>
          <w:lang w:eastAsia="zh-CN"/>
        </w:rPr>
        <w:t>　　4.每天坚持早睡早起，坚持早上进行早读；养成良好的学习习惯，坚持正确的学习方法。</w:t>
      </w:r>
      <w:r>
        <w:rPr>
          <w:lang w:eastAsia="zh-CN"/>
        </w:rPr>
        <w:br/>
      </w:r>
      <w:r>
        <w:rPr>
          <w:lang w:eastAsia="zh-CN"/>
        </w:rPr>
        <w:t>　　5、认真按时完成作业做好一周整理。</w:t>
      </w:r>
      <w:r>
        <w:rPr>
          <w:lang w:eastAsia="zh-CN"/>
        </w:rPr>
        <w:br/>
      </w:r>
      <w:r>
        <w:rPr>
          <w:lang w:eastAsia="zh-CN"/>
        </w:rPr>
        <w:t>　　四、注意事项：</w:t>
      </w:r>
      <w:r>
        <w:rPr>
          <w:lang w:eastAsia="zh-CN"/>
        </w:rPr>
        <w:br/>
      </w:r>
      <w:r>
        <w:rPr>
          <w:lang w:eastAsia="zh-CN"/>
        </w:rPr>
        <w:t>　　1.提高学习效率切记以下几点：①要对自己有信心 ②善于利用时间 ③把握好选题做题技巧 ④静下心来,排除干扰</w:t>
      </w:r>
      <w:r>
        <w:rPr>
          <w:lang w:eastAsia="zh-CN"/>
        </w:rPr>
        <w:br/>
      </w:r>
      <w:r>
        <w:rPr>
          <w:lang w:eastAsia="zh-CN"/>
        </w:rPr>
        <w:t>　　2. 三月份主要投入时间和精力在全国计算机二级考试上；四月份主要准备英语专业四级TEM-4考试；五月及六月份主要准备</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大学英语6级CET-6考试。</w:t>
      </w:r>
      <w:r>
        <w:rPr>
          <w:lang w:eastAsia="zh-CN"/>
        </w:rPr>
        <w:br/>
      </w:r>
      <w:r>
        <w:rPr>
          <w:lang w:eastAsia="zh-CN"/>
        </w:rPr>
        <w:t>　　3.多关注时事，多看书看报，开阔视野。</w:t>
      </w:r>
      <w:r>
        <w:rPr>
          <w:lang w:eastAsia="zh-CN"/>
        </w:rPr>
        <w:br/>
      </w:r>
      <w:r>
        <w:rPr>
          <w:lang w:eastAsia="zh-CN"/>
        </w:rPr>
        <w:t>　　以上各项便是我对于本学期的大体计划。仅仅制定一个计划是不够的，关键还是执行计划的能力，既然制定了计划，就要增强自己实行计划的勇气。新学期，新打算，也为新的目标努力。不留遗憾地过有计划的大学生活。</w:t>
      </w:r>
      <w:r>
        <w:rPr>
          <w:lang w:eastAsia="zh-CN"/>
        </w:rPr>
        <w:br/>
      </w:r>
      <w:r>
        <w:rPr>
          <w:lang w:eastAsia="zh-CN"/>
        </w:rPr>
        <w:t xml:space="preserve">    关于新学期学习计划范文锦集 篇10 </w:t>
      </w:r>
      <w:r>
        <w:rPr>
          <w:lang w:eastAsia="zh-CN"/>
        </w:rPr>
        <w:br/>
      </w:r>
      <w:r>
        <w:rPr>
          <w:lang w:eastAsia="zh-CN"/>
        </w:rPr>
        <w:t>　　又是一个新学期，我升入六年级。是全校最高年级，学校对我们各方面都严格要求，我也想以崭新的精神面貌，投入新学期的学习、生活当中，特定计划如下：1、每天上课专心听讲，认真完成各科作业，做到书写工整、美观；</w:t>
      </w:r>
      <w:r>
        <w:rPr>
          <w:lang w:eastAsia="zh-CN"/>
        </w:rPr>
        <w:br/>
      </w:r>
      <w:r>
        <w:rPr>
          <w:lang w:eastAsia="zh-CN"/>
        </w:rPr>
        <w:t>　　2、每天要有30分钟读书时间，看报纸、课外书籍、坚持摘录好词佳句，丰富语言；</w:t>
      </w:r>
      <w:r>
        <w:rPr>
          <w:lang w:eastAsia="zh-CN"/>
        </w:rPr>
        <w:br/>
      </w:r>
      <w:r>
        <w:rPr>
          <w:lang w:eastAsia="zh-CN"/>
        </w:rPr>
        <w:t>　　3、针对数学计算马虎的问题，每天保证10分钟的练习时间，提高计算的准确性；</w:t>
      </w:r>
      <w:r>
        <w:rPr>
          <w:lang w:eastAsia="zh-CN"/>
        </w:rPr>
        <w:br/>
      </w:r>
      <w:r>
        <w:rPr>
          <w:lang w:eastAsia="zh-CN"/>
        </w:rPr>
        <w:t>　　4、做到不懂就问，不会就学，对当天出现的问题及时解决，对当天出现的作业的错误及时改正，扎扎实实地学好文化知识。</w:t>
      </w:r>
      <w:r>
        <w:rPr>
          <w:lang w:eastAsia="zh-CN"/>
        </w:rPr>
        <w:br/>
      </w:r>
      <w:r>
        <w:rPr>
          <w:lang w:eastAsia="zh-CN"/>
        </w:rPr>
        <w:t>　　5、写好单元总结，每学一单元后，要对所学的知识进行分类整理，查找漏洞，总结学习方法，提高学习成绩；</w:t>
      </w:r>
      <w:r>
        <w:rPr>
          <w:lang w:eastAsia="zh-CN"/>
        </w:rPr>
        <w:br/>
      </w:r>
      <w:r>
        <w:rPr>
          <w:lang w:eastAsia="zh-CN"/>
        </w:rPr>
        <w:t>　　6、每个星期去一次新华书店，只有博览群书，才能开阔眼界、丰富知识；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以上是我新学期的学习计划。我一定按照计划去做，严格要求自己，朝着‘三好学生”的方向努力，做一名合格的小学毕业生。</w:t>
      </w:r>
      <w:r>
        <w:rPr>
          <w:lang w:eastAsia="zh-CN"/>
        </w:rPr>
        <w:br/>
      </w:r>
      <w:r>
        <w:rPr>
          <w:lang w:eastAsia="zh-CN"/>
        </w:rPr>
        <w:t xml:space="preserve">    关于新学期学习计划范文锦集 篇11 </w:t>
      </w:r>
      <w:r>
        <w:rPr>
          <w:lang w:eastAsia="zh-CN"/>
        </w:rPr>
        <w:br/>
      </w:r>
      <w:r>
        <w:rPr>
          <w:lang w:eastAsia="zh-CN"/>
        </w:rPr>
        <w:t>　　新的学期开始了，世博年也来到了我们的身边。迎接我们的是一个崭新的一年，一年就应该有一年新的样子！去年的一年，说实话，我似乎有点在混日子，做事找不到方向，还做了许多蠢事！新学期就应该有新的样子，我就不相信我会比别人差。想想去年的一年，说好要认认真真的背古诗，背单词，听磁带，到最后却变成了，只要爸爸妈妈不说，我就不做。又不是她们读书，她们有什么义务要管我读不读，反正18岁以后，我们就拜拜了？他们是为谁好呢？是我！是我！是我这个不争气的女儿，让爸妈一次一次的受伤害，难过。我是一个要面子的女生，比别人差，我也难过的要命！为什么？为什么我会比别人差呢？无非就是别人在学习的时候，我在玩。别人在努力吃书的时候，我在混日子。着佯作对我有好处吗？没有！无论你们说我这时说这个做作好，说我虚情假意也罢！不过，我只知道我应该好好学习了！还有4个月这个学期也会结束了，我们就是初二的学生了，竞争是残酷的，我们唯一的方法就是不要让自己存有遗憾！</w:t>
      </w:r>
      <w:r>
        <w:rPr>
          <w:lang w:eastAsia="zh-CN"/>
        </w:rPr>
        <w:br/>
      </w:r>
      <w:r>
        <w:rPr>
          <w:lang w:eastAsia="zh-CN"/>
        </w:rPr>
        <w:t>　　在接下来的这个学期里，别的也不多说了。只希望比去年好，不管是成绩还是行为习惯！总之，我再也不会允许我混日子，也不会允许</w:t>
      </w:r>
      <w:r>
        <w:rPr>
          <w:lang w:eastAsia="zh-CN"/>
        </w:rPr>
        <w:br/>
      </w:r>
      <w:r>
        <w:rPr>
          <w:lang w:eastAsia="zh-CN"/>
        </w:rPr>
        <w:t>　　我想一些不该想的东西的东西！</w:t>
      </w:r>
      <w:r>
        <w:rPr>
          <w:lang w:eastAsia="zh-CN"/>
        </w:rPr>
        <w:br/>
      </w:r>
      <w:r>
        <w:rPr>
          <w:lang w:eastAsia="zh-CN"/>
        </w:rPr>
        <w:t xml:space="preserve">    关于新学期学习计划范文锦集 篇12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一个漫长的暑假过去了，将迎来的是一个美好的秋天，新的一续期又开始了，迎来早晨的第一缕阳光，我们又重新回到美丽的校园，又开始了新一学期的征途。</w:t>
      </w:r>
      <w:r>
        <w:rPr>
          <w:lang w:eastAsia="zh-CN"/>
        </w:rPr>
        <w:br/>
      </w:r>
      <w:r>
        <w:rPr>
          <w:lang w:eastAsia="zh-CN"/>
        </w:rPr>
        <w:t>　　在过去的路途中，你是否拥有过欢笑，拥有过阳光，这都已成为永远的会议，加上一把锁将它封闭起来吧!摆在我们面前的一切都是新的，疑讹让老师看到一个崭新的自己。下面是我新学期的计划:</w:t>
      </w:r>
      <w:r>
        <w:rPr>
          <w:lang w:eastAsia="zh-CN"/>
        </w:rPr>
        <w:br/>
      </w:r>
      <w:r>
        <w:rPr>
          <w:lang w:eastAsia="zh-CN"/>
        </w:rPr>
        <w:t>　　新学期，新气象。在新的一学期里，我们都有一个新的目标新的计划，我的计划主要在数学、英语、物理、语文这四门上面，这体现在语文方面要做好课前预习，贺客后练习复习，课文中不懂的问题下课要向老师提出;数学方面主要是多练数学不像其他科目死记硬背药或学应用;英语单词是要死记硬背。还有语法是靠练习的;其余的都是靠背。除此之外每个科目还要建立一个“错题集”，当卷子，练习册上又错题时，就及时把他腾上去。以上就是我新学期的学习计划，希望我的计划能给我和大家带来坚持不懈的动力和认真学习的端正态度。</w:t>
      </w:r>
      <w:r>
        <w:rPr>
          <w:lang w:eastAsia="zh-CN"/>
        </w:rPr>
        <w:br/>
      </w:r>
      <w:r>
        <w:rPr>
          <w:lang w:eastAsia="zh-CN"/>
        </w:rPr>
        <w:t xml:space="preserve">    关于新学期学习计划范文锦集 篇13 </w:t>
      </w:r>
      <w:r>
        <w:rPr>
          <w:lang w:eastAsia="zh-CN"/>
        </w:rPr>
        <w:br/>
      </w:r>
      <w:r>
        <w:rPr>
          <w:lang w:eastAsia="zh-CN"/>
        </w:rPr>
        <w:t>　　一、每天早上六点半起床，用十分钟将头天要背的课文温习一遍至二遍。七点二十从家中出发。</w:t>
      </w:r>
      <w:r>
        <w:rPr>
          <w:lang w:eastAsia="zh-CN"/>
        </w:rPr>
        <w:br/>
      </w:r>
      <w:r>
        <w:rPr>
          <w:lang w:eastAsia="zh-CN"/>
        </w:rPr>
        <w:t>　　二、上课认真听讲，积极发言，做好笔记。</w:t>
      </w:r>
      <w:r>
        <w:rPr>
          <w:lang w:eastAsia="zh-CN"/>
        </w:rPr>
        <w:br/>
      </w:r>
      <w:r>
        <w:rPr>
          <w:lang w:eastAsia="zh-CN"/>
        </w:rPr>
        <w:t>　　三、认真完成作业，认真对待每一门课。</w:t>
      </w:r>
      <w:r>
        <w:rPr>
          <w:lang w:eastAsia="zh-CN"/>
        </w:rPr>
        <w:br/>
      </w:r>
      <w:r>
        <w:rPr>
          <w:lang w:eastAsia="zh-CN"/>
        </w:rPr>
        <w:t>　　四、写完作业后，复习一下当天的内容并预习第二天要上的课。</w:t>
      </w:r>
      <w:r>
        <w:rPr>
          <w:lang w:eastAsia="zh-CN"/>
        </w:rPr>
        <w:br/>
      </w:r>
      <w:r>
        <w:rPr>
          <w:lang w:eastAsia="zh-CN"/>
        </w:rPr>
        <w:t>　　五、遇到不懂的问题要及时问老师或者同学。</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六、每天晚上听三十分钟英语，训练自己的听力。</w:t>
      </w:r>
      <w:r>
        <w:rPr>
          <w:lang w:eastAsia="zh-CN"/>
        </w:rPr>
        <w:br/>
      </w:r>
      <w:r>
        <w:rPr>
          <w:lang w:eastAsia="zh-CN"/>
        </w:rPr>
        <w:t xml:space="preserve">    关于新学期学习计划范文锦集 篇14 </w:t>
      </w:r>
      <w:r>
        <w:rPr>
          <w:lang w:eastAsia="zh-CN"/>
        </w:rPr>
        <w:br/>
      </w:r>
      <w:r>
        <w:rPr>
          <w:lang w:eastAsia="zh-CN"/>
        </w:rPr>
        <w:t>　　随着钟摆一下一下的摆动，随着太阳的升起和降落，随着时间从我们的指缝中悄然流过，我们已经步入了六年级的大门，即将完成在母校最后一年的学业。在这一年中我们应该更加珍惜时间，不要让这一年白白流逝。</w:t>
      </w:r>
      <w:r>
        <w:rPr>
          <w:lang w:eastAsia="zh-CN"/>
        </w:rPr>
        <w:br/>
      </w:r>
      <w:r>
        <w:rPr>
          <w:lang w:eastAsia="zh-CN"/>
        </w:rPr>
        <w:t>　　下面是我的学习计划，我希望和大家互相学习。</w:t>
      </w:r>
      <w:r>
        <w:rPr>
          <w:lang w:eastAsia="zh-CN"/>
        </w:rPr>
        <w:br/>
      </w:r>
      <w:r>
        <w:rPr>
          <w:lang w:eastAsia="zh-CN"/>
        </w:rPr>
        <w:t>　　1：上课认真听讲积极发言</w:t>
      </w:r>
      <w:r>
        <w:rPr>
          <w:lang w:eastAsia="zh-CN"/>
        </w:rPr>
        <w:br/>
      </w:r>
      <w:r>
        <w:rPr>
          <w:lang w:eastAsia="zh-CN"/>
        </w:rPr>
        <w:t>　　2：认真完成作业，不应付老师，要字迹工整</w:t>
      </w:r>
      <w:r>
        <w:rPr>
          <w:lang w:eastAsia="zh-CN"/>
        </w:rPr>
        <w:br/>
      </w:r>
      <w:r>
        <w:rPr>
          <w:lang w:eastAsia="zh-CN"/>
        </w:rPr>
        <w:t>　　3：若有不会的题，应及时请教老师</w:t>
      </w:r>
      <w:r>
        <w:rPr>
          <w:lang w:eastAsia="zh-CN"/>
        </w:rPr>
        <w:br/>
      </w:r>
      <w:r>
        <w:rPr>
          <w:lang w:eastAsia="zh-CN"/>
        </w:rPr>
        <w:t>　　4：要多做一些练习</w:t>
      </w:r>
      <w:r>
        <w:rPr>
          <w:lang w:eastAsia="zh-CN"/>
        </w:rPr>
        <w:br/>
      </w:r>
      <w:r>
        <w:rPr>
          <w:lang w:eastAsia="zh-CN"/>
        </w:rPr>
        <w:t>　　5：在每次考试中，成绩最好不下90分</w:t>
      </w:r>
      <w:r>
        <w:rPr>
          <w:lang w:eastAsia="zh-CN"/>
        </w:rPr>
        <w:br/>
      </w:r>
      <w:r>
        <w:rPr>
          <w:lang w:eastAsia="zh-CN"/>
        </w:rPr>
        <w:t>　　6：多做一些有利于身心的活动</w:t>
      </w:r>
      <w:r>
        <w:rPr>
          <w:lang w:eastAsia="zh-CN"/>
        </w:rPr>
        <w:br/>
      </w:r>
      <w:r>
        <w:rPr>
          <w:lang w:eastAsia="zh-CN"/>
        </w:rPr>
        <w:t>　　7：可以没事写点作文，提升自己的水平</w:t>
      </w:r>
      <w:r>
        <w:rPr>
          <w:lang w:eastAsia="zh-CN"/>
        </w:rPr>
        <w:br/>
      </w:r>
      <w:r>
        <w:rPr>
          <w:lang w:eastAsia="zh-CN"/>
        </w:rPr>
        <w:t>　　8：每一天都要大声朗读一篇文章，做到不加字，不掉字，不读错字</w:t>
      </w:r>
      <w:r>
        <w:rPr>
          <w:lang w:eastAsia="zh-CN"/>
        </w:rPr>
        <w:br/>
      </w:r>
      <w:r>
        <w:rPr>
          <w:lang w:eastAsia="zh-CN"/>
        </w:rPr>
        <w:t>　　9：要认真的预习下一天所学的内容，并复习今天的知识</w:t>
      </w:r>
      <w:r>
        <w:rPr>
          <w:lang w:eastAsia="zh-CN"/>
        </w:rPr>
        <w:br/>
      </w:r>
      <w:r>
        <w:rPr>
          <w:lang w:eastAsia="zh-CN"/>
        </w:rPr>
        <w:t>　　10：对自己不带有把握的科目进行重点训练</w:t>
      </w:r>
      <w:r>
        <w:rPr>
          <w:lang w:eastAsia="zh-CN"/>
        </w:rPr>
        <w:br/>
      </w:r>
      <w:r>
        <w:rPr>
          <w:lang w:eastAsia="zh-CN"/>
        </w:rPr>
        <w:t>　　11：周一到周四晚上不看电视，认真积极学习，晚上10点之前必须上床睡觉</w:t>
      </w:r>
      <w:r>
        <w:rPr>
          <w:lang w:eastAsia="zh-CN"/>
        </w:rPr>
        <w:br/>
      </w:r>
      <w:r>
        <w:rPr>
          <w:lang w:eastAsia="zh-CN"/>
        </w:rPr>
        <w:t>　　12：老师讲的重点内容要在书上进行批注</w:t>
      </w:r>
      <w:r>
        <w:rPr>
          <w:lang w:eastAsia="zh-CN"/>
        </w:rPr>
        <w:br/>
      </w:r>
      <w:r>
        <w:rPr>
          <w:lang w:eastAsia="zh-CN"/>
        </w:rPr>
        <w:t>　　13：每一天早上提前10分钟起床，读英语背单词</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xml:space="preserve">    关于新学期学习计划范文锦集 篇15 </w:t>
      </w:r>
      <w:r>
        <w:rPr>
          <w:lang w:eastAsia="zh-CN"/>
        </w:rPr>
        <w:br/>
      </w:r>
      <w:r>
        <w:rPr>
          <w:lang w:eastAsia="zh-CN"/>
        </w:rPr>
        <w:t>　　在这新学期来临之际，我们从假期的快乐中走出，投入到紧张的学习生活之中，因此制定这个学习计划。</w:t>
      </w:r>
      <w:r>
        <w:rPr>
          <w:lang w:eastAsia="zh-CN"/>
        </w:rPr>
        <w:br/>
      </w:r>
      <w:r>
        <w:rPr>
          <w:lang w:eastAsia="zh-CN"/>
        </w:rPr>
        <w:t>　　在语文方面，我会做到课前预习，认识本课生字生词，查找与课文相关的资料，并认真作批注。课文中不懂的词会提前查字典。课后，我也会及时温习课文，做到“温故而知新”。除此之外，我还会在课余时间阅读大量的书籍，开阔我的知识面。同时，也会做一些语文常识方面的习题。这样才能更好的“查漏补缺”。</w:t>
      </w:r>
      <w:r>
        <w:rPr>
          <w:lang w:eastAsia="zh-CN"/>
        </w:rPr>
        <w:br/>
      </w:r>
      <w:r>
        <w:rPr>
          <w:lang w:eastAsia="zh-CN"/>
        </w:rPr>
        <w:t>　　在数学方面，我打算每天做20道口算题，以此来提高自己的计算正确率和速度。考试前会很好的复习，绝不做“临时抱佛脚”之类的事情。当然，我还想建立一个“错题集”，当我卷子、练习册上有错题时，就及时的记到“集错题”里，等到期末时，就可以拿出来复习了。</w:t>
      </w:r>
      <w:r>
        <w:rPr>
          <w:lang w:eastAsia="zh-CN"/>
        </w:rPr>
        <w:br/>
      </w:r>
      <w:r>
        <w:rPr>
          <w:lang w:eastAsia="zh-CN"/>
        </w:rPr>
        <w:t>　　在英语方面，我会每天都听、读英语磁带至少半小时，并每天都背英语单词和课文。必要的时候，我也会阅读一些英文书籍，以此来提高我的英语阅读能力。或者写一些小文章，来提高我的习作能力。当然，我也会尽量做到在英语课上用英语与同学老师交流，课下积极与同学们对话，以此提高自己的英语口语。</w:t>
      </w:r>
      <w:r>
        <w:rPr>
          <w:lang w:eastAsia="zh-CN"/>
        </w:rPr>
        <w:br/>
      </w:r>
      <w:r>
        <w:rPr>
          <w:lang w:eastAsia="zh-CN"/>
        </w:rPr>
        <w:t>　　新学期，新打算，也为新的目标努力。</w:t>
      </w:r>
      <w:r>
        <w:rPr>
          <w:lang w:eastAsia="zh-CN"/>
        </w:rPr>
        <w:br/>
      </w:r>
      <w:r>
        <w:rPr>
          <w:lang w:eastAsia="zh-CN"/>
        </w:rPr>
        <w:t xml:space="preserve">    关于新学期学习计划范文锦集 篇16 </w:t>
      </w:r>
      <w:r>
        <w:rPr>
          <w:lang w:eastAsia="zh-CN"/>
        </w:rPr>
        <w:br/>
      </w:r>
      <w:r>
        <w:rPr>
          <w:lang w:eastAsia="zh-CN"/>
        </w:rPr>
        <w:t>　　今年我要好好学习，争取天天向上等等等等……</w:t>
      </w:r>
      <w:r>
        <w:rPr>
          <w:lang w:eastAsia="zh-CN"/>
        </w:rPr>
        <w:br/>
      </w:r>
      <w:r>
        <w:rPr>
          <w:lang w:eastAsia="zh-CN"/>
        </w:rPr>
        <w:t>　　学习计划:</w:t>
      </w:r>
      <w:r>
        <w:rPr>
          <w:lang w:eastAsia="zh-CN"/>
        </w:rPr>
        <w:br/>
      </w:r>
    </w:p>
    <w:p w:rsidR="001B1F19" w14:textId="27C3F48A">
      <w:pPr>
        <w:rPr>
          <w:rFonts w:hint="eastAsia"/>
          <w:lang w:eastAsia="zh-CN"/>
        </w:rPr>
      </w:pPr>
      <w:r>
        <w:rPr>
          <w:lang w:eastAsia="zh-CN"/>
        </w:rPr>
        <w:t>　　1. 每天早上6：20起床，用10分钟将头天要背的课文温习1—2遍，6：40从家出发。</w:t>
      </w:r>
      <w:r>
        <w:rPr>
          <w:lang w:eastAsia="zh-CN"/>
        </w:rPr>
        <w:br/>
      </w:r>
      <w:r>
        <w:rPr>
          <w:lang w:eastAsia="zh-CN"/>
        </w:rPr>
        <w:t>　　2. 上课认真听讲，积极发言，做好笔记。</w:t>
      </w:r>
      <w:r>
        <w:rPr>
          <w:lang w:eastAsia="zh-CN"/>
        </w:rPr>
        <w:br/>
      </w:r>
      <w:r>
        <w:rPr>
          <w:lang w:eastAsia="zh-CN"/>
        </w:rPr>
        <w:t>　　3. 认真仔细写作业，不对答案，认真对待每一门课。</w:t>
      </w:r>
      <w:r>
        <w:rPr>
          <w:lang w:eastAsia="zh-CN"/>
        </w:rPr>
        <w:br/>
      </w:r>
      <w:r>
        <w:rPr>
          <w:lang w:eastAsia="zh-CN"/>
        </w:rPr>
        <w:t>　　4. 写完作业后，复习当天的内容并预习第二天上课的内容。</w:t>
      </w:r>
      <w:r>
        <w:rPr>
          <w:lang w:eastAsia="zh-CN"/>
        </w:rPr>
        <w:br/>
      </w:r>
      <w:r>
        <w:rPr>
          <w:lang w:eastAsia="zh-CN"/>
        </w:rPr>
        <w:t>　　5. 对于副课及历史、地理、生物每学完一课后，要用心去作自己买的课外习题书，作的时候要做到不抄答案，不看书，凭借自己所学的去做。如果遇到不会的题，也不能马上看答案或看书，要等到全部做完后，再去找答案，并及时背过。</w:t>
      </w:r>
      <w:r>
        <w:rPr>
          <w:lang w:eastAsia="zh-CN"/>
        </w:rPr>
        <w:br/>
      </w:r>
      <w:r>
        <w:rPr>
          <w:lang w:eastAsia="zh-CN"/>
        </w:rPr>
        <w:t>　　6. 对于主课及数学（代数、几何）、语文、英语、物理和政治，每学完一单元或一课时，要对比《优化设计》的讲解部分进行进一步的加深理解和巩固，并要做练习题，写时仍不能抄答案，写完后可交教师批改或对照答案，找出错误及时纠正。</w:t>
      </w:r>
      <w:r>
        <w:rPr>
          <w:lang w:eastAsia="zh-CN"/>
        </w:rPr>
        <w:br/>
      </w:r>
      <w:r>
        <w:rPr>
          <w:lang w:eastAsia="zh-CN"/>
        </w:rPr>
        <w:t>　　7. 遇到不懂得要及时问教师或问同学，弄明白。</w:t>
      </w:r>
      <w:r>
        <w:rPr>
          <w:lang w:eastAsia="zh-CN"/>
        </w:rPr>
        <w:br/>
      </w:r>
      <w:r>
        <w:rPr>
          <w:lang w:eastAsia="zh-CN"/>
        </w:rPr>
        <w:t>　　8. 每天晚上听30分钟英语，训练自己的听力。</w:t>
      </w:r>
      <w:r>
        <w:rPr>
          <w:lang w:eastAsia="zh-CN"/>
        </w:rPr>
        <w:br/>
      </w:r>
      <w:r>
        <w:rPr>
          <w:lang w:eastAsia="zh-CN"/>
        </w:rPr>
        <w:t xml:space="preserve">    关于新学期学习计划范文锦集 篇17 </w:t>
      </w:r>
      <w:r>
        <w:rPr>
          <w:lang w:eastAsia="zh-CN"/>
        </w:rPr>
        <w:br/>
      </w:r>
      <w:r>
        <w:rPr>
          <w:lang w:eastAsia="zh-CN"/>
        </w:rPr>
        <w:t>　　新的学期，我要认真听讲，大胆发言，独立完成各项作业，争当老师的得力小助手，严格要求自己，做到以下几点：</w:t>
      </w:r>
      <w:r>
        <w:rPr>
          <w:lang w:eastAsia="zh-CN"/>
        </w:rPr>
        <w:br/>
      </w:r>
      <w:r>
        <w:rPr>
          <w:lang w:eastAsia="zh-CN"/>
        </w:rPr>
        <w:t>　　1 .每天早上6：50起床，自己穿衣叠被，刷牙洗脸。我会好好吃早饭，7点半从家出发。</w:t>
      </w:r>
      <w:r>
        <w:rPr>
          <w:lang w:eastAsia="zh-CN"/>
        </w:rPr>
        <w:br/>
      </w:r>
      <w:r>
        <w:rPr>
          <w:lang w:eastAsia="zh-CN"/>
        </w:rPr>
        <w:t>　　2 .上课认真听讲，积极发言，做好笔记。</w:t>
      </w:r>
      <w:r>
        <w:rPr>
          <w:lang w:eastAsia="zh-CN"/>
        </w:rPr>
        <w:br/>
      </w:r>
      <w:r>
        <w:rPr>
          <w:lang w:eastAsia="zh-CN"/>
        </w:rPr>
        <w:t>　　3 .认真仔细写作业，认真对待每一门功课，每天听读英语。</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https://d.book118.com/737001100050006041</w:t>
        </w:r>
      </w:hyperlink>
    </w:p>
    <w:p w:rsidR="001B1F19">
      <w:pPr>
        <w:rPr>
          <w:rFonts w:hint="eastAsia"/>
          <w:lang w:eastAsia="zh-CN"/>
        </w:rPr>
      </w:pPr>
    </w:p>
    <w:sectPr>
      <w:type w:val="nextPage"/>
      <w:pgSz w:w="11906" w:h="16838"/>
      <w:pgMar w:top="1440" w:right="1800" w:bottom="1440" w:left="1800" w:header="851" w:footer="992" w:gutter="0"/>
      <w:pgNumType w:start="1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737001100050006041"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22</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