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rsidRPr="00937657" w14:paraId="7F7A67AA" w14:textId="0AE8485B">
      <w:pPr>
        <w:pStyle w:val="Heading1"/>
        <w:jc w:val="center"/>
        <w:rPr>
          <w:color w:val="000000" w:themeColor="text1"/>
          <w:lang w:eastAsia="zh-CN"/>
        </w:rPr>
      </w:pPr>
      <w:r>
        <w:rPr>
          <w:color w:val="000000" w:themeColor="text1"/>
          <w:sz w:val="44"/>
          <w:lang w:eastAsia="zh-CN"/>
        </w:rPr>
        <w:t>关于水浒传读书心得范文（30篇）</w:t>
      </w:r>
    </w:p>
    <w:p w:rsidR="001B1F19" w14:paraId="15E7D7A0" w14:textId="27C3F48A">
      <w:pPr>
        <w:rPr>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关于水浒传读书心得范文（精选30篇）</w:t>
      </w:r>
      <w:r>
        <w:rPr>
          <w:lang w:eastAsia="zh-CN"/>
        </w:rPr>
        <w:br/>
      </w:r>
      <w:r>
        <w:rPr>
          <w:lang w:eastAsia="zh-CN"/>
        </w:rPr>
        <w:t xml:space="preserve">    关于水浒传读书心得范文 篇1 </w:t>
      </w:r>
      <w:r>
        <w:rPr>
          <w:lang w:eastAsia="zh-CN"/>
        </w:rPr>
        <w:br/>
      </w:r>
      <w:r>
        <w:rPr>
          <w:lang w:eastAsia="zh-CN"/>
        </w:rPr>
        <w:t>　　《水浒传》是我最喜欢的书籍。在我心中，没有任何书可以代替的了它，它不仅告诉了我做人的道理，更重要的是，他让我知道了忠义二字的分量。</w:t>
      </w:r>
      <w:r>
        <w:rPr>
          <w:lang w:eastAsia="zh-CN"/>
        </w:rPr>
        <w:br/>
      </w:r>
      <w:r>
        <w:rPr>
          <w:lang w:eastAsia="zh-CN"/>
        </w:rPr>
        <w:t>　　水浒传整篇都在突出忠义二字。起初，教头王进被高俅陷害，逃到史进庄上;后来史进到渭州找师父，遇到了提辖鲁达，鲁智深因为三拳打死郑屠，出家当了和尚，来到大相国寺看菜园，结识了林冲，林冲最后被逼上梁山。怎奈王伦要一个投名状，林冲下山等了几日，只等到杨志。杨志后来奉梁中书之命押送生辰纲，晁盖等人在黄泥岗把生辰纲给劫走了，朝廷派郓城县衙竭力捉拿晁盖等人，而郓城县押司正好是宋江&amp;&amp;便开始了波澜壮阔的梁山起义。后来梁山军马被朝廷招安，奉命去征缴方腊，梁山军马损伤大半，最后宋江喝下御赐毒酒，梁山起义彻底完结，都是为了忠义二字。</w:t>
      </w:r>
      <w:r>
        <w:rPr>
          <w:lang w:eastAsia="zh-CN"/>
        </w:rPr>
        <w:br/>
      </w:r>
    </w:p>
    <w:p w:rsidR="001B1F19" w14:textId="27C3F48A">
      <w:pPr>
        <w:rPr>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宋江上梁山后，对晁盖多次提起要招安，当上了山寨之主，宋江也时时不忘让梁山众弟兄为朝廷效力。征方腊之后，宋江对朝廷一片热忱，明知是毒酒，也喝下了。此乃忠。为了救时迁，三打祝家庄;为了救柴进，二夺高唐州;为了报晁盖之仇，擒索超关胜，兵打大名府，火烧翠云楼，活捉史文恭，此乃义。宋江本是忠义两全之人，却被朝廷奸臣所害。</w:t>
      </w:r>
      <w:r>
        <w:rPr>
          <w:lang w:eastAsia="zh-CN"/>
        </w:rPr>
        <w:br/>
      </w:r>
      <w:r>
        <w:rPr>
          <w:lang w:eastAsia="zh-CN"/>
        </w:rPr>
        <w:t>　　朝廷想让梁山军覆灭，便想出了让他们去征方腊这条计策。江南方腊也是四大叛军之一，手下兵力雄厚，有猛将数百员。梁山兄弟浴血奋战，收复失地，同时也一个个惨烈的死去。梁山十六小彪将折的只剩三人，步军将校十七员也只剩三人，天罡星上将秦明，董平，张清，徐宁，索超，刘唐，史进等也都战死沙场，武松被方腊割下一条胳膊。林冲，杨志，穆弘被瘟疫病死。最后只剩二十七人回京。尽管如此，朝廷众奸臣还是不放过他们，最后宋江，卢俊义，李逵被毒酒毒死，花荣，吴用在宋江坟前双双上吊。</w:t>
      </w:r>
      <w:r>
        <w:rPr>
          <w:lang w:eastAsia="zh-CN"/>
        </w:rPr>
        <w:br/>
      </w:r>
      <w:r>
        <w:rPr>
          <w:lang w:eastAsia="zh-CN"/>
        </w:rPr>
        <w:t>　　我最喜欢的章节是梁山泊十面埋伏，宋公明二赢童贯。奸臣童贯统大军征缴梁山泊，宋江排下九宫八卦阵，杀的童贯大军丢盔弃甲，在逃跑的路上，吴用又布下十路精兵，张顺，花荣徐宁，秦明林冲，关胜呼延灼，索超董平，史进杨志，鲁智深武松，解珍解宝，李逵鲍旭李衮项充，张清龚旺丁得孙，童贯所带八员大将俱被杀死，朝廷从此再不敢正眼瞧梁山军了。</w:t>
      </w:r>
      <w:r>
        <w:rPr>
          <w:lang w:eastAsia="zh-CN"/>
        </w:rPr>
        <w:br/>
      </w:r>
      <w:r>
        <w:rPr>
          <w:lang w:eastAsia="zh-CN"/>
        </w:rPr>
        <w:t>　　梁山好汉替天行道，讲得就是忠义二字，那种披荆斩棘，四海盟约的义气，浴血奋战，不惧生死的勇气，都令我折服。</w:t>
      </w:r>
      <w:r>
        <w:rPr>
          <w:lang w:eastAsia="zh-CN"/>
        </w:rPr>
        <w:br/>
      </w:r>
      <w:r>
        <w:rPr>
          <w:lang w:eastAsia="zh-CN"/>
        </w:rPr>
        <w:t xml:space="preserve">    关于水浒传读书心得范文 篇2 </w:t>
      </w:r>
      <w:r>
        <w:rPr>
          <w:lang w:eastAsia="zh-CN"/>
        </w:rPr>
        <w:br/>
      </w:r>
    </w:p>
    <w:p w:rsidR="001B1F19" w14:textId="27C3F48A">
      <w:pPr>
        <w:rPr>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《水浒传》是人人皆知、家喻户晓的一部经典名著，虽然大家读后的感受不一样，收益也不一样，可它全文灌输一个思想：对国家要忠，对朋友要义，对父母要孝，更让人懂得什么叫知恩图报，什么叫忠孝两全。</w:t>
      </w:r>
      <w:r>
        <w:rPr>
          <w:lang w:eastAsia="zh-CN"/>
        </w:rPr>
        <w:br/>
      </w:r>
      <w:r>
        <w:rPr>
          <w:lang w:eastAsia="zh-CN"/>
        </w:rPr>
        <w:t>　　我在日夜啃读这本书后，感受也非常深刻。印在我脑海里挥之不去的是：及时雨宋江和小旋风柴进的仗义疏财，武松高大魁梧、单身决斗猛虎的勇猛和豪爽，吴用的足智多谋，更难得的是外表粗鲁的李逵却有一颗非常善良孝顺的心。这些情节像电影一样，一幕一幕的一直在我脑海里回放。</w:t>
      </w:r>
      <w:r>
        <w:rPr>
          <w:lang w:eastAsia="zh-CN"/>
        </w:rPr>
        <w:br/>
      </w:r>
      <w:r>
        <w:rPr>
          <w:lang w:eastAsia="zh-CN"/>
        </w:rPr>
        <w:t>　　读完这本书，我思绪万千，我的心情久久不能平静。我感谢我母亲给了我生命，感谢老师无怨无悔的教我知识，更感谢我的祖国这么强大，有这么好的条件，让我们无忧无虑、幸福的生活。</w:t>
      </w:r>
      <w:r>
        <w:rPr>
          <w:lang w:eastAsia="zh-CN"/>
        </w:rPr>
        <w:br/>
      </w:r>
      <w:r>
        <w:rPr>
          <w:lang w:eastAsia="zh-CN"/>
        </w:rPr>
        <w:t>　　读完这本书，我体会到一定要关心亲人，关心同学，孝顺父母，感恩老师，感恩祖国。我在暗暗发誓：以后一定要好好读书，认认真真学习，明明白白做人，长大后做一个对国家有用的人，不辜负父母和老师的期望。</w:t>
      </w:r>
      <w:r>
        <w:rPr>
          <w:lang w:eastAsia="zh-CN"/>
        </w:rPr>
        <w:br/>
      </w:r>
      <w:r>
        <w:rPr>
          <w:lang w:eastAsia="zh-CN"/>
        </w:rPr>
        <w:t xml:space="preserve">    关于水浒传读书心得范文 篇3 </w:t>
      </w:r>
      <w:r>
        <w:rPr>
          <w:lang w:eastAsia="zh-CN"/>
        </w:rPr>
        <w:br/>
      </w:r>
    </w:p>
    <w:p w:rsidR="001B1F19" w14:textId="27C3F48A">
      <w:pPr>
        <w:rPr>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水浒传中的一百零八将，人物形象中令我记忆最深刻的是“智多星吴用”和“天孤星花和尚鲁智深”。“智多星吴用”几次献策：吴用为晁盖献计，智取生辰纲，用药酒麻倒了青面兽杨志，夺了北京大名府梁中书送给蔡太师庆贺生辰的十万贯金银珠宝；宋江在浔阳楼念反诗被捉，和戴宗一起被押赴刑场，快行斩时，吴用用计劫了法场，救了宋江、戴宗；宋江二打祝家庄失败；第三次攻打祝家庄时，吴用利用双掌连环计攻克祝家庄。宋江闹华州时，吴用又出计借用宿太尉金铃吊挂，救出了九纹龙史进、花和尚鲁智深。一生屡出奇谋，屡建战功。受招安被封为武胜军承宣使。宋江、李逵被害后，吴用与花荣一同在宋江坟前上吊自杀，与宋江葬在一起。</w:t>
      </w:r>
      <w:r>
        <w:rPr>
          <w:lang w:eastAsia="zh-CN"/>
        </w:rPr>
        <w:br/>
      </w:r>
      <w:r>
        <w:rPr>
          <w:lang w:eastAsia="zh-CN"/>
        </w:rPr>
        <w:t>　　真不愧为“智多星”呀！“天孤星花和尚鲁智深”是一位非常直率，暴烈如火，却侠骨柔情，杀却恶人为的是救穷苦人于水火的真汉，英雄人物。他往往在人们面前表现出一副粗鲁，野蛮。可他到了冲锋陷阵的时候可毫不含糊，挥着62斤重的禅杖上阵杀敌。读了这本书我了解了中国古代的历史，水浒英雄们的反抗精神和封建社会败坏的一面。这的确是一本非常耐人寻味的一本书。相关资料《水浒传》，明代长篇小说，是民间无名作者同文人作家集体创作的成果，其成书经历了一个漫长的流传演变过程。《水浒传》描写的以宋江为首的农民起义发生在宋徽宗宣和年间(1119～1126)，因声势极盛，便在民间产生许多奇闻异说，流传中不断得到无名作者的加工增饰。施耐庵就是在长期民间传说、民间说话艺术和元杂剧水浒戏的基础上加工成书的。又题为《忠义水浒传》，通行本简称《水浒》。一般认为是施耐庵著，是我国古代文学史上四大名著之一。</w:t>
      </w:r>
      <w:r>
        <w:rPr>
          <w:lang w:eastAsia="zh-CN"/>
        </w:rPr>
        <w:br/>
      </w:r>
    </w:p>
    <w:p w:rsidR="001B1F19" w14:textId="27C3F48A">
      <w:pPr>
        <w:rPr>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水浒传》是一部著名的描写农民起义的长篇小说，展示了宋代的政治文化，市井风情，社会景观。梁山好汉最引人注目，他们侠肝义胆，敢报天下不平，其性格性格光彩照人，令世人敬仰。《水浒传》在艺术上取得了杰出的成就，人物形象的塑造写出了复杂的性格内容，人物性格的形成有环境的依据，同时随生活环境的变化而发展。人物形象带有理想色彩，同时又深深地扎根于生活的土壤之中。《水浒传》不单以情节的生动紧张取胜，还有较丰富真实的细节描写。由于小说在民间口语的基础上创造出一种通俗、简练、生动、富于表现力和想象力的文学语言。与内容相适应，前70回连环套式的艺术结构也独具特色。《水浒传》善于通过人物的行为、语言来揭示复杂的内心世界，它不允许对人物外貌、内心活动做游离情节外的过多交待，而要求通过语言、行为、矛盾冲突表现人物的个性。《水浒传》不仅继承，而且进一步发展了这一手法，使得作品具有鲜明的民族风格，取得了很高的艺术成就。</w:t>
      </w:r>
      <w:r>
        <w:rPr>
          <w:lang w:eastAsia="zh-CN"/>
        </w:rPr>
        <w:br/>
      </w:r>
      <w:r>
        <w:rPr>
          <w:lang w:eastAsia="zh-CN"/>
        </w:rPr>
        <w:t>　　读了这本书使我进一步了解了中国古代的历史，水浒英雄们的勇敢反抗精神和封建社会败坏的一面。这的确是一本非常耐人寻味的一本书。</w:t>
      </w:r>
      <w:r>
        <w:rPr>
          <w:lang w:eastAsia="zh-CN"/>
        </w:rPr>
        <w:br/>
      </w:r>
      <w:r>
        <w:rPr>
          <w:lang w:eastAsia="zh-CN"/>
        </w:rPr>
        <w:t xml:space="preserve">    关于水浒传读书心得范文 篇4 </w:t>
      </w:r>
      <w:r>
        <w:rPr>
          <w:lang w:eastAsia="zh-CN"/>
        </w:rPr>
        <w:br/>
      </w:r>
      <w:r>
        <w:rPr>
          <w:lang w:eastAsia="zh-CN"/>
        </w:rPr>
        <w:t>　　生当鼎食死封侯，男子平生志已酬这是《水浒传》结尾留给我印象最深的两句诗。合上书，我泪眼朦胧。想想梁山好汉的种种经历，我不禁感慨万千。</w:t>
      </w:r>
      <w:r>
        <w:rPr>
          <w:lang w:eastAsia="zh-CN"/>
        </w:rPr>
        <w:br/>
      </w:r>
      <w:r>
        <w:rPr>
          <w:lang w:eastAsia="zh-CN"/>
        </w:rPr>
        <w:t>　　想当初，一百零八位好汉在梁山泊内聚首，又屡屡杀败前来征剿的官兵。但是他们当初相聚并不是因为简简单单做一辈子绿林草寇，而是因为国家奸臣闭塞、报国无门，才逼不得已做了一时草寇。因此，他们在国家危难之际，愿受招安，为国家征服了大辽，夺回了失地。</w:t>
      </w:r>
      <w:r>
        <w:rPr>
          <w:lang w:eastAsia="zh-CN"/>
        </w:rPr>
        <w:br/>
      </w:r>
    </w:p>
    <w:p w:rsidR="001B1F19" w14:textId="27C3F48A">
      <w:pPr>
        <w:rPr>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可是奸臣嫉妒，竟说服皇帝不给加官赐爵，反而派去征讨江南起义军方腊。宋江忠心报国，心甘情愿踏上征途，万万没想到这次征讨伤亡惨重。回到京师时，已经十成没了八成。将领仅剩二十七人。这次宋公明终于衣锦还乡成了楚州安抚兼兵马都总管，其他好汉也到各处到任。然而高俅等贼臣却看在眼里恨在心上，先把宋江的左膀右臂卢俊义用水银毒死，又把御酒换成药酒，宋江喝下怕死后李逵造反便也用药酒毒死他，吴用、花荣也上吊自杀。</w:t>
      </w:r>
      <w:r>
        <w:rPr>
          <w:lang w:eastAsia="zh-CN"/>
        </w:rPr>
        <w:br/>
      </w:r>
      <w:r>
        <w:rPr>
          <w:lang w:eastAsia="zh-CN"/>
        </w:rPr>
        <w:t>　　在众多好汉之中最让我佩服，的是李逵，他为人豪爽仗义，从不拐弯抹角，从不阿谀奉承，都是直来直去。最让我惋惜的是宋江，他如果当时攻打宋朝是可以改写历史的。但他没有，他一心一意报效国家，却还是被奸臣的毒计给害了。最令我感到不可思议的是戴宗，他一天最多竟然可以跑八百里，要是在现在，那可真是飞人。</w:t>
      </w:r>
      <w:r>
        <w:rPr>
          <w:lang w:eastAsia="zh-CN"/>
        </w:rPr>
        <w:br/>
      </w:r>
      <w:r>
        <w:rPr>
          <w:lang w:eastAsia="zh-CN"/>
        </w:rPr>
        <w:t>　　读了《水浒传》后，我明白了做人应该正直、孝顺，不干偷鸡摸狗的勾当。只有正直的人才会被人承认是好汉，而且梁山泊好汉落草以后，都为自己家人着想。想方设法把自己的家眷带到山上。这里有一件事让我很震撼的事：李逵一个人去把母亲接到山上，到家看见老母已为他哭瞎了双眼，随即便背着母亲回梁山泊。走到半夜，李逵把老母放下，去找点水喝，回来的时候发现母亲已经被老虎吃掉。李逵怒杀了四条老虎。</w:t>
      </w:r>
      <w:r>
        <w:rPr>
          <w:lang w:eastAsia="zh-CN"/>
        </w:rPr>
        <w:br/>
      </w:r>
      <w:r>
        <w:rPr>
          <w:lang w:eastAsia="zh-CN"/>
        </w:rPr>
        <w:t>　　当我读到结尾的时候，看到皇帝最终还是被奸臣蒙蔽，不加其罪。我当时真是恨死这些贼臣了，他们到处坑害忠良，残害百姓。而皇帝却也听他们摆布。国家往往就是这样糟蹋的，希望中国再也不会出现这样的人!</w:t>
      </w:r>
      <w:r>
        <w:rPr>
          <w:lang w:eastAsia="zh-CN"/>
        </w:rPr>
        <w:br/>
      </w:r>
    </w:p>
    <w:p w:rsidR="001B1F19" w14:textId="27C3F48A">
      <w:pPr>
        <w:rPr>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《水浒传》有太多故事要说，在这里我不能给大家一一道来。希望大家都阅读《水浒传》。看书时，你的心情会随着故事情节跌宕起伏。合上书，你会对故事情节回味无穷，懂得许多人情世故。</w:t>
      </w:r>
      <w:r>
        <w:rPr>
          <w:lang w:eastAsia="zh-CN"/>
        </w:rPr>
        <w:br/>
      </w:r>
      <w:r>
        <w:rPr>
          <w:lang w:eastAsia="zh-CN"/>
        </w:rPr>
        <w:t xml:space="preserve">    关于水浒传读书心得范文 篇5 </w:t>
      </w:r>
      <w:r>
        <w:rPr>
          <w:lang w:eastAsia="zh-CN"/>
        </w:rPr>
        <w:br/>
      </w:r>
      <w:r>
        <w:rPr>
          <w:lang w:eastAsia="zh-CN"/>
        </w:rPr>
        <w:t>　　《水浒》这部书，自成书以来，在我国广为流传，是广大人民所喜闻乐见的一部文学作品，影响极大且深。因此，正确评价《水浒》，对于批判地继承祖国优秀文化遗产，有着重要的意义。</w:t>
      </w:r>
      <w:r>
        <w:rPr>
          <w:lang w:eastAsia="zh-CN"/>
        </w:rPr>
        <w:br/>
      </w:r>
      <w:r>
        <w:rPr>
          <w:lang w:eastAsia="zh-CN"/>
        </w:rPr>
        <w:t>　　用无产阶级的观点来看，《水浒》这部书存在着一些问题，但就其主流而言，《水浒》不管是在思想内容上，还是在艺术水平上，都是成功的。</w:t>
      </w:r>
      <w:r>
        <w:rPr>
          <w:lang w:eastAsia="zh-CN"/>
        </w:rPr>
        <w:br/>
      </w:r>
      <w:r>
        <w:rPr>
          <w:lang w:eastAsia="zh-CN"/>
        </w:rPr>
        <w:t>　　首先，《水浒》全书贯穿了这样一条线，就是：宋江领导的农民革命军，在以宋江为首的投降叛卖集团的控制下，是如何向他们的敌人━━封建帝王投降的，以及投降以后宋江一伙投降叛卖集团的可耻下场和李逵等农民革命战士的悲惨结局。使投降路线的产生和发展的全过程在人民的面前展现，从而增强了人们认识投降路线的能力。其间还穿插了李逵等农民革命战士同以宋江为首的投降叛卖集团的尖锐激烈的斗争。《水浒》的作者，通过这一条主线，阐明了一个真理：投降主义路线是绝对行不通的！革命的人民，绝对不可以对于自己的敌人存有任何幻想和侥幸心理，革命必须进行到底！同时通过对宋江一心想着为宋帝当走狗，而经过千辛万苦地为宋帝效劳卖命，成功之后朝廷却赐御鸠将他毒死的经过的描写，又对宋江一伙投降叛卖集团的自讨苦吃的可耻下场进行了尖锐刻薄的讥讽和嘲笑。</w:t>
      </w:r>
      <w:r>
        <w:rPr>
          <w:lang w:eastAsia="zh-CN"/>
        </w:rPr>
        <w:br/>
      </w:r>
    </w:p>
    <w:p w:rsidR="001B1F19" w14:textId="27C3F48A">
      <w:pPr>
        <w:rPr>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《水浒》的作者，通过对梁山英雄一个一个是怎样被逼迫上山的经过的描写，又揭示了另一个真理：乱自上作，哪里有压迫哪里就有反抗。这对于鼓动我国明清农民革命战争，不能说是没有作用的。</w:t>
      </w:r>
      <w:r>
        <w:rPr>
          <w:lang w:eastAsia="zh-CN"/>
        </w:rPr>
        <w:br/>
      </w:r>
      <w:r>
        <w:rPr>
          <w:lang w:eastAsia="zh-CN"/>
        </w:rPr>
        <w:t>　　作者又通过对宋江等人“被逼”上山的经过和他们上山时的心理的描写，又为后来投降路线的产生和发展埋下了伏笔。两种“被逼”上山，动机全然不同，这就阐明了围绕着造反与投降两条根本不同的路线所进行的激烈的斗争的社会基础和思想基础。</w:t>
      </w:r>
      <w:r>
        <w:rPr>
          <w:lang w:eastAsia="zh-CN"/>
        </w:rPr>
        <w:br/>
      </w:r>
      <w:r>
        <w:rPr>
          <w:lang w:eastAsia="zh-CN"/>
        </w:rPr>
        <w:t>　　《水浒》通过梁山人马攻官府、打恶霸的攻无不克、战无不胜的描写，暴露了封建统治阶级的无能，歌颂了农民革命军的力量伟大。</w:t>
      </w:r>
      <w:r>
        <w:rPr>
          <w:lang w:eastAsia="zh-CN"/>
        </w:rPr>
        <w:br/>
      </w:r>
      <w:r>
        <w:rPr>
          <w:lang w:eastAsia="zh-CN"/>
        </w:rPr>
        <w:t>　　《水浒》抽象地、表面地肯定宋帝，说他是“有道明君”，而把国家政治的黑暗和腐朽、官府的无能说成是一伙“奸臣”作乱。那么，既然宋帝是一个“有道明君”，那为什么不理朝政，而去钻李师师的暗道？国家政权为什么会被祸国殃民的“奸臣”把持，而忠于皇帝的“良臣勇将”反而被逼上梁山去造反？这些情况，他既是“有道明君”，为什么又没发现，又没制止？通过这些具体内容的描写，却又具体地、实质性地否认了宋帝。</w:t>
      </w:r>
      <w:r>
        <w:rPr>
          <w:lang w:eastAsia="zh-CN"/>
        </w:rPr>
        <w:br/>
      </w:r>
      <w:r>
        <w:rPr>
          <w:lang w:eastAsia="zh-CN"/>
        </w:rPr>
        <w:t xml:space="preserve">    关于水浒传读书心得范文 篇6 </w:t>
      </w:r>
      <w:r>
        <w:rPr>
          <w:lang w:eastAsia="zh-CN"/>
        </w:rPr>
        <w:br/>
      </w:r>
      <w:r>
        <w:rPr>
          <w:lang w:eastAsia="zh-CN"/>
        </w:rPr>
        <w:t>　　水浒传》一不小心看完了 。断断续续的看了三四个月，看完了之后，莫名的伤感，心里很失落。</w:t>
      </w:r>
      <w:r>
        <w:rPr>
          <w:lang w:eastAsia="zh-CN"/>
        </w:rPr>
        <w:br/>
      </w:r>
    </w:p>
    <w:p w:rsidR="001B1F19" w14:textId="27C3F48A">
      <w:pPr>
        <w:rPr>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水浒内面的人物一个个重温开来，都很悲惨。本来是在入世之初与官斗，没斗过，全然被围扑，被通缉，被隐藏，被躲避，被逼上梁山。后来，遇到及时雨宋公明，英雄大义，兄弟情深，全员在水泊梁山竖起替天行道的大旗，快意恩愁，大碗喝酒，大口吃肉，有福同享，有难同当，过得何其不快乐！后来宋江，吴用，公孙胜等大义凛然的为山寨着想，想出了一条出路：招安。山寨的转折点即出现，人心在这个时候有短暂的触动。武松，林冲，鲁智深等最初因官场深受其害而愤然愠怒，全然不想受朝廷限制，受那鸟安，然顾及兄弟情谊，领导人的领导，而忍气吞声，在山寨继续为伟大的招安前行。后破大辽，征方腊。破大辽一切顺利，整体108好汉未受些许伤害。但是征方腊，就是他们噩梦的开始。首先朝廷征去了圣手，医师等可用之才；后残酷的征方腊之战，终将108将士所剩不下20%，兄弟惨烈去世程度可谓凄凄惨惨，惨惨凄凄。而后最终没有逃脱奸臣的手掌，同时也很好的映证了中国的历代现实：鸟尽弓藏，兔死狗烹。</w:t>
      </w:r>
      <w:r>
        <w:rPr>
          <w:lang w:eastAsia="zh-CN"/>
        </w:rPr>
        <w:br/>
      </w:r>
      <w:r>
        <w:rPr>
          <w:lang w:eastAsia="zh-CN"/>
        </w:rPr>
        <w:t>　　单纯的从故事中，有很多值得我去参考的东西。可是我不知道从何谈起。先说说三个领导人吧。</w:t>
      </w:r>
      <w:r>
        <w:rPr>
          <w:lang w:eastAsia="zh-CN"/>
        </w:rPr>
        <w:br/>
      </w:r>
    </w:p>
    <w:p w:rsidR="001B1F19" w14:textId="27C3F48A">
      <w:pPr>
        <w:rPr>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首先要说的是水浒上的一把手，宋江，很有意思的一个人。从整篇中可以看出宋江这个人，兄弟情深，意气风发，而且是个将才，在适当的小战争中，有适当的领导将才，并能获胜，并能听从军师的意见。在整体的故事顺序中，他在未上梁山之前就积累了名声，并能以兄弟的情谊为第一考虑，可以想象，能把阎婆媳消灭而不暴露兄弟的行径-在这当中，他积累了积聚兄弟的资本。小说在前段章节，有写到与晁盖相处的细节，晁盖在弥留之际，并没有把位置传给梁山的二把手宋江，是因为他在设立山寨之初就没有想到过去招安，而晁盖知道一旦交与宋江，宋江会去招安，实现光宗耀祖的荣耀，可这不是晁盖所需要的。再到后来，宋江从一个朝廷的小官到后来征辽，征方腊胜利后，这些只是满足了宋江个人的一个仕途的荣耀，而牺牲了兄弟，说到底这也是受中国千年文化所影响，认为出师必须要名正言顺，而且是他也姓宋，他没有走过灭宋这个障碍。这当中也必须要提到吴用和公孙胜。吴用，智多星，为了山寨的前途而想到了招安这条路，同时也是一个冷血的人物，为了用计无所不用其极。征方腊，死伤了十之七八的兄弟，整篇水浒没有看到吴用一点伤感和愧疚，有的只是经常听到他说一句话：大帅以大局为重，人各安天命，打仗总会死人。水浒的兄弟都在这种军师之下，仅是充当了天上的一颗颗星星，耀眼闪过，留下一道美丽凄惨艳丽的燃烧毁灭弧线。而另一个人物就是公孙胜，他用神话哄骗的迷信方式，导演了一曲天降108星宿，让108将军心紧紧的围在宋江的周围，这当中的欺诈哄骗行径应该有吴用参与。而公孙胜应该是算到招安最终会走向灭亡，在征方腊之前，便直接深山修行，远离宋江吴用，远离朝廷，过上了神仙的日子。</w:t>
      </w:r>
      <w:r>
        <w:rPr>
          <w:lang w:eastAsia="zh-CN"/>
        </w:rPr>
        <w:br/>
      </w:r>
    </w:p>
    <w:p w:rsidR="001B1F19" w14:textId="27C3F48A">
      <w:pPr>
        <w:rPr>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回归到现实，诸如武松，鲁智深，公孙胜，还有阮小七，浪子燕青，都是有相当的识时务功底的人，能了争到未来将是一种什么样的状态；武松被太乙剑削掉臂膀，应该是想到跟随宋江无用，将来会死无全尸，便在寺庙出家，颐养天年，美其名曰守护智深和尚；鲁智深擒得方腊，有惊无险，轻松自如，在杭州坐化，轻松走完人生；李俊后来出海，有可能到了今天的日本，当了国主，在与宋江分别之际是说：染病不宜行；而浪子燕青同时也力劝他的主公卢俊义舍弃面圣，可卢俊义相反没有他的快活与洒脱，后被药酒灌翻。有时候对待现实，进是一种态度，退更加是一种态度，而且是一种正确明知的态度。当在最辉煌的时候退出，将是一种洒脱与睿智的态度。</w:t>
      </w:r>
      <w:r>
        <w:rPr>
          <w:lang w:eastAsia="zh-CN"/>
        </w:rPr>
        <w:br/>
      </w:r>
      <w:r>
        <w:rPr>
          <w:lang w:eastAsia="zh-CN"/>
        </w:rPr>
        <w:t>　　特别的，对现今的选择企业，应该就是选择人，选择主帅，选择军师。当军师在正确的大方向上如果有错误，对企业将是毁灭性的。特别对现今的中国企业，很多都是在单纯的以赚钱为目的，当这样的企业继续向前走时，就会有危险，而且很危险。你上了这种船，只会迷茫，只会失去方向，最终在无形之中，你会翻船！ 翻得一塌糊涂，最终要重来！</w:t>
      </w:r>
      <w:r>
        <w:rPr>
          <w:lang w:eastAsia="zh-CN"/>
        </w:rPr>
        <w:br/>
      </w:r>
      <w:r>
        <w:rPr>
          <w:lang w:eastAsia="zh-CN"/>
        </w:rPr>
        <w:t>　　在作者在心中，有个很有意思的角色，作者内心也许有种渴望，那就是李逵！小说的前，中部都有提到一个细节，李逵会若有若无的提示到，宋江做皇帝。也许这是小说的点睛之笔！</w:t>
      </w:r>
      <w:r>
        <w:rPr>
          <w:lang w:eastAsia="zh-CN"/>
        </w:rPr>
        <w:br/>
      </w:r>
      <w:r>
        <w:rPr>
          <w:lang w:eastAsia="zh-CN"/>
        </w:rPr>
        <w:t xml:space="preserve">    关于水浒传读书心得范文 篇7 </w:t>
      </w:r>
      <w:r>
        <w:rPr>
          <w:lang w:eastAsia="zh-CN"/>
        </w:rPr>
        <w:br/>
      </w:r>
      <w:r>
        <w:rPr>
          <w:lang w:eastAsia="zh-CN"/>
        </w:rPr>
        <w:t>　　《水浒传》这本书对于人们来说并不陌生，而我在仔细读完后，认为有一些人物形象的细节，可以拿来好好琢磨。</w:t>
      </w:r>
      <w:r>
        <w:rPr>
          <w:lang w:eastAsia="zh-CN"/>
        </w:rPr>
        <w:br/>
      </w:r>
    </w:p>
    <w:p w:rsidR="001B1F19" w14:textId="27C3F48A">
      <w:pPr>
        <w:rPr>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对于整本书，我认为其中最突出的形象是宋江。不过我并不是很看好这个人物本身，在我眼中，表面是一位优秀的领导者，并且有情有义，以“及时雨”形象贯彻人心，但我个人认为，他城府很深。</w:t>
      </w:r>
      <w:r>
        <w:rPr>
          <w:lang w:eastAsia="zh-CN"/>
        </w:rPr>
        <w:br/>
      </w:r>
      <w:r>
        <w:rPr>
          <w:lang w:eastAsia="zh-CN"/>
        </w:rPr>
        <w:t>　　为什么这么说?答案很简单，他的每一次帮助都不无道理，看似为兄弟两肋插刀，事实上是为了自己的私利。他一心向着官府朝廷，以名利地位为重，他根本没有意识到当时的形势严峻，政治腐败，佞臣当道，此时为朝廷效力根本无力回天，只会搭入梁山一帮兄弟们的性命。再说直白点，他的“招安”一事其实等同于投降，而他所为梁山做的所有事，都仅仅只是为自己的未来奠基，让一百零八好汉为他效力。事实上，这些都是无用功。梁山最终的灭亡其实正是因为招安的决定，最终酿成大祸。</w:t>
      </w:r>
      <w:r>
        <w:rPr>
          <w:lang w:eastAsia="zh-CN"/>
        </w:rPr>
        <w:br/>
      </w:r>
      <w:r>
        <w:rPr>
          <w:lang w:eastAsia="zh-CN"/>
        </w:rPr>
        <w:t>　　有人说，宋江只是错了这一步，我认为并不是。宋江之所以执着于朝廷，是因为他的眼界不够，没有预测好将来的打算，相反，说明了迂腐的思想深入人心。并且我个人认为，他们之间，根本不可能有永远的领导者。因为在这个组织中，其实每个人的目标都不同，有的是自愿上梁山，有的是被官府追逼无奈，才上梁山，有的甚至是被骗上梁山。因此从开始，就已经注定了惨败的结局。</w:t>
      </w:r>
      <w:r>
        <w:rPr>
          <w:lang w:eastAsia="zh-CN"/>
        </w:rPr>
        <w:br/>
      </w:r>
      <w:r>
        <w:rPr>
          <w:lang w:eastAsia="zh-CN"/>
        </w:rPr>
        <w:t>　　可以这么说，看完全本书，我觉得这本书除了在为我们展现一个个忠心侠胆的英雄好汉，更是在用一个悲剧写时代。</w:t>
      </w:r>
      <w:r>
        <w:rPr>
          <w:lang w:eastAsia="zh-CN"/>
        </w:rPr>
        <w:br/>
      </w:r>
    </w:p>
    <w:p w:rsidR="001B1F19" w14:textId="27C3F48A">
      <w:pPr>
        <w:rPr>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赤日炎炎似火烧，野田禾稻半枯焦，农夫心内如汤煮，公子王孙把扇摇。”书中，就是这么写的，也确实是现实。此书很好地展现了北宋末年政治腐败，佞臣当道，民不聊生的社会现实。所以梁山的灭亡也在情理之中了，也正是证实了这一点。这本书总体来说，若是光从文学角度分析，是一部非常精彩的人物刻画作品，并且在用辞手法方面，巧妙绝伦;若从历史深层角度分析，作者更是借这本书展现了社会现实，细细读来字字泣血。</w:t>
      </w:r>
      <w:r>
        <w:rPr>
          <w:lang w:eastAsia="zh-CN"/>
        </w:rPr>
        <w:br/>
      </w:r>
      <w:r>
        <w:rPr>
          <w:lang w:eastAsia="zh-CN"/>
        </w:rPr>
        <w:t xml:space="preserve">    关于水浒传读书心得范文 篇8 </w:t>
      </w:r>
      <w:r>
        <w:rPr>
          <w:lang w:eastAsia="zh-CN"/>
        </w:rPr>
        <w:br/>
      </w:r>
      <w:r>
        <w:rPr>
          <w:lang w:eastAsia="zh-CN"/>
        </w:rPr>
        <w:t>　　说到《水浒传》，大家可能第一印象就是忠与义，忠家，忠国，忠天下，义气，勇气，豪气，霸气。在《水浒传》中，义高于一切，重于一切。“是非成败转头空，只有义字当头”。</w:t>
      </w:r>
      <w:r>
        <w:rPr>
          <w:lang w:eastAsia="zh-CN"/>
        </w:rPr>
        <w:br/>
      </w:r>
      <w:r>
        <w:rPr>
          <w:lang w:eastAsia="zh-CN"/>
        </w:rPr>
        <w:t>　　轻轻放下手里的《水浒传》，我的心灵被一个个豪气冲天的英雄所震撼。我又回想了整本书的精彩情节。“及时雨”宋江;“豹子头”林冲;“智多星”吴用等等108位英雄，在那个迂腐的年代，他们仍以“义”字当头，为了百姓，惩恶扬善。</w:t>
      </w:r>
      <w:r>
        <w:rPr>
          <w:lang w:eastAsia="zh-CN"/>
        </w:rPr>
        <w:br/>
      </w:r>
      <w:r>
        <w:rPr>
          <w:lang w:eastAsia="zh-CN"/>
        </w:rPr>
        <w:t>　　在那个迂腐的年代，官逼民反，民不聊生，但所谓“乱世出英雄”，于是就有了梁山的108好汉。他们忠，对自己的祖国，对自己身边的人，他们惩恶扬善，报效祖国，宁死不屈，这何尝不是一种“忠”;他们义，为朋友赴汤蹈火，为百姓出生入死。可能“忠”与“义”字只是简单地几个笔画，但这两个字，却包含了他们一命换一命的决心!</w:t>
      </w:r>
      <w:r>
        <w:rPr>
          <w:lang w:eastAsia="zh-CN"/>
        </w:rPr>
        <w:br/>
      </w:r>
      <w:r>
        <w:rPr>
          <w:lang w:eastAsia="zh-CN"/>
        </w:rPr>
        <w:t>　　高俅，一个无赖混球，他因踢毽子取悦了太尉，相反林冲比武赢了高俅却被追杀，这就是当时不公平社会的描写。</w:t>
      </w:r>
      <w:r>
        <w:rPr>
          <w:lang w:eastAsia="zh-CN"/>
        </w:rPr>
        <w:br/>
      </w:r>
      <w:r>
        <w:rPr>
          <w:lang w:eastAsia="zh-CN"/>
        </w:rPr>
        <w:t>　　整本书我印象最深的角色便是鲁智深，他同情人民疾苦，为百姓惩恶扬善，令我不得不佩服的是他倒拔垂杨柳的霸气，他拳打镇关西的豪气。但是他最后却在六合寺圆寂。</w:t>
      </w:r>
      <w:r>
        <w:rPr>
          <w:lang w:eastAsia="zh-CN"/>
        </w:rPr>
        <w:br/>
      </w:r>
    </w:p>
    <w:p w:rsidR="001B1F19" w14:textId="27C3F48A">
      <w:pPr>
        <w:rPr>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而宋江，梁山泊之首，但他却被高俅害死。而我们不得不思考这是为什么。宋江的忠义，使其他英雄都非常敬佩他，所以他坐上了梁山泊之首。但最后却想“招安”，以致于整个梁山泊被利用，铸成了梁山泊的悲剧。其实我觉得这个角色有两面，他壮大了梁山，却又亲手毁掉了梁山。</w:t>
      </w:r>
      <w:r>
        <w:rPr>
          <w:lang w:eastAsia="zh-CN"/>
        </w:rPr>
        <w:br/>
      </w:r>
      <w:r>
        <w:rPr>
          <w:lang w:eastAsia="zh-CN"/>
        </w:rPr>
        <w:t>　　他们都是“明知山有虎，偏向虎山行”的好汉，可这往往却不是为了他们，而是为了百姓的安宁和希望，可谁又会了解他们的一番苦心呢?有时，一百零八个好汉的命运，也会令人意想不到——</w:t>
      </w:r>
      <w:r>
        <w:rPr>
          <w:lang w:eastAsia="zh-CN"/>
        </w:rPr>
        <w:br/>
      </w:r>
      <w:r>
        <w:rPr>
          <w:lang w:eastAsia="zh-CN"/>
        </w:rPr>
        <w:t>　　虽然，身经百战的他们屡立战功，却丝毫逃脱不了残忍的命运。贼当道，即使是各有千秋的他们，也同样无能为力，只能眼看他们逍遥法外。有人说，这是宋江的过错，可我却不以为然：梁山泊悲剧，并非宋江之过。梁山泊悲剧，这也是宋代的悲剧，是中国的悲剧;更是社会的悲剧——虽然，还有些深深的遗憾，但各路英雄的宁死不屈，已将我震撼其中。</w:t>
      </w:r>
      <w:r>
        <w:rPr>
          <w:lang w:eastAsia="zh-CN"/>
        </w:rPr>
        <w:br/>
      </w:r>
      <w:r>
        <w:rPr>
          <w:lang w:eastAsia="zh-CN"/>
        </w:rPr>
        <w:t xml:space="preserve">    关于水浒传读书心得范文 篇9 </w:t>
      </w:r>
      <w:r>
        <w:rPr>
          <w:lang w:eastAsia="zh-CN"/>
        </w:rPr>
        <w:br/>
      </w:r>
      <w:r>
        <w:rPr>
          <w:lang w:eastAsia="zh-CN"/>
        </w:rPr>
        <w:t>　　相信大家都知道水浒传，它是我国四大名着之一，水浒传对农民起义者正面、客观而不失理性的描绘。体现啦我国古代小说家施耐庵高超的写作水平。我对水浒传有着很深的感情。里面让我印象深刻的有两个人一是天巧星浪子燕青，二是天立星双枪将董平。</w:t>
      </w:r>
      <w:r>
        <w:rPr>
          <w:lang w:eastAsia="zh-CN"/>
        </w:rPr>
        <w:br/>
      </w:r>
    </w:p>
    <w:p w:rsidR="001B1F19" w14:textId="27C3F48A">
      <w:pPr>
        <w:rPr>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天立星双枪将董平，梁山泊第十五条好汉，马军五虎将第五名。使一双长枪，勇猛无敌。宋江攻打东平府，董平感谢宋江不杀之恩，归顺梁山。后在卢俊义攻打独松关，为救张清，被张韬一刀，剁成两段。可见董平之义。但是却有人说董平不算好汉，因为梁山泊好汉都轻色，而董平却累累向程万里之女求婚，但是我要说不，在累累不同意的情况下，仍然坚持求婚这需要多么大的勇气和毅力，况且，董平这人是很很骄傲的，让他放下面子去追一个女人，实属不易。不过，董平这人脑袋简单，在第115回，他和张清的战术实在令人费解，天底下最差的步战组合，可能再也没有比单枪董平加无石张清更糟糕的了。直接导致啦董平与张清命丧黄泉。</w:t>
      </w:r>
      <w:r>
        <w:rPr>
          <w:lang w:eastAsia="zh-CN"/>
        </w:rPr>
        <w:br/>
      </w:r>
      <w:r>
        <w:rPr>
          <w:lang w:eastAsia="zh-CN"/>
        </w:rPr>
        <w:t>　　天巧星浪子燕青，梁山排位三十六。原是卢俊义部下一个家奴，善使川弩，有百步穿杨之功，和花荣的弩有的一拼。我个人认为，梁山是一个独立组织，少不了要和外界打交道，打交道的形式除了作战，还有非作战的方式。梁山屡次对外交际活动中，差不多都是柴进、戴宗、燕青这几人去完成任务，并且成绩相当不错。而在柴进、戴宗、燕青这三人外交部中，柴进、戴宗俩人特长比较单一，所以燕青起啦必不可少的作用，再宋江去东京以前，他的外交才华是没有显露的，他去东京只是为拉看住李逵，但是从东京回来，燕青和戴宗出色且滴水不漏的完成啦招安任务。那时，梁山招安已水到渠成。可见燕青之聪明灵巧，不愧他的星名为天巧星。</w:t>
      </w:r>
      <w:r>
        <w:rPr>
          <w:lang w:eastAsia="zh-CN"/>
        </w:rPr>
        <w:br/>
      </w:r>
      <w:r>
        <w:rPr>
          <w:lang w:eastAsia="zh-CN"/>
        </w:rPr>
        <w:t>　　读了这本书我了解了中国古代的历史，水浒英雄们的反抗精神和封建社会腐败的一面。这的确是一本非常耐人寻味的一本书。我也受益匪浅。</w:t>
      </w:r>
      <w:r>
        <w:rPr>
          <w:lang w:eastAsia="zh-CN"/>
        </w:rPr>
        <w:br/>
      </w:r>
      <w:r>
        <w:rPr>
          <w:lang w:eastAsia="zh-CN"/>
        </w:rPr>
        <w:t xml:space="preserve">    关于水浒传读书心得范文 篇10 </w:t>
      </w:r>
      <w:r>
        <w:rPr>
          <w:lang w:eastAsia="zh-CN"/>
        </w:rPr>
        <w:br/>
      </w:r>
    </w:p>
    <w:p w:rsidR="001B1F19" w14:textId="27C3F48A">
      <w:pPr>
        <w:rPr>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读完《水浒传》中的武松打虎，实在是一篇关于英雄描写的经典之作。作者对于武松打虎全过程惟妙惟肖的描绘，读来犹如亲历一半。我们既为武松醉醺醺迈步景阳岗突遇猛虎而捏一把汗，也为武松的临危不惧的英勇豪情而油然起敬。</w:t>
      </w:r>
      <w:r>
        <w:rPr>
          <w:lang w:eastAsia="zh-CN"/>
        </w:rPr>
        <w:br/>
      </w:r>
      <w:r>
        <w:rPr>
          <w:lang w:eastAsia="zh-CN"/>
        </w:rPr>
        <w:t>　　武松在景阳岗下的一家酒店，一口气喝下了十八碗出门倒，把一个大块吃肉、大口喝酒的英雄豪杰，活脱脱的展示在我们面前。尽管有店家三碗不过岗的规劝，尽管有官府关于景阳岗大虫(猛虎)的警示，可英雄武松却是艺高人胆大，明知山有虎，偏向虎山行。当他突遭与猛虎相遇时，尽管也酒都作冷汗出了，甚至慌乱应付对之际，手中唯一的武器&amp;&amp;一根哨棒由于击打在树上而折断了，可英雄就是英雄，正所谓狭路相逢勇者胜，武松凭着平时苦练的一身好武艺，灵巧地避开了老虎的扑、掀、剪，硬是用一双铁拳，生生把猛虎击毙。</w:t>
      </w:r>
      <w:r>
        <w:rPr>
          <w:lang w:eastAsia="zh-CN"/>
        </w:rPr>
        <w:br/>
      </w:r>
      <w:r>
        <w:rPr>
          <w:lang w:eastAsia="zh-CN"/>
        </w:rPr>
        <w:t>　　书中另一位水浒英雄黑旋风李逵，也在沂岭一人独杀大小四只猛虎，由于描绘的不如武松徒手打虎这样的淋漓尽致，使武松打虎的英雄壮举，千古留名。</w:t>
      </w:r>
      <w:r>
        <w:rPr>
          <w:lang w:eastAsia="zh-CN"/>
        </w:rPr>
        <w:br/>
      </w:r>
      <w:r>
        <w:rPr>
          <w:lang w:eastAsia="zh-CN"/>
        </w:rPr>
        <w:t>　　古人说的好：书到用时方恨少，从武松敢于徒手打死老虎，一方面显示了他的过人胆识，另一方面还是他平时刻苦努力操练十八般武艺的必然结果。从中我们可以领悟到，只有平时刻苦努力地学习，掌握足够丰富的知识，才能在面对诸如考试、突发事件等，也像武松遇到老虎一样，沉着应对，并最后取胜。</w:t>
      </w:r>
      <w:r>
        <w:rPr>
          <w:lang w:eastAsia="zh-CN"/>
        </w:rPr>
        <w:br/>
      </w:r>
      <w:r>
        <w:rPr>
          <w:lang w:eastAsia="zh-CN"/>
        </w:rPr>
        <w:t xml:space="preserve">    关于水浒传读书心得范文 篇11 </w:t>
      </w:r>
      <w:r>
        <w:rPr>
          <w:lang w:eastAsia="zh-CN"/>
        </w:rPr>
        <w:br/>
      </w:r>
      <w:r>
        <w:rPr>
          <w:lang w:eastAsia="zh-CN"/>
        </w:rPr>
        <w:t>　　鲁达，在《水浒传》的众多英雄中是一个有着鲜明特色的人物。</w:t>
      </w:r>
      <w:r>
        <w:rPr>
          <w:lang w:eastAsia="zh-CN"/>
        </w:rPr>
        <w:br/>
      </w:r>
    </w:p>
    <w:p w:rsidR="001B1F19" w14:textId="27C3F48A">
      <w:pPr>
        <w:rPr>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他有超群的武艺和赫赫的军功，又在权位极重的经略府中任提辖。凭这些，他本可以和当时的社会和睦相处，逍遥自在地做个武官。但是，行伍出身的下层人的阶级地位和长期形成的可贵品格，决定了他偏偏要向黑暗的现实挑战。拳打镇关西、大闹桃花村、火烧瓦官寺、大闹野猪林，直至奔上二龙山落草，是他所走过的生活道路;疾恶如仇、见义勇为，是他突出的性格特征。</w:t>
      </w:r>
      <w:r>
        <w:rPr>
          <w:lang w:eastAsia="zh-CN"/>
        </w:rPr>
        <w:br/>
      </w:r>
      <w:r>
        <w:rPr>
          <w:lang w:eastAsia="zh-CN"/>
        </w:rPr>
        <w:t>　　《鲁提辖拳打镇关西》写的便是他在生活道路上所做的第一个光彩照人的表演。</w:t>
      </w:r>
      <w:r>
        <w:rPr>
          <w:lang w:eastAsia="zh-CN"/>
        </w:rPr>
        <w:br/>
      </w:r>
      <w:r>
        <w:rPr>
          <w:lang w:eastAsia="zh-CN"/>
        </w:rPr>
        <w:t>　　鲁达长期闯荡江湖，对社会上的压迫和不平，怀有强烈的愤懑。他拔刀助人，不避水火;冲锋陷阵，不畏刀枪;抗暴斗恶，舍生忘死。他相貌粗恶而心地善良，脾性急暴而用心精微，力大艺高而处事谨慎。他是水浒英雄人物中深受人们喜爱的一位。一奇在曲尽三拳之妙。拳打镇关西不是劈头盖脑乱打，而是有选择、有步骤地一拳打一个部位，很有节奏感。三拳的效果，全从郑屠被打的不同部位所产生的不同感觉写去：打鼻子，从嗅觉写，咸酸辣，不是滋味;打眼睛，从视觉写，红黑紫，头晕目眩;打太阳穴(近耳根)，从听觉写，乱嗡嗡昏厥过去。就这样通过一连串使人眼花缭乱、应接不暇的形象比喻，使鲁达三拳，各尽其妙，绝不雷同。二奇在点染出鲁达的英雄性格。三拳不打在一处，显示出他粗中有细，三拳就结果了郑屠的狗命，足见他嫉恶如仇，下手很重。也正是这三拳，结束了他的提辖生涯，从此走上逃亡、出家落草的道路，最终上了梁山。</w:t>
      </w:r>
      <w:r>
        <w:rPr>
          <w:lang w:eastAsia="zh-CN"/>
        </w:rPr>
        <w:br/>
      </w:r>
    </w:p>
    <w:p w:rsidR="001B1F19" w14:textId="27C3F48A">
      <w:pPr>
        <w:rPr>
          <w:lang w:eastAsia="zh-CN"/>
        </w:rPr>
      </w:pPr>
      <w:r>
        <w:rPr>
          <w:lang w:eastAsia="zh-CN"/>
        </w:rPr>
        <w:t>　　文中以调侃口吻畅写三拳之下，开肉铺的郑屠，又开了油酱铺、彩帛铺，最终还做水陆道嘲超生自己。读罢之后，人们无不拍手称快，为作者为英雄鲁达热情赞颂的强烈爱憎所感染。他慷慨大方，重义轻财。比如他请史进，赠金老。一听说金老父女的苦情，把自己身边带来的五两银子全放在桌上，还向史进、李忠借钱来帮助他逃生。当李忠不爽利只摸出来二两银子时，便将这银子丢还了他。他嫉恶如仇，见义勇为。这一点可算梁山泊英雄的共同特点。鲁达拳打镇关西这一段充分说明这一点。他性急如火，又心细如发。如他听到金老父女哭诉之后，不能忍受，马上就要去打死郑屠。但从他救助金氏父女脱身的安排，又是非常细心、周到的。从这里也反映出他焦急、暴躁的缺点，如在酒楼听到隔壁哭声，便把碟儿盏儿都丢在楼板上。</w:t>
      </w:r>
      <w:r>
        <w:rPr>
          <w:lang w:eastAsia="zh-CN"/>
        </w:rPr>
        <w:br/>
      </w:r>
      <w:r>
        <w:rPr>
          <w:lang w:eastAsia="zh-CN"/>
        </w:rPr>
        <w:t>　　他勇而有谋，胆大心细。他救金父女，不顾风险;戏耍郑屠，不畏强暴;出逃避祸，颇有机智。这些都写得很生动。鲁达粗中带细，与李逵粗而兼蛮、武松粗而兼狠是不同的。</w:t>
      </w:r>
      <w:r>
        <w:rPr>
          <w:lang w:eastAsia="zh-CN"/>
        </w:rPr>
        <w:br/>
      </w:r>
      <w:r>
        <w:rPr>
          <w:lang w:eastAsia="zh-CN"/>
        </w:rPr>
        <w:t xml:space="preserve">    关于水浒传读书心得范文 篇12 </w:t>
      </w:r>
      <w:r>
        <w:rPr>
          <w:lang w:eastAsia="zh-CN"/>
        </w:rPr>
        <w:br/>
      </w:r>
      <w:r>
        <w:rPr>
          <w:lang w:eastAsia="zh-CN"/>
        </w:rPr>
        <w:t>　　我在暑假的时候，读了四大名著之一《水浒传》，虽然很多很累，但我还是坚持看了下去。不过，付出总是会有回报的，它让我懂得了很多道理。</w:t>
      </w:r>
      <w:r>
        <w:rPr>
          <w:lang w:eastAsia="zh-CN"/>
        </w:rPr>
        <w:br/>
      </w:r>
      <w:r>
        <w:rPr>
          <w:lang w:eastAsia="zh-CN"/>
        </w:rPr>
        <w:br/>
      </w:r>
      <w:r>
        <w:rPr>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https://d.book118.com/737026066033006050</w:t>
        </w:r>
      </w:hyperlink>
    </w:p>
    <w:p w:rsidR="001B1F19">
      <w:pPr>
        <w:rPr>
          <w:lang w:eastAsia="zh-CN"/>
        </w:rPr>
      </w:pPr>
    </w:p>
    <w:sectPr>
      <w:type w:val="nextPage"/>
      <w:pgSz w:w="11906" w:h="16838"/>
      <w:pgMar w:top="1440" w:right="1800" w:bottom="1440" w:left="1800" w:header="851" w:footer="992" w:gutter="0"/>
      <w:pgNumType w:start="1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 w:val="009376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737026066033006050"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6</cp:revision>
  <dcterms:created xsi:type="dcterms:W3CDTF">2024-01-11T00:28:00Z</dcterms:created>
  <dcterms:modified xsi:type="dcterms:W3CDTF">2024-02-08T13:34:00Z</dcterms:modified>
</cp:coreProperties>
</file>