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2024质量月度总结会（32篇）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2024质量月度总结会（精选32篇）</w:t>
      </w:r>
      <w:r>
        <w:rPr>
          <w:lang w:eastAsia="zh-CN"/>
        </w:rPr>
        <w:br/>
      </w:r>
      <w:r>
        <w:rPr>
          <w:lang w:eastAsia="zh-CN"/>
        </w:rPr>
        <w:t xml:space="preserve">    2024质量月度总结会 篇1 </w:t>
      </w:r>
      <w:r>
        <w:rPr>
          <w:lang w:eastAsia="zh-CN"/>
        </w:rPr>
        <w:br/>
      </w:r>
      <w:r>
        <w:rPr>
          <w:lang w:eastAsia="zh-CN"/>
        </w:rPr>
        <w:t>　　公共场所为人类聚居较多的场所，其空气质量直接影响人体的健康，为了确保我旗公共场所室内空气质量贴合国家卫生标准，加强对公共场所的卫生监测就显得尤为重要，按照《公共场所卫生管理条例实施细则》，我中心于20__年7月15日起，对受委托的新营业的旅店、理发店、饭店等公共场所开展空气质量监测工作。现将此项工作开展情景总结如下：</w:t>
      </w:r>
      <w:r>
        <w:rPr>
          <w:lang w:eastAsia="zh-CN"/>
        </w:rPr>
        <w:br/>
      </w:r>
      <w:r>
        <w:rPr>
          <w:lang w:eastAsia="zh-CN"/>
        </w:rPr>
        <w:t>　　一、检测依据：</w:t>
      </w:r>
      <w:r>
        <w:rPr>
          <w:lang w:eastAsia="zh-CN"/>
        </w:rPr>
        <w:br/>
      </w:r>
      <w:r>
        <w:rPr>
          <w:lang w:eastAsia="zh-CN"/>
        </w:rPr>
        <w:t>　　公共场所卫生监测技术规范、公共场所卫生标准检测方法、公共场所空气中可吸入颗粒物（PM10）测定方法。</w:t>
      </w:r>
      <w:r>
        <w:rPr>
          <w:lang w:eastAsia="zh-CN"/>
        </w:rPr>
        <w:br/>
      </w:r>
      <w:r>
        <w:rPr>
          <w:lang w:eastAsia="zh-CN"/>
        </w:rPr>
        <w:t>　　二、评价标准：</w:t>
      </w:r>
      <w:r>
        <w:rPr>
          <w:lang w:eastAsia="zh-CN"/>
        </w:rPr>
        <w:br/>
      </w:r>
      <w:r>
        <w:rPr>
          <w:lang w:eastAsia="zh-CN"/>
        </w:rPr>
        <w:t>　　公共场所卫生标准、《室内空气质量标准》。</w:t>
      </w:r>
      <w:r>
        <w:rPr>
          <w:lang w:eastAsia="zh-CN"/>
        </w:rPr>
        <w:br/>
      </w:r>
      <w:r>
        <w:rPr>
          <w:lang w:eastAsia="zh-CN"/>
        </w:rPr>
        <w:t>　　三、仪器：</w:t>
      </w:r>
      <w:r>
        <w:rPr>
          <w:lang w:eastAsia="zh-CN"/>
        </w:rPr>
        <w:br/>
      </w:r>
      <w:r>
        <w:rPr>
          <w:lang w:eastAsia="zh-CN"/>
        </w:rPr>
        <w:t>　　室内空气现场氨测定仪、甲醛监测仪、温湿度计、风速仪、声级计、数位式照度计、便携式全自动一氧化碳分析仪、袖珍式红外线二氧化碳分析仪等。</w:t>
      </w:r>
      <w:r>
        <w:rPr>
          <w:lang w:eastAsia="zh-CN"/>
        </w:rPr>
        <w:br/>
      </w:r>
      <w:r>
        <w:rPr>
          <w:lang w:eastAsia="zh-CN"/>
        </w:rPr>
        <w:t>　　四、开展的监测项目：</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二氧化碳、一氧化碳、甲醛、可吸入颗粒物、氨、动态噪声、温度、湿度、风速、照度、空气细菌总数。</w:t>
      </w:r>
      <w:r>
        <w:rPr>
          <w:lang w:eastAsia="zh-CN"/>
        </w:rPr>
        <w:br/>
      </w:r>
      <w:r>
        <w:rPr>
          <w:lang w:eastAsia="zh-CN"/>
        </w:rPr>
        <w:t>　　五、监测结果：</w:t>
      </w:r>
      <w:r>
        <w:rPr>
          <w:lang w:eastAsia="zh-CN"/>
        </w:rPr>
        <w:br/>
      </w:r>
      <w:r>
        <w:rPr>
          <w:lang w:eastAsia="zh-CN"/>
        </w:rPr>
        <w:t>　　截止3月27日，共监测49家受委托新营业的宾馆旅店、理发店、饭店、幼儿园等公共场所的空气质量监测，经检测49家经营场所室内空气质量均在正常范围之内，合格率为100%。</w:t>
      </w:r>
      <w:r>
        <w:rPr>
          <w:lang w:eastAsia="zh-CN"/>
        </w:rPr>
        <w:br/>
      </w:r>
      <w:r>
        <w:rPr>
          <w:lang w:eastAsia="zh-CN"/>
        </w:rPr>
        <w:t xml:space="preserve">    2024质量月度总结会 篇2 </w:t>
      </w:r>
      <w:r>
        <w:rPr>
          <w:lang w:eastAsia="zh-CN"/>
        </w:rPr>
        <w:br/>
      </w:r>
      <w:r>
        <w:rPr>
          <w:lang w:eastAsia="zh-CN"/>
        </w:rPr>
        <w:t>　　为进一步落实各项质量法律、法规、技术标准执行力度，深化全员质量意识，努力提高质量管理水平，认真贯彻质量强市工作领导小组以及公司的关于开展质量月活动的相关文件通知精神。我公司各部门结合实际情况，因地制宜，积极开展“20__年质量月”活动。</w:t>
      </w:r>
      <w:r>
        <w:rPr>
          <w:lang w:eastAsia="zh-CN"/>
        </w:rPr>
        <w:br/>
      </w:r>
      <w:r>
        <w:rPr>
          <w:lang w:eastAsia="zh-CN"/>
        </w:rPr>
        <w:t>　　一、领导重视，精心策划，组织落实。</w:t>
      </w:r>
      <w:r>
        <w:rPr>
          <w:lang w:eastAsia="zh-CN"/>
        </w:rPr>
        <w:br/>
      </w:r>
      <w:r>
        <w:rPr>
          <w:lang w:eastAsia="zh-CN"/>
        </w:rPr>
        <w:t>　　公司领导十分重视“20__年质量月”活动，积极组织质计部及各相关部门认真开展质量月活动，充分发挥质计部的职能作用。围绕质量月活动的主题“全员全过程全方位参与，全面提高质量安全水平”，结合项目的实际情况，有计划、有措施，扎扎实实地开展了活动。成立了以总经理为组长的质量月活动领导小组，认真制定并贯彻执行质量月活动要求，使“20__年质量月”活动有条不紊地进行。</w:t>
      </w:r>
      <w:r>
        <w:rPr>
          <w:lang w:eastAsia="zh-CN"/>
        </w:rPr>
        <w:br/>
      </w:r>
      <w:r>
        <w:rPr>
          <w:lang w:eastAsia="zh-CN"/>
        </w:rPr>
        <w:t>　　二、采取多种形式，广泛宣传，增强全员质量意识。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企管部不仅利用条幅和宣传画等传统宣传模式宣传，而且还使用上电子屏滚动宣传和企业公共交流平台上定期宣传的现代化宣传媒介，拓宽思路灵活运用各种宣传方式大力宣传“20__年质量月”活动，为质量月活动开展营造了良好氛围。为后续活动具体项目的实施打下一个良好基础。</w:t>
      </w:r>
      <w:r>
        <w:rPr>
          <w:lang w:eastAsia="zh-CN"/>
        </w:rPr>
        <w:br/>
      </w:r>
      <w:r>
        <w:rPr>
          <w:lang w:eastAsia="zh-CN"/>
        </w:rPr>
        <w:t>　　同时为了使“20__年质量月”活动主题深入人心，进一步加强全体职工的质量意识和法制意识，质计部结合实际情况，加大舆论宣传力度，领导带头，营造全员参与的氛围。积极以“完善质量管理体系、提高产品质量”为目的展开检查工作，针对客户反映的质量问题进行认真的对照检查，细化了质量管理体系和标准化计量基础工作，通过活动的开展，使我公司产品质量、服务质量有了明显提升。通过这次检查，使全员质量意识和工作的自觉性有了明显的提高，质量工作进入了良性循环阶段。</w:t>
      </w:r>
      <w:r>
        <w:rPr>
          <w:lang w:eastAsia="zh-CN"/>
        </w:rPr>
        <w:br/>
      </w:r>
      <w:r>
        <w:rPr>
          <w:lang w:eastAsia="zh-CN"/>
        </w:rPr>
        <w:t>　　在活动进行期间，企管部共出宣传板报2块、挂宣传条幅5幅、宣传资料多份，充分体现了质量月活动主题，营造了良好的活动氛围。</w:t>
      </w:r>
      <w:r>
        <w:rPr>
          <w:lang w:eastAsia="zh-CN"/>
        </w:rPr>
        <w:br/>
      </w:r>
      <w:r>
        <w:rPr>
          <w:lang w:eastAsia="zh-CN"/>
        </w:rPr>
        <w:t>　　三、突出重点，开展专项检查，加强现场管理。</w:t>
      </w:r>
      <w:r>
        <w:rPr>
          <w:lang w:eastAsia="zh-CN"/>
        </w:rPr>
        <w:br/>
      </w:r>
      <w:r>
        <w:rPr>
          <w:lang w:eastAsia="zh-CN"/>
        </w:rPr>
        <w:t>　　1、对质量管理体系进行系统评价，保持体系运行的有效性。</w:t>
      </w:r>
      <w:r>
        <w:rPr>
          <w:lang w:eastAsia="zh-CN"/>
        </w:rPr>
        <w:br/>
      </w:r>
      <w:r>
        <w:rPr>
          <w:lang w:eastAsia="zh-CN"/>
        </w:rPr>
        <w:t>　　质计部在“质量月”活动期间，结合贯彻客户质量信誉评价的标准，紧密结合本公司质量工作的实际，制定活动计划，扎扎实实地组织开展活动。使“质量月”活动取得了显著成效，达到了预期的目的。</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质计部以质量信誉评价和标准化实施细则为准则，侧重于质量、标准、法律法规等制度执行情况，对过程质量控制、产品质量及现场实际操作进行一次大检查。检查完全是以逐项检查的方式进行，按照质量标准，使检查目标明确。对于检查出来的问题立即通报，并当场给予指出并令其立即整改。</w:t>
      </w:r>
      <w:r>
        <w:rPr>
          <w:lang w:eastAsia="zh-CN"/>
        </w:rPr>
        <w:br/>
      </w:r>
      <w:r>
        <w:rPr>
          <w:lang w:eastAsia="zh-CN"/>
        </w:rPr>
        <w:t>　　2、开展第三季度生产大检查，通过此次大检查，更能有效的，深入的配合好“质量月”活动的开展，对在检查过程中发现的一些质量、安全问题，都一一列为重点，并制定出针对性更强的整改措施。</w:t>
      </w:r>
      <w:r>
        <w:rPr>
          <w:lang w:eastAsia="zh-CN"/>
        </w:rPr>
        <w:br/>
      </w:r>
      <w:r>
        <w:rPr>
          <w:lang w:eastAsia="zh-CN"/>
        </w:rPr>
        <w:t>　　依据9月份质量检查的问题，严抓质量管理薄弱环节和工作重点，开展了管理体系及生产过程的排查，坚持做到深挖细找，边检查、边整改，堵塞漏洞，逐步完善质量管理体系建设，增强了质量管理实效，使高起点、高标准、高要求的基础工作落到实处，并根据检查评出最佳优秀部门给予奖励。</w:t>
      </w:r>
      <w:r>
        <w:rPr>
          <w:lang w:eastAsia="zh-CN"/>
        </w:rPr>
        <w:br/>
      </w:r>
      <w:r>
        <w:rPr>
          <w:lang w:eastAsia="zh-CN"/>
        </w:rPr>
        <w:t>　　通过开展“质量月”活动和实施贯彻质量信誉评价的标准来看，我们在质量管理方面还存在很大的提升空间。下一步我公司决定从完善质量管理体系入手，进一步夯实各项基础工作。加强质量基础管理，加大质量监督检查力度，重点强化现场质量控制。对质量信誉评价检查中存在的问题进行了系统的分析，制定了行之有效的改进措施。</w:t>
      </w:r>
      <w:r>
        <w:rPr>
          <w:lang w:eastAsia="zh-CN"/>
        </w:rPr>
        <w:br/>
      </w:r>
      <w:r>
        <w:rPr>
          <w:lang w:eastAsia="zh-CN"/>
        </w:rPr>
        <w:t>　　3、开展质量教育，提高全员的质量意识和法制意识。</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办公室也采取了多种形式，开展质量培训工作，强化质量教育，收到良好效果。“质量管理始于教育，终于教育”的思想得到了较好的体现。生产部利用每天班前班后会，组织员工进行质量法律、法规知识的学习，通过学习，增强了员工知法、守法意识，依法维护了企业、自身利益。</w:t>
      </w:r>
      <w:r>
        <w:rPr>
          <w:lang w:eastAsia="zh-CN"/>
        </w:rPr>
        <w:br/>
      </w:r>
      <w:r>
        <w:rPr>
          <w:lang w:eastAsia="zh-CN"/>
        </w:rPr>
        <w:t>　　4、今后质量工作展望</w:t>
      </w:r>
      <w:r>
        <w:rPr>
          <w:lang w:eastAsia="zh-CN"/>
        </w:rPr>
        <w:br/>
      </w:r>
      <w:r>
        <w:rPr>
          <w:lang w:eastAsia="zh-CN"/>
        </w:rPr>
        <w:t>　　“20__年质量月”虽然结束了，但搞好质量工作是企业永恒的主题。质量工作任重而道远，我公司通过此次“质量月”活动，虽然在某些方面得到了一些改进，但同时也暴露出质量安全方面的不足之处。我公司全体职工会继续努力，以质量求生存、求发展，以实际行动捍卫食品安全！</w:t>
      </w:r>
      <w:r>
        <w:rPr>
          <w:lang w:eastAsia="zh-CN"/>
        </w:rPr>
        <w:br/>
      </w:r>
      <w:r>
        <w:rPr>
          <w:lang w:eastAsia="zh-CN"/>
        </w:rPr>
        <w:t xml:space="preserve">    2024质量月度总结会 篇3 </w:t>
      </w:r>
      <w:r>
        <w:rPr>
          <w:lang w:eastAsia="zh-CN"/>
        </w:rPr>
        <w:br/>
      </w:r>
      <w:r>
        <w:rPr>
          <w:lang w:eastAsia="zh-CN"/>
        </w:rPr>
        <w:t>　　20__年“质量月”活动期间，国网青海经研院质量监督小组多次前往该院负责项目管理、监理的省内外在建项目，检查在建工程安全防护措施、施工方法工艺和工程质量工艺，现场监督工程质量。</w:t>
      </w:r>
      <w:r>
        <w:rPr>
          <w:lang w:eastAsia="zh-CN"/>
        </w:rPr>
        <w:br/>
      </w:r>
      <w:r>
        <w:rPr>
          <w:lang w:eastAsia="zh-CN"/>
        </w:rPr>
        <w:t>　　“质量月”期间，国网青海经研院派遣多个质量督查小组走进施工现场，查勘施工质量、材料设备质量，加强对工程质量的监督；并引入评分和考核机制，提高分包单位工作积极性；结合“三查三强化”活动、现场作业人员安全生产“基本功提升”活动，提升施工单位的质量业务水平，保障电网建设安全稳定。</w:t>
      </w:r>
      <w:r>
        <w:rPr>
          <w:lang w:eastAsia="zh-CN"/>
        </w:rPr>
        <w:br/>
      </w:r>
      <w:r>
        <w:rPr>
          <w:lang w:eastAsia="zh-CN"/>
        </w:rPr>
        <w:t>　　为使活动取得实效，国网青海经研院要求各部门、基层单位要高度重视，加强领导。结合自身实际，围绕“提升供给质量建设质量强国”主题，明确活动目标，制定活动计划，做实活动内容，创新活动形式，顺利完成了“质量月”各项活动。</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2024质量月度总结会 篇4 </w:t>
      </w:r>
      <w:r>
        <w:rPr>
          <w:lang w:eastAsia="zh-CN"/>
        </w:rPr>
        <w:br/>
      </w:r>
      <w:r>
        <w:rPr>
          <w:lang w:eastAsia="zh-CN"/>
        </w:rPr>
        <w:t>　　一、成立组织领导小组</w:t>
      </w:r>
      <w:r>
        <w:rPr>
          <w:lang w:eastAsia="zh-CN"/>
        </w:rPr>
        <w:br/>
      </w:r>
      <w:r>
        <w:rPr>
          <w:lang w:eastAsia="zh-CN"/>
        </w:rPr>
        <w:t>　　1、梁场在质量月起始之日就成立质量月活动领导小组,具体如下：</w:t>
      </w:r>
      <w:r>
        <w:rPr>
          <w:lang w:eastAsia="zh-CN"/>
        </w:rPr>
        <w:br/>
      </w:r>
      <w:r>
        <w:rPr>
          <w:lang w:eastAsia="zh-CN"/>
        </w:rPr>
        <w:t>　　组 长：</w:t>
      </w:r>
      <w:r>
        <w:rPr>
          <w:lang w:eastAsia="zh-CN"/>
        </w:rPr>
        <w:br/>
      </w:r>
      <w:r>
        <w:rPr>
          <w:lang w:eastAsia="zh-CN"/>
        </w:rPr>
        <w:t>　　副组长：、</w:t>
      </w:r>
      <w:r>
        <w:rPr>
          <w:lang w:eastAsia="zh-CN"/>
        </w:rPr>
        <w:br/>
      </w:r>
      <w:r>
        <w:rPr>
          <w:lang w:eastAsia="zh-CN"/>
        </w:rPr>
        <w:t>　　组 员：。 领导小组下设办公室，办公室设在安质部，负责活动日常工作以及收集各类信息，并进行处理、分析和呈报等工作（联系电话：   ）。</w:t>
      </w:r>
      <w:r>
        <w:rPr>
          <w:lang w:eastAsia="zh-CN"/>
        </w:rPr>
        <w:br/>
      </w:r>
      <w:r>
        <w:rPr>
          <w:lang w:eastAsia="zh-CN"/>
        </w:rPr>
        <w:t>　　2、基本要求：</w:t>
      </w:r>
      <w:r>
        <w:rPr>
          <w:lang w:eastAsia="zh-CN"/>
        </w:rPr>
        <w:br/>
      </w:r>
      <w:r>
        <w:rPr>
          <w:lang w:eastAsia="zh-CN"/>
        </w:rPr>
        <w:t>　　紧紧围绕施工现场，结合施工生产实际情况全面策划、组织、指导、开展质量月活动期间各类活动，检查、发现并解决问题，对检查出的质量问题及时落实闭环整改，对安全质量突出的工点，一律严惩不怠，确保了活动取得实效。</w:t>
      </w:r>
      <w:r>
        <w:rPr>
          <w:lang w:eastAsia="zh-CN"/>
        </w:rPr>
        <w:br/>
      </w:r>
      <w:r>
        <w:rPr>
          <w:lang w:eastAsia="zh-CN"/>
        </w:rPr>
        <w:t>　　二、大力营造活动氛围</w:t>
      </w:r>
      <w:r>
        <w:rPr>
          <w:lang w:eastAsia="zh-CN"/>
        </w:rPr>
        <w:br/>
      </w:r>
      <w:r>
        <w:rPr>
          <w:lang w:eastAsia="zh-CN"/>
        </w:rPr>
        <w:t>　　1、梁场首先围绕“质量月”活动主题，组织广大员工召开“质量月”动员大会，进行“质量月”活动动员和部署，引导全体员工积极投入到“质量月”活动中。</w:t>
      </w:r>
      <w:r>
        <w:rPr>
          <w:lang w:eastAsia="zh-CN"/>
        </w:rPr>
        <w:br/>
      </w:r>
      <w:r>
        <w:rPr>
          <w:lang w:eastAsia="zh-CN"/>
        </w:rPr>
        <w:t>　　2、在线下施工场地、梁场悬挂宣传横幅，对质量法规、质量文化等进行宣传，营造全员关注质量的良好氛围。同时借助局举办的摄影大赛借机开展质量相关的图片摄影。通过全面宣传、培训提高企业全员质量意识，强化全员质量法制观念。</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三、开展教育培训活动</w:t>
      </w:r>
      <w:r>
        <w:rPr>
          <w:lang w:eastAsia="zh-CN"/>
        </w:rPr>
        <w:br/>
      </w:r>
      <w:r>
        <w:rPr>
          <w:lang w:eastAsia="zh-CN"/>
        </w:rPr>
        <w:t>　　为了更好的配合质量月活动，梁场积极开展质量安全教育培训活动，加强对全体职工进行培训教育。为了尽量 不影响施工生产，很多时候我们将培训工作送到工地。另外，在下雨、大风等作业人员空闲期间将其邀请到宣教室观看安全质量教育视频、参观安全质量教育展板案例，以进一步增强他们的业务技能水平及安全质量意识。</w:t>
      </w:r>
      <w:r>
        <w:rPr>
          <w:lang w:eastAsia="zh-CN"/>
        </w:rPr>
        <w:br/>
      </w:r>
      <w:r>
        <w:rPr>
          <w:lang w:eastAsia="zh-CN"/>
        </w:rPr>
        <w:t>　　四、开展各项活动</w:t>
      </w:r>
      <w:r>
        <w:rPr>
          <w:lang w:eastAsia="zh-CN"/>
        </w:rPr>
        <w:br/>
      </w:r>
      <w:r>
        <w:rPr>
          <w:lang w:eastAsia="zh-CN"/>
        </w:rPr>
        <w:t>　　1、开展“钢筋绑扎、焊接比武大赛”</w:t>
      </w:r>
      <w:r>
        <w:rPr>
          <w:lang w:eastAsia="zh-CN"/>
        </w:rPr>
        <w:br/>
      </w:r>
      <w:r>
        <w:rPr>
          <w:lang w:eastAsia="zh-CN"/>
        </w:rPr>
        <w:t>　　9月23日，梁场在安质部的组织下，在领导班子的支持下，将各个施工的班组汇聚到梁场施工现场举办一场钢筋绑扎、焊接质量比武大赛，通过这次比武大赛，锻炼了业务技能水平，激发了广大作业人员的生产积极性及质量意识，同时增强了责任心。</w:t>
      </w:r>
      <w:r>
        <w:rPr>
          <w:lang w:eastAsia="zh-CN"/>
        </w:rPr>
        <w:br/>
      </w:r>
      <w:r>
        <w:rPr>
          <w:lang w:eastAsia="zh-CN"/>
        </w:rPr>
        <w:t>　　2、开展“质量月知识竞赛”</w:t>
      </w:r>
      <w:r>
        <w:rPr>
          <w:lang w:eastAsia="zh-CN"/>
        </w:rPr>
        <w:br/>
      </w:r>
      <w:r>
        <w:rPr>
          <w:lang w:eastAsia="zh-CN"/>
        </w:rPr>
        <w:t>　　10月03日（因故推延），梁场在安质部和综合办的精心组织下，在场领导班子的大力支持下，将各个业务部门组织到会议室召开知识竞赛。参赛成员士气高昂，尤其是抢答题这关全部争相抢答。这次知识竞赛充分说明各个业务部门为本次竞赛作了充分的准备，同时也说明大家对安全质量知识学习是积极的，对安全质量工作是用心的是支持的。</w:t>
      </w:r>
      <w:r>
        <w:rPr>
          <w:lang w:eastAsia="zh-CN"/>
        </w:rPr>
        <w:br/>
      </w:r>
      <w:r>
        <w:rPr>
          <w:lang w:eastAsia="zh-CN"/>
        </w:rPr>
        <w:t>　　五、加强质量安全生产大检查</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质量月期间，梁场由场长徐峰带队多次对施工现场进行专项检查、综合大检查等多种类型检查。所有检查切实做到认真、深入、彻底、全面开展，避免检查流于形式。</w:t>
      </w:r>
      <w:r>
        <w:rPr>
          <w:lang w:eastAsia="zh-CN"/>
        </w:rPr>
        <w:br/>
      </w:r>
      <w:r>
        <w:rPr>
          <w:lang w:eastAsia="zh-CN"/>
        </w:rPr>
        <w:t xml:space="preserve">    2024质量月度总结会 篇5 </w:t>
      </w:r>
      <w:r>
        <w:rPr>
          <w:lang w:eastAsia="zh-CN"/>
        </w:rPr>
        <w:br/>
      </w:r>
      <w:r>
        <w:rPr>
          <w:lang w:eastAsia="zh-CN"/>
        </w:rPr>
        <w:t>　　为期一个月的“质量在我心中、质量在我手中”质量月活动已喜降帷幕，这既是公司上至高层管理人员，下至普通员工政治生活中的一件大事，同时也是提高全员质量意识，从我做起、促进我们公司三大主流产品质量再上一个新的台阶，向更高目标迈进的又一重大举措。回顾一月以来的活动开展，我们全体干部、员工紧紧围绕任总在主管级以上人员会议上的指示和要求精心组织、合理安排、积极参与、全面实施、逐步推进并不断完善，圆满完成了此次活动的各项具体内容与要求，取得了可喜的成效，达到了理想的目的，证实了问题的症结，提出了合理的建议，拿出了整改的方案，采取了过硬的措施，扭转了过去存在的一些不良习惯，如今我们全员正朝着实现零投诉，达到零缺陷的目标奋进。</w:t>
      </w:r>
      <w:r>
        <w:rPr>
          <w:lang w:eastAsia="zh-CN"/>
        </w:rPr>
        <w:br/>
      </w:r>
      <w:r>
        <w:rPr>
          <w:lang w:eastAsia="zh-CN"/>
        </w:rPr>
        <w:t>　　总结一月以来的质量活动我们取得了如下八大成果：</w:t>
      </w:r>
      <w:r>
        <w:rPr>
          <w:lang w:eastAsia="zh-CN"/>
        </w:rPr>
        <w:br/>
      </w:r>
      <w:r>
        <w:rPr>
          <w:lang w:eastAsia="zh-CN"/>
        </w:rPr>
        <w:t>　　1、通过一些文娱和体育活动的开展，既丰富了我们员工的业余文化生活，同时也培养了我们服从能力和组织能力，既锻炼了身体，也磨练了意志。</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通过评比“集体标兵”和“个人标兵”使员工的干劲十足，开展你追我赶的喜人局面，涌现了以中段贴纸组为“集体标兵”，以冷压组黄加信、包装组陈凯、成品仓杨军道等“个人标兵”为龙头的一大批优秀的员工，由于名额的限制，不能一一列举，他们是我们学习的榜样，是我们的楷模，是我们的追求目标。希望他们继续发杨、以点带面，让先进的更先进，让后进的赶先进。</w:t>
      </w:r>
      <w:r>
        <w:rPr>
          <w:lang w:eastAsia="zh-CN"/>
        </w:rPr>
        <w:br/>
      </w:r>
      <w:r>
        <w:rPr>
          <w:lang w:eastAsia="zh-CN"/>
        </w:rPr>
        <w:t>　　3、通过推进和加强6s管理，从车间区到生活区环境卫生有了很大的改善，面貌焕然一新，令人舒畅，同时也给生产创造了一个舒适的环境和良好的条件。</w:t>
      </w:r>
      <w:r>
        <w:rPr>
          <w:lang w:eastAsia="zh-CN"/>
        </w:rPr>
        <w:br/>
      </w:r>
      <w:r>
        <w:rPr>
          <w:lang w:eastAsia="zh-CN"/>
        </w:rPr>
        <w:t>　　4、通过以潘经理牵头，各部门主管参与评比和纠正员工操作现场测试、评比出以面油组李德华、刘贵强等员工规范操作的典范，大大鼓舞了他们的斗志和工作士气，让后进的现场学习观摩、不断改进、不断提高。</w:t>
      </w:r>
      <w:r>
        <w:rPr>
          <w:lang w:eastAsia="zh-CN"/>
        </w:rPr>
        <w:br/>
      </w:r>
      <w:r>
        <w:rPr>
          <w:lang w:eastAsia="zh-CN"/>
        </w:rPr>
        <w:t>　　5、更为重要的是通过此次活动的开展，员工的质量意识大有改观，原有的不良操作习惯，“干坏干好一样与我无关”的思想意识已荡然无存，真正地是在“人人品管，一次做好”默默无闻地在生产一线付出自己辛勤的汗水，作出自己的努力。</w:t>
      </w:r>
      <w:r>
        <w:rPr>
          <w:lang w:eastAsia="zh-CN"/>
        </w:rPr>
        <w:br/>
      </w:r>
      <w:r>
        <w:rPr>
          <w:lang w:eastAsia="zh-CN"/>
        </w:rPr>
        <w:t>　　6、通过此次活动的开展，闲置很久的《三检卡》已迅速落实到位，一系列的《作业指导书》、《工艺难点、盲点及技术落后的操作员工现场培训跟踪计划》，以及后进工段的《整改方案》等相继出台，通过品管的统计分析，采用检查、曝光，奖优罚劣的形式，同时按照公司两项处罚166条之规定去落实、去执行，使员工真正意识到：“下一道工序就是客户，产品的质量就掌握在我的手中”。</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7、通过此次活动的开展，各工段的细小环节得到了有效的控制。前段工序中板件的轻拿轻放，机械的勤修勤检，工艺的细致指导，孔位、槽位尺寸的偏差得到了有效的控制;中段工序面油、底油的操作及技能得到了较大的改进提高;后段包装部通过培训，突破重点、难点，抓尾货，少包、错包等现象得到有效的遏制;来料处针对板件的划伤等质量问题提出和制定了切实可行的方案，同时派员驻厂跟踪，大大的降低了由于来料原因而降低生产效力的比率，实现了生产与计划同步的喜人局面。</w:t>
      </w:r>
      <w:r>
        <w:rPr>
          <w:lang w:eastAsia="zh-CN"/>
        </w:rPr>
        <w:br/>
      </w:r>
      <w:r>
        <w:rPr>
          <w:lang w:eastAsia="zh-CN"/>
        </w:rPr>
        <w:t>　　8、通过此次活动开展，大大消弱外协供应商渺视质量的意气，每日由品质部对客户进行产品质量调查，解决产品中存在的问题，同时派员驻厂跟踪指导，安装测试、监督控制，实施先全检、后包装、再抽检、然后入库的方法步骤进行工作，按照制定检查标准，将问题发现在前面，解决了在流入客户手中之先，减少了投诉，增强公司的信誉。</w:t>
      </w:r>
      <w:r>
        <w:rPr>
          <w:lang w:eastAsia="zh-CN"/>
        </w:rPr>
        <w:br/>
      </w:r>
      <w:r>
        <w:rPr>
          <w:lang w:eastAsia="zh-CN"/>
        </w:rPr>
        <w:t>　　以上成绩的取得，离不开任总的正确领导，离不开以生产部陆经理为首的及全体员工的大力支持、积极配合、共同努力而来，更离不开我们品质部全体人员的上下协作、培训指导，虽然“质量月”已近尾声，但我们要按照任总的指示：此次活动不是流入形式，要深入、落到实处，不要将其作为一场运动，而是要长期坚持下去，把它作为一个企业管理来制定，把产生不良品的隐患控制在可能出现的萌芽状态，力争日事日清，日清日高。</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总之，此次活动的成功，公司全员都倾注了大量的心血，付出了辛勤的汗水，通过一系列举措，有效的提升了全员的品质意识，大家都齐心协力，围绕“勤奋努力、勇夺佳绩”的奋斗目标，全方位保障“质量月”活动的成功，促进了品质的改善，产品不良率由上月的2.66%下降到了1.33%，比上月下降了一半，公司的内部管理已上升到一个更高的台阶，出现了一个新的局面，我们收获的不仅仅是经济效益，它更是对公司全体员工的敬业精神、团结意识及求实理念的一次深刻检阅和升华!而这，将是我们搞好九月份“质量月”的宝贵经验，更将是我们公司今后持续稳定发展的最宝贵的财富!</w:t>
      </w:r>
      <w:r>
        <w:rPr>
          <w:lang w:eastAsia="zh-CN"/>
        </w:rPr>
        <w:br/>
      </w:r>
      <w:r>
        <w:rPr>
          <w:lang w:eastAsia="zh-CN"/>
        </w:rPr>
        <w:t xml:space="preserve">    2024质量月度总结会 篇6 </w:t>
      </w:r>
      <w:r>
        <w:rPr>
          <w:lang w:eastAsia="zh-CN"/>
        </w:rPr>
        <w:br/>
      </w:r>
      <w:r>
        <w:rPr>
          <w:lang w:eastAsia="zh-CN"/>
        </w:rPr>
        <w:t>　　一、活动概况</w:t>
      </w:r>
      <w:r>
        <w:rPr>
          <w:lang w:eastAsia="zh-CN"/>
        </w:rPr>
        <w:br/>
      </w:r>
      <w:r>
        <w:rPr>
          <w:lang w:eastAsia="zh-CN"/>
        </w:rPr>
        <w:t>　　“教学光盘进课堂”优质课评比活动于20__年3月26日在沭阳县七雄中学举行。本次比赛日程紧密，组织有序，呈现了六大特点：</w:t>
      </w:r>
      <w:r>
        <w:rPr>
          <w:lang w:eastAsia="zh-CN"/>
        </w:rPr>
        <w:br/>
      </w:r>
      <w:r>
        <w:rPr>
          <w:lang w:eastAsia="zh-CN"/>
        </w:rPr>
        <w:t>　　1、县局和各学校非常重视。</w:t>
      </w:r>
      <w:r>
        <w:rPr>
          <w:lang w:eastAsia="zh-CN"/>
        </w:rPr>
        <w:br/>
      </w:r>
      <w:r>
        <w:rPr>
          <w:lang w:eastAsia="zh-CN"/>
        </w:rPr>
        <w:t>　　一是县教育局对“送优质教学资源下乡工程”教学光盘应用工作非常重视，前后发了两份文件，尤其教研室年第1份文件就是关于落实此项工作的实施方案。</w:t>
      </w:r>
      <w:r>
        <w:rPr>
          <w:lang w:eastAsia="zh-CN"/>
        </w:rPr>
        <w:br/>
      </w:r>
      <w:r>
        <w:rPr>
          <w:lang w:eastAsia="zh-CN"/>
        </w:rPr>
        <w:t>　　二是学校重视，有选手参赛的学校都派了好几位领导老师陪同。无选手参赛的学校也派了老师来观摩学习，全县有近百位老师到会进行观摩学习。在李波校长带领下我校两校区共11位老师也到会进行了观摩学习。</w:t>
      </w:r>
      <w:r>
        <w:rPr>
          <w:lang w:eastAsia="zh-CN"/>
        </w:rPr>
        <w:br/>
      </w:r>
      <w:r>
        <w:rPr>
          <w:lang w:eastAsia="zh-CN"/>
        </w:rPr>
        <w:t>　　2、多个学科综合进行比赛。</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次比赛没有分学科进行，而是把多个学科放在一起进行评比。比赛的主题是“教学光盘进课堂”，关键看对光盘的操作使用情况和光盘在课堂教学中的应用情况，同时也体现了教师本人的教学基本功情况。经过各大片选拔，共有师3个学科14位老师(语文、英语和物理学科)参加比赛。</w:t>
      </w:r>
      <w:r>
        <w:rPr>
          <w:lang w:eastAsia="zh-CN"/>
        </w:rPr>
        <w:br/>
      </w:r>
      <w:r>
        <w:rPr>
          <w:lang w:eastAsia="zh-CN"/>
        </w:rPr>
        <w:t>　　3、参赛老师历经层层选拔。</w:t>
      </w:r>
      <w:r>
        <w:rPr>
          <w:lang w:eastAsia="zh-CN"/>
        </w:rPr>
        <w:br/>
      </w:r>
      <w:r>
        <w:rPr>
          <w:lang w:eastAsia="zh-CN"/>
        </w:rPr>
        <w:t>　　本次参赛的老师都按教育局的要求，先是各校在学校内进行选拔，然后选出一位老师参加片赛，每片再选出2两位老师参加县决赛。这些老师真可谓是过五关，斩六将筛选出来的优秀老师。相对来说本次比赛文科老师较多，理科老师较少(只有物理学科一位老师)，政史地生等学科一位老师也没有，这种现象值得我们反思。</w:t>
      </w:r>
      <w:r>
        <w:rPr>
          <w:lang w:eastAsia="zh-CN"/>
        </w:rPr>
        <w:br/>
      </w:r>
      <w:r>
        <w:rPr>
          <w:lang w:eastAsia="zh-CN"/>
        </w:rPr>
        <w:t>　　4、光盘价值得以极大发挥。</w:t>
      </w:r>
      <w:r>
        <w:rPr>
          <w:lang w:eastAsia="zh-CN"/>
        </w:rPr>
        <w:br/>
      </w:r>
      <w:r>
        <w:rPr>
          <w:lang w:eastAsia="zh-CN"/>
        </w:rPr>
        <w:t>　　推广本套光盘的最根本目的就是要帮助推动提高薄弱地区的课堂教学水平。光盘中内容主要是优秀教师对课堂的教学设计或对课堂教学活动的示范、引导。各参赛老师在比赛中都能较好地利用了光盘中的内容，体现了光盘的推广价值。</w:t>
      </w:r>
      <w:r>
        <w:rPr>
          <w:lang w:eastAsia="zh-CN"/>
        </w:rPr>
        <w:br/>
      </w:r>
      <w:r>
        <w:rPr>
          <w:lang w:eastAsia="zh-CN"/>
        </w:rPr>
        <w:t>　　5、比赛评委阵容非常强大。</w:t>
      </w:r>
      <w:r>
        <w:rPr>
          <w:lang w:eastAsia="zh-CN"/>
        </w:rPr>
        <w:br/>
      </w:r>
      <w:r>
        <w:rPr>
          <w:lang w:eastAsia="zh-CN"/>
        </w:rPr>
        <w:t>　　本次比赛既是光盘推广应用的优课评比，也是多个学科优课的综合评比。比赛评委由教研室8位领导和教研员担任。第一组由教研室叶志兵主任担任评委组长，第二组由教研室魏良亚主任担任评委组长。评委涵盖了多个学科的教研员，也体现了比赛的综合性。</w:t>
      </w:r>
      <w:r>
        <w:rPr>
          <w:lang w:eastAsia="zh-CN"/>
        </w:rPr>
        <w:br/>
      </w:r>
      <w:r>
        <w:rPr>
          <w:lang w:eastAsia="zh-CN"/>
        </w:rPr>
        <w:t>　　6、承办单位准备充分有序。</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县级大型比赛很少在乡一级中学举行，但是本次比赛放在七雄中学举行，这也体现了七雄中学的办学实力。七雄中学为了办好这次活动，作了充分的准备，比如在比赛前新购置了两台电脑，为参会人员准备了丰盛的工作餐，有序地调配了14个班学生参与上课等等，这些工作的落实使得本次比赛进行得非常顺利。</w:t>
      </w:r>
      <w:r>
        <w:rPr>
          <w:lang w:eastAsia="zh-CN"/>
        </w:rPr>
        <w:br/>
      </w:r>
      <w:r>
        <w:rPr>
          <w:lang w:eastAsia="zh-CN"/>
        </w:rPr>
        <w:t>　　二、听课点评</w:t>
      </w:r>
      <w:r>
        <w:rPr>
          <w:lang w:eastAsia="zh-CN"/>
        </w:rPr>
        <w:br/>
      </w:r>
      <w:r>
        <w:rPr>
          <w:lang w:eastAsia="zh-CN"/>
        </w:rPr>
        <w:t>　　我校观摩老师今天都是马不停蹄，连续听课，一共听了7节课。本人听了5节语文，1节英语和1节物理课，都是跨学科听课。我虽然不是专业课老师，但听了这些课，感觉收获很大，也更加坚定了我以前的观点──跨学科听课的收获，有时比听本学科课收获更大。新课程改革中提倡要在教学进行跨学科渗透教学，那么任课老师进行跨学科听课，就更加有必要。老师有了学科渗透的思想、学科渗透的行为，才能更好地做到学科渗透教学。</w:t>
      </w:r>
      <w:r>
        <w:rPr>
          <w:lang w:eastAsia="zh-CN"/>
        </w:rPr>
        <w:br/>
      </w:r>
      <w:r>
        <w:rPr>
          <w:lang w:eastAsia="zh-CN"/>
        </w:rPr>
        <w:t>　　我对所听的7节课进行了“2+2”式点评，这也只是我个人的看法，不一定正确合理。</w:t>
      </w:r>
      <w:r>
        <w:rPr>
          <w:lang w:eastAsia="zh-CN"/>
        </w:rPr>
        <w:br/>
      </w:r>
      <w:r>
        <w:rPr>
          <w:lang w:eastAsia="zh-CN"/>
        </w:rPr>
        <w:t>　　1、第1节课</w:t>
      </w:r>
      <w:r>
        <w:rPr>
          <w:lang w:eastAsia="zh-CN"/>
        </w:rPr>
        <w:br/>
      </w:r>
      <w:r>
        <w:rPr>
          <w:lang w:eastAsia="zh-CN"/>
        </w:rPr>
        <w:t>　　七语 课题《两小儿辩日》</w:t>
      </w:r>
      <w:r>
        <w:rPr>
          <w:lang w:eastAsia="zh-CN"/>
        </w:rPr>
        <w:br/>
      </w:r>
      <w:r>
        <w:rPr>
          <w:lang w:eastAsia="zh-CN"/>
        </w:rPr>
        <w:t>　　1)本节课充分体现了语文学科的教学特点，能关注学生的读、说能力的培养。</w:t>
      </w:r>
      <w:r>
        <w:rPr>
          <w:lang w:eastAsia="zh-CN"/>
        </w:rPr>
        <w:br/>
      </w:r>
      <w:r>
        <w:rPr>
          <w:lang w:eastAsia="zh-CN"/>
        </w:rPr>
        <w:t>　　2)整节课教学设计流畅，能开展多种形式的学习活动，适时地对学生进行学习方法指导。</w:t>
      </w:r>
      <w:r>
        <w:rPr>
          <w:lang w:eastAsia="zh-CN"/>
        </w:rPr>
        <w:br/>
      </w:r>
      <w:r>
        <w:rPr>
          <w:lang w:eastAsia="zh-CN"/>
        </w:rPr>
        <w:t>　　3)老师对光盘中的声音运用较多，未能很好体现教师的引导和示范作用，使得师生之间容易产生距离感。</w:t>
      </w:r>
      <w:r>
        <w:rPr>
          <w:lang w:eastAsia="zh-CN"/>
        </w:rPr>
        <w:br/>
      </w:r>
      <w:r>
        <w:rPr>
          <w:lang w:eastAsia="zh-CN"/>
        </w:rPr>
        <w:t>　　4)学生深层次的学习思考不够，课堂生成较少，往往都是照书读。</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2、第2节课</w:t>
      </w:r>
      <w:r>
        <w:rPr>
          <w:lang w:eastAsia="zh-CN"/>
        </w:rPr>
        <w:br/>
      </w:r>
      <w:r>
        <w:rPr>
          <w:lang w:eastAsia="zh-CN"/>
        </w:rPr>
        <w:t>　　七语 课题《松鼠》</w:t>
      </w:r>
      <w:r>
        <w:rPr>
          <w:lang w:eastAsia="zh-CN"/>
        </w:rPr>
        <w:br/>
      </w:r>
      <w:r>
        <w:rPr>
          <w:lang w:eastAsia="zh-CN"/>
        </w:rPr>
        <w:t>　　1)在目标展示，引导学习等环节能有机对信息技术和教学内容进行整合，很好地利用了光盘。</w:t>
      </w:r>
      <w:r>
        <w:rPr>
          <w:lang w:eastAsia="zh-CN"/>
        </w:rPr>
        <w:br/>
      </w:r>
      <w:r>
        <w:rPr>
          <w:lang w:eastAsia="zh-CN"/>
        </w:rPr>
        <w:t>　　2)课堂板书设计合理，用字简练、重点突出。</w:t>
      </w:r>
      <w:r>
        <w:rPr>
          <w:lang w:eastAsia="zh-CN"/>
        </w:rPr>
        <w:br/>
      </w:r>
      <w:r>
        <w:rPr>
          <w:lang w:eastAsia="zh-CN"/>
        </w:rPr>
        <w:t>　　3)课堂问题设计有时不够精确、简洁，对学生学习引导不够。</w:t>
      </w:r>
      <w:r>
        <w:rPr>
          <w:lang w:eastAsia="zh-CN"/>
        </w:rPr>
        <w:br/>
      </w:r>
      <w:r>
        <w:rPr>
          <w:lang w:eastAsia="zh-CN"/>
        </w:rPr>
        <w:t xml:space="preserve">    2024质量月度总结会 篇7 </w:t>
      </w:r>
      <w:r>
        <w:rPr>
          <w:lang w:eastAsia="zh-CN"/>
        </w:rPr>
        <w:br/>
      </w:r>
      <w:r>
        <w:rPr>
          <w:lang w:eastAsia="zh-CN"/>
        </w:rPr>
        <w:t>　　8月25日，集团公司下发《关于组织开展__年“质量月”活动的通知》，对__年“质量月”各项活动进行全面部署。集团公司领导指出，要积极配合好全国的“质量月”活动，重点是油品升级置换阶段的.质量抽查以及重点管道工程施工质量检查，同时开展好宣传活动。</w:t>
      </w:r>
      <w:r>
        <w:rPr>
          <w:lang w:eastAsia="zh-CN"/>
        </w:rPr>
        <w:br/>
      </w:r>
      <w:r>
        <w:rPr>
          <w:lang w:eastAsia="zh-CN"/>
        </w:rPr>
        <w:t>　　今年的“质量月”活动以“提升供给质量，建设质量强国”为主题，通过开展质量品牌提升活动、质量整治活动、质量宣传活动和群众性质量活动，改善产品和服务供给、解决群众关心的重大质量问题、树立崇尚质量的价值导向、培育工匠精神。</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落实“质量月”活动主题，发挥“质量月”活动的企业主体作用，集团公司将重点从四个方面开展活动。开展质量宣传活动，利用全媒体宣传集团公司质量方针和质量目标，展示各单位质量管理和质量品牌建设成效；召开成果发布会，通过成果发表、经验交流、学习培训等活动提升全员质量意识；进行产品质量监督检查，组织油品质量监督抽查，对供应商及其产品进行集中抽查，对抽查不合格供应商及时通报，提升产品、服务质量；进行工程质量监督，开展重点工程质量抽巡查，尤其对陕京四线、中俄原油管道二线等新开工项目进行质量检查，从源头把好工程质量关，助力集团公司提升质量效益，实现稳健发展。</w:t>
      </w:r>
      <w:r>
        <w:rPr>
          <w:lang w:eastAsia="zh-CN"/>
        </w:rPr>
        <w:br/>
      </w:r>
      <w:r>
        <w:rPr>
          <w:lang w:eastAsia="zh-CN"/>
        </w:rPr>
        <w:t>　　根据集团公司部署，“质量月”期间各企事业单位需围绕主题，结合实际积极组织、拟定活动方案，力争通过活动切实提高质量意识，在质量改进、品牌提升等方面取得实效；做好“质量月”活动总结，选树典型并及时上报集团公司质量与标准管理部。</w:t>
      </w:r>
      <w:r>
        <w:rPr>
          <w:lang w:eastAsia="zh-CN"/>
        </w:rPr>
        <w:br/>
      </w:r>
      <w:r>
        <w:rPr>
          <w:lang w:eastAsia="zh-CN"/>
        </w:rPr>
        <w:t xml:space="preserve">    2024质量月度总结会 篇8 </w:t>
      </w:r>
      <w:r>
        <w:rPr>
          <w:lang w:eastAsia="zh-CN"/>
        </w:rPr>
        <w:br/>
      </w:r>
      <w:r>
        <w:rPr>
          <w:lang w:eastAsia="zh-CN"/>
        </w:rPr>
        <w:t>　　20__年全国质量月活动1日在重庆启动，质量月期间，全国将以空气净化器、智能手机、家具等10类消费品为重点，开展消费品质量提升攻坚战，并随机抽取18个省市区对其省级政府质量工作进行实地核查。</w:t>
      </w:r>
      <w:r>
        <w:rPr>
          <w:lang w:eastAsia="zh-CN"/>
        </w:rPr>
        <w:br/>
      </w:r>
      <w:r>
        <w:rPr>
          <w:lang w:eastAsia="zh-CN"/>
        </w:rPr>
        <w:t>　　据介绍，上述10类消费品还包括电饭煲、智能马桶盖、儿童纸尿裤、儿童玩具、儿童及婴幼儿服装、厨具、床上用品。这些消费品生产企业将开展重要性能指标对比，向社会公布对比结果，国家质检总局将会同有关部门发布这10类消费品的质量状况。同时，全国质量工作部际联席会议成员单位将随机考核18个省级政府的质量工作，并引入第三方评价。</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除了上述主要活动，42个主办单位还将在“质量月”期间开展200余项各具特色的活动。比如，人社部组织开展农民工职业技能提升计划“春潮行动”；公安部对知识产权犯罪等开展“利剑”行动；中国人民银行开展“金融知识普及月”活动，提高消费者金融素养和风险意识。当天举行的启动仪式上，国家质检总局等部门还为刚获得命名“全国质量强市示范城市”的重庆市渝北区、吉林省延边州、江苏省苏州市、浙江省永康市授牌。目前，全国已有22个城市获得该命名。</w:t>
      </w:r>
      <w:r>
        <w:rPr>
          <w:lang w:eastAsia="zh-CN"/>
        </w:rPr>
        <w:br/>
      </w:r>
      <w:r>
        <w:rPr>
          <w:lang w:eastAsia="zh-CN"/>
        </w:rPr>
        <w:t xml:space="preserve">    2024质量月度总结会 篇9 </w:t>
      </w:r>
      <w:r>
        <w:rPr>
          <w:lang w:eastAsia="zh-CN"/>
        </w:rPr>
        <w:br/>
      </w:r>
      <w:r>
        <w:rPr>
          <w:lang w:eastAsia="zh-CN"/>
        </w:rPr>
        <w:t>　　根据华北电网公司《转发国家电网公司关于开展20__年“质量月”活动的通知》(华北电网安监[20__]26号)要求，承德供电公司认真部署,按照国家电网公司20__年“质量月”活动方案,在承德供电公司范围内全面开展以“抓质量水平提升,促发展方式转变”为主题的“质量月”活动,现将活动情况总结如下：</w:t>
      </w:r>
      <w:r>
        <w:rPr>
          <w:lang w:eastAsia="zh-CN"/>
        </w:rPr>
        <w:br/>
      </w:r>
      <w:r>
        <w:rPr>
          <w:lang w:eastAsia="zh-CN"/>
        </w:rPr>
        <w:t>　　一、成立质量月活动领导小组</w:t>
      </w:r>
      <w:r>
        <w:rPr>
          <w:lang w:eastAsia="zh-CN"/>
        </w:rPr>
        <w:br/>
      </w:r>
      <w:r>
        <w:rPr>
          <w:lang w:eastAsia="zh-CN"/>
        </w:rPr>
        <w:t>　　为认真开展质量月活动,全面落实国家电网公司及华北电网有限公司活动方案及要求,承德供电公司立即成立了以总经理为组长的“质量月”活动领导小组，各基层单位也相应成立了质量月活动组织机构，并指定专人负责活动计划，认真开展“质量月”活动。</w:t>
      </w:r>
      <w:r>
        <w:rPr>
          <w:lang w:eastAsia="zh-CN"/>
        </w:rPr>
        <w:br/>
      </w:r>
      <w:r>
        <w:rPr>
          <w:lang w:eastAsia="zh-CN"/>
        </w:rPr>
        <w:t>　　二、充分认识开展“质量月”活动的重要意义</w:t>
      </w:r>
      <w:r>
        <w:rPr>
          <w:lang w:eastAsia="zh-CN"/>
        </w:rPr>
        <w:br/>
      </w:r>
      <w:r>
        <w:rPr>
          <w:lang w:eastAsia="zh-CN"/>
        </w:rPr>
        <w:t>　　为使员工充分认识和了解质量月活动的重要意义，公司认真组织员工学习文件精神及活动方案，围绕“质量提升”，营造重视质量、追求质量、崇尚质量、关注质量的良好氛围，全面提高员工的质量意识。</w:t>
      </w:r>
      <w:r>
        <w:rPr>
          <w:lang w:eastAsia="zh-CN"/>
        </w:rPr>
        <w:br/>
      </w:r>
      <w:r>
        <w:rPr>
          <w:lang w:eastAsia="zh-CN"/>
        </w:rPr>
        <w:t>　　三、采取多种形式，营造活动氛围</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承德供电公司结合本单位实际情况，以国家电网公司质量月活动方案为基础，认真开展丰富多彩的活动，广泛发动群众，全员参与，把“七查一访”、质量隐患排查和整改活动等作为活动重点，推广先进的质量管理方法，加强重点领域重点工程质量监管，全面提升公司质量管理水平。</w:t>
      </w:r>
      <w:r>
        <w:rPr>
          <w:lang w:eastAsia="zh-CN"/>
        </w:rPr>
        <w:br/>
      </w:r>
      <w:r>
        <w:rPr>
          <w:lang w:eastAsia="zh-CN"/>
        </w:rPr>
        <w:t>　　1、强化活动宣传，提高质量意识</w:t>
      </w:r>
      <w:r>
        <w:rPr>
          <w:lang w:eastAsia="zh-CN"/>
        </w:rPr>
        <w:br/>
      </w:r>
      <w:r>
        <w:rPr>
          <w:lang w:eastAsia="zh-CN"/>
        </w:rPr>
        <w:t>　　结合此次质量月活动，承德供电公司大力宣传“质量月”指导思想、活动主题，营造“质量月”活动良好氛围，为此，承德供电公司在各生产场所悬挂质量月宣传画、标语、发放科普读物，以“抓质量、报增长、促发展”，以品牌、标准、信誉、服务和效益为重点，围绕“质量提升”，营造重视质量、追求质量、崇尚质量、关注质量的良好氛围，使员工认识到质量的重要性，从而全面提升重视质量管理的思想意识。</w:t>
      </w:r>
      <w:r>
        <w:rPr>
          <w:lang w:eastAsia="zh-CN"/>
        </w:rPr>
        <w:br/>
      </w:r>
      <w:r>
        <w:rPr>
          <w:lang w:eastAsia="zh-CN"/>
        </w:rPr>
        <w:t>　　2、围绕“质量月”活动主题，在“质量月”期间举办演讲比赛、技术比武、知识竞赛等活动</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开展质量月活动期间，承德供电公司以科学发展观为统领，以品牌、标准、信誉、服务和效益为重点，围绕“质量提升””，引导全社会认识电力、节约用电、低碳生活。承德供电公司在网公司直属单位中率先在营业厅建设“电力需求侧管理展示区”，通过图文展板、视频影像、互动模型，启发和帮助广大电力客户和市民做好节能节电工作。而且通过系列展品的操作体验，让广大市民、学生、青少年提升对认识知识的认识，达到科学用电、节约用电、安全用电等贴近普通市民日常用电知识方面的宣传推广目的。</w:t>
      </w:r>
      <w:r>
        <w:rPr>
          <w:lang w:eastAsia="zh-CN"/>
        </w:rPr>
        <w:br/>
      </w:r>
      <w:r>
        <w:rPr>
          <w:lang w:eastAsia="zh-CN"/>
        </w:rPr>
        <w:t>　　3、加强技术培训，强化员工技术素质，提升质量管理水平</w:t>
      </w:r>
      <w:r>
        <w:rPr>
          <w:lang w:eastAsia="zh-CN"/>
        </w:rPr>
        <w:br/>
      </w:r>
      <w:r>
        <w:rPr>
          <w:lang w:eastAsia="zh-CN"/>
        </w:rPr>
        <w:t>　　(1)9月9日，承德供电公司开展了农电专业技能竞赛，经过激烈角逐，承德县分公司、围场分公司、隆化分公司分获团体前三名。本次技能竞赛分别对选手的基础理论、实际操作及紧急救护法进行了考核。此次技能竞赛是公司大力实施人才强企战略，提高一线员工工作能力和操作技能的重要举措。</w:t>
      </w:r>
      <w:r>
        <w:rPr>
          <w:lang w:eastAsia="zh-CN"/>
        </w:rPr>
        <w:br/>
      </w:r>
      <w:r>
        <w:rPr>
          <w:lang w:eastAsia="zh-CN"/>
        </w:rPr>
        <w:t>　　(2)9月14日至15日，承德供电公司在培训中心举办自动化专业岗位技能比武。来自公司本部和基层单位20多名选手参加比武。经过激烈角逐，丰宁、滦平、平泉供电公司分获得团体总分前三名。本次比武各单位充分重视，积极选派业务骨干参加，涌现出很多技术尖子，比武既检查了员工的理论知识，又提高了实际操作水平，同时也为公司自动化专业整体水平提升起到了积极促进作用。</w:t>
      </w:r>
      <w:r>
        <w:rPr>
          <w:lang w:eastAsia="zh-CN"/>
        </w:rPr>
        <w:br/>
      </w:r>
      <w:r>
        <w:rPr>
          <w:lang w:eastAsia="zh-CN"/>
        </w:rPr>
        <w:t>　　(3)为了提高配电线路员工专业技能技术水平，强化员工素质，达到以竞赛促生产、促安全、提升计量的目的，9月9日至10日，公司举办了20__年配电专业技能比武，并取得圆满成功。经过两天激烈的角逐，承德县分公司、配电中心、营子客服分中心分别获得团体前三名。本次配电专业技能竞赛不仅充分展示了公司配电员工过硬的专业技能，也给参赛队员提供了一个相互切磋技艺，共同提高业务技能水平的平台，在很大程度上激发了员工学习业务技能、提高业务技能的热情，为公司打造一支思想过硬、技术精湛的配电队伍起到积极的促进作用。</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9月20日至21日，承德供电公司举办营销电能计量专业岗位技能比武。来自公司本部和基层单位10支代表队，经过激烈角逐，营子、平泉、围场供电公司分别获得团体总分前三名。本次比武各单位充分重视，赛前进行了充分准备，并选拔优秀选手参加比赛，涌现出很多技术尖子，本次比武既激励了员工提</w:t>
      </w:r>
      <w:r>
        <w:rPr>
          <w:lang w:eastAsia="zh-CN"/>
        </w:rPr>
        <w:br/>
      </w:r>
      <w:r>
        <w:rPr>
          <w:lang w:eastAsia="zh-CN"/>
        </w:rPr>
        <w:t>　　高理论水平，又提高了实际操作水平，同时也为公司计量专业整体水平提升起到了积极促进作用。</w:t>
      </w:r>
      <w:r>
        <w:rPr>
          <w:lang w:eastAsia="zh-CN"/>
        </w:rPr>
        <w:br/>
      </w:r>
      <w:r>
        <w:rPr>
          <w:lang w:eastAsia="zh-CN"/>
        </w:rPr>
        <w:t>　　4、开展“维权”与延伸服务主题系列宣传活动</w:t>
      </w:r>
      <w:r>
        <w:rPr>
          <w:lang w:eastAsia="zh-CN"/>
        </w:rPr>
        <w:br/>
      </w:r>
      <w:r>
        <w:rPr>
          <w:lang w:eastAsia="zh-CN"/>
        </w:rPr>
        <w:t>　　为进一步树立供电企业维权意识，进一步提高供电企业延伸服务质量和服务水平，9月19日上午，公司10个会场同时开展“维权”与延伸服务专项宣传活动，大力营造规范、和谐的服务环境，为公司延伸服务的开展创造良好的外部氛围。本次主体宣传活动，公司各单位共发放各种宣传资料10万余份，200余人参加的宣传，现场解答客户咨询100余次。通过本次宣传，广大客户对延伸服务有了进一步的认识，对承德供电公司服务质量有了更深刻理解，并得到了客户的认可和支持。</w:t>
      </w:r>
      <w:r>
        <w:rPr>
          <w:lang w:eastAsia="zh-CN"/>
        </w:rPr>
        <w:br/>
      </w:r>
      <w:r>
        <w:rPr>
          <w:lang w:eastAsia="zh-CN"/>
        </w:rPr>
        <w:t>　　5、强化课题研究，加强质量管理</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多年以来，公司紧紧围绕企业发展战略和中心工作，以提高工作和服务质量、节能降耗、安全生产为课题开展活动，通过广泛发动、积极引导、努力实践，质量管理小组活动取得了显著成效。在提高质量管理活动中，承德供电公司广泛发动企业职工参与“质量月”活动，发动职工提高质量安全意识，学习质量安全知识。组织基层单位在“质量月”期间开展全面质量管理小组活动，提出合理化建议、群众性质量改进和质量攻关活动，以及岗位练兵、技术大比武、质量知识和技能竞赛活动，动员引导广大青年职工积极参与“青工技能振兴计划”、“青年创新创效”等活动。公司输电部带电二班QC小组成果《带电更换小间距耐张塔绝缘子方法的创新》、输电部带电QC小组成果《伸缩式防雷侧针的研制》、输电部运检QC小组成果《研制输电线路过线装置》分别在中国质量协会杯赛、河北省质量管理小组发布会上获得优胜，并被推荐为“全国优秀质量管理小组”。在全国第三十二次质量管理小组代表大会上，承德供电公司三个质量管理小组(QC小组)荣获20__年“全国优秀质量管理小组”称号。截至目前，公司已获得“国优”称号的QC小组已14个。</w:t>
      </w:r>
      <w:r>
        <w:rPr>
          <w:lang w:eastAsia="zh-CN"/>
        </w:rPr>
        <w:br/>
      </w:r>
      <w:r>
        <w:rPr>
          <w:lang w:eastAsia="zh-CN"/>
        </w:rPr>
        <w:t>　　6、加强基建工程质量专项管理</w:t>
      </w:r>
      <w:r>
        <w:rPr>
          <w:lang w:eastAsia="zh-CN"/>
        </w:rPr>
        <w:br/>
      </w:r>
      <w:r>
        <w:rPr>
          <w:lang w:eastAsia="zh-CN"/>
        </w:rPr>
        <w:t>　　为落实国家电网公司《全面加强工程质量管理专项活动实施意见》要求，落实华北电网有限公司《全面加强工程质量管理专项活动实施方案》，全过程、全方位落实质量管理责任，承德供电公司制定了《全面加强基建工程质量管理专项活动实施方案》，成立了活动组织机构，确定工作目标，设立专项活动工作小组，制定质量专项活动实施计划，并分三个阶段全面开展加强工程质量管理的专项活动。</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此项活动是加强基建标准化建设，推进基建精益化管理，认真开展加强工程质量管理专项活动，夯实质量管理基础，认真做好“标准工艺”、“强制性条文”、“质量通病防治措施”和“标准化施工作业卡”的深化应用工作要求。落实基建质量责任，加强设计、物资、监理、施工、现场试验、调试、工程验收、档案管理工作;创新质量管理手段，落实“标准工艺”、“强制性条文”和“质量通病防治措施”，实现全过程质量管控，稳步提升质量工艺水平;加强工程质量监督，提升施工工艺标准，全面提升工程质量，确保工程按规范零缺陷移交生产运行。</w:t>
      </w:r>
      <w:r>
        <w:rPr>
          <w:lang w:eastAsia="zh-CN"/>
        </w:rPr>
        <w:br/>
      </w:r>
      <w:r>
        <w:rPr>
          <w:lang w:eastAsia="zh-CN"/>
        </w:rPr>
        <w:t xml:space="preserve">    2024质量月度总结会 篇10 </w:t>
      </w:r>
      <w:r>
        <w:rPr>
          <w:lang w:eastAsia="zh-CN"/>
        </w:rPr>
        <w:br/>
      </w:r>
      <w:r>
        <w:rPr>
          <w:lang w:eastAsia="zh-CN"/>
        </w:rPr>
        <w:t>　　一、加强组织领导，确保质量月工作顺利开展</w:t>
      </w:r>
      <w:r>
        <w:rPr>
          <w:lang w:eastAsia="zh-CN"/>
        </w:rPr>
        <w:br/>
      </w:r>
      <w:r>
        <w:rPr>
          <w:lang w:eastAsia="zh-CN"/>
        </w:rPr>
        <w:t>　　我局按照质量兴县和标准化战略领导小组有关质量月活动文件的精神，以“质量月”活动为载体，以提高工作效能为目标，以解决工作态度不积极、工作作风不务实、工作效率不高、工作质量不高等问题为重点，动员和引导全系统进一步树立质量意识，形成人人重视质量，人人关注质量的浓厚氛围。并成立了以局长为组长，副局长为副组长，各科室（中心）负责人为成员的质量月活动领导小组，由各分管领导专门负责组织自己分管科室开展质量月工作，加强对质量月活动的领导，为质量月工作的顺利开展提供组织保证。</w:t>
      </w:r>
      <w:r>
        <w:rPr>
          <w:lang w:eastAsia="zh-CN"/>
        </w:rPr>
        <w:br/>
      </w:r>
      <w:r>
        <w:rPr>
          <w:lang w:eastAsia="zh-CN"/>
        </w:rPr>
        <w:t>　　二、加强学习，提高业务素质和服务质量</w:t>
      </w:r>
      <w:r>
        <w:rPr>
          <w:lang w:eastAsia="zh-CN"/>
        </w:rPr>
        <w:br/>
      </w:r>
      <w:r>
        <w:rPr>
          <w:lang w:eastAsia="zh-CN"/>
        </w:rPr>
        <w:t>　　积极动员个干部职工利用业余时间，加强学习，不断提高自身的业务素质和服务质量。</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提高行政执法质量。认真贯彻执行和各项法律法规和政策措施，做到依法执法、规范执法、文明执法，切实提高行政执法水平；贯彻执行《信访条例》，换位思考，找到问题结症，妥善解决问题，杜绝粗暴接访、敷衍了事、超时办案等现象发生；加强劳动执法监察，积极开展日常巡查，对违反劳动法律法规的单位责令进行整改，提高执法质量。</w:t>
      </w:r>
      <w:r>
        <w:rPr>
          <w:lang w:eastAsia="zh-CN"/>
        </w:rPr>
        <w:br/>
      </w:r>
      <w:r>
        <w:rPr>
          <w:lang w:eastAsia="zh-CN"/>
        </w:rPr>
        <w:t>　　（二）提高贯彻执行质量。在工作中，加强对工作职责、工作流程、服务承诺制、限时结办制等制度的学习贯彻，确保工作质量；在业务经办中，严格执行业务经办流程、业务经办标准，确保业务质量。做到制度执行到位、职责履行到位、流程规范到位、标准实行到位。</w:t>
      </w:r>
      <w:r>
        <w:rPr>
          <w:lang w:eastAsia="zh-CN"/>
        </w:rPr>
        <w:br/>
      </w:r>
      <w:r>
        <w:rPr>
          <w:lang w:eastAsia="zh-CN"/>
        </w:rPr>
        <w:t>　　（三）提高办事服务质量。加强服务窗口建设，进一步完善各项便民设施，增强服务功能，充分体现人性化服务。提高服务意识，态度和蔼可亲，语言文明礼貌，举止端庄大方，环境整洁优美。提高办事效率，不断简化审批程序，减少服务环节，缩短办事时间，提高工作效率。</w:t>
      </w:r>
      <w:r>
        <w:rPr>
          <w:lang w:eastAsia="zh-CN"/>
        </w:rPr>
        <w:br/>
      </w:r>
      <w:r>
        <w:rPr>
          <w:lang w:eastAsia="zh-CN"/>
        </w:rPr>
        <w:t>　　（四）提高文字材料质量。对文字材料深入思考，潜心钻研，全面提高文字材料总体质量，达到文字准确简练、层次清楚明了，避免段落层次不清、文字、语句不通顺等现象；提高文字材料上报的时效性，按照明确的时间要求，按时上报材料，不误时误事。</w:t>
      </w:r>
      <w:r>
        <w:rPr>
          <w:lang w:eastAsia="zh-CN"/>
        </w:rPr>
        <w:br/>
      </w:r>
      <w:r>
        <w:rPr>
          <w:lang w:eastAsia="zh-CN"/>
        </w:rPr>
        <w:t xml:space="preserve">    2024质量月度总结会 篇11 </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根据__省质量技术监督局、__省出入境检验检疫局、__省工业和信息化厅、__省住房和城乡建设厅、__省政府国有资产监督管理委员会、__省工商联、__省总工会、共青团__省委《关于开展20__年"质量月"活动的通知》（号）要求，我局结合我市实际情况，于20__年6月在全市范围内开展了20__年度"质量月"活动，现将情况总结如下：</w:t>
      </w:r>
      <w:r>
        <w:rPr>
          <w:lang w:eastAsia="zh-CN"/>
        </w:rPr>
        <w:br/>
      </w:r>
      <w:r>
        <w:rPr>
          <w:lang w:eastAsia="zh-CN"/>
        </w:rPr>
        <w:t>　　一、主要活动内容</w:t>
      </w:r>
      <w:r>
        <w:rPr>
          <w:lang w:eastAsia="zh-CN"/>
        </w:rPr>
        <w:br/>
      </w:r>
      <w:r>
        <w:rPr>
          <w:lang w:eastAsia="zh-CN"/>
        </w:rPr>
        <w:t>　　（一）6月初，质监局、__市药监局等单位在__市主要街道上悬挂了30多条质量宣传横幅，内容有"抓质量水平提升，促发展方式转变质量诚信是企业的信誉和生、命质量关系你我他，涉及个人与国家坚持以质取胜，推动科学发展重视质量安全，促进社会和谐树立质量、法制观念，提高全民质量意识"等，烘托、渲染了全市的质量安全意识氛围。与此同时，在__市广场组织开展了"质量月"现场咨询活动，制作展板、板报、发放宣传资料，现场受理了17起质量投诉举报，免费为消费者进行了产品检测和真假。活动中，通过对《食品安全法》等法规和假冒伪劣产品辨别知识的宣传和咨询，提高了企业和消费者识假辨假能力和食品质量安全意识，为__市广大市民的质量安全提供了保障。</w:t>
      </w:r>
      <w:r>
        <w:rPr>
          <w:lang w:eastAsia="zh-CN"/>
        </w:rPr>
        <w:br/>
      </w:r>
      <w:r>
        <w:rPr>
          <w:lang w:eastAsia="zh-CN"/>
        </w:rPr>
        <w:t>　　（二）6月上旬，组织动员了__厂、__有限公司、食品有限公司等10多家本土特色企业参加20__年度__省质量知识竞赛。我局对此也给予了各参赛企业充分的帮助，比如专业法律法规知识的了解和掌握，以使各参赛企业更加积极认真也更好地为竞赛做准备。</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6月26日，我局所有持有有效执法证的人员奔赴省局参加了20__年全省质监系统执法打假大比武活动。在比赛前，我局参赛人员已充分做好了准备工作，同时也与未参赛的同志共同学习，从而形成了全局共同提高业务水平和执法水平的局面。通过参加这次的执法打假大比武活动，进一步提高了我局质监行政执法人员业务素质，提升了我局执法办案水平和应急处置能力。</w:t>
      </w:r>
      <w:r>
        <w:rPr>
          <w:lang w:eastAsia="zh-CN"/>
        </w:rPr>
        <w:br/>
      </w:r>
      <w:r>
        <w:rPr>
          <w:lang w:eastAsia="zh-CN"/>
        </w:rPr>
        <w:t>　　（四）6月中旬，围绕服务市经济发展建设，在__市广场组织开展了"节能减排增效"宣传活动，向广大市民宣传普及了能源计量标准工作及节能认证和能效标识应用的相关知识。同时，引导企业开展节能降耗竞赛活动，引导并帮助质量管理小组开展节能降耗技术攻关活动，帮助企业树立"质量诚信是企业的信誉和生命"的科学管理理念，在全社会营造了一种"节约资源就是创造财富"的风尚。</w:t>
      </w:r>
      <w:r>
        <w:rPr>
          <w:lang w:eastAsia="zh-CN"/>
        </w:rPr>
        <w:br/>
      </w:r>
      <w:r>
        <w:rPr>
          <w:lang w:eastAsia="zh-CN"/>
        </w:rPr>
        <w:t>　　（五）我局副局长撰写了《浅谈"大质检"文化》（"大质检文化"征文）及《食品安全问题的一点探讨》（__省第5届高层质量论坛论文）两篇业务论文，积极响应"大质检文化"所倡导的在思想上进一步巩固提高质量安全意识。同时，我局积极组织广大干部职工与相关单位进行交流，开展形式多样的文体活动，不断丰富"大质检文化"。</w:t>
      </w:r>
      <w:r>
        <w:rPr>
          <w:lang w:eastAsia="zh-CN"/>
        </w:rPr>
        <w:br/>
      </w:r>
      <w:r>
        <w:rPr>
          <w:lang w:eastAsia="zh-CN"/>
        </w:rPr>
        <w:t>　　（六）开展了乳制品专项整治和气瓶专项治理活动。检查发现，我市并未出现问题乳制品，但我局仍加强对全市各乳制品经销商的监管力度，确保我市乳制品质量安全。同时针对气瓶充装和检验单位开展专项治理活动，规范气瓶行业的充装、检验行为，依法打击了充装不粘帖合格证、缺斤少量等违法违规行为，并使气瓶定期检验率保持在100%，杜绝超期气瓶、劣质气瓶和充装不合格气瓶流入市场，保障了广大市民的生命财产安全。</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七）加强了__市全市节假日设备安全监督检查。两节期间均安排了专人值班，确保第一时间避免不必要的损失和第一时间提供帮助。（八）不断在工作实践中加强"质量月"期间各项活动的宣传和报道，争取使活动效果达到最大化。充分发挥了__市市区范</w:t>
      </w:r>
      <w:r>
        <w:rPr>
          <w:lang w:eastAsia="zh-CN"/>
        </w:rPr>
        <w:br/>
      </w:r>
      <w:r>
        <w:rPr>
          <w:lang w:eastAsia="zh-CN"/>
        </w:rPr>
        <w:t>　　围较小，新闻消息传播快的特点，积极组织多层次、立体化、系列化的宣传活动、最大限度地普及质量知识和质量法律法规，增强企业主体意识和广大城乡居民的质量维权意识。努力在全社会形成关心质量、重视质量、创造质量、享受质量的良好氛围。</w:t>
      </w:r>
      <w:r>
        <w:rPr>
          <w:lang w:eastAsia="zh-CN"/>
        </w:rPr>
        <w:br/>
      </w:r>
      <w:r>
        <w:rPr>
          <w:lang w:eastAsia="zh-CN"/>
        </w:rPr>
        <w:t>　　二、存在问题虽然我局不断在工作实践中加强"质量月"期间各项活动的宣传和报道，争取使活动效果达到最大化，但是，本次活动中还是存在一些问题，比如开展活动的深度不够，与其他职能部门的联动不够等，我局</w:t>
      </w:r>
      <w:r>
        <w:rPr>
          <w:lang w:eastAsia="zh-CN"/>
        </w:rPr>
        <w:br/>
      </w:r>
      <w:r>
        <w:rPr>
          <w:lang w:eastAsia="zh-CN"/>
        </w:rPr>
        <w:t>　　将在今后工作中着力于改进这些不足之处，使我市质监工作迈上新台阶。</w:t>
      </w:r>
      <w:r>
        <w:rPr>
          <w:lang w:eastAsia="zh-CN"/>
        </w:rPr>
        <w:br/>
      </w:r>
      <w:r>
        <w:rPr>
          <w:lang w:eastAsia="zh-CN"/>
        </w:rPr>
        <w:t xml:space="preserve">    2024质量月度总结会 篇12 </w:t>
      </w:r>
      <w:r>
        <w:rPr>
          <w:lang w:eastAsia="zh-CN"/>
        </w:rPr>
        <w:br/>
      </w:r>
      <w:r>
        <w:rPr>
          <w:lang w:eastAsia="zh-CN"/>
        </w:rPr>
        <w:t>　　根据县实施质量兴县及标准化领导小组对20__5年“质量月”活动的部署和要求，结合我局实际，现将我局质量月工作情况总结如下：</w:t>
      </w:r>
      <w:r>
        <w:rPr>
          <w:lang w:eastAsia="zh-CN"/>
        </w:rPr>
        <w:br/>
      </w:r>
      <w:r>
        <w:rPr>
          <w:lang w:eastAsia="zh-CN"/>
        </w:rPr>
        <w:t>　　一、加强组织领导，确保质量月工作顺利开展</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局按照质量兴县和标准化战略领导小组有关"质量月"活动文件的精神，以“质量月”活动为载体，以提高工作效能为目标，以解决工作态度不积极、工作作风不务实、工作效率不高、工作质量不高等问题为重点，动员和引导全系统进一步树立质量意识，形成人人重视质量，人人关注质量的浓厚氛围。并成立了以局长为组长，副局长为副组长，各科室（中心）负责人为成员的"质量月"活动领导小组，由各分管领导专门负责组织自己分管科室开展质量月工作，加强对质量月活动的领导，为质量月工作的顺利开展提供组织保证。</w:t>
      </w:r>
      <w:r>
        <w:rPr>
          <w:lang w:eastAsia="zh-CN"/>
        </w:rPr>
        <w:br/>
      </w:r>
      <w:r>
        <w:rPr>
          <w:lang w:eastAsia="zh-CN"/>
        </w:rPr>
        <w:t>　　二、加强学习，提高业务素质和服务质量</w:t>
      </w:r>
      <w:r>
        <w:rPr>
          <w:lang w:eastAsia="zh-CN"/>
        </w:rPr>
        <w:br/>
      </w:r>
      <w:r>
        <w:rPr>
          <w:lang w:eastAsia="zh-CN"/>
        </w:rPr>
        <w:t>　　积极动员个干部职工利用业余时间，加强学习，不断提高自身的业务素质和服务质量。</w:t>
      </w:r>
      <w:r>
        <w:rPr>
          <w:lang w:eastAsia="zh-CN"/>
        </w:rPr>
        <w:br/>
      </w:r>
      <w:r>
        <w:rPr>
          <w:lang w:eastAsia="zh-CN"/>
        </w:rPr>
        <w:t>　　（一）提高行政执法质量。认真贯彻执行和各项法律法规和政策措施，做到依法执法、规范执法、文明执法，切实提高行政执法水平；贯彻执行《信访条例》，换位思考，找到问题结症，妥善解决问题，杜绝粗暴接访、敷衍了事、超时办案等现象发生；加强劳动执法监察，积极开展日常巡查，对违反劳动法律法规的单位责令进行整改，提高执法质量。</w:t>
      </w:r>
      <w:r>
        <w:rPr>
          <w:lang w:eastAsia="zh-CN"/>
        </w:rPr>
        <w:br/>
      </w:r>
      <w:r>
        <w:rPr>
          <w:lang w:eastAsia="zh-CN"/>
        </w:rPr>
        <w:t>　　（二）提高贯彻执行质量。在工作中，加强对工作职责、工作流程、服务承诺制、限时结办制等制度的学习贯彻，确保工作质量；在业务经办中，严格执行业务经办流程、业务经办标准，确保业务质量。做到制度执行到位、职责履行到位、流程规范到位、标准实行到位。</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提高办事服务质量。加强服务窗口建设，进一步完善各项便民设施，增强服务功能，充分体现人性化服务。提高服务意识，态度和蔼可亲，语言文明礼貌，举止端庄大方，环境整洁优美。提高办事效率，不断简化审批程序，减少服务环节，缩短办事时间，提高工作效率。</w:t>
      </w:r>
      <w:r>
        <w:rPr>
          <w:lang w:eastAsia="zh-CN"/>
        </w:rPr>
        <w:br/>
      </w:r>
      <w:r>
        <w:rPr>
          <w:lang w:eastAsia="zh-CN"/>
        </w:rPr>
        <w:t>　　（四）提高文字材料质量。对文字材料深入思考，潜心钻研，全面提高文字材料总体质量，达到文字准确简练、层次清楚明了，避免段落层次不清、文字、语句不通顺等现象；提高文字材料上报的时效性，按照明确的时间要求，按时上报材料，不误时误事。</w:t>
      </w:r>
      <w:r>
        <w:rPr>
          <w:lang w:eastAsia="zh-CN"/>
        </w:rPr>
        <w:br/>
      </w:r>
      <w:r>
        <w:rPr>
          <w:lang w:eastAsia="zh-CN"/>
        </w:rPr>
        <w:t xml:space="preserve">    2024质量月度总结会 篇13 </w:t>
      </w:r>
      <w:r>
        <w:rPr>
          <w:lang w:eastAsia="zh-CN"/>
        </w:rPr>
        <w:br/>
      </w:r>
      <w:r>
        <w:rPr>
          <w:lang w:eastAsia="zh-CN"/>
        </w:rPr>
        <w:t>　　质量是一个企业的根，只有大家一齐来把质量搞好，才能让在根上方的树枝长得茂盛，企业才能长久发展下去，我们的产品才能在消费者的使用过程中得到好评，才能有品牌效应。五月份是公司的质量月，为有效地开展质量月活动，对质量月各项活动进行了全面的策划和布置，为扎实开展质量月活动奠定了基础。</w:t>
      </w:r>
      <w:r>
        <w:rPr>
          <w:lang w:eastAsia="zh-CN"/>
        </w:rPr>
        <w:br/>
      </w:r>
      <w:r>
        <w:rPr>
          <w:lang w:eastAsia="zh-CN"/>
        </w:rPr>
        <w:t>　　进入质量月，公司用心组织开展质量月质量月活动。以提高产品质量为主题，锻炼自我，提高自我，为进一步加强基层管理干部队伍的建设，打造一支强有力的执行者队伍，提高精细化管理的潜力，以适应现代企业对基层管理者素质和潜力的新要求。举办了个系列岗位技能培训，如后备检验员、后备工段长、后备计划员等使员工的岗位技能都得到了提高，还扎实推进人员质量意识的提高、质量管理工作的持续改善，最终保障产品实物质量。透过本次培训，学员们觉得受益匪浅，纷纷表示此次培训对提升技能很有帮忙。今后必须要把所学知识运用到工作实践中，为公司贡献自我一份力量。</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进入质量月，公司在四通阀焊接车间，举办了焊接手工焊质量技术比武活动。对活动进行了精心的策划，制定了质量技术比武实施计划，从零件加工进度、加工质量、操作规范化等方面开展评比，并根据零件实物质量、加工零件难易程度进行了综合考评，并要求透过比武活动确实起到学技术、重技术的目的。比武结束后，将按照考评结果对优胜者进行奖励。透过技术比武，不仅仅有力的促进了操作者提高技术水平、提高加工效率，也有效的促进了规范操作过程保质保量。</w:t>
      </w:r>
      <w:r>
        <w:rPr>
          <w:lang w:eastAsia="zh-CN"/>
        </w:rPr>
        <w:br/>
      </w:r>
      <w:r>
        <w:rPr>
          <w:lang w:eastAsia="zh-CN"/>
        </w:rPr>
        <w:t>　　进入质量月，电慈阀事业部针对新进人员对质量知识不熟悉、对质量工作认识不深刻的现象，由质量处处长王丽红组织进行了质量知识培训，培训资料除了学习Q型质量知识外，还结合实际，就生产过程中应注意的事项，如严格按照工艺要求加工;生产过程的三不原则-----对不合格品不理解、不生产、不放过;生产过程如何做好零件的防护;如何做好工量器具、设备的维护保养;生产过程中的环境持续等等，并给大家强调，质量工作的基础是预防，要第一次就把事情做好;质量工作的重点是持续改善，对加工中的新方法、新推荐，要大胆提出，同时，学习了以往生产过程中发生的一些案例，从以往发生的质量问题中总结经验，吸取教训。</w:t>
      </w:r>
      <w:r>
        <w:rPr>
          <w:lang w:eastAsia="zh-CN"/>
        </w:rPr>
        <w:br/>
      </w:r>
      <w:r>
        <w:rPr>
          <w:lang w:eastAsia="zh-CN"/>
        </w:rPr>
        <w:t>　　透过学习，使大家进一步掌握了质量基本知识，明白了质量是加工出来的，而不是检验出来的，质量工作不是哪个部门或哪一个人的职责，而是所有人员的共同职责，每个人都要做好自我的本职工作，综合起来才能保证整个产品的质量。对大家在以后工作中如何做好本职岗位的质量工作将起到有力促进。</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打出了自我的品牌，时刻牢记质量二字。对于存在问题要进一步提高认识，落实行动，在第一时间发现问题，把问题解决在构成过程中，赢得顾客的信赖，在市场上抢占先机。使三花品质跃上一个新台阶。</w:t>
      </w:r>
      <w:r>
        <w:rPr>
          <w:lang w:eastAsia="zh-CN"/>
        </w:rPr>
        <w:br/>
      </w:r>
      <w:r>
        <w:rPr>
          <w:lang w:eastAsia="zh-CN"/>
        </w:rPr>
        <w:t xml:space="preserve">    2024质量月度总结会 篇14 </w:t>
      </w:r>
      <w:r>
        <w:rPr>
          <w:lang w:eastAsia="zh-CN"/>
        </w:rPr>
        <w:br/>
      </w:r>
      <w:r>
        <w:rPr>
          <w:lang w:eastAsia="zh-CN"/>
        </w:rPr>
        <w:t>　　提高工程建设质量和水平， 9月29日，市住建局在市第二实验小学迎宾校区扩建和联东U谷·漳州国际企业港1#地四期两个项目现场，召开20__年“质量月”建筑施工现场观摩会。周伟辉局长、何惠民调研员亲临现场观摩指导，市质量站全体监管人员，各县（市、区）、开发区（投资区、高新区）工程质量站（含人防质量站）负责人，芗城区（含金峰开发区）、龙文区（含蓝田开发区）各在建项目的项目经理、项目技术负责人、项目总监近千人次参加。</w:t>
      </w:r>
      <w:r>
        <w:rPr>
          <w:lang w:eastAsia="zh-CN"/>
        </w:rPr>
        <w:br/>
      </w:r>
      <w:r>
        <w:rPr>
          <w:lang w:eastAsia="zh-CN"/>
        </w:rPr>
        <w:t>　　市第二实验小学迎宾校区扩建项目是今年我市补足教育短板的重要民生工程，主体为框架结构，建成后可多办12个教学班，多容纳540个学生。联东U谷·漳州国际企业港1#地四期项目由14栋框架结构标准化三层厂房组成，建成后重点引进电子信息、精密加工、食品医药等主导产业，将有效促进产业转型升级。两个项目施工时聚焦提升工程质量为目标，实施精细化管理，充分展示了型钢柱、钢筋制作与安装、混凝土浇筑、砌体、室内装修等先进施工工艺、技术的应用。</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联东U谷·漳州国际企业港项目施工现场，还组织召开“质量月”活动工程质量通病治理座谈会。漳州城投建工集团有限公司、福建七建集团有限公司2家单位围绕工程质量管理、质量通病检查防控、工程创优实施、科技创新总结利用等方面进行重点交流发言。市、县两级监管部门也对加强预拌混凝土质量管理进行吹风宣贯，下一步将加大对预拌混凝土生产和使用的抽查抽测及监督指导力度，坚决淘汰落后工艺，推动我市工程质量稳步提升。</w:t>
      </w:r>
      <w:r>
        <w:rPr>
          <w:lang w:eastAsia="zh-CN"/>
        </w:rPr>
        <w:br/>
      </w:r>
      <w:r>
        <w:rPr>
          <w:lang w:eastAsia="zh-CN"/>
        </w:rPr>
        <w:t>　　最后，何惠民强调，一是企业要认真学习，以观摩工地为标杆，把好的经验做法带回去，进一步弘扬工匠精神，打造优质工程；二是监管部门要履职尽职，实施精细化监管，帮助指导企业克服质量通病，促进提升全市工程质量水平。</w:t>
      </w:r>
      <w:r>
        <w:rPr>
          <w:lang w:eastAsia="zh-CN"/>
        </w:rPr>
        <w:br/>
      </w:r>
      <w:r>
        <w:rPr>
          <w:lang w:eastAsia="zh-CN"/>
        </w:rPr>
        <w:t>　　此次观摩会，通过观摩样板引路、质量过程控制等典型示范和交流研讨，进一步引导全市施工企业学习先进、对标样板，落实落细施工质量标准化各项措施，提升工程质量管理水平，争创更多标准化工地和优质工程，为我市建设质量强市、决胜全面小康添砖加瓦。</w:t>
      </w:r>
      <w:r>
        <w:rPr>
          <w:lang w:eastAsia="zh-CN"/>
        </w:rPr>
        <w:br/>
      </w:r>
      <w:r>
        <w:rPr>
          <w:lang w:eastAsia="zh-CN"/>
        </w:rPr>
        <w:t xml:space="preserve">    2024质量月度总结会 篇15 </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了提高联发公司产品质量，增强员工质量意识，加强管理层人员职责心，7月份开展了以抓质量、强质检、创品牌、塑形象为主题的质量月活动，回顾一个月以来的活动开展，各基层单位按照公司指示和要求精心组织、合理安排、用心参与、逐步推进并不断完善，圆满完成了此次活动的各项具体资料与要求，取得了可喜的成效，到达了理想的目的。透过认真分析问题的症结，提出合理的推荐，拿出整改的方案，采取过硬的措施，扭转了过去存在的一些不良习惯。各生产车间的产品质量及管理水平有了大幅度的提升。</w:t>
      </w:r>
      <w:r>
        <w:rPr>
          <w:lang w:eastAsia="zh-CN"/>
        </w:rPr>
        <w:br/>
      </w:r>
      <w:r>
        <w:rPr>
          <w:lang w:eastAsia="zh-CN"/>
        </w:rPr>
        <w:t>　　一、领导高度重视</w:t>
      </w:r>
      <w:r>
        <w:rPr>
          <w:lang w:eastAsia="zh-CN"/>
        </w:rPr>
        <w:br/>
      </w:r>
      <w:r>
        <w:rPr>
          <w:lang w:eastAsia="zh-CN"/>
        </w:rPr>
        <w:t>　　为了更好开展质量月活动，公司书记史秋影主持召开了各基层单位书记动员会，会议主要资料是宣传降本保效保安稳工作和如何动员全体职工抓质量、如何运用质检手段抓质量、如何体现抓质量成效的工作安排，同时期望各单位做好宣传和落实。</w:t>
      </w:r>
      <w:r>
        <w:rPr>
          <w:lang w:eastAsia="zh-CN"/>
        </w:rPr>
        <w:br/>
      </w:r>
      <w:r>
        <w:rPr>
          <w:lang w:eastAsia="zh-CN"/>
        </w:rPr>
        <w:t>　　二、加强质量培训</w:t>
      </w:r>
      <w:r>
        <w:rPr>
          <w:lang w:eastAsia="zh-CN"/>
        </w:rPr>
        <w:br/>
      </w:r>
      <w:r>
        <w:rPr>
          <w:lang w:eastAsia="zh-CN"/>
        </w:rPr>
        <w:t>　　在质量月活动中各单位掀起了学习的高潮，深入学习铁煤联发办字【20__】2号文件资料，层层签订质量职责书，质量职责书明确了各级主管部门质量职责、质量要求、质量奖罚办法，透过各种形式，开展对员工的质量培训。</w:t>
      </w:r>
      <w:r>
        <w:rPr>
          <w:lang w:eastAsia="zh-CN"/>
        </w:rPr>
        <w:br/>
      </w:r>
      <w:r>
        <w:rPr>
          <w:lang w:eastAsia="zh-CN"/>
        </w:rPr>
        <w:t>　　1、洗选设备厂对操作工进行言传身教方式的操作培训，要求工人加强自检，严格控制零件质量，逐步开展员工对图纸识别潜力的培训。</w:t>
      </w:r>
      <w:r>
        <w:rPr>
          <w:lang w:eastAsia="zh-CN"/>
        </w:rPr>
        <w:br/>
      </w:r>
      <w:r>
        <w:rPr>
          <w:lang w:eastAsia="zh-CN"/>
        </w:rPr>
        <w:t>　　2、矿车修造厂组织员工进行了座谈，他们从不一样的角度畅谈了产品质量的重要性，表示只有产品质量上去了才能打造品牌，才能得到客户的认可。在生产管理中，车间管理人员及操作者是关键，只有他们认识到企业的长远发展离不开产品质量，才能真正的生产出创品牌的产品。</w:t>
      </w:r>
      <w:r>
        <w:rPr>
          <w:lang w:eastAsia="zh-CN"/>
        </w:rPr>
        <w:br/>
      </w:r>
      <w:r>
        <w:rPr>
          <w:lang w:eastAsia="zh-CN"/>
        </w:rPr>
        <w:t>　　3、劳保厂在质量月活动期间用心开展了加工质量评比活动，促进职工的干劲，进一步深入开展四质创优活动，提升全体员工的质量意识，提高全体员工参与质量管理的用心性。</w:t>
      </w:r>
      <w:r>
        <w:rPr>
          <w:lang w:eastAsia="zh-CN"/>
        </w:rPr>
        <w:br/>
      </w:r>
    </w:p>
    <w:p w:rsidR="001B1F19" w14:textId="27C3F48A">
      <w:pPr>
        <w:rPr>
          <w:lang w:eastAsia="zh-CN"/>
        </w:rPr>
      </w:pPr>
      <w:r>
        <w:rPr>
          <w:lang w:eastAsia="zh-CN"/>
        </w:rPr>
        <w:t>　　4、综机设备检修厂开展了质量知识问答活动。主抓质量工作的副厂长根据这个厂的生产作业特点以及主营业务检修液压支架的注意事项，分别对焊工、修阀工、修柱工、油漆工以及组装工、力工等工种作业人员在工作中相关质量知识的讲解，同时对所学的质量知识进行了现场提问，被提问的员工回答流利，赢得了阵阵掌声。</w:t>
      </w:r>
      <w:r>
        <w:rPr>
          <w:lang w:eastAsia="zh-CN"/>
        </w:rPr>
        <w:br/>
      </w:r>
      <w:r>
        <w:rPr>
          <w:lang w:eastAsia="zh-CN"/>
        </w:rPr>
        <w:t>　　三、生产过程中的质量控制</w:t>
      </w:r>
      <w:r>
        <w:rPr>
          <w:lang w:eastAsia="zh-CN"/>
        </w:rPr>
        <w:br/>
      </w:r>
      <w:r>
        <w:rPr>
          <w:lang w:eastAsia="zh-CN"/>
        </w:rPr>
        <w:t>　　为了有效的实现过程质量控制，各车间员工提高自检潜力，生产过程中加强了自检。车间检验人员提高了检验的力度和频率，所有尺寸按照质量标准严格执行，并详细做好记录。各车间主任严格管理车间的产品质量，使产品质量都有了明显的提高。</w:t>
      </w:r>
      <w:r>
        <w:rPr>
          <w:lang w:eastAsia="zh-CN"/>
        </w:rPr>
        <w:br/>
      </w:r>
      <w:r>
        <w:rPr>
          <w:lang w:eastAsia="zh-CN"/>
        </w:rPr>
        <w:t>　　1、小康综合厂螺母车间鱼尾螺丝加工实行了定量调整模具模式，每生产一千个螺丝就停机调整一次模具，设备进行一次注油保养，即保证了螺帽的标准，也提高了机械使用寿命。36U支架修复车间坚持每架成品各部尺寸逐一检查，根据季节及室温变化定期抽样做力学性能试验，坚持做到不合格产品决不出厂。</w:t>
      </w:r>
      <w:r>
        <w:rPr>
          <w:lang w:eastAsia="zh-CN"/>
        </w:rPr>
        <w:br/>
      </w:r>
      <w:r>
        <w:rPr>
          <w:lang w:eastAsia="zh-CN"/>
        </w:rPr>
        <w:t>　　2、制网厂四车间加强了复合网车间十字交叉点焊接的管理，每个班次调整模具压力，检查模具磨损程度，发现问题及时进行修复或更换，保证了焊接点的平整牢固。</w:t>
      </w:r>
      <w:r>
        <w:rPr>
          <w:lang w:eastAsia="zh-CN"/>
        </w:rPr>
        <w:br/>
      </w:r>
      <w:r>
        <w:rPr>
          <w:lang w:eastAsia="zh-CN"/>
        </w:rPr>
        <w:t>　　3、洗选设备厂加强了工序质量控制点控制，焊接点表面要均匀连续波浪状，棱角要打磨光滑，漆面不要有积漆等外观质量，坚持每道工序都有质检员把关，不合格产品严禁进入下道工序。</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https://d.book118.com/737105201062006046</w:t>
        </w:r>
      </w:hyperlink>
    </w:p>
    <w:p w:rsidR="001B1F19">
      <w:pPr>
        <w:rPr>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0520106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