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高级工程师工作总结</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高级工程师工作总结 篇1</w:t>
      </w:r>
      <w:r>
        <w:rPr>
          <w:lang w:eastAsia="zh-CN"/>
        </w:rPr>
        <w:br/>
      </w:r>
      <w:r>
        <w:rPr>
          <w:lang w:eastAsia="zh-CN"/>
        </w:rPr>
        <w:t>　　我作为公司工程技术骨干，自20__年被评为工程师后，一直从事公路工程建设及管理工作，并多次被交通局借用从事农村公路管理及桥梁建设管理工作，在工作之余，不断加强技术理论学习，取得了吉林大学工程硕士学位证书，结合工作实际在国家级期刊发表专业论文2篇，通过几年的工作和学习，无论在实践经验还是理论水平都有了很大的提高，现将有关情况总结如下：</w:t>
      </w:r>
      <w:r>
        <w:rPr>
          <w:lang w:eastAsia="zh-CN"/>
        </w:rPr>
        <w:br/>
      </w:r>
      <w:r>
        <w:rPr>
          <w:lang w:eastAsia="zh-CN"/>
        </w:rPr>
        <w:t>　　一、严格要求，保质保量。</w:t>
      </w:r>
      <w:r>
        <w:rPr>
          <w:lang w:eastAsia="zh-CN"/>
        </w:rPr>
        <w:br/>
      </w:r>
      <w:r>
        <w:rPr>
          <w:lang w:eastAsia="zh-CN"/>
        </w:rPr>
        <w:t>　　完成了各种路桥建设管理工作20__年在区交通局从事区重点工程的监理工作：3月--9月份担任区重点工程一、二合同段的监理工程师，一合同为3孔10米和4孔13米的西营2个桥该桥,基础为混凝土扩大基础，下部结构为重力式U型桥台和墩柱，上部结构为空心板，总投资175万元，二合同为西营商业街路面，全长1.5KM、宽18M，路面结构为12CM水稳+20CM水泥混凝土，总投资180万元。9月--12月担任济南东区一号路二期工程路基二合同段监理工程师，该合同段全长1400米，按城市道路一级设计施工，总投资700万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20__年-20__年分别济南市旅游路二期工程路面工程二合同和内蒙古国道110线改造工程担任项目总工。旅游路二期工程按照城市道路设计，全长8.24公里，路面宽20米，路面结构为15CM二灰土+2_15CM二灰碎石+12CM沥青混凝土，我公司承建二合同，总投资14万元，在该工程施工中对原路基的不足、沿线群众出行干扰较多及绿化等其他队伍的配合问题的进行了合理科学的安排，使该工程圆满按期保质的完成。内蒙古国道110线改造工程全长16公里，路面结构为2_16CM二灰碎石+9CM的沥青混凝土，总投资6000万元，该工程的圆满完成，受到了业主的'好评，为我公司在开辟内蒙施工打下了基础，使我公司近几年在内蒙的取得了更多的工程项目。</w:t>
      </w:r>
      <w:r>
        <w:rPr>
          <w:lang w:eastAsia="zh-CN"/>
        </w:rPr>
        <w:br/>
      </w:r>
      <w:r>
        <w:rPr>
          <w:lang w:eastAsia="zh-CN"/>
        </w:rPr>
        <w:t>　　20__年-20__年在区交通局从事工程管理工作，20__年参与了区重点工程荷花路东段第二合同段的建设管理工作，在该工程中充分利用原路面。首次提出在县乡路采用冷再生技术，不但节约了大量资金，保证了质量，还做到了工程建设与环境保护的有机结合，共完成投资840万元。20__年从事桥梁建设管理工作，参与了港九路九曲大桥的建设管理工作，参与了历城区其他6座危桥建设质量监督工作，共完成桥梁建设373.2延米，3632.8平方米，共投资950万元，争取上级补助资金800余万元，在九曲大桥的施工中与设计单位、施工单位共同研究克服了软土地基、大斜面岩石等施工的技术问题，使该工程做到了实用和经济的完美结合。20__年参与了区重点工程稼轩路第一合同段的建设管理工作，在该工程中妥善处理了技术与现实的冲突，即保证了工程质量，又达到了沿线群众的满意，收到了各方面的好评，共完成投资1000万元。</w:t>
      </w:r>
      <w:r>
        <w:rPr>
          <w:lang w:eastAsia="zh-CN"/>
        </w:rPr>
        <w:br/>
      </w:r>
      <w:r>
        <w:rPr>
          <w:lang w:eastAsia="zh-CN"/>
        </w:rPr>
        <w:t>　　二、加强技术理论知识学习。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做到了理论与实践相结合为更好用理论指导工作，近几年我坚持技术理论的学习，加强吉林大学交通运输工程（路桥）专业的工程硕士研究生的学习效果，圆满修满学分，并师从力学专家刘寒冰教授，完成硕士论文《二灰碎石基层在济南县乡公路中的应用研究》的撰写，顺利通过硕士论论答辩，论文时候答辩老师的好评，并被中国优秀博硕论文网收录。</w:t>
      </w:r>
      <w:r>
        <w:rPr>
          <w:lang w:eastAsia="zh-CN"/>
        </w:rPr>
        <w:br/>
      </w:r>
      <w:r>
        <w:rPr>
          <w:lang w:eastAsia="zh-CN"/>
        </w:rPr>
        <w:t>　　在工作中自费订阅了《中国公路学报》、《长安大学学报》、《公路科技》等专业杂志，通过专业杂志及网络，不断了解新材料、新技术、新工艺，写了不少专业文章,其中,《特殊环境下预应力T梁桥的施工设计及质量控制》在《筑路机械与施工机械化》杂志20__年底6期发表。《农村公路招投标工作怎么管》在《中国公路》杂志20__年第2期发表。《公路工程预算定额》于20__年更新发布，我在20__年3月参加了省交通厅举办的新定额编制办法宣传贯穿学习培训班，学习了新定额的变化内容和使用要点和编制办法，为更好的从事工程施工和管理打下了基础。</w:t>
      </w:r>
      <w:r>
        <w:rPr>
          <w:lang w:eastAsia="zh-CN"/>
        </w:rPr>
        <w:br/>
      </w:r>
      <w:r>
        <w:rPr>
          <w:lang w:eastAsia="zh-CN"/>
        </w:rPr>
        <w:t>　　20__年-20__年，为更好的完善自身理论知识，扩展知识面，我参加了注册造价师执业资格考试，20__年通过1门，今年已全部考完，成绩没下来，自己感觉能够全部通过。</w:t>
      </w:r>
      <w:r>
        <w:rPr>
          <w:lang w:eastAsia="zh-CN"/>
        </w:rPr>
        <w:br/>
      </w:r>
      <w:r>
        <w:rPr>
          <w:lang w:eastAsia="zh-CN"/>
        </w:rPr>
        <w:t>　　总之，通过不断学习、培训，使自己的理论水平得到了很大的提高。</w:t>
      </w:r>
      <w:r>
        <w:rPr>
          <w:lang w:eastAsia="zh-CN"/>
        </w:rPr>
        <w:br/>
      </w:r>
      <w:r>
        <w:rPr>
          <w:lang w:eastAsia="zh-CN"/>
        </w:rPr>
        <w:t>　　三、总结经验，改正不足。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不断完善自我，超越自我公路工程技术看似简单，但实际是一门理论颇深、涉及知识面较广的学科，涉及经济学、力学、材料学等一系列的学科。在技术更新迅速发展的今天，只有活到老，学到老，才不不会被淘汰落伍。在过去的五年中，我不断总结自己的不足，向经验丰富的老同志学习，有不明白的就想有关专家请教，使自己取得了一定的成绩，但是仍然存在很多不足，在今后的工作中，我要继续发扬优点，充分利用各种途径，更加努力的学习新技术、新材料、新工艺，在工作实践中不断总结经验，做到用理论来指导实践，通过实践来检验理论，通过两者的完美结合不断的完善自我，超越自我。　　高级工程师工作总结</w:t>
      </w:r>
      <w:r>
        <w:rPr>
          <w:lang w:eastAsia="zh-CN"/>
        </w:rPr>
        <w:t xml:space="preserve"> 篇2</w:t>
      </w:r>
      <w:r>
        <w:rPr>
          <w:lang w:eastAsia="zh-CN"/>
        </w:rPr>
        <w:br/>
      </w:r>
      <w:r>
        <w:rPr>
          <w:lang w:eastAsia="zh-CN"/>
        </w:rPr>
        <w:t>　　一、信息</w:t>
      </w:r>
      <w:r>
        <w:rPr>
          <w:lang w:eastAsia="zh-CN"/>
        </w:rPr>
        <w:br/>
      </w:r>
      <w:r>
        <w:rPr>
          <w:lang w:eastAsia="zh-CN"/>
        </w:rPr>
        <w:t>　　1、科委网站建设</w:t>
      </w:r>
      <w:r>
        <w:rPr>
          <w:lang w:eastAsia="zh-CN"/>
        </w:rPr>
        <w:br/>
      </w:r>
      <w:r>
        <w:rPr>
          <w:lang w:eastAsia="zh-CN"/>
        </w:rPr>
        <w:t>　　在领导的指导下，完成了 “区科委网站”建设。完成了网站内容的策划、筹备与网站的建立工作。网站的主页版面共修改两次。共制作子网页面200余份，修改子网页面100余份。这项 工作的技术难度虽不算很高，但俗话说的好，会者不难、难者不会。这是一项对我委及我个人来说都具有创新意义的工作。因任务量大、任务急，故很难坐下来仔细 推敲网页制作技术问题。但为了更好的完成这项工作自己时常要早来晚走并利用业余时间学习一些网页制作的知识(如动画制作、免费计数器插件的下载、时间插件 的改动等等)。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通过这项工作的开展提高了我委的知名度、扩大了我委工作的宣传力度、增强了政府职能的透明度、方便了企业、加大了我们的服务力度。也使我个人感受到开拓新知识领域的愉快、感受到劳动的愉快。</w:t>
      </w:r>
      <w:r>
        <w:rPr>
          <w:lang w:eastAsia="zh-CN"/>
        </w:rPr>
        <w:br/>
      </w:r>
      <w:r>
        <w:rPr>
          <w:lang w:eastAsia="zh-CN"/>
        </w:rPr>
        <w:t>　　2、《科技参考》的编制工作</w:t>
      </w:r>
      <w:r>
        <w:rPr>
          <w:lang w:eastAsia="zh-CN"/>
        </w:rPr>
        <w:br/>
      </w:r>
      <w:r>
        <w:rPr>
          <w:lang w:eastAsia="zh-CN"/>
        </w:rPr>
        <w:t>　　年第3期以前所刊发的《科技参考》的内容是由市农科院提供的。从年第3期始根据委领导的'意图由我来负责搜集选定。这也是一项新工作，工作的难度虽说 相对加大了，但为委里节省了经费开支。且通过“科技动态”栏目加大了科委工作的宣传力度。全年共完成12期960份《科技参考》的摘癣排版、分送工作。</w:t>
      </w:r>
      <w:r>
        <w:rPr>
          <w:lang w:eastAsia="zh-CN"/>
        </w:rPr>
        <w:br/>
      </w:r>
      <w:r>
        <w:rPr>
          <w:lang w:eastAsia="zh-CN"/>
        </w:rPr>
        <w:t>　　3、共发送《天津科技》6期108份。</w:t>
      </w:r>
      <w:r>
        <w:rPr>
          <w:lang w:eastAsia="zh-CN"/>
        </w:rPr>
        <w:br/>
      </w:r>
      <w:r>
        <w:rPr>
          <w:lang w:eastAsia="zh-CN"/>
        </w:rPr>
        <w:t>　　二、微机管理工作</w:t>
      </w:r>
      <w:r>
        <w:rPr>
          <w:lang w:eastAsia="zh-CN"/>
        </w:rPr>
        <w:br/>
      </w:r>
      <w:r>
        <w:rPr>
          <w:lang w:eastAsia="zh-CN"/>
        </w:rPr>
        <w:t>　　1、协调电信部门完成了我委adsl宽带网入网连接及委内局域网上各台微机入宽带网的调试工作。</w:t>
      </w:r>
      <w:r>
        <w:rPr>
          <w:lang w:eastAsia="zh-CN"/>
        </w:rPr>
        <w:br/>
      </w:r>
      <w:r>
        <w:rPr>
          <w:lang w:eastAsia="zh-CN"/>
        </w:rPr>
        <w:t>　　2、完成了我委局域网上所有微机日常入网连接维护、协调工作。如计划科、管理科电脑故障排除后入网连接设置、调试工作。总线(宽带网)掉线排除的协调工作等等。</w:t>
      </w:r>
      <w:r>
        <w:rPr>
          <w:lang w:eastAsia="zh-CN"/>
        </w:rPr>
        <w:br/>
      </w:r>
      <w:r>
        <w:rPr>
          <w:lang w:eastAsia="zh-CN"/>
        </w:rPr>
        <w:t>　　3、微机故障排除利用ghost克隆软件排除计划科电脑死机故障一次、笔记本电脑软程序故障两次。虽然自己到科委后才从事微机专业方面的工作，所掌握的专业知识有限，但自己竭尽所能去维护委里计算机的正常运转。</w:t>
      </w:r>
      <w:r>
        <w:rPr>
          <w:lang w:eastAsia="zh-CN"/>
        </w:rPr>
        <w:br/>
      </w:r>
      <w:r>
        <w:rPr>
          <w:lang w:eastAsia="zh-CN"/>
        </w:rPr>
        <w:t>　　4、根据区里指示精神完成了我委盗版软件的清查工作和微机设备及正版软件的调查、填报工作。</w:t>
      </w:r>
      <w:r>
        <w:rPr>
          <w:lang w:eastAsia="zh-CN"/>
        </w:rPr>
        <w:br/>
      </w:r>
      <w:r>
        <w:rPr>
          <w:lang w:eastAsia="zh-CN"/>
        </w:rPr>
        <w:t>　　5、完成了微机配件的修复与采购工作。如激光打印机硒鼓充分数次;色带、软盘、键盘等配件的采购。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6、参加了市科委举办的“硬件基础知识及局域网组网”培训班。提高了专业能力，有利于微机管理工作的开展。</w:t>
      </w:r>
      <w:r>
        <w:rPr>
          <w:lang w:eastAsia="zh-CN"/>
        </w:rPr>
        <w:br/>
      </w:r>
      <w:r>
        <w:rPr>
          <w:lang w:eastAsia="zh-CN"/>
        </w:rPr>
        <w:t>　　三、领导临时交办的其他工作：如参加了公开选拔处级领导干部的考试等。</w:t>
      </w:r>
      <w:r>
        <w:rPr>
          <w:lang w:eastAsia="zh-CN"/>
        </w:rPr>
        <w:br/>
      </w:r>
      <w:r>
        <w:rPr>
          <w:lang w:eastAsia="zh-CN"/>
        </w:rPr>
        <w:t>　　非常感谢领导给了这次机会，虽只通过笔试进入了面试，但没有通过面试，最后以失败告终。但能和领导们一起考试已是我的光荣。而且通过这次考试扩大了自己的知识视野、找到了自己的差距。这是一个难得的学习与锻炼机会。　　高级工程师工作总结 篇3</w:t>
      </w:r>
      <w:r>
        <w:rPr>
          <w:lang w:eastAsia="zh-CN"/>
        </w:rPr>
        <w:br/>
      </w:r>
      <w:r>
        <w:rPr>
          <w:lang w:eastAsia="zh-CN"/>
        </w:rPr>
        <w:t>　　张丽，女，出生于1987年1月，本科文化程度，中共党员，现就职于北京豪华工程咨询有限公司，工程师。目前拟申报高级工程师职称。现将业务工作情况总结如下：</w:t>
      </w:r>
      <w:r>
        <w:rPr>
          <w:lang w:eastAsia="zh-CN"/>
        </w:rPr>
        <w:br/>
      </w:r>
      <w:r>
        <w:rPr>
          <w:lang w:eastAsia="zh-CN"/>
        </w:rPr>
        <w:t>　　一、学习工作经历</w:t>
      </w:r>
      <w:r>
        <w:rPr>
          <w:lang w:eastAsia="zh-CN"/>
        </w:rPr>
        <w:br/>
      </w:r>
      <w:r>
        <w:rPr>
          <w:lang w:eastAsia="zh-CN"/>
        </w:rPr>
        <w:t>　　1991年7月从南京工学院机械专业毕业，被分配到北京豪华集团。1991年8月—20__年11月，先后在北京丝织厂设备科、生产技术科从事设备管理工作，1991年8月聘任为助理工程师，1997年3月晋升为设备工程师。20__年12月—20__年12月，就职于北京豪华化工有限公司项目管理部从事项目管理工作。作为一名项目管理工作者，为了与时俱进，本人不断加强学习，于20__年通过了全国注册造价工程师的考试（安装专业），并于20__年5月成功获取初始注册。20__年1月—至今，就职于__天健工程咨询有限公司从事工程造价工作。</w:t>
      </w:r>
      <w:r>
        <w:rPr>
          <w:lang w:eastAsia="zh-CN"/>
        </w:rPr>
        <w:br/>
      </w:r>
      <w:r>
        <w:rPr>
          <w:lang w:eastAsia="zh-CN"/>
        </w:rPr>
        <w:t>　　二、业务工作成效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任工程师以来，在各单位各级领导的帮助和指导下，出色的完成了各项工作任务。作为一名新时期的工作者，将会面临各种挑战。因此本人不断加强学习新知识，掌握新本领，力争全面掌握工作相关的业务技术。现对本人二十年来的专业技术工作作如下总结：</w:t>
      </w:r>
      <w:r>
        <w:rPr>
          <w:lang w:eastAsia="zh-CN"/>
        </w:rPr>
        <w:br/>
      </w:r>
      <w:r>
        <w:rPr>
          <w:lang w:eastAsia="zh-CN"/>
        </w:rPr>
        <w:t>　　（一）1991年8月—20__年11月</w:t>
      </w:r>
      <w:r>
        <w:rPr>
          <w:lang w:eastAsia="zh-CN"/>
        </w:rPr>
        <w:br/>
      </w:r>
      <w:r>
        <w:rPr>
          <w:lang w:eastAsia="zh-CN"/>
        </w:rPr>
        <w:t>　　该期间就职于北京豪华丝织厂，主要从事设备管理工作。为了尽快适应工作岗位，我一方面继续巩固自身的专业知识，一方面认真学习企业设备管理制度以及相关政策法规、技术标准和规程，使自己很快成为了设备管理技术骨干。主要负责全厂设备的大、小修理及技改项目等相关工作，以确保全厂设备的稳定、安全、长周期的运行，同时在设备稳定运行的'前提下，不断进行研究探索，进行技术改造，提高产量。</w:t>
      </w:r>
      <w:r>
        <w:rPr>
          <w:lang w:eastAsia="zh-CN"/>
        </w:rPr>
        <w:br/>
      </w:r>
      <w:r>
        <w:rPr>
          <w:lang w:eastAsia="zh-CN"/>
        </w:rPr>
        <w:t>　　（二）20__年12月—20__年12月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该期间就职于__三阳化工有限公司，主要从事工程建设项目管理工作。从工业生产企业设备管理到工程建设项目管理，我的工作岗位和角色发生了很大变化，而且对工程建设项目也是初次接触，但在领导的关心和同事的帮助下，凭着自己的专业基础和工作经验，加上刻苦钻研和学习，很快适应了工作环境，并取得了较好成绩。在此期间，主要参与了工程建设项目市场调研、立项、可研、初设、施工图设计、现场施工、竣工结算及其项目后评价等各阶段工作。主要涉及项目有：2万吨/年离子膜烧碱装置、新增1万吨/年离子膜烧碱技改工程、1万吨/年氯乙酸技改项目、1。5万吨/年三氯氢硅技改项目等。</w:t>
      </w:r>
      <w:r>
        <w:rPr>
          <w:lang w:eastAsia="zh-CN"/>
        </w:rPr>
        <w:br/>
      </w:r>
      <w:r>
        <w:rPr>
          <w:lang w:eastAsia="zh-CN"/>
        </w:rPr>
        <w:t>　　（三）20__年1月—至今</w:t>
      </w:r>
      <w:r>
        <w:rPr>
          <w:lang w:eastAsia="zh-CN"/>
        </w:rPr>
        <w:br/>
      </w:r>
      <w:r>
        <w:rPr>
          <w:lang w:eastAsia="zh-CN"/>
        </w:rPr>
        <w:t>　　就职于北京豪华工程咨询有限公司，主要从事工程造价工作。从工程建设项目管理工作（甲方）到工程造价审计，我的工作岗位和角色再次发生了较大变化，而且对审计工作也是初次接触，但在公司领导和同事的指导下，很块地融入了这种紧张和严谨的氛围中，较好地完成了各项工作任务。在此期间，本人参与或完成的项目涉及有全过程跟踪审计项目、预算编制（审核）项目、结算审核项目等，完成的项目不仅有公司自己的项目，还参与了市审计局组织的国家审计项目，如参加了20__年__绕城高速公路的国家审计工作。</w:t>
      </w:r>
      <w:r>
        <w:rPr>
          <w:lang w:eastAsia="zh-CN"/>
        </w:rPr>
        <w:br/>
      </w:r>
      <w:r>
        <w:rPr>
          <w:lang w:eastAsia="zh-CN"/>
        </w:rPr>
        <w:t>　　（四）论文发表情况</w:t>
      </w:r>
      <w:r>
        <w:rPr>
          <w:lang w:eastAsia="zh-CN"/>
        </w:rPr>
        <w:br/>
      </w:r>
      <w:r>
        <w:rPr>
          <w:lang w:eastAsia="zh-CN"/>
        </w:rPr>
        <w:t>　　为不断提升自身专业技术水平，自己注重将平时在工作中的一些经验和见解进行梳理归类形成论文。相继在《城市建设理论研究》杂志、《商品与质量》。建筑与发展杂志期刊各发表了1篇论文。</w:t>
      </w:r>
      <w:r>
        <w:rPr>
          <w:lang w:eastAsia="zh-CN"/>
        </w:rPr>
        <w:br/>
      </w:r>
      <w:r>
        <w:rPr>
          <w:lang w:eastAsia="zh-CN"/>
        </w:rPr>
        <w:t>　　《高速公路交通机电工程概预算的编制》发表在《城市建设理论研究》杂志20__年第8期，独著</w:t>
      </w:r>
      <w:r>
        <w:rPr>
          <w:lang w:eastAsia="zh-CN"/>
        </w:rPr>
        <w:br/>
      </w:r>
      <w:r>
        <w:rPr>
          <w:lang w:eastAsia="zh-CN"/>
        </w:rPr>
        <w:t>　　《机电设备安装技术问题之探讨》发表在《商品与质量》。建筑与发展杂志20__年第9期，独著</w:t>
      </w:r>
      <w:r>
        <w:rPr>
          <w:lang w:eastAsia="zh-CN"/>
        </w:rPr>
        <w:br/>
      </w:r>
      <w:r>
        <w:rPr>
          <w:lang w:eastAsia="zh-CN"/>
        </w:rPr>
        <w:t>　　（五）获奖情况</w:t>
      </w:r>
      <w:r>
        <w:rPr>
          <w:lang w:eastAsia="zh-CN"/>
        </w:rPr>
        <w:br/>
      </w:r>
      <w:r>
        <w:rPr>
          <w:lang w:eastAsia="zh-CN"/>
        </w:rPr>
        <w:t>　　“康庄美地”公共租赁住房建设工程（B/C区）全过程造价控制文件于20__年荣获中国建设工程造价管理协会第四届优秀工程造价成果奖三等奖。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三、思想政治及取得荣誉</w:t>
      </w:r>
      <w:r>
        <w:rPr>
          <w:lang w:eastAsia="zh-CN"/>
        </w:rPr>
        <w:br/>
      </w:r>
      <w:r>
        <w:rPr>
          <w:lang w:eastAsia="zh-CN"/>
        </w:rPr>
        <w:t>　　担任工程师以来，本人坚决拥护中国共产党的领导，坚持四项基本原则，拥护党的路线、方针、政策，拥护改革开放，遵纪守法，思想上、行动上与党委政府保持高度一致，有强烈的事业心和责任感，能勇挑重担，服从组织安排，任劳任怨，作风民主，以身作则，工作中富于创新和进取精神，具有良好的职业道德，平时我能够坚持学习马列主义、毛泽东思想、邓小平理论和“三个代表”重要思想，以科学发展观为指导，树立正确的世界观、人生观和价值观，夯实思想防线，自觉抵制各种错误思潮的侵袭，在大是大非面前做到不变质、不变色。在工作中，以高度的责任感和强烈的事业心，恪尽职守、辛勤工作，深受公司领导和同事的信任与好评。　　高级工程师工作总结 篇4</w:t>
      </w:r>
      <w:r>
        <w:rPr>
          <w:lang w:eastAsia="zh-CN"/>
        </w:rPr>
        <w:br/>
      </w:r>
      <w:r>
        <w:rPr>
          <w:lang w:eastAsia="zh-CN"/>
        </w:rPr>
        <w:t>　　回顾一年来的工作，在公司领导的带领下、各位同事的协助下、各部门之间的配合下，严格要求自己，按照公司的制度要求，较好地完成了自己的本职工作。通过一年来的学习与工作，工作模式上有了新的突破，工作方式有了较大的改变，现将一年来的工作情况进行总结，敬请公司领导提出宝贵意见及建议。</w:t>
      </w:r>
      <w:r>
        <w:rPr>
          <w:lang w:eastAsia="zh-CN"/>
        </w:rPr>
        <w:br/>
      </w:r>
      <w:r>
        <w:rPr>
          <w:lang w:eastAsia="zh-CN"/>
        </w:rPr>
        <w:t>　　一、完成的主要工作</w:t>
      </w:r>
      <w:r>
        <w:rPr>
          <w:lang w:eastAsia="zh-CN"/>
        </w:rPr>
        <w:br/>
      </w:r>
      <w:r>
        <w:rPr>
          <w:lang w:eastAsia="zh-CN"/>
        </w:rPr>
        <w:t>　　1、完成设计院的移交，收集电气所有设计资料提供于设计院，正式开展与设计院的各项工作，将设计工作推向正常流程;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2、与设计院沟通、现场查看开闭所、变电所高低压设备排列布置平面图。与设计院专业人员交流设计意见，完成开闭所、变电所出图;</w:t>
      </w:r>
      <w:r>
        <w:rPr>
          <w:lang w:eastAsia="zh-CN"/>
        </w:rPr>
        <w:t xml:space="preserve"> 3、配合电力安装公司皮革馆高低压设备安装完成工作;</w:t>
      </w:r>
      <w:r>
        <w:rPr>
          <w:lang w:eastAsia="zh-CN"/>
        </w:rPr>
        <w:br/>
      </w:r>
      <w:r>
        <w:rPr>
          <w:lang w:eastAsia="zh-CN"/>
        </w:rPr>
        <w:t>　　4、配合各施工单位完成皮革馆项目各个楼层强弱电电缆敷设，各楼层强电井动力箱位置排列和各楼层区域供电电源计量敷设到每个商铺及通讯、网络、监控位置;</w:t>
      </w:r>
      <w:r>
        <w:rPr>
          <w:lang w:eastAsia="zh-CN"/>
        </w:rPr>
        <w:br/>
      </w:r>
      <w:r>
        <w:rPr>
          <w:lang w:eastAsia="zh-CN"/>
        </w:rPr>
        <w:t>　　5、完成精品商务楼变电所初步设计和统计后期工程用电量情况。</w:t>
      </w:r>
      <w:r>
        <w:rPr>
          <w:lang w:eastAsia="zh-CN"/>
        </w:rPr>
        <w:br/>
      </w:r>
      <w:r>
        <w:rPr>
          <w:lang w:eastAsia="zh-CN"/>
        </w:rPr>
        <w:t>　　二、完成的主要工作</w:t>
      </w:r>
      <w:r>
        <w:rPr>
          <w:lang w:eastAsia="zh-CN"/>
        </w:rPr>
        <w:br/>
      </w:r>
      <w:r>
        <w:rPr>
          <w:lang w:eastAsia="zh-CN"/>
        </w:rPr>
        <w:t>　　1、配合总包、监理、消防等有关验收单位对皮革城达到合格工程，并且把电气设备移交给运营部;</w:t>
      </w:r>
      <w:r>
        <w:rPr>
          <w:lang w:eastAsia="zh-CN"/>
        </w:rPr>
        <w:br/>
      </w:r>
      <w:r>
        <w:rPr>
          <w:lang w:eastAsia="zh-CN"/>
        </w:rPr>
        <w:t>　　2、做好__广场工程电气图审工作，发现有疑问的地方及时联系设计院确认，确认后第一时间反馈给施工单位，同时配合土建、水暖工程师的工作;</w:t>
      </w:r>
      <w:r>
        <w:rPr>
          <w:lang w:eastAsia="zh-CN"/>
        </w:rPr>
        <w:br/>
      </w:r>
      <w:r>
        <w:rPr>
          <w:lang w:eastAsia="zh-CN"/>
        </w:rPr>
        <w:t>　　3、精品商务楼配变所工程安装程序及安全工作跟踪直到_月_日送电运行，已完成空调机房电气设备正常运行。</w:t>
      </w:r>
      <w:r>
        <w:rPr>
          <w:lang w:eastAsia="zh-CN"/>
        </w:rPr>
        <w:br/>
      </w:r>
      <w:r>
        <w:rPr>
          <w:lang w:eastAsia="zh-CN"/>
        </w:rPr>
        <w:t>　　三、存在的.不足及改进措施</w:t>
      </w:r>
      <w:r>
        <w:rPr>
          <w:lang w:eastAsia="zh-CN"/>
        </w:rPr>
        <w:br/>
      </w:r>
      <w:r>
        <w:rPr>
          <w:lang w:eastAsia="zh-CN"/>
        </w:rPr>
        <w:t>　　1、沟通能力还应加强，没有充分利用资源;</w:t>
      </w:r>
      <w:r>
        <w:rPr>
          <w:lang w:eastAsia="zh-CN"/>
        </w:rPr>
        <w:br/>
      </w:r>
      <w:r>
        <w:rPr>
          <w:lang w:eastAsia="zh-CN"/>
        </w:rPr>
        <w:t>　　2、专业面狭窄，作为一名电气工程师，应该是一专多能的，这样才符合公司发展的需求。在以后的工作过程中，加强其他专业的学习，从而提高自己的业务、技术水平，时时严格要求自己，注重自身发展和进步，做到谨小慎微; 3、对于工作过程中的前瞻性、计划性不够强，在以后工作中提高自己对于会发生问题工作的预见性，尽量不出问题，当遇到问题时能做到有条不紊的处理。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明年会是更忙碌的一年，接下来的工作中我将紧密围绕在公司的总体计划纲领下，切实可行的完成自己的工作，更加努力，更求进步，使自己的工作能力有更大的提高，做一名合格的员工，争取为公司创造更大的效益，在明年更好地完成工作。　　高级工程师工作总结</w:t>
      </w:r>
      <w:r>
        <w:rPr>
          <w:lang w:eastAsia="zh-CN"/>
        </w:rPr>
        <w:t xml:space="preserve"> 篇5</w:t>
      </w:r>
      <w:r>
        <w:rPr>
          <w:lang w:eastAsia="zh-CN"/>
        </w:rPr>
        <w:br/>
      </w:r>
      <w:r>
        <w:rPr>
          <w:lang w:eastAsia="zh-CN"/>
        </w:rPr>
        <w:t>　　岗位职责：</w:t>
      </w:r>
      <w:r>
        <w:rPr>
          <w:lang w:eastAsia="zh-CN"/>
        </w:rPr>
        <w:br/>
      </w:r>
      <w:r>
        <w:rPr>
          <w:lang w:eastAsia="zh-CN"/>
        </w:rPr>
        <w:t>　　1、负责美团点评风险评估及风险治理，并推动风险掌握措施落地实施；</w:t>
      </w:r>
      <w:r>
        <w:rPr>
          <w:lang w:eastAsia="zh-CN"/>
        </w:rPr>
        <w:br/>
      </w:r>
      <w:r>
        <w:rPr>
          <w:lang w:eastAsia="zh-CN"/>
        </w:rPr>
        <w:t>　　2、负责美团点评的信息安全策略、制度、流程、指南的制定、编写、推动、运营、审计和优化；</w:t>
      </w:r>
      <w:r>
        <w:rPr>
          <w:lang w:eastAsia="zh-CN"/>
        </w:rPr>
        <w:br/>
      </w:r>
      <w:r>
        <w:rPr>
          <w:lang w:eastAsia="zh-CN"/>
        </w:rPr>
        <w:t>　　3、支持各类等保、合规、隐私爱护、第三方认证、资质等需求的落地。</w:t>
      </w:r>
      <w:r>
        <w:rPr>
          <w:lang w:eastAsia="zh-CN"/>
        </w:rPr>
        <w:br/>
      </w:r>
      <w:r>
        <w:rPr>
          <w:lang w:eastAsia="zh-CN"/>
        </w:rPr>
        <w:t>　　岗位要求：</w:t>
      </w:r>
      <w:r>
        <w:rPr>
          <w:lang w:eastAsia="zh-CN"/>
        </w:rPr>
        <w:br/>
      </w:r>
      <w:r>
        <w:rPr>
          <w:lang w:eastAsia="zh-CN"/>
        </w:rPr>
        <w:t>　　1、熟识各类安全标准包括但不仅限于ISO2700_，PCI-DSS，NIST，FIPS140-2，CSA，ITIL等；</w:t>
      </w:r>
      <w:r>
        <w:rPr>
          <w:lang w:eastAsia="zh-CN"/>
        </w:rPr>
        <w:br/>
      </w:r>
      <w:r>
        <w:rPr>
          <w:lang w:eastAsia="zh-CN"/>
        </w:rPr>
        <w:t>　　2、熟识安全工程方法论和各种信息安全模型、架构、体系（P2DR、SDL、IT治理模型、风险治理模型、应急响应过程）；</w:t>
      </w:r>
      <w:r>
        <w:rPr>
          <w:lang w:eastAsia="zh-CN"/>
        </w:rPr>
        <w:br/>
      </w:r>
      <w:r>
        <w:rPr>
          <w:lang w:eastAsia="zh-CN"/>
        </w:rPr>
        <w:t>　　3、具有良好的沟通协调力量、较强的团队合作精神、优秀的'执行力量；</w:t>
      </w:r>
      <w:r>
        <w:rPr>
          <w:lang w:eastAsia="zh-CN"/>
        </w:rPr>
        <w:br/>
      </w:r>
      <w:r>
        <w:rPr>
          <w:lang w:eastAsia="zh-CN"/>
        </w:rPr>
        <w:t>　　4、有肯定的安全技术背景，有贴近业务的一线安全治理或运营工作阅历；</w:t>
      </w:r>
      <w:r>
        <w:rPr>
          <w:lang w:eastAsia="zh-CN"/>
        </w:rPr>
        <w:br/>
      </w:r>
      <w:r>
        <w:rPr>
          <w:lang w:eastAsia="zh-CN"/>
        </w:rPr>
        <w:t>　　5、良好的文档编写、展现以及跨部门沟通力量；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6、有大型互联网ISMS阅历者优先考虑。　　高级工程师工作总结</w:t>
      </w:r>
      <w:r>
        <w:rPr>
          <w:lang w:eastAsia="zh-CN"/>
        </w:rPr>
        <w:t xml:space="preserve"> 篇6</w:t>
      </w:r>
      <w:r>
        <w:rPr>
          <w:lang w:eastAsia="zh-CN"/>
        </w:rPr>
        <w:br/>
      </w:r>
      <w:r>
        <w:rPr>
          <w:lang w:eastAsia="zh-CN"/>
        </w:rPr>
        <w:t>各位领导、评委、专家：</w:t>
      </w:r>
      <w:r>
        <w:rPr>
          <w:lang w:eastAsia="zh-CN"/>
        </w:rPr>
        <w:br/>
      </w:r>
      <w:r>
        <w:rPr>
          <w:lang w:eastAsia="zh-CN"/>
        </w:rPr>
        <w:t>　　你们好！我叫___，____年7月毕业于西北大学石油地质专业，同期分配到采油八队任见习技术员；__年1月到采油一矿地质组；__年_月任地质组长，_月任矿生产办付主任，同年被评为工程师；__年_月调到地质所三采室任付主任；现任地质所开发一室付主任。自__年晋升为工程师以来，本人牢固树立“科技兴油”意识，刻苦钻研、努力进取，不断探索孤岛油田“三次采油”的新途径，取得了一定成绩。目前，孤岛采油厂的注聚驱三次采油已发展到一定规模，为全局最大的注聚区，聚合物累计增油已达206万吨，年产油量却占了采油厂的41％左右。</w:t>
      </w:r>
      <w:r>
        <w:rPr>
          <w:lang w:eastAsia="zh-CN"/>
        </w:rPr>
        <w:br/>
      </w:r>
      <w:r>
        <w:rPr>
          <w:lang w:eastAsia="zh-CN"/>
        </w:rPr>
        <w:t>　　截止目前，共参与国家级科研项目2项，局级科研项目11项，厂级科研项目5项，合理化建议12项。并有3项荣获管理局优秀开发方案1等奖，2项QC成果荣获采油厂3等奖，7项现代化管理成果荣获厂级1、2、3等奖，1项合理化建议荣获厂级1等奖，2项获二等奖，3项获三等奖，在省级以上科技会议发表论文5篇，在局级以上科技会议发表论文2篇，在厂级以上科技会议发表论文2篇，编写了《化学驱矿场试验设计及技术要求》企业标准。连年被评为采油厂双文明先进个人，__年被评为“采油厂双文明标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立足于理论与实践的有机结合，充分发挥业务优势，为保持采油一矿原油超产稳产做出了积极的贡献19__年在采油一矿任地质组长。地质作为开发的龙头，我充分发挥自己的业务优势，积极组织开展了各项地质研究与生产运行及各项开发指标的控制，采油一矿的各项地质工作水平一直保持在采油厂前列。同时，工作过程中非常注重运用新理论新工艺新方法，如__年与石油大学合作对西区开展了《非均质研究》工作，为西区各项上产措施的提出提供了可靠的依据。</w:t>
      </w:r>
      <w:r>
        <w:rPr>
          <w:lang w:eastAsia="zh-CN"/>
        </w:rPr>
        <w:br/>
      </w:r>
      <w:r>
        <w:rPr>
          <w:lang w:eastAsia="zh-CN"/>
        </w:rPr>
        <w:t>　　勤于动脑，善于动脑，为保证原油生产任务的圆满完成，狠打聪明措施，在深入调查的基础上，每月提出各类有效上产措施30余项。勤于总结，善于总结，在总结中寻找探索油田生产的规律，在总结中不断提高自己的业务素质和驾驭知识的能力。在__年采油厂春季和上半年采油厂开发技术座谈会上的发言均获得了2等奖的好成绩。__年_月至__年_月担任起了采油一矿生产办副主任的职务，在抓好地质工作的同时，不断强化协调运行好生产、狠抓生产管理。同时，充分利用业余时间先后系统地学习了油田生产、管理方面的理论知识，虚心向老师傅学习，深入现场施工一线，注重在实践中积累经验和吸收教训，很快就适应了工作，成为了领导指挥生产的先行官，在为一矿的`原油上产中发挥了积极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二、立足于增加可采储量和提高采收率，大力推广应用注聚驱三次采油技术，为采油厂持续稳定发展做出了积极的贡献19__年8月，因工作需要我被调到地质研究所任三次室副主任，主要从事三次采油技术推广与研究工作。由于聚合物驱是一项高新技术，采油厂正处于先导试验和扩大试验阶段，国内外可借鉴的现场试验不多，试验为常规井网污水注入，加之孤岛油田处于特高含水后期开发，油稠、高温、高盐，聚合物试验的条件较苛刻，工作难度非常大，注入管理、开发规律的认识等等国内外更无可借鉴资料，一切工作从零开始，摸着石头过河，这是一项非常具有挑战性的工作。</w:t>
      </w:r>
      <w:r>
        <w:rPr>
          <w:lang w:eastAsia="zh-CN"/>
        </w:rPr>
        <w:br/>
      </w:r>
      <w:r>
        <w:rPr>
          <w:lang w:eastAsia="zh-CN"/>
        </w:rPr>
        <w:t>　　工作一上手，我注重从基础理论入手，认真学习和借鉴了国内外注聚方面的一些规律，查阅了大庆油田关于注聚驱增油方面的有关资料，同时结合孤岛油田注聚开发的实际，不断探索、不断总结，在学习中提高认识，在总结中积累经验，使采油厂的注聚开发效果逐年好转。</w:t>
      </w:r>
      <w:r>
        <w:rPr>
          <w:lang w:eastAsia="zh-CN"/>
        </w:rPr>
        <w:br/>
      </w:r>
      <w:r>
        <w:rPr>
          <w:lang w:eastAsia="zh-CN"/>
        </w:rPr>
        <w:t>　　为了增强注聚开发工作的针对性、眷属、和科学性，与石油大学合作进行了《孤岛油田中一区Ng3-4油藏精细描述》工作，对有针对性地进行注聚单元整体调配和提出科学合理的措施方案提供了有力的依据。该项成果同时获得管理局科技进步成果一等奖。</w:t>
      </w:r>
      <w:r>
        <w:rPr>
          <w:lang w:eastAsia="zh-CN"/>
        </w:rPr>
        <w:br/>
      </w:r>
      <w:r>
        <w:rPr>
          <w:lang w:eastAsia="zh-CN"/>
        </w:rPr>
        <w:t>　　由于三次采油技术关系到孤岛的开发方向，关系到采油厂生存发展的出路，同时其又具有高投入、高风险、高回报的特点，因此，管理局和采油厂领导极为重视，采油厂每月召开一次三次例会，自己都针对注入动态，开发规律的认识及调整措施作重点发言汇报，并且在每季度一次的管理局三次例会上也作重点发言汇报。经过全厂上上下下注聚工作者的共同努力，注聚增油工作取得了明显的效果，受到国内外同等的青睐，总公司领导、全国其他油田同行前来考察、参观学习的络绎不决，根据领导按排自己都向他们作一详细汇报，这样一年汇报次数约30余次，而每次汇报都需要加班加点，精雕细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通`过一次次的汇报、分析和总结，使自己对注聚开发规律的认识不断提高，业务水平和分析问题、解决问题的能力明显增强，并用于指导实际生产，采油厂的注聚开发效果越来越显着。特别是20__年的注聚效果达到了历史最好水平，有效地缓解了采油厂产量接替不足的矛盾。每次汇报都有新的收获，尤其是在SPE年会上宣读论文，在全国石油学会组织的提高采收率会议上的发言并获得优秀证书，在集团公司的“三次采油发展战略研讨会”和“三次采油技术座谈会”上的发言等，都受到有关领导和专家的一致好评。随着先导试验和扩大试验的进一步推进，注聚开发工作取得比较理想的效果。采油厂开始大面积工业化推广聚合物驱技术。96――99年，我与地质研究院合作，先后编写了《孤岛油田中一区Ng4聚合物驱方案》、《孤岛油田西区Ng4――6聚合物驱方案》、《孤岛油田中二南Ng3-5、中二中Ng3-4聚合物驱方案》、《孤岛油田中一区Ng5-6及Ng3剩余聚合物驱方案》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同时，积极开展其他多种提高采收率方法的研究，__年与地质研究院合作编写了国家重点科研项目《孤岛油田西区复合驱先导试验方案》；__年编写了《孤岛油田南区渤19断块交联聚合物驱先导试验方案》；99年与石油大学合作编写了《孤岛油田中一区Ng3LPS深部调剖试验方案》，这些方案的实施均取得了较为理想的增油效果，先导试验项目对孤岛油田三次采油的发展起到了较大的指导作用。其中《孤岛油田中一区Ng3注聚方案》已通过局级验收，被评为局优秀开发方案一等奖，《孤岛油田复合驱试验方案研究和实施》已通过部级验收。为进一步提高注聚增油效果，及时对注聚单元进行跟踪分析，合理进行注采调整。先后对中一区Ng3聚合物区实施注采调整5次。</w:t>
      </w:r>
      <w:r>
        <w:rPr>
          <w:lang w:eastAsia="zh-CN"/>
        </w:rPr>
        <w:br/>
      </w:r>
      <w:r>
        <w:rPr>
          <w:lang w:eastAsia="zh-CN"/>
        </w:rPr>
        <w:t>　　针对西区注聚后效果一直不明显的现状，我发现隔层不发育对注聚效果影响较大，于__年编写了西区调整方案，对原注聚方案进行了重大调整，使开发效果明显改善。先后对中一区Ng4注采调整3次，对中二南、中二中注聚区注采调整2次；与采油工艺研究院合作对不同注聚区先后6次编写了添加交联剂方案；__年还编写了《中一区Ng4阴阳离子堵水方案》；编写了《孤岛油田西区、中一区Ng4化学示踪剂室内实验研究及现场注入方案》。所有这些方案对注聚驱增油都发挥了一定的作用，取得了明显的增油效果。截止目前，采油厂的注聚驱三次采油已发展到一定规模，为全局最大的注聚区，聚合物累计增油已达206万吨，年产油量却占了采油厂的41％左右。我本人在97年获得管理局“油田堵水调剖技术”先进个人。</w:t>
      </w:r>
      <w:r>
        <w:rPr>
          <w:lang w:eastAsia="zh-CN"/>
        </w:rPr>
        <w:br/>
      </w:r>
    </w:p>
    <w:p w:rsidR="001B1F19" w14:textId="27C3F48A">
      <w:pPr>
        <w:rPr>
          <w:rFonts w:hint="eastAsia"/>
          <w:lang w:eastAsia="zh-CN"/>
        </w:rPr>
      </w:pPr>
      <w:r>
        <w:rPr>
          <w:lang w:eastAsia="zh-CN"/>
        </w:rPr>
        <w:t>　　三、立足于提高自身的理论水平和技术素质，刻苦钻研，锐意进取，不断开创采油厂三次采油工作新成绩三次采油是一项多学科的高新前沿技术，既需要常规水驱分析的扎实功底，又需要最新物理、化学知识的掌握和地质、油藏工程的综合应用能力，同时还需要较高的外语水平，以利于掌握国内外的最新发展动态。从开始从事这项工作起自己就树立了永远当学生，把失败当成功之母，永立潮头的信念。经过几年的努力，在领导的亲切关怀和同志们的帮助下，在管理局召开的历次三采会议上的发言无论从深度和广度上都表现出了较突出的优势，在参加的三次全国提高采收率会议上的发言也都名列前茅。</w:t>
      </w:r>
      <w:r>
        <w:rPr>
          <w:lang w:eastAsia="zh-CN"/>
        </w:rPr>
        <w:br/>
      </w:r>
      <w:r>
        <w:rPr>
          <w:lang w:eastAsia="zh-CN"/>
        </w:rPr>
        <w:t>　　这就更需要自己不断加强学习和研究，刻苦钻研、锐意进取，不断学习和吸收国内外先进的三次采油技术和经验，积极探索，勇于实践，在学习和探索中提高，在实践和应用中再认识、再提高，不断提高自身的攻关能力和综合素质，不断开拓孤岛油田三次采油工作的新途径、新领域，为采油厂可持续发展做出新的贡献。总之，过去的工作中，在领导的关怀和同志们的支持与帮助下，经过不断努力，取得了一定的成绩，个人评价业务水平已达到了高级工程师的标准。但我清楚地认识到，为适应油田开发生产的新形势，今后还需不断地加强理论学习，尤其是新技术、新理论的学习，勤奋工作，在实际工作中锻炼和成长，不断积累工作经验，提高业务能力和工作水平，为油田开发和建设做出自己新的、更大的贡献！　　高级工程师工作总结 篇7</w:t>
      </w:r>
      <w:r>
        <w:rPr>
          <w:lang w:eastAsia="zh-CN"/>
        </w:rPr>
        <w:br/>
      </w:r>
      <w:r>
        <w:rPr>
          <w:lang w:eastAsia="zh-CN"/>
        </w:rPr>
        <w:t>　　自20__年参加工作，到现在已经有四年半了，在过去的日子里，本人主要负责核心技术领域，信息中心机房扩展设计与建设维护，报业信息系统建设与项目管理，网络与网络安全设计与研究完善，技术管理创新，以及协助推进报业集团信息生产一体化等工作。严格履行个人岗位职责，认真学习，努力工作，较好地完成了本职工作和领导交给的各项任务。</w:t>
      </w:r>
      <w:r>
        <w:rPr>
          <w:lang w:eastAsia="zh-CN"/>
        </w:rPr>
        <w:br/>
      </w:r>
      <w:r>
        <w:rPr>
          <w:lang w:eastAsia="zh-CN"/>
        </w:rPr>
        <w:t>　　一、良好的思想政治表现</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https://d.book118.com/737111160061006050</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111160061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