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br/>
        <w:t>来了哈</w:t>
      </w:r>
      <w:r>
        <w:t xml:space="preserve"> 摄制组</w:t>
        <w:br/>
        <w:t>Yurrr!</w:t>
      </w:r>
      <w:r>
        <w:t xml:space="preserve"> What</w:t>
      </w:r>
      <w:r>
        <w:t xml:space="preserve"> it</w:t>
      </w:r>
      <w:r>
        <w:t xml:space="preserve"> do,</w:t>
      </w:r>
      <w:r>
        <w:t xml:space="preserve"> camera</w:t>
      </w:r>
      <w:r>
        <w:t xml:space="preserve"> crew?</w:t>
        <w:br/>
        <w:t>欢迎回到艾娃打造的家园</w:t>
        <w:br/>
        <w:t>Welcome</w:t>
      </w:r>
      <w:r>
        <w:t xml:space="preserve"> back</w:t>
      </w:r>
      <w:r>
        <w:t xml:space="preserve"> to</w:t>
      </w:r>
      <w:r>
        <w:t xml:space="preserve"> the</w:t>
      </w:r>
      <w:r>
        <w:t xml:space="preserve"> house</w:t>
      </w:r>
      <w:r>
        <w:t xml:space="preserve"> that</w:t>
      </w:r>
      <w:r>
        <w:t xml:space="preserve"> Ava</w:t>
      </w:r>
      <w:r>
        <w:t xml:space="preserve"> built.</w:t>
        <w:br/>
        <w:t>好久不见了</w:t>
      </w:r>
      <w:r>
        <w:t xml:space="preserve"> 但你们啥都没错过</w:t>
        <w:br/>
        <w:t>It's</w:t>
      </w:r>
      <w:r>
        <w:t xml:space="preserve"> been</w:t>
      </w:r>
      <w:r>
        <w:t xml:space="preserve"> a</w:t>
      </w:r>
      <w:r>
        <w:t xml:space="preserve"> while.</w:t>
      </w:r>
      <w:r>
        <w:t xml:space="preserve"> Y'all</w:t>
      </w:r>
      <w:r>
        <w:t xml:space="preserve"> ain't</w:t>
      </w:r>
      <w:r>
        <w:t xml:space="preserve"> missed</w:t>
      </w:r>
      <w:r>
        <w:t xml:space="preserve"> anything.</w:t>
        <w:br/>
        <w:t>嘿</w:t>
      </w:r>
      <w:r>
        <w:t xml:space="preserve"> 瞧瞧这是谁</w:t>
        <w:br/>
        <w:t>Hey!</w:t>
      </w:r>
      <w:r>
        <w:t xml:space="preserve"> Look</w:t>
      </w:r>
      <w:r>
        <w:t xml:space="preserve"> who</w:t>
      </w:r>
      <w:r>
        <w:t xml:space="preserve"> it</w:t>
      </w:r>
      <w:r>
        <w:t xml:space="preserve"> is!</w:t>
        <w:br/>
        <w:t>多久没见了</w:t>
      </w:r>
      <w:r>
        <w:t xml:space="preserve"> 有五个月吧</w:t>
        <w:br/>
        <w:t>What's</w:t>
      </w:r>
      <w:r>
        <w:t xml:space="preserve"> it</w:t>
      </w:r>
      <w:r>
        <w:t xml:space="preserve"> been?</w:t>
      </w:r>
      <w:r>
        <w:t xml:space="preserve"> Like</w:t>
      </w:r>
      <w:r>
        <w:t xml:space="preserve"> five</w:t>
      </w:r>
      <w:r>
        <w:t xml:space="preserve"> months?</w:t>
        <w:br/>
        <w:t>你还好吗</w:t>
        <w:br/>
        <w:t>How</w:t>
      </w:r>
      <w:r>
        <w:t xml:space="preserve"> you</w:t>
      </w:r>
      <w:r>
        <w:t xml:space="preserve"> doin'?</w:t>
        <w:br/>
        <w:t>大家好</w:t>
      </w:r>
      <w:r>
        <w:t xml:space="preserve"> 这片还要继续拍啊</w:t>
      </w:r>
      <w:r>
        <w:t xml:space="preserve"> </w:t>
      </w:r>
      <w:r>
        <w:t xml:space="preserve"> -对</w:t>
        <w:br/>
        <w:t>Oh,</w:t>
      </w:r>
      <w:r>
        <w:t xml:space="preserve"> what</w:t>
      </w:r>
      <w:r>
        <w:t xml:space="preserve"> up?</w:t>
      </w:r>
      <w:r>
        <w:t xml:space="preserve"> We</w:t>
      </w:r>
      <w:r>
        <w:t xml:space="preserve"> still</w:t>
      </w:r>
      <w:r>
        <w:t xml:space="preserve"> doing</w:t>
      </w:r>
      <w:r>
        <w:t xml:space="preserve"> this?</w:t>
      </w:r>
      <w:r>
        <w:t xml:space="preserve"> Yeah.</w:t>
        <w:br/>
        <w:t>天啊</w:t>
      </w:r>
      <w:r>
        <w:t xml:space="preserve"> 家人们</w:t>
      </w:r>
      <w:r>
        <w:t xml:space="preserve"> 你们好</w:t>
      </w:r>
      <w:r>
        <w:t xml:space="preserve"> 抱歉</w:t>
        <w:br/>
        <w:t>Oh,</w:t>
      </w:r>
      <w:r>
        <w:t xml:space="preserve"> my</w:t>
      </w:r>
      <w:r>
        <w:t xml:space="preserve"> God!</w:t>
      </w:r>
      <w:r>
        <w:t xml:space="preserve"> You</w:t>
      </w:r>
      <w:r>
        <w:t xml:space="preserve"> guysl</w:t>
      </w:r>
      <w:r>
        <w:t xml:space="preserve"> Heyl</w:t>
      </w:r>
      <w:r>
        <w:t xml:space="preserve"> Oh,</w:t>
      </w:r>
      <w:r>
        <w:t xml:space="preserve"> sorry.</w:t>
        <w:br/>
        <w:t>天</w:t>
      </w:r>
      <w:r>
        <w:t xml:space="preserve"> 你们换新装备了</w:t>
        <w:br/>
        <w:t>Um,</w:t>
      </w:r>
      <w:r>
        <w:t xml:space="preserve"> wow.</w:t>
      </w:r>
      <w:r>
        <w:t xml:space="preserve"> You</w:t>
      </w:r>
      <w:r>
        <w:t xml:space="preserve"> got</w:t>
      </w:r>
      <w:r>
        <w:t xml:space="preserve"> new</w:t>
      </w:r>
      <w:r>
        <w:t xml:space="preserve"> equipment.</w:t>
        <w:br/>
        <w:t>听着</w:t>
      </w:r>
      <w:r>
        <w:t xml:space="preserve"> 我不想说“我明明告诉你们了”</w:t>
      </w:r>
      <w:r>
        <w:t xml:space="preserve"> 但</w:t>
        <w:br/>
        <w:t>Look,</w:t>
      </w:r>
      <w:r>
        <w:t xml:space="preserve"> I</w:t>
      </w:r>
      <w:r>
        <w:t xml:space="preserve"> don't</w:t>
      </w:r>
      <w:r>
        <w:t xml:space="preserve"> want</w:t>
      </w:r>
      <w:r>
        <w:t xml:space="preserve"> to</w:t>
      </w:r>
      <w:r>
        <w:t xml:space="preserve"> say</w:t>
      </w:r>
      <w:r>
        <w:t xml:space="preserve"> I</w:t>
      </w:r>
      <w:r>
        <w:t xml:space="preserve"> told</w:t>
      </w:r>
      <w:r>
        <w:t xml:space="preserve"> you</w:t>
      </w:r>
      <w:r>
        <w:t xml:space="preserve"> so,</w:t>
      </w:r>
      <w:r>
        <w:t xml:space="preserve"> but-</w:t>
        <w:br/>
        <w:t>那我来说</w:t>
      </w:r>
      <w:r>
        <w:t xml:space="preserve"> 你们那晚就该听雅各布的话</w:t>
        <w:br/>
        <w:t>I</w:t>
      </w:r>
      <w:r>
        <w:t xml:space="preserve"> will.</w:t>
      </w:r>
      <w:r>
        <w:t xml:space="preserve"> Y'all</w:t>
      </w:r>
      <w:r>
        <w:t xml:space="preserve"> should've</w:t>
      </w:r>
      <w:r>
        <w:t xml:space="preserve"> listened</w:t>
      </w:r>
      <w:r>
        <w:t xml:space="preserve"> to</w:t>
      </w:r>
      <w:r>
        <w:t xml:space="preserve"> Jacob</w:t>
        <w:br/>
        <w:t>在第0街右转</w:t>
      </w:r>
      <w:r>
        <w:t xml:space="preserve"> 而不是左转</w:t>
        <w:br/>
        <w:t>and</w:t>
      </w:r>
      <w:r>
        <w:t xml:space="preserve"> made</w:t>
      </w:r>
      <w:r>
        <w:t xml:space="preserve"> a</w:t>
      </w:r>
      <w:r>
        <w:t xml:space="preserve"> right</w:t>
      </w:r>
      <w:r>
        <w:t xml:space="preserve"> on</w:t>
      </w:r>
      <w:r>
        <w:t xml:space="preserve"> 30th</w:t>
      </w:r>
      <w:r>
        <w:t xml:space="preserve"> Street</w:t>
      </w:r>
      <w:r>
        <w:t xml:space="preserve"> instead</w:t>
      </w:r>
      <w:r>
        <w:t xml:space="preserve"> of</w:t>
      </w:r>
      <w:r>
        <w:t xml:space="preserve"> the</w:t>
      </w:r>
      <w:r>
        <w:t xml:space="preserve"> left</w:t>
      </w:r>
      <w:r>
        <w:t xml:space="preserve"> that</w:t>
      </w:r>
      <w:r>
        <w:t xml:space="preserve"> night.</w:t>
        <w:br/>
        <w:t>你想让重复一遍你那天的遭遇</w:t>
        <w:br/>
        <w:t>You</w:t>
      </w:r>
      <w:r>
        <w:t xml:space="preserve"> want</w:t>
      </w:r>
      <w:r>
        <w:t xml:space="preserve"> me</w:t>
      </w:r>
      <w:r>
        <w:t xml:space="preserve"> to</w:t>
      </w:r>
      <w:r>
        <w:t xml:space="preserve"> tell</w:t>
      </w:r>
      <w:r>
        <w:t xml:space="preserve"> you</w:t>
      </w:r>
      <w:r>
        <w:t xml:space="preserve"> what</w:t>
      </w:r>
      <w:r>
        <w:t xml:space="preserve"> happened</w:t>
      </w:r>
      <w:r>
        <w:t xml:space="preserve"> to</w:t>
      </w:r>
      <w:r>
        <w:t xml:space="preserve"> you?</w:t>
        <w:br/>
        <w:t>哦</w:t>
      </w:r>
      <w:r>
        <w:t xml:space="preserve"> 对着镜头啊</w:t>
      </w:r>
      <w:r>
        <w:t xml:space="preserve"> 好吧</w:t>
      </w:r>
      <w:r>
        <w:t xml:space="preserve"> 他们被抢劫了</w:t>
        <w:br/>
        <w:t>Oh,</w:t>
      </w:r>
      <w:r>
        <w:t xml:space="preserve"> right</w:t>
      </w:r>
      <w:r>
        <w:t xml:space="preserve"> Tell</w:t>
      </w:r>
      <w:r>
        <w:t xml:space="preserve"> the</w:t>
      </w:r>
      <w:r>
        <w:t xml:space="preserve"> people.</w:t>
      </w:r>
      <w:r>
        <w:t xml:space="preserve"> So,</w:t>
      </w:r>
      <w:r>
        <w:t xml:space="preserve"> they</w:t>
      </w:r>
      <w:r>
        <w:t xml:space="preserve"> got</w:t>
      </w:r>
      <w:r>
        <w:t xml:space="preserve"> robbed.</w:t>
        <w:br/>
        <w:t>就因为他们觉得扛着这些昂贵装备</w:t>
        <w:br/>
        <w:t>Because</w:t>
      </w:r>
      <w:r>
        <w:t xml:space="preserve"> they</w:t>
      </w:r>
      <w:r>
        <w:t xml:space="preserve"> thought</w:t>
      </w:r>
      <w:r>
        <w:t xml:space="preserve"> it'd</w:t>
      </w:r>
      <w:r>
        <w:t xml:space="preserve"> be</w:t>
      </w:r>
      <w:r>
        <w:t xml:space="preserve"> cute</w:t>
      </w:r>
      <w:r>
        <w:t xml:space="preserve"> to</w:t>
      </w:r>
      <w:r>
        <w:t xml:space="preserve"> walk</w:t>
      </w:r>
      <w:r>
        <w:t xml:space="preserve"> around</w:t>
        <w:br/>
        <w:t>在西费城闲逛是个好主意</w:t>
        <w:br/>
        <w:t>West</w:t>
      </w:r>
      <w:r>
        <w:t xml:space="preserve"> Philly</w:t>
      </w:r>
      <w:r>
        <w:t xml:space="preserve"> at</w:t>
      </w:r>
      <w:r>
        <w:t xml:space="preserve"> night</w:t>
      </w:r>
      <w:r>
        <w:t xml:space="preserve"> with</w:t>
      </w:r>
      <w:r>
        <w:t xml:space="preserve"> all</w:t>
      </w:r>
      <w:r>
        <w:t xml:space="preserve"> this</w:t>
      </w:r>
      <w:r>
        <w:t xml:space="preserve"> camera</w:t>
      </w:r>
      <w:r>
        <w:t xml:space="preserve"> equipment.</w:t>
        <w:br/>
        <w:t>我当时要是在场</w:t>
      </w:r>
      <w:r>
        <w:t xml:space="preserve"> 肯定也要加入抢劫的</w:t>
        <w:br/>
        <w:t>Hell,</w:t>
      </w:r>
      <w:r>
        <w:t xml:space="preserve"> I'd</w:t>
      </w:r>
      <w:r>
        <w:t xml:space="preserve"> have</w:t>
      </w:r>
      <w:r>
        <w:t xml:space="preserve"> helped</w:t>
      </w:r>
      <w:r>
        <w:t xml:space="preserve"> rob</w:t>
      </w:r>
      <w:r>
        <w:t xml:space="preserve"> you</w:t>
      </w:r>
      <w:r>
        <w:t xml:space="preserve"> if</w:t>
      </w:r>
      <w:r>
        <w:t xml:space="preserve"> I</w:t>
      </w:r>
      <w:r>
        <w:t xml:space="preserve"> was</w:t>
      </w:r>
      <w:r>
        <w:t xml:space="preserve"> there.</w:t>
        <w:br/>
        <w:t>总之还好</w:t>
      </w:r>
      <w:r>
        <w:t xml:space="preserve"> 你们五个月后还是回来了</w:t>
        <w:br/>
        <w:t>Anyway,</w:t>
      </w:r>
      <w:r>
        <w:t xml:space="preserve"> here</w:t>
      </w:r>
      <w:r>
        <w:t xml:space="preserve"> we</w:t>
      </w:r>
      <w:r>
        <w:t xml:space="preserve"> are,</w:t>
      </w:r>
      <w:r>
        <w:t xml:space="preserve"> five</w:t>
      </w:r>
      <w:r>
        <w:t xml:space="preserve"> months</w:t>
      </w:r>
      <w:r>
        <w:t xml:space="preserve"> later,</w:t>
        <w:br/>
        <w:t>因为三个艺术系毕业生攒钱</w:t>
        <w:br/>
        <w:t>because</w:t>
      </w:r>
      <w:r>
        <w:t xml:space="preserve"> that's</w:t>
      </w:r>
      <w:r>
        <w:t xml:space="preserve"> how</w:t>
      </w:r>
      <w:r>
        <w:t xml:space="preserve"> long</w:t>
      </w:r>
      <w:r>
        <w:t xml:space="preserve"> it</w:t>
      </w:r>
      <w:r>
        <w:t xml:space="preserve"> takes</w:t>
      </w:r>
      <w:r>
        <w:t xml:space="preserve"> for</w:t>
      </w:r>
      <w:r>
        <w:t xml:space="preserve"> three</w:t>
      </w:r>
      <w:r>
        <w:t xml:space="preserve"> people</w:t>
        <w:br/>
        <w:t>买&amp;hearts;&amp;hearts;到新装备就是要这么久</w:t>
        <w:br/>
        <w:t>with</w:t>
      </w:r>
      <w:r>
        <w:t xml:space="preserve"> art</w:t>
      </w:r>
      <w:r>
        <w:t xml:space="preserve"> degrees</w:t>
      </w:r>
      <w:r>
        <w:t xml:space="preserve"> to</w:t>
      </w:r>
      <w:r>
        <w:t xml:space="preserve"> save</w:t>
      </w:r>
      <w:r>
        <w:t xml:space="preserve"> up</w:t>
      </w:r>
      <w:r>
        <w:t xml:space="preserve"> for</w:t>
      </w:r>
      <w:r>
        <w:t xml:space="preserve"> new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cameras.</w:t>
        <w:br/>
        <w:t>欢迎回来</w:t>
      </w:r>
      <w:r>
        <w:t xml:space="preserve"> 今天是职业日</w:t>
        <w:br/>
        <w:t>Welcome</w:t>
      </w:r>
      <w:r>
        <w:t xml:space="preserve"> back!</w:t>
      </w:r>
      <w:r>
        <w:t xml:space="preserve"> It's</w:t>
      </w:r>
      <w:r>
        <w:t xml:space="preserve"> Career</w:t>
      </w:r>
      <w:r>
        <w:t xml:space="preserve"> Day</w:t>
      </w:r>
      <w:r>
        <w:t xml:space="preserve"> today.</w:t>
        <w:br/>
        <w:t>不幸的是</w:t>
        <w:br/>
        <w:t>Unfortunately.</w:t>
        <w:br/>
        <w:t>艾娃</w:t>
      </w:r>
      <w:r>
        <w:t xml:space="preserve"> 你想在职业日这天划水摸鱼么</w:t>
        <w:br/>
        <w:t>Ava!</w:t>
      </w:r>
      <w:r>
        <w:t xml:space="preserve"> Not</w:t>
      </w:r>
      <w:r>
        <w:t xml:space="preserve"> planning</w:t>
      </w:r>
      <w:r>
        <w:t xml:space="preserve"> on</w:t>
      </w:r>
      <w:r>
        <w:t xml:space="preserve"> being</w:t>
      </w:r>
      <w:r>
        <w:t xml:space="preserve"> conscious</w:t>
      </w:r>
      <w:r>
        <w:t xml:space="preserve"> for</w:t>
      </w:r>
      <w:r>
        <w:t xml:space="preserve"> Career</w:t>
      </w:r>
      <w:r>
        <w:t xml:space="preserve"> Day?</w:t>
        <w:br/>
        <w:t>这是学区办活动</w:t>
      </w:r>
      <w:r>
        <w:t xml:space="preserve"> 他们能外理好</w:t>
        <w:br/>
        <w:t>This</w:t>
      </w:r>
      <w:r>
        <w:t xml:space="preserve"> is</w:t>
      </w:r>
      <w:r>
        <w:t xml:space="preserve"> a</w:t>
      </w:r>
      <w:r>
        <w:t xml:space="preserve"> district</w:t>
      </w:r>
      <w:r>
        <w:t xml:space="preserve"> initiative.</w:t>
      </w:r>
      <w:r>
        <w:t xml:space="preserve"> They</w:t>
      </w:r>
      <w:r>
        <w:t xml:space="preserve"> can</w:t>
      </w:r>
      <w:r>
        <w:t xml:space="preserve"> handle</w:t>
      </w:r>
      <w:r>
        <w:t xml:space="preserve"> it.</w:t>
        <w:br/>
        <w:t>有没有觉得坟些学区的人</w:t>
        <w:br/>
        <w:t>Anyone</w:t>
      </w:r>
      <w:r>
        <w:t xml:space="preserve"> else</w:t>
      </w:r>
      <w:r>
        <w:t xml:space="preserve"> feel</w:t>
      </w:r>
      <w:r>
        <w:t xml:space="preserve"> like</w:t>
      </w:r>
      <w:r>
        <w:t xml:space="preserve"> the</w:t>
      </w:r>
      <w:r>
        <w:t xml:space="preserve"> people</w:t>
      </w:r>
      <w:r>
        <w:t xml:space="preserve"> from</w:t>
      </w:r>
      <w:r>
        <w:t xml:space="preserve"> the</w:t>
      </w:r>
      <w:r>
        <w:t xml:space="preserve"> district</w:t>
        <w:br/>
        <w:t>有没有觉得这此学区的人</w:t>
        <w:br/>
        <w:t>Anyone</w:t>
      </w:r>
      <w:r>
        <w:t xml:space="preserve"> else</w:t>
      </w:r>
      <w:r>
        <w:t xml:space="preserve"> feel</w:t>
      </w:r>
      <w:r>
        <w:t xml:space="preserve"> like</w:t>
      </w:r>
      <w:r>
        <w:t xml:space="preserve"> the</w:t>
      </w:r>
      <w:r>
        <w:t xml:space="preserve"> people</w:t>
      </w:r>
      <w:r>
        <w:t xml:space="preserve"> from</w:t>
      </w:r>
      <w:r>
        <w:t xml:space="preserve"> the</w:t>
      </w:r>
      <w:r>
        <w:t xml:space="preserve"> district</w:t>
        <w:br/>
        <w:t>比平时更烦人了</w:t>
        <w:br/>
        <w:t>have</w:t>
      </w:r>
      <w:r>
        <w:t xml:space="preserve"> been</w:t>
      </w:r>
      <w:r>
        <w:t xml:space="preserve"> more</w:t>
      </w:r>
      <w:r>
        <w:t xml:space="preserve"> annoying</w:t>
      </w:r>
      <w:r>
        <w:t xml:space="preserve"> than</w:t>
      </w:r>
      <w:r>
        <w:t xml:space="preserve"> usual?</w:t>
        <w:br/>
        <w:t>他们也不都是坏人</w:t>
      </w:r>
      <w:r>
        <w:t xml:space="preserve"> </w:t>
      </w:r>
      <w:r>
        <w:t xml:space="preserve"> -我觉得他们挺好的</w:t>
        <w:br/>
        <w:t>They</w:t>
      </w:r>
      <w:r>
        <w:t xml:space="preserve"> re</w:t>
      </w:r>
      <w:r>
        <w:t xml:space="preserve"> not</w:t>
      </w:r>
      <w:r>
        <w:t xml:space="preserve"> all</w:t>
      </w:r>
      <w:r>
        <w:t xml:space="preserve"> bad.</w:t>
      </w:r>
      <w:r>
        <w:t xml:space="preserve"> Ithink</w:t>
      </w:r>
      <w:r>
        <w:t xml:space="preserve"> they're</w:t>
      </w:r>
      <w:r>
        <w:t xml:space="preserve"> cool.</w:t>
        <w:br/>
        <w:t>他们也不都是坏人</w:t>
      </w:r>
      <w:r>
        <w:t xml:space="preserve"> </w:t>
      </w:r>
      <w:r>
        <w:t xml:space="preserve"> -我觉得他们挺好的</w:t>
        <w:br/>
        <w:t>They're</w:t>
      </w:r>
      <w:r>
        <w:t xml:space="preserve"> not</w:t>
      </w:r>
      <w:r>
        <w:t xml:space="preserve"> all</w:t>
      </w:r>
      <w:r>
        <w:t xml:space="preserve"> bad.</w:t>
      </w:r>
      <w:r>
        <w:t xml:space="preserve"> I</w:t>
      </w:r>
      <w:r>
        <w:t xml:space="preserve"> think</w:t>
      </w:r>
      <w:r>
        <w:t xml:space="preserve"> they're</w:t>
      </w:r>
      <w:r>
        <w:t xml:space="preserve"> cool.</w:t>
        <w:br/>
        <w:t>我还挺喜欢今年的</w:t>
        <w:br/>
        <w:t>Mnh.</w:t>
      </w:r>
      <w:r>
        <w:t xml:space="preserve"> I</w:t>
      </w:r>
      <w:r>
        <w:t xml:space="preserve"> actually</w:t>
      </w:r>
      <w:r>
        <w:t xml:space="preserve"> like</w:t>
      </w:r>
      <w:r>
        <w:t xml:space="preserve"> them</w:t>
      </w:r>
      <w:r>
        <w:t xml:space="preserve"> this</w:t>
      </w:r>
      <w:r>
        <w:t xml:space="preserve"> year.</w:t>
        <w:br/>
        <w:t>表示震惊</w:t>
      </w:r>
      <w:r>
        <w:t xml:space="preserve"> </w:t>
      </w:r>
      <w:r>
        <w:t xml:space="preserve"> </w:t>
      </w:r>
      <w:r>
        <w:t xml:space="preserve"> -我说不好</w:t>
        <w:br/>
        <w:t>Shocking.</w:t>
      </w:r>
      <w:r>
        <w:t xml:space="preserve"> I</w:t>
      </w:r>
      <w:r>
        <w:t xml:space="preserve"> don't</w:t>
      </w:r>
      <w:r>
        <w:t xml:space="preserve"> know.</w:t>
        <w:br/>
        <w:t>我觉得他们已经差出了新高度</w:t>
        <w:br/>
        <w:t>I</w:t>
      </w:r>
      <w:r>
        <w:t xml:space="preserve"> feel</w:t>
      </w:r>
      <w:r>
        <w:t xml:space="preserve"> like</w:t>
      </w:r>
      <w:r>
        <w:t xml:space="preserve"> they've</w:t>
      </w:r>
      <w:r>
        <w:t xml:space="preserve"> been</w:t>
      </w:r>
      <w:r>
        <w:t xml:space="preserve"> unequivocally</w:t>
        <w:br/>
        <w:t>而且全体开始摆烂了</w:t>
        <w:br/>
        <w:t>and</w:t>
      </w:r>
      <w:r>
        <w:t xml:space="preserve"> universally</w:t>
      </w:r>
      <w:r>
        <w:t xml:space="preserve"> worse</w:t>
      </w:r>
      <w:r>
        <w:t xml:space="preserve"> than</w:t>
      </w:r>
      <w:r>
        <w:t xml:space="preserve"> they've</w:t>
      </w:r>
      <w:r>
        <w:t xml:space="preserve"> ever</w:t>
      </w:r>
      <w:r>
        <w:t xml:space="preserve"> been.</w:t>
        <w:br/>
        <w:t>从无可救药到难以忍&amp;hearts;受</w:t>
        <w:br/>
        <w:t>From</w:t>
      </w:r>
      <w:r>
        <w:t xml:space="preserve"> unhelpful</w:t>
      </w:r>
      <w:r>
        <w:t xml:space="preserve"> to</w:t>
      </w:r>
      <w:r>
        <w:t xml:space="preserve"> unbearable.</w:t>
        <w:br/>
        <w:t>早上好啊</w:t>
      </w:r>
      <w:r>
        <w:t xml:space="preserve"> 阿伯特小学</w:t>
        <w:br/>
        <w:t>Good</w:t>
      </w:r>
      <w:r>
        <w:t xml:space="preserve"> morning,</w:t>
      </w:r>
      <w:r>
        <w:t xml:space="preserve"> Abbott</w:t>
      </w:r>
      <w:r>
        <w:t xml:space="preserve"> Elementary!</w:t>
        <w:br/>
        <w:t>早上好</w:t>
      </w:r>
      <w:r>
        <w:t xml:space="preserve"> 阿伯特小学</w:t>
        <w:br/>
        <w:t>"Good</w:t>
      </w:r>
      <w:r>
        <w:t xml:space="preserve"> morning,</w:t>
      </w:r>
      <w:r>
        <w:t xml:space="preserve"> Abbott</w:t>
      </w:r>
      <w:r>
        <w:t xml:space="preserve"> Elementary.</w:t>
      </w:r>
      <w:r>
        <w:t xml:space="preserve"> "</w:t>
        <w:br/>
        <w:t>我现在进学区工作了</w:t>
        <w:br/>
        <w:t>So,</w:t>
      </w:r>
      <w:r>
        <w:t xml:space="preserve"> yeah,</w:t>
      </w:r>
      <w:r>
        <w:t xml:space="preserve"> I</w:t>
      </w:r>
      <w:r>
        <w:t xml:space="preserve"> work</w:t>
      </w:r>
      <w:r>
        <w:t xml:space="preserve"> for</w:t>
      </w:r>
      <w:r>
        <w:t xml:space="preserve"> the</w:t>
      </w:r>
      <w:r>
        <w:t xml:space="preserve"> school</w:t>
      </w:r>
      <w:r>
        <w:t xml:space="preserve"> district</w:t>
      </w:r>
      <w:r>
        <w:t xml:space="preserve"> now.</w:t>
        <w:br/>
        <w:t>你们错过了好多新闻</w:t>
        <w:br/>
        <w:t>You</w:t>
      </w:r>
      <w:r>
        <w:t xml:space="preserve"> guys</w:t>
      </w:r>
      <w:r>
        <w:t xml:space="preserve"> missed</w:t>
      </w:r>
      <w:r>
        <w:t xml:space="preserve"> a</w:t>
      </w:r>
      <w:r>
        <w:t xml:space="preserve"> lot.</w:t>
        <w:br/>
        <w:t>嗨</w:t>
      </w:r>
      <w:r>
        <w:t xml:space="preserve"> </w:t>
      </w:r>
      <w:r>
        <w:t xml:space="preserve"> -嘿</w:t>
        <w:br/>
        <w:t>Hi.</w:t>
      </w:r>
      <w:r>
        <w:t xml:space="preserve"> Hey.</w:t>
        <w:br/>
        <w:t>坐左边还是右边</w:t>
        <w:br/>
        <w:t>Left</w:t>
      </w:r>
      <w:r>
        <w:t xml:space="preserve"> 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right?</w:t>
        <w:br/>
        <w:t>坐左边还是右边</w:t>
        <w:br/>
        <w:t>Left</w:t>
      </w:r>
      <w:r>
        <w:t xml:space="preserve"> or</w:t>
      </w:r>
      <w:r>
        <w:t xml:space="preserve"> right?</w:t>
        <w:br/>
        <w:t>左边</w:t>
      </w:r>
      <w:r>
        <w:t xml:space="preserve"> 谢谢你！</w:t>
        <w:br/>
        <w:t>Uh,</w:t>
      </w:r>
      <w:r>
        <w:t xml:space="preserve"> left.</w:t>
      </w:r>
      <w:r>
        <w:t xml:space="preserve"> Thank</w:t>
      </w:r>
      <w:r>
        <w:t xml:space="preserve"> you.</w:t>
        <w:br/>
        <w:t>选得好</w:t>
      </w:r>
      <w:r>
        <w:t xml:space="preserve"> </w:t>
      </w:r>
      <w:r>
        <w:t xml:space="preserve"> -是吧</w:t>
        <w:br/>
        <w:t>Good</w:t>
      </w:r>
      <w:r>
        <w:t xml:space="preserve"> choice.</w:t>
      </w:r>
      <w:r>
        <w:t xml:space="preserve"> Good</w:t>
      </w:r>
      <w:r>
        <w:t xml:space="preserve"> choice.</w:t>
        <w:br/>
        <w:t>天</w:t>
      </w:r>
      <w:r>
        <w:t xml:space="preserve"> 这个发展日让人头疼</w:t>
        <w:br/>
        <w:t>Girl,</w:t>
      </w:r>
      <w:r>
        <w:t xml:space="preserve"> this</w:t>
      </w:r>
      <w:r>
        <w:t xml:space="preserve"> Development</w:t>
      </w:r>
      <w:r>
        <w:t xml:space="preserve"> Day</w:t>
      </w:r>
      <w:r>
        <w:t xml:space="preserve"> has</w:t>
      </w:r>
      <w:r>
        <w:t xml:space="preserve"> me</w:t>
      </w:r>
      <w:r>
        <w:t xml:space="preserve"> developing</w:t>
      </w:r>
      <w:r>
        <w:t xml:space="preserve"> a</w:t>
      </w:r>
      <w:r>
        <w:t xml:space="preserve"> migraine.</w:t>
        <w:br/>
        <w:t>让我也来一片你的阿斯匹林</w:t>
      </w:r>
      <w:r>
        <w:t xml:space="preserve"> 拜托</w:t>
        <w:br/>
        <w:t>Let</w:t>
      </w:r>
      <w:r>
        <w:t xml:space="preserve"> me</w:t>
      </w:r>
      <w:r>
        <w:t xml:space="preserve"> have</w:t>
      </w:r>
      <w:r>
        <w:t xml:space="preserve"> one</w:t>
      </w:r>
      <w:r>
        <w:t xml:space="preserve"> of</w:t>
      </w:r>
      <w:r>
        <w:t xml:space="preserve"> those</w:t>
      </w:r>
      <w:r>
        <w:t xml:space="preserve"> aspirins,</w:t>
      </w:r>
      <w:r>
        <w:t xml:space="preserve"> please.</w:t>
        <w:br/>
        <w:t>让我也来一片你的阿斯匹林</w:t>
      </w:r>
      <w:r>
        <w:t xml:space="preserve"> 拜托</w:t>
        <w:br/>
        <w:t>Let</w:t>
      </w:r>
      <w:r>
        <w:t xml:space="preserve"> me</w:t>
      </w:r>
      <w:r>
        <w:t xml:space="preserve"> have</w:t>
      </w:r>
      <w:r>
        <w:t xml:space="preserve"> one</w:t>
      </w:r>
      <w:r>
        <w:t xml:space="preserve"> of</w:t>
      </w:r>
      <w:r>
        <w:t xml:space="preserve"> those</w:t>
      </w:r>
      <w:r>
        <w:t xml:space="preserve"> aspirins,</w:t>
      </w:r>
      <w:r>
        <w:t xml:space="preserve"> please.</w:t>
        <w:br/>
        <w:t>这是安&amp;hearts;眠&amp;hearts;药&amp;hearts;</w:t>
        <w:br/>
        <w:t>It's</w:t>
      </w:r>
      <w:r>
        <w:t xml:space="preserve"> a</w:t>
      </w:r>
      <w:r>
        <w:t xml:space="preserve"> sleeping</w:t>
      </w:r>
      <w:r>
        <w:t xml:space="preserve"> pill.</w:t>
        <w:br/>
        <w:t>合作洽谈</w:t>
      </w:r>
      <w:r>
        <w:t xml:space="preserve"> Q:</w:t>
      </w:r>
      <w:r>
        <w:t xml:space="preserve"> 86&amp;hearts;4&amp;hearts;413459</w:t>
        <w:br/>
        <w:t>等有火灾</w:t>
      </w:r>
      <w:r>
        <w:t xml:space="preserve"> 龙&amp;hearts;卷&amp;hearts;风&amp;hearts;或是火山喷发时你再叫醒我</w:t>
        <w:br/>
        <w:t>Wake</w:t>
      </w:r>
      <w:r>
        <w:t xml:space="preserve"> me</w:t>
      </w:r>
      <w:r>
        <w:t xml:space="preserve"> if</w:t>
      </w:r>
      <w:r>
        <w:t xml:space="preserve"> there's</w:t>
      </w:r>
      <w:r>
        <w:t xml:space="preserve"> a</w:t>
      </w:r>
      <w:r>
        <w:t xml:space="preserve"> fire,</w:t>
      </w:r>
      <w:r>
        <w:t xml:space="preserve"> a</w:t>
      </w:r>
      <w:r>
        <w:t xml:space="preserve"> tornado,</w:t>
      </w:r>
      <w:r>
        <w:t xml:space="preserve"> or</w:t>
      </w:r>
      <w:r>
        <w:t xml:space="preserve"> a</w:t>
      </w:r>
      <w:r>
        <w:t xml:space="preserve"> volcanic</w:t>
      </w:r>
      <w:r>
        <w:t xml:space="preserve"> eruption.</w:t>
        <w:br/>
        <w:t>阿伯特小学盛装出席的老师们</w:t>
      </w:r>
      <w:r>
        <w:t xml:space="preserve"> 你们好</w:t>
        <w:br/>
        <w:t>Good</w:t>
      </w:r>
      <w:r>
        <w:t xml:space="preserve"> day</w:t>
      </w:r>
      <w:r>
        <w:t xml:space="preserve"> to</w:t>
      </w:r>
      <w:r>
        <w:t xml:space="preserve"> the</w:t>
      </w:r>
      <w:r>
        <w:t xml:space="preserve"> fine</w:t>
      </w:r>
      <w:r>
        <w:t xml:space="preserve"> teachers</w:t>
      </w:r>
      <w:r>
        <w:t xml:space="preserve"> of</w:t>
      </w:r>
      <w:r>
        <w:t xml:space="preserve"> Abbott</w:t>
      </w:r>
      <w:r>
        <w:t xml:space="preserve"> Elementary.</w:t>
        <w:br/>
        <w:t>怎么</w:t>
        <w:br/>
        <w:t>What?</w:t>
        <w:br/>
        <w:t>选择性略过了一身休闲服的格雷戈里吗</w:t>
        <w:br/>
        <w:t>No</w:t>
      </w:r>
      <w:r>
        <w:t xml:space="preserve"> comment</w:t>
      </w:r>
      <w:r>
        <w:t xml:space="preserve"> about</w:t>
      </w:r>
      <w:r>
        <w:t xml:space="preserve"> Gregory</w:t>
      </w:r>
      <w:r>
        <w:t xml:space="preserve"> being"F-</w:t>
      </w:r>
      <w:r>
        <w:t xml:space="preserve"> O-</w:t>
      </w:r>
      <w:r>
        <w:t xml:space="preserve"> I-</w:t>
      </w:r>
      <w:r>
        <w:t xml:space="preserve"> N,</w:t>
      </w:r>
      <w:r>
        <w:t xml:space="preserve"> foin"?</w:t>
        <w:br/>
        <w:t>不</w:t>
      </w:r>
      <w:r>
        <w:t xml:space="preserve"> 谢门提老师</w:t>
      </w:r>
      <w:r>
        <w:t xml:space="preserve"> 这话是对所有人说的</w:t>
        <w:br/>
        <w:t>No,</w:t>
      </w:r>
      <w:r>
        <w:t xml:space="preserve"> Ms.</w:t>
      </w:r>
      <w:r>
        <w:t xml:space="preserve"> Schemmenti.</w:t>
      </w:r>
      <w:r>
        <w:t xml:space="preserve"> I</w:t>
      </w:r>
      <w:r>
        <w:t xml:space="preserve"> was</w:t>
      </w:r>
      <w:r>
        <w:t xml:space="preserve"> speaking</w:t>
      </w:r>
      <w:r>
        <w:t xml:space="preserve"> to</w:t>
      </w:r>
      <w:r>
        <w:t xml:space="preserve"> everyone.</w:t>
        <w:br/>
        <w:t>既然大家都看着他</w:t>
        <w:br/>
        <w:t>But</w:t>
      </w:r>
      <w:r>
        <w:t xml:space="preserve"> since</w:t>
      </w:r>
      <w:r>
        <w:t xml:space="preserve"> all</w:t>
      </w:r>
      <w:r>
        <w:t xml:space="preserve"> eyes</w:t>
      </w:r>
      <w:r>
        <w:t xml:space="preserve"> are</w:t>
      </w:r>
      <w:r>
        <w:t xml:space="preserve"> on</w:t>
      </w:r>
      <w:r>
        <w:t xml:space="preserve"> him,</w:t>
      </w:r>
      <w:r>
        <w:t xml:space="preserve"> uh,</w:t>
        <w:br/>
        <w:t>那么</w:t>
      </w:r>
      <w:r>
        <w:t xml:space="preserve"> 艾迪老师</w:t>
      </w:r>
      <w:r>
        <w:t xml:space="preserve"> 请你来读一读你一丝不苟</w:t>
        <w:br/>
        <w:t>Mr.</w:t>
      </w:r>
      <w:r>
        <w:t xml:space="preserve"> Eddie,</w:t>
      </w:r>
      <w:r>
        <w:t xml:space="preserve"> would</w:t>
      </w:r>
      <w:r>
        <w:t xml:space="preserve"> you</w:t>
      </w:r>
      <w:r>
        <w:t xml:space="preserve"> mind</w:t>
      </w:r>
      <w:r>
        <w:t xml:space="preserve"> reading</w:t>
      </w:r>
      <w:r>
        <w:t xml:space="preserve"> from</w:t>
      </w:r>
      <w:r>
        <w:t xml:space="preserve"> the</w:t>
      </w:r>
      <w:r>
        <w:t xml:space="preserve"> first</w:t>
      </w:r>
      <w:r>
        <w:t xml:space="preserve"> paragraph</w:t>
        <w:br/>
        <w:t>整理好的第一段</w:t>
      </w:r>
      <w:r>
        <w:t xml:space="preserve"> 好吗</w:t>
        <w:br/>
        <w:t>of</w:t>
      </w:r>
      <w:r>
        <w:t xml:space="preserve"> your</w:t>
      </w:r>
      <w:r>
        <w:t xml:space="preserve"> immaculately</w:t>
      </w:r>
      <w:r>
        <w:t xml:space="preserve"> assembled</w:t>
      </w:r>
      <w:r>
        <w:t xml:space="preserve"> binder?</w:t>
        <w:br/>
        <w:t>一&amp;hearts;丝&amp;hearts;不&amp;hearts;挂&amp;hearts;</w:t>
        <w:br/>
        <w:t>Sexily?</w:t>
        <w:br/>
        <w:t>什么</w:t>
        <w:br/>
        <w:t>Excuse</w:t>
      </w:r>
      <w:r>
        <w:t xml:space="preserve"> me?</w:t>
        <w:br/>
        <w:t>这种用词不但有暗示性</w:t>
        <w:br/>
        <w:t>That</w:t>
      </w:r>
      <w:r>
        <w:t xml:space="preserve"> is</w:t>
      </w:r>
      <w:r>
        <w:t xml:space="preserve"> not</w:t>
      </w:r>
      <w:r>
        <w:t xml:space="preserve"> only</w:t>
      </w:r>
      <w:r>
        <w:t xml:space="preserve"> suggestive</w:t>
        <w:br/>
        <w:t>对我们今天的嘉宾</w:t>
        <w:br/>
        <w:t>but</w:t>
      </w:r>
      <w:r>
        <w:t xml:space="preserve"> highly</w:t>
      </w:r>
      <w:r>
        <w:t xml:space="preserve"> inappropriate</w:t>
        <w:br/>
        <w:t>也十分不尊重</w:t>
        <w:br/>
        <w:t>in</w:t>
      </w:r>
      <w:r>
        <w:t xml:space="preserve"> front</w:t>
      </w:r>
      <w:r>
        <w:t xml:space="preserve"> of</w:t>
      </w:r>
      <w:r>
        <w:t xml:space="preserve"> our</w:t>
      </w:r>
      <w:r>
        <w:t xml:space="preserve"> company.</w:t>
        <w:br/>
        <w:t>哦嗨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大家好</w:t>
        <w:br/>
        <w:t>Uh,</w:t>
      </w:r>
      <w:r>
        <w:t xml:space="preserve"> hi.</w:t>
      </w:r>
      <w:r>
        <w:t xml:space="preserve"> Hi,</w:t>
      </w:r>
      <w:r>
        <w:t xml:space="preserve"> everybody.</w:t>
        <w:br/>
        <w:t>我们是学区委员</w:t>
        <w:br/>
        <w:t>Uh,</w:t>
      </w:r>
      <w:r>
        <w:t xml:space="preserve"> we're</w:t>
      </w:r>
      <w:r>
        <w:t xml:space="preserve"> from</w:t>
      </w:r>
      <w:r>
        <w:t xml:space="preserve"> the</w:t>
      </w:r>
      <w:r>
        <w:t xml:space="preserve"> school</w:t>
      </w:r>
      <w:r>
        <w:t xml:space="preserve"> district.</w:t>
        <w:br/>
        <w:t>科尔曼校长邀请我们来观摩</w:t>
        <w:br/>
        <w:t>Uh,</w:t>
      </w:r>
      <w:r>
        <w:t xml:space="preserve"> Principal</w:t>
      </w:r>
      <w:r>
        <w:t xml:space="preserve"> Coleman</w:t>
      </w:r>
      <w:r>
        <w:t xml:space="preserve"> invited</w:t>
      </w:r>
      <w:r>
        <w:t xml:space="preserve"> us</w:t>
      </w:r>
      <w:r>
        <w:t xml:space="preserve"> to</w:t>
      </w:r>
      <w:r>
        <w:t xml:space="preserve"> come,</w:t>
      </w:r>
      <w:r>
        <w:t xml:space="preserve"> observe,</w:t>
        <w:br/>
        <w:t>与大家通力协作</w:t>
      </w:r>
      <w:r>
        <w:t xml:space="preserve"> 办好发展日</w:t>
        <w:br/>
        <w:t>and</w:t>
      </w:r>
      <w:r>
        <w:t xml:space="preserve"> collaborate</w:t>
      </w:r>
      <w:r>
        <w:t xml:space="preserve"> with</w:t>
      </w:r>
      <w:r>
        <w:t xml:space="preserve"> you</w:t>
      </w:r>
      <w:r>
        <w:t xml:space="preserve"> all</w:t>
      </w:r>
      <w:r>
        <w:t xml:space="preserve"> on</w:t>
      </w:r>
      <w:r>
        <w:t xml:space="preserve"> this</w:t>
      </w:r>
      <w:r>
        <w:t xml:space="preserve"> Development</w:t>
      </w:r>
      <w:r>
        <w:t xml:space="preserve"> Day.</w:t>
        <w:br/>
        <w:t>没错</w:t>
      </w:r>
      <w:r>
        <w:t xml:space="preserve"> 协作的重要性</w:t>
        <w:br/>
        <w:t>Yes!</w:t>
      </w:r>
      <w:r>
        <w:t xml:space="preserve"> The</w:t>
      </w:r>
      <w:r>
        <w:t xml:space="preserve"> importance</w:t>
      </w:r>
      <w:r>
        <w:t xml:space="preserve"> of</w:t>
      </w:r>
      <w:r>
        <w:t xml:space="preserve"> collaboration</w:t>
        <w:br/>
        <w:t>是我在剑桥学到的</w:t>
        <w:br/>
        <w:t>is</w:t>
      </w:r>
      <w:r>
        <w:t xml:space="preserve"> one</w:t>
      </w:r>
      <w:r>
        <w:t xml:space="preserve"> of</w:t>
      </w:r>
      <w:r>
        <w:t xml:space="preserve"> the</w:t>
      </w:r>
      <w:r>
        <w:t xml:space="preserve"> many</w:t>
      </w:r>
      <w:r>
        <w:t xml:space="preserve"> things</w:t>
      </w:r>
      <w:r>
        <w:t xml:space="preserve"> I</w:t>
      </w:r>
      <w:r>
        <w:t xml:space="preserve"> learned</w:t>
        <w:br/>
        <w:t>第一课</w:t>
        <w:br/>
        <w:t>while</w:t>
      </w:r>
      <w:r>
        <w:t xml:space="preserve"> I</w:t>
      </w:r>
      <w:r>
        <w:t xml:space="preserve"> was</w:t>
      </w:r>
      <w:r>
        <w:t xml:space="preserve"> matriculating</w:t>
      </w:r>
      <w:r>
        <w:t xml:space="preserve"> at</w:t>
      </w:r>
      <w:r>
        <w:t xml:space="preserve"> Cambridge.</w:t>
        <w:br/>
        <w:t>没错</w:t>
      </w:r>
      <w:r>
        <w:t xml:space="preserve"> 我今年夏天去上了哈佛</w:t>
        <w:br/>
        <w:t>Yep.</w:t>
      </w:r>
      <w:r>
        <w:t xml:space="preserve"> I</w:t>
      </w:r>
      <w:r>
        <w:t xml:space="preserve"> went</w:t>
      </w:r>
      <w:r>
        <w:t xml:space="preserve"> to</w:t>
      </w:r>
      <w:r>
        <w:t xml:space="preserve"> Harvard</w:t>
      </w:r>
      <w:r>
        <w:t xml:space="preserve"> this</w:t>
      </w:r>
      <w:r>
        <w:t xml:space="preserve"> summer.</w:t>
        <w:br/>
        <w:t>我坐在他们的校园里</w:t>
        <w:br/>
        <w:t>I</w:t>
      </w:r>
      <w:r>
        <w:t xml:space="preserve"> sat</w:t>
      </w:r>
      <w:r>
        <w:t xml:space="preserve"> right</w:t>
      </w:r>
      <w:r>
        <w:t xml:space="preserve"> there</w:t>
      </w:r>
      <w:r>
        <w:t xml:space="preserve"> on</w:t>
      </w:r>
      <w:r>
        <w:t xml:space="preserve"> their</w:t>
      </w:r>
      <w:r>
        <w:t xml:space="preserve"> campus,</w:t>
        <w:br/>
        <w:t>用着他们的免费无线</w:t>
        <w:br/>
        <w:t>and</w:t>
      </w:r>
      <w:r>
        <w:t xml:space="preserve"> I</w:t>
      </w:r>
      <w:r>
        <w:t xml:space="preserve"> used</w:t>
      </w:r>
      <w:r>
        <w:t xml:space="preserve"> their</w:t>
      </w:r>
      <w:r>
        <w:t xml:space="preserve"> free</w:t>
      </w:r>
      <w:r>
        <w:t xml:space="preserve"> Wi-</w:t>
      </w:r>
      <w:r>
        <w:t xml:space="preserve"> Fi</w:t>
        <w:br/>
        <w:t>通过教育平台取得了教育学学位</w:t>
        <w:br/>
        <w:t>to</w:t>
      </w:r>
      <w:r>
        <w:t xml:space="preserve"> get</w:t>
      </w:r>
      <w:r>
        <w:t xml:space="preserve"> my</w:t>
      </w:r>
      <w:r>
        <w:t xml:space="preserve"> degree</w:t>
      </w:r>
      <w:r>
        <w:t xml:space="preserve"> in</w:t>
      </w:r>
      <w:r>
        <w:t xml:space="preserve"> Education</w:t>
      </w:r>
      <w:r>
        <w:t xml:space="preserve"> via</w:t>
      </w:r>
      <w:r>
        <w:t xml:space="preserve"> Education</w:t>
      </w:r>
      <w:r>
        <w:t xml:space="preserve"> Connection.</w:t>
        <w:br/>
        <w:t>我懂得了做一个好校长</w:t>
        <w:br/>
        <w:t>And</w:t>
      </w:r>
      <w:r>
        <w:t xml:space="preserve"> Ive</w:t>
      </w:r>
      <w:r>
        <w:t xml:space="preserve"> learned</w:t>
      </w:r>
      <w:r>
        <w:t xml:space="preserve"> what</w:t>
      </w:r>
      <w:r>
        <w:t xml:space="preserve"> it</w:t>
      </w:r>
      <w:r>
        <w:t xml:space="preserve"> actually</w:t>
      </w:r>
      <w:r>
        <w:t xml:space="preserve"> takes</w:t>
        <w:br/>
        <w:t>需要付出怎样的代价</w:t>
        <w:br/>
        <w:t>to</w:t>
      </w:r>
      <w:r>
        <w:t xml:space="preserve"> do</w:t>
      </w:r>
      <w:r>
        <w:t xml:space="preserve"> the</w:t>
      </w:r>
      <w:r>
        <w:t xml:space="preserve"> job</w:t>
      </w:r>
      <w:r>
        <w:t xml:space="preserve"> of</w:t>
      </w:r>
      <w:r>
        <w:t xml:space="preserve"> principal.</w:t>
        <w:br/>
        <w:t>原来我的方法一直是错的</w:t>
        <w:br/>
        <w:t>And</w:t>
      </w:r>
      <w:r>
        <w:t xml:space="preserve"> turns</w:t>
      </w:r>
      <w:r>
        <w:t xml:space="preserve"> out</w:t>
      </w:r>
      <w:r>
        <w:t xml:space="preserve"> I've</w:t>
      </w:r>
      <w:r>
        <w:t xml:space="preserve"> been</w:t>
      </w:r>
      <w:r>
        <w:t xml:space="preserve"> doing</w:t>
      </w:r>
      <w:r>
        <w:t xml:space="preserve"> it</w:t>
      </w:r>
      <w:r>
        <w:t xml:space="preserve"> all</w:t>
      </w:r>
      <w:r>
        <w:t xml:space="preserve"> wrong.</w:t>
        <w:br/>
        <w:t>也没人提醒我一下</w:t>
        <w:br/>
        <w:t>Somebody</w:t>
      </w:r>
      <w:r>
        <w:t xml:space="preserve"> should</w:t>
      </w:r>
      <w:r>
        <w:t xml:space="preserve"> have</w:t>
      </w:r>
      <w:r>
        <w:t xml:space="preserve"> told</w:t>
      </w:r>
      <w:r>
        <w:t xml:space="preserve"> me.</w:t>
        <w:br/>
        <w:t>总之</w:t>
      </w:r>
      <w:r>
        <w:t xml:space="preserve"> 我现在很投入</w:t>
      </w:r>
      <w:r>
        <w:t xml:space="preserve"> 很上心</w:t>
      </w:r>
      <w:r>
        <w:t xml:space="preserve"> 也严格遵循规定</w:t>
        <w:br/>
        <w:t>Anyway,</w:t>
      </w:r>
      <w:r>
        <w:t xml:space="preserve"> uh,</w:t>
      </w:r>
      <w:r>
        <w:t xml:space="preserve"> now</w:t>
      </w:r>
      <w:r>
        <w:t xml:space="preserve"> I'm</w:t>
      </w:r>
      <w:r>
        <w:t xml:space="preserve"> engaged</w:t>
      </w:r>
      <w:r>
        <w:t xml:space="preserve"> and</w:t>
      </w:r>
      <w:r>
        <w:t xml:space="preserve"> alert,</w:t>
      </w:r>
      <w:r>
        <w:t xml:space="preserve"> by</w:t>
      </w:r>
      <w:r>
        <w:t xml:space="preserve"> the</w:t>
      </w:r>
      <w:r>
        <w:t xml:space="preserve"> book.</w:t>
        <w:br/>
        <w:t>哦对</w:t>
      </w:r>
      <w:r>
        <w:t xml:space="preserve"> 我现在喜欢看书了</w:t>
        <w:br/>
        <w:t>Oh,</w:t>
      </w:r>
      <w:r>
        <w:t xml:space="preserve"> yeah!</w:t>
      </w:r>
      <w:r>
        <w:t xml:space="preserve"> I</w:t>
      </w:r>
      <w:r>
        <w:t xml:space="preserve"> like</w:t>
      </w:r>
      <w:r>
        <w:t xml:space="preserve"> books</w:t>
      </w:r>
      <w:r>
        <w:t xml:space="preserve"> now.</w:t>
        <w:br/>
        <w:t>我们很高兴能代表</w:t>
        <w:br/>
        <w:t>We're</w:t>
      </w:r>
      <w:r>
        <w:t xml:space="preserve"> super</w:t>
      </w:r>
      <w:r>
        <w:t xml:space="preserve"> excited</w:t>
      </w:r>
      <w:r>
        <w:t xml:space="preserve"> to</w:t>
      </w:r>
      <w:r>
        <w:t xml:space="preserve"> be</w:t>
      </w:r>
      <w:r>
        <w:t xml:space="preserve"> here</w:t>
        <w:br/>
        <w:t>新任督学约翰·雷诺兹来到这里</w:t>
        <w:br/>
        <w:t>on</w:t>
      </w:r>
      <w:r>
        <w:t xml:space="preserve"> behalf</w:t>
      </w:r>
      <w:r>
        <w:t xml:space="preserve"> of</w:t>
      </w:r>
      <w:r>
        <w:t xml:space="preserve"> the</w:t>
      </w:r>
      <w:r>
        <w:t xml:space="preserve"> new</w:t>
      </w:r>
      <w:r>
        <w:t xml:space="preserve"> superintendent,</w:t>
      </w:r>
      <w:r>
        <w:t xml:space="preserve"> John</w:t>
      </w:r>
      <w:r>
        <w:t xml:space="preserve"> Reynolds.</w:t>
        <w:br/>
        <w:t>我是曼尼</w:t>
      </w:r>
      <w:r>
        <w:t xml:space="preserve"> 那边是我的梦之队</w:t>
        <w:br/>
        <w:t>I'm</w:t>
      </w:r>
      <w:r>
        <w:t xml:space="preserve"> Manny.</w:t>
      </w:r>
      <w:r>
        <w:t xml:space="preserve"> That's</w:t>
      </w:r>
      <w:r>
        <w:t xml:space="preserve"> my</w:t>
      </w:r>
      <w:r>
        <w:t xml:space="preserve"> dream</w:t>
      </w:r>
      <w:r>
        <w:t xml:space="preserve"> team</w:t>
      </w:r>
      <w:r>
        <w:t xml:space="preserve"> over</w:t>
      </w:r>
      <w:r>
        <w:t xml:space="preserve"> there.</w:t>
        <w:br/>
        <w:t>艾米丽和西蒙</w:t>
      </w:r>
      <w:r>
        <w:t xml:space="preserve"> 我们不是空手而来的</w:t>
        <w:br/>
        <w:t>That's</w:t>
      </w:r>
      <w:r>
        <w:t xml:space="preserve"> Emily.</w:t>
      </w:r>
      <w:r>
        <w:t xml:space="preserve"> That's</w:t>
      </w:r>
      <w:r>
        <w:t xml:space="preserve"> Simon.</w:t>
      </w:r>
      <w:r>
        <w:t xml:space="preserve"> And</w:t>
      </w:r>
      <w:r>
        <w:t xml:space="preserve"> we</w:t>
      </w:r>
      <w:r>
        <w:t xml:space="preserve"> don't</w:t>
      </w:r>
      <w:r>
        <w:t xml:space="preserve"> come</w:t>
      </w:r>
      <w:r>
        <w:t xml:space="preserve"> empty-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handed.</w:t>
        <w:br/>
        <w:t>我们带来了平板电脑和智能教具</w:t>
        <w:br/>
        <w:t>We</w:t>
      </w:r>
      <w:r>
        <w:t xml:space="preserve"> come</w:t>
      </w:r>
      <w:r>
        <w:t xml:space="preserve"> with</w:t>
      </w:r>
      <w:r>
        <w:t xml:space="preserve"> some</w:t>
      </w:r>
      <w:r>
        <w:t xml:space="preserve"> iPads</w:t>
      </w:r>
      <w:r>
        <w:t xml:space="preserve"> and</w:t>
      </w:r>
      <w:r>
        <w:t xml:space="preserve"> SMART</w:t>
      </w:r>
      <w:r>
        <w:t xml:space="preserve"> Boards</w:t>
        <w:br/>
        <w:t>每一块都预装了学习应用程序</w:t>
        <w:br/>
        <w:t>for</w:t>
      </w:r>
      <w:r>
        <w:t xml:space="preserve"> your</w:t>
      </w:r>
      <w:r>
        <w:t xml:space="preserve"> classrooms,</w:t>
      </w:r>
      <w:r>
        <w:t xml:space="preserve"> loaded</w:t>
      </w:r>
      <w:r>
        <w:t xml:space="preserve"> with</w:t>
      </w:r>
      <w:r>
        <w:t xml:space="preserve"> learning</w:t>
      </w:r>
      <w:r>
        <w:t xml:space="preserve"> apps.</w:t>
        <w:br/>
        <w:t>新瓶</w:t>
        <w:br/>
        <w:t>New</w:t>
      </w:r>
      <w:r>
        <w:t xml:space="preserve"> and</w:t>
      </w:r>
      <w:r>
        <w:t xml:space="preserve"> improved</w:t>
      </w:r>
      <w:r>
        <w:t xml:space="preserve"> models.</w:t>
        <w:br/>
        <w:t>装旧洒</w:t>
        <w:br/>
        <w:t>Same</w:t>
      </w:r>
      <w:r>
        <w:t xml:space="preserve"> old</w:t>
      </w:r>
      <w:r>
        <w:t xml:space="preserve"> engines.</w:t>
        <w:br/>
        <w:t>这些人除了给教室添堵</w:t>
        <w:br/>
        <w:t>These</w:t>
      </w:r>
      <w:r>
        <w:t xml:space="preserve"> people</w:t>
      </w:r>
      <w:r>
        <w:t xml:space="preserve"> aren't</w:t>
      </w:r>
      <w:r>
        <w:t xml:space="preserve"> gonna</w:t>
      </w:r>
      <w:r>
        <w:t xml:space="preserve"> change</w:t>
      </w:r>
      <w:r>
        <w:t xml:space="preserve"> a</w:t>
      </w:r>
      <w:r>
        <w:t xml:space="preserve"> blessed</w:t>
      </w:r>
      <w:r>
        <w:t xml:space="preserve"> thing...</w:t>
        <w:br/>
        <w:t>不会带来一丝改变</w:t>
        <w:br/>
        <w:t>except</w:t>
      </w:r>
      <w:r>
        <w:t xml:space="preserve"> how</w:t>
      </w:r>
      <w:r>
        <w:t xml:space="preserve"> many</w:t>
      </w:r>
      <w:r>
        <w:t xml:space="preserve"> bodies</w:t>
      </w:r>
      <w:r>
        <w:t xml:space="preserve"> are</w:t>
      </w:r>
      <w:r>
        <w:t xml:space="preserve"> in</w:t>
      </w:r>
      <w:r>
        <w:t xml:space="preserve"> the</w:t>
      </w:r>
      <w:r>
        <w:t xml:space="preserve"> room.</w:t>
        <w:br/>
        <w:t>谢谢你</w:t>
      </w:r>
      <w:r>
        <w:t xml:space="preserve"> 我们回头见</w:t>
        <w:br/>
        <w:t>Thank</w:t>
      </w:r>
      <w:r>
        <w:t xml:space="preserve"> you.</w:t>
      </w:r>
      <w:r>
        <w:t xml:space="preserve"> And</w:t>
      </w:r>
      <w:r>
        <w:t xml:space="preserve"> we'll</w:t>
      </w:r>
      <w:r>
        <w:t xml:space="preserve"> see</w:t>
      </w:r>
      <w:r>
        <w:t xml:space="preserve"> you</w:t>
      </w:r>
      <w:r>
        <w:t xml:space="preserve"> around.</w:t>
        <w:br/>
        <w:t>谢谢你</w:t>
        <w:br/>
        <w:t>Thank</w:t>
      </w:r>
      <w:r>
        <w:t xml:space="preserve"> you.</w:t>
        <w:br/>
        <w:t>格雷戈里</w:t>
      </w:r>
      <w:r>
        <w:t xml:space="preserve"> 还是需要你来读一下</w:t>
        <w:br/>
        <w:t>Gregory,</w:t>
      </w:r>
      <w:r>
        <w:t xml:space="preserve"> we</w:t>
      </w:r>
      <w:r>
        <w:t xml:space="preserve"> still</w:t>
      </w:r>
      <w:r>
        <w:t xml:space="preserve"> need</w:t>
      </w:r>
      <w:r>
        <w:t xml:space="preserve"> you</w:t>
      </w:r>
      <w:r>
        <w:t xml:space="preserve"> to</w:t>
      </w:r>
      <w:r>
        <w:t xml:space="preserve"> read</w:t>
      </w:r>
      <w:r>
        <w:t xml:space="preserve"> from</w:t>
      </w:r>
      <w:r>
        <w:t xml:space="preserve"> section"A"</w:t>
        <w:br/>
        <w:t>活页夹里的A部分</w:t>
        <w:br/>
        <w:t>there</w:t>
      </w:r>
      <w:r>
        <w:t xml:space="preserve"> in</w:t>
      </w:r>
      <w:r>
        <w:t xml:space="preserve"> your</w:t>
      </w:r>
      <w:r>
        <w:t xml:space="preserve"> binder.</w:t>
        <w:br/>
        <w:t>A</w:t>
      </w:r>
      <w:r>
        <w:t xml:space="preserve"> 欢迎回来</w:t>
        <w:br/>
        <w:t>"Section</w:t>
      </w:r>
      <w:r>
        <w:t xml:space="preserve"> A.</w:t>
      </w:r>
      <w:r>
        <w:t xml:space="preserve"> Welcome</w:t>
      </w:r>
      <w:r>
        <w:t xml:space="preserve"> back.</w:t>
      </w:r>
      <w:r>
        <w:t xml:space="preserve"> "</w:t>
        <w:br/>
        <w:t>A部分读完了</w:t>
        <w:br/>
        <w:t>That</w:t>
      </w:r>
      <w:r>
        <w:t xml:space="preserve"> concludes</w:t>
      </w:r>
      <w:r>
        <w:t xml:space="preserve"> section"A.</w:t>
      </w:r>
      <w:r>
        <w:t xml:space="preserve"> "</w:t>
        <w:br/>
        <w:t>谢谢你</w:t>
      </w:r>
      <w:r>
        <w:t xml:space="preserve"> 艾迪先生</w:t>
      </w:r>
      <w:r>
        <w:t xml:space="preserve"> 请坐吧</w:t>
        <w:br/>
        <w:t>Thank</w:t>
      </w:r>
      <w:r>
        <w:t xml:space="preserve"> you,</w:t>
      </w:r>
      <w:r>
        <w:t xml:space="preserve"> Mr.</w:t>
      </w:r>
      <w:r>
        <w:t xml:space="preserve"> Eddie.</w:t>
      </w:r>
      <w:r>
        <w:t xml:space="preserve"> You</w:t>
      </w:r>
      <w:r>
        <w:t xml:space="preserve"> may</w:t>
      </w:r>
      <w:r>
        <w:t xml:space="preserve"> be</w:t>
      </w:r>
      <w:r>
        <w:t xml:space="preserve"> seated.</w:t>
        <w:br/>
        <w:t>问问各位老师在暑假有没有什么</w:t>
        <w:br/>
        <w:t>"Ask</w:t>
      </w:r>
      <w:r>
        <w:t xml:space="preserve"> the</w:t>
      </w:r>
      <w:r>
        <w:t xml:space="preserve"> teachers</w:t>
      </w:r>
      <w:r>
        <w:t xml:space="preserve"> if</w:t>
      </w:r>
      <w:r>
        <w:t xml:space="preserve"> they</w:t>
      </w:r>
      <w:r>
        <w:t xml:space="preserve"> have</w:t>
      </w:r>
      <w:r>
        <w:t xml:space="preserve"> any</w:t>
      </w:r>
      <w:r>
        <w:t xml:space="preserve"> ideas</w:t>
        <w:br/>
        <w:t>想要实施的想法</w:t>
        <w:br/>
        <w:t>from</w:t>
      </w:r>
      <w:r>
        <w:t xml:space="preserve"> over</w:t>
      </w:r>
      <w:r>
        <w:t xml:space="preserve"> the</w:t>
      </w:r>
      <w:r>
        <w:t xml:space="preserve"> summer</w:t>
      </w:r>
      <w:r>
        <w:t xml:space="preserve"> they'd</w:t>
      </w:r>
      <w:r>
        <w:t xml:space="preserve"> like</w:t>
      </w:r>
      <w:r>
        <w:t xml:space="preserve"> to</w:t>
      </w:r>
      <w:r>
        <w:t xml:space="preserve"> implement.</w:t>
        <w:br/>
        <w:t>然后轻松开场</w:t>
        <w:br/>
        <w:t>Try</w:t>
      </w:r>
      <w:r>
        <w:t xml:space="preserve"> to</w:t>
      </w:r>
      <w:r>
        <w:t xml:space="preserve"> make</w:t>
      </w:r>
      <w:r>
        <w:t xml:space="preserve"> it</w:t>
      </w:r>
      <w:r>
        <w:t xml:space="preserve"> fun.</w:t>
      </w:r>
      <w:r>
        <w:t xml:space="preserve"> "</w:t>
        <w:br/>
        <w:t>大家过暑假时有什么</w:t>
        <w:br/>
        <w:t>Does</w:t>
      </w:r>
      <w:r>
        <w:t xml:space="preserve"> anyone</w:t>
      </w:r>
      <w:r>
        <w:t xml:space="preserve"> have</w:t>
      </w:r>
      <w:r>
        <w:t xml:space="preserve"> any</w:t>
      </w:r>
      <w:r>
        <w:t xml:space="preserve"> ideas</w:t>
      </w:r>
      <w:r>
        <w:t xml:space="preserve"> from</w:t>
      </w:r>
      <w:r>
        <w:t xml:space="preserve"> over</w:t>
      </w:r>
      <w:r>
        <w:t xml:space="preserve"> the</w:t>
      </w:r>
      <w:r>
        <w:t xml:space="preserve"> summer</w:t>
        <w:br/>
        <w:t>想要试一试的教学想法吗</w:t>
        <w:br/>
        <w:t>that</w:t>
      </w:r>
      <w:r>
        <w:t xml:space="preserve"> they'd</w:t>
      </w:r>
      <w:r>
        <w:t xml:space="preserve"> like</w:t>
      </w:r>
      <w:r>
        <w:t xml:space="preserve"> to</w:t>
      </w:r>
      <w:r>
        <w:t xml:space="preserve"> implement?</w:t>
        <w:br/>
        <w:t>哦</w:t>
      </w:r>
      <w:r>
        <w:t xml:space="preserve"> </w:t>
      </w:r>
      <w:r>
        <w:t xml:space="preserve"> -珍妮</w:t>
        <w:br/>
        <w:t>Oh.</w:t>
      </w:r>
      <w:r>
        <w:t xml:space="preserve"> Janine!</w:t>
        <w:br/>
        <w:t>我们阿伯特小学最</w:t>
      </w:r>
      <w:r>
        <w:t xml:space="preserve"> 的老师</w:t>
        <w:br/>
        <w:t>One</w:t>
      </w:r>
      <w:r>
        <w:t xml:space="preserve"> of</w:t>
      </w:r>
      <w:r>
        <w:t xml:space="preserve"> our</w:t>
      </w:r>
      <w:r>
        <w:t xml:space="preserve"> most</w:t>
      </w:r>
      <w:r>
        <w:t xml:space="preserve"> teachers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Abbott</w:t>
        <w:br/>
        <w:t>我整个暑假独处时</w:t>
        <w:br/>
        <w:t>So,</w:t>
      </w:r>
      <w:r>
        <w:t xml:space="preserve"> I</w:t>
      </w:r>
      <w:r>
        <w:t xml:space="preserve"> was</w:t>
      </w:r>
      <w:r>
        <w:t xml:space="preserve"> thinking</w:t>
      </w:r>
      <w:r>
        <w:t xml:space="preserve"> over</w:t>
      </w:r>
      <w:r>
        <w:t xml:space="preserve"> the</w:t>
      </w:r>
      <w:r>
        <w:t xml:space="preserve"> summer</w:t>
        <w:br/>
        <w:t>都在思考我的人生</w:t>
        <w:br/>
        <w:t>while</w:t>
      </w:r>
      <w:r>
        <w:t xml:space="preserve"> I</w:t>
      </w:r>
      <w:r>
        <w:t xml:space="preserve"> was</w:t>
      </w:r>
      <w:r>
        <w:t xml:space="preserve"> spending</w:t>
      </w:r>
      <w:r>
        <w:t xml:space="preserve"> time</w:t>
      </w:r>
      <w:r>
        <w:t xml:space="preserve"> with</w:t>
      </w:r>
      <w:r>
        <w:t xml:space="preserve"> myself</w:t>
      </w:r>
      <w:r>
        <w:t xml:space="preserve"> and</w:t>
      </w:r>
      <w:r>
        <w:t xml:space="preserve"> just</w:t>
      </w:r>
      <w:r>
        <w:t xml:space="preserve"> thinking</w:t>
      </w:r>
      <w:r>
        <w:t xml:space="preserve"> about,</w:t>
        <w:br/>
        <w:t>是怎么走到这一步的</w:t>
        <w:br/>
        <w:t>like,</w:t>
      </w:r>
      <w:r>
        <w:t xml:space="preserve"> what</w:t>
      </w:r>
      <w:r>
        <w:t xml:space="preserve"> really</w:t>
      </w:r>
      <w:r>
        <w:t xml:space="preserve"> led</w:t>
      </w:r>
      <w:r>
        <w:t xml:space="preserve"> me</w:t>
      </w:r>
      <w:r>
        <w:t xml:space="preserve"> to</w:t>
      </w:r>
      <w:r>
        <w:t xml:space="preserve"> this</w:t>
      </w:r>
      <w:r>
        <w:t xml:space="preserve"> point</w:t>
      </w:r>
      <w:r>
        <w:t xml:space="preserve"> in</w:t>
      </w:r>
      <w:r>
        <w:t xml:space="preserve"> my</w:t>
      </w:r>
      <w:r>
        <w:t xml:space="preserve"> life</w:t>
        <w:br/>
        <w:t>说重点</w:t>
      </w:r>
      <w:r>
        <w:t xml:space="preserve"> </w:t>
      </w:r>
      <w:r>
        <w:t xml:space="preserve"> -说重点吧</w:t>
      </w:r>
      <w:r>
        <w:t xml:space="preserve"> 珍妮</w:t>
        <w:br/>
        <w:t>Get</w:t>
      </w:r>
      <w:r>
        <w:t xml:space="preserve"> to</w:t>
      </w:r>
      <w:r>
        <w:t xml:space="preserve"> the</w:t>
      </w:r>
      <w:r>
        <w:t xml:space="preserve"> point.</w:t>
      </w:r>
      <w:r>
        <w:t xml:space="preserve"> Get</w:t>
      </w:r>
      <w:r>
        <w:t xml:space="preserve"> to</w:t>
      </w:r>
      <w:r>
        <w:t xml:space="preserve"> the</w:t>
      </w:r>
      <w:r>
        <w:t xml:space="preserve"> point,</w:t>
      </w:r>
      <w:r>
        <w:t xml:space="preserve"> Janine.</w:t>
        <w:br/>
        <w:t>好吧答案是职业日</w:t>
        <w:br/>
        <w:t>Yes,</w:t>
      </w:r>
      <w:r>
        <w:t xml:space="preserve"> okay.</w:t>
      </w:r>
      <w:r>
        <w:t xml:space="preserve"> So,</w:t>
      </w:r>
      <w:r>
        <w:t xml:space="preserve"> a</w:t>
      </w:r>
      <w:r>
        <w:t xml:space="preserve"> Career</w:t>
      </w:r>
      <w:r>
        <w:t xml:space="preserve"> Day.</w:t>
        <w:br/>
        <w:t>我觉得学校应该组织一次职业日</w:t>
        <w:br/>
        <w:t>I</w:t>
      </w:r>
      <w:r>
        <w:t xml:space="preserve"> think</w:t>
      </w:r>
      <w:r>
        <w:t xml:space="preserve"> we</w:t>
      </w:r>
      <w:r>
        <w:t xml:space="preserve"> should</w:t>
      </w:r>
      <w:r>
        <w:t xml:space="preserve"> do</w:t>
      </w:r>
      <w:r>
        <w:t xml:space="preserve"> Career</w:t>
      </w:r>
      <w:r>
        <w:t xml:space="preserve"> Day</w:t>
      </w:r>
      <w:r>
        <w:t xml:space="preserve"> at</w:t>
      </w:r>
      <w:r>
        <w:t xml:space="preserve"> the</w:t>
      </w:r>
      <w:r>
        <w:t xml:space="preserve"> school</w:t>
      </w:r>
      <w:r>
        <w:t xml:space="preserve"> because</w:t>
      </w:r>
      <w:r>
        <w:t xml:space="preserve"> I</w:t>
      </w:r>
      <w:r>
        <w:t xml:space="preserve"> checked</w:t>
        <w:br/>
        <w:t>我们上次搞这种活动甚至可以追溯到</w:t>
        <w:br/>
        <w:t>and</w:t>
      </w:r>
      <w:r>
        <w:t xml:space="preserve"> we</w:t>
      </w:r>
      <w:r>
        <w:t xml:space="preserve"> haven't</w:t>
      </w:r>
      <w:r>
        <w:t xml:space="preserve"> had</w:t>
      </w:r>
      <w:r>
        <w:t xml:space="preserve"> one</w:t>
      </w:r>
      <w:r>
        <w:t xml:space="preserve"> since</w:t>
      </w:r>
      <w:r>
        <w:t xml:space="preserve"> the</w:t>
      </w:r>
      <w:r>
        <w:t xml:space="preserve"> only</w:t>
      </w:r>
      <w:r>
        <w:t xml:space="preserve"> jobs</w:t>
      </w:r>
      <w:r>
        <w:t xml:space="preserve"> for</w:t>
      </w:r>
      <w:r>
        <w:t xml:space="preserve"> women</w:t>
        <w:br/>
        <w:t>女性只能从事打字员的那个时代</w:t>
        <w:br/>
        <w:t>were</w:t>
      </w:r>
      <w:r>
        <w:t xml:space="preserve"> typists,</w:t>
      </w:r>
      <w:r>
        <w:t xml:space="preserve"> moms,</w:t>
      </w:r>
      <w:r>
        <w:t xml:space="preserve"> and</w:t>
      </w:r>
      <w:r>
        <w:t xml:space="preserve"> wet</w:t>
      </w:r>
      <w:r>
        <w:t xml:space="preserve"> nurses.</w:t>
        <w:br/>
        <w:t>让孩子看一看白己未来</w:t>
        <w:br/>
        <w:t>I</w:t>
      </w:r>
      <w:r>
        <w:t xml:space="preserve"> think</w:t>
      </w:r>
      <w:r>
        <w:t xml:space="preserve"> it'd</w:t>
      </w:r>
      <w:r>
        <w:t xml:space="preserve"> be</w:t>
      </w:r>
      <w:r>
        <w:t xml:space="preserve"> a</w:t>
      </w:r>
      <w:r>
        <w:t xml:space="preserve"> great</w:t>
      </w:r>
      <w:r>
        <w:t xml:space="preserve"> way</w:t>
      </w:r>
      <w:r>
        <w:t xml:space="preserve"> for</w:t>
      </w:r>
      <w:r>
        <w:t xml:space="preserve"> the</w:t>
      </w:r>
      <w:r>
        <w:t xml:space="preserve"> kids</w:t>
        <w:br/>
        <w:t>能从事的有趣工作</w:t>
      </w:r>
      <w:r>
        <w:t xml:space="preserve"> 会很有教育意义</w:t>
        <w:br/>
        <w:t>to</w:t>
      </w:r>
      <w:r>
        <w:t xml:space="preserve"> see</w:t>
      </w:r>
      <w:r>
        <w:t xml:space="preserve"> all</w:t>
      </w:r>
      <w:r>
        <w:t xml:space="preserve"> of</w:t>
      </w:r>
      <w:r>
        <w:t xml:space="preserve"> the</w:t>
      </w:r>
      <w:r>
        <w:t xml:space="preserve"> amazing</w:t>
      </w:r>
      <w:r>
        <w:t xml:space="preserve"> jobs</w:t>
      </w:r>
      <w:r>
        <w:t xml:space="preserve"> they</w:t>
      </w:r>
      <w:r>
        <w:t xml:space="preserve"> can</w:t>
      </w:r>
      <w:r>
        <w:t xml:space="preserve"> have.</w:t>
        <w:br/>
        <w:t>对</w:t>
      </w:r>
      <w:r>
        <w:t xml:space="preserve"> 这是我的主意</w:t>
      </w:r>
      <w:r>
        <w:t xml:space="preserve"> 说完了</w:t>
      </w:r>
      <w:r>
        <w:t xml:space="preserve"> 职业日</w:t>
        <w:br/>
        <w:t>And</w:t>
      </w:r>
      <w:r>
        <w:t xml:space="preserve"> that's</w:t>
      </w:r>
      <w:r>
        <w:t xml:space="preserve"> it.</w:t>
      </w:r>
      <w:r>
        <w:t xml:space="preserve"> That's</w:t>
      </w:r>
      <w:r>
        <w:t xml:space="preserve"> my</w:t>
      </w:r>
      <w:r>
        <w:t xml:space="preserve"> idea.</w:t>
      </w:r>
      <w:r>
        <w:t xml:space="preserve"> I'm</w:t>
      </w:r>
      <w:r>
        <w:t xml:space="preserve"> done.</w:t>
      </w:r>
      <w:r>
        <w:t xml:space="preserve"> Career</w:t>
      </w:r>
      <w:r>
        <w:t xml:space="preserve"> Day.</w:t>
        <w:br/>
        <w:t>办不了的原因我能列出很多</w:t>
        <w:br/>
        <w:t>Ava:</w:t>
      </w:r>
      <w:r>
        <w:t xml:space="preserve"> I</w:t>
      </w:r>
      <w:r>
        <w:t xml:space="preserve"> could</w:t>
      </w:r>
      <w:r>
        <w:t xml:space="preserve"> go</w:t>
      </w:r>
      <w:r>
        <w:t xml:space="preserve"> into</w:t>
      </w:r>
      <w:r>
        <w:t xml:space="preserve"> the</w:t>
      </w:r>
      <w:r>
        <w:t xml:space="preserve"> plethora</w:t>
      </w:r>
      <w:r>
        <w:t xml:space="preserve"> of</w:t>
      </w:r>
      <w:r>
        <w:t xml:space="preserve"> reasons</w:t>
      </w:r>
      <w:r>
        <w:t xml:space="preserve"> that</w:t>
      </w:r>
      <w:r>
        <w:t xml:space="preserve"> won't</w:t>
      </w:r>
      <w:r>
        <w:t xml:space="preserve"> work-</w:t>
      </w:r>
      <w:r>
        <w:t xml:space="preserve"> -</w:t>
        <w:br/>
        <w:t>比如搞乱课程安排</w:t>
      </w:r>
      <w:r>
        <w:t xml:space="preserve"> 和种种前车之鉴</w:t>
        <w:br/>
        <w:t>scheduling,</w:t>
      </w:r>
      <w:r>
        <w:t xml:space="preserve"> previous</w:t>
      </w:r>
      <w:r>
        <w:t xml:space="preserve"> failed</w:t>
      </w:r>
      <w:r>
        <w:t xml:space="preserve"> attempts,</w:t>
        <w:br/>
        <w:t>以及这个主意来自你</w:t>
        <w:br/>
        <w:t>the</w:t>
      </w:r>
      <w:r>
        <w:t xml:space="preserve"> fact</w:t>
      </w:r>
      <w:r>
        <w:t xml:space="preserve"> that</w:t>
      </w:r>
      <w:r>
        <w:t xml:space="preserve"> it</w:t>
      </w:r>
      <w:r>
        <w:t xml:space="preserve"> was</w:t>
      </w:r>
      <w:r>
        <w:t xml:space="preserve"> your</w:t>
      </w:r>
      <w:r>
        <w:t xml:space="preserve"> idea.</w:t>
        <w:br/>
        <w:t>但我有个办法</w:t>
      </w:r>
      <w:r>
        <w:t xml:space="preserve"> </w:t>
      </w:r>
      <w:r>
        <w:t xml:space="preserve"> </w:t>
      </w:r>
      <w:r>
        <w:t xml:space="preserve"> -我也有个办法可以省下你很多尴尬</w:t>
        <w:br/>
        <w:t>Right,</w:t>
      </w:r>
      <w:r>
        <w:t xml:space="preserve"> but</w:t>
      </w:r>
      <w:r>
        <w:t xml:space="preserve"> there</w:t>
      </w:r>
      <w:r>
        <w:t xml:space="preserve"> is</w:t>
      </w:r>
      <w:r>
        <w:t xml:space="preserve"> a</w:t>
      </w:r>
      <w:r>
        <w:t xml:space="preserve"> way</w:t>
      </w:r>
      <w:r>
        <w:t xml:space="preserve"> But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go</w:t>
      </w:r>
      <w:r>
        <w:t xml:space="preserve"> ahead</w:t>
        <w:br/>
        <w:t>就是当场拒绝你</w:t>
        <w:br/>
        <w:t>and</w:t>
      </w:r>
      <w:r>
        <w:t xml:space="preserve"> say</w:t>
      </w:r>
      <w:r>
        <w:t xml:space="preserve"> no</w:t>
      </w:r>
      <w:r>
        <w:t xml:space="preserve"> and</w:t>
      </w:r>
      <w:r>
        <w:t xml:space="preserve"> save</w:t>
      </w:r>
      <w:r>
        <w:t xml:space="preserve"> you</w:t>
      </w:r>
      <w:r>
        <w:t xml:space="preserve"> the</w:t>
      </w:r>
      <w:r>
        <w:t xml:space="preserve"> embarrassment.</w:t>
        <w:br/>
        <w:t>这是我在这里教书的第四年</w:t>
        <w:br/>
        <w:t>Janine:</w:t>
      </w:r>
      <w:r>
        <w:t xml:space="preserve"> You</w:t>
      </w:r>
      <w:r>
        <w:t xml:space="preserve"> know,</w:t>
      </w:r>
      <w:r>
        <w:t xml:space="preserve"> this</w:t>
      </w:r>
      <w:r>
        <w:t xml:space="preserve"> is</w:t>
      </w:r>
      <w:r>
        <w:t xml:space="preserve"> my</w:t>
      </w:r>
      <w:r>
        <w:t xml:space="preserve"> fourth</w:t>
      </w:r>
      <w:r>
        <w:t xml:space="preserve"> year</w:t>
      </w:r>
      <w:r>
        <w:t xml:space="preserve"> teaching</w:t>
      </w:r>
      <w:r>
        <w:t xml:space="preserve"> here,</w:t>
        <w:br/>
        <w:t>我之前的时间都浪费在创造奇迹上了</w:t>
        <w:br/>
        <w:t>and</w:t>
      </w:r>
      <w:r>
        <w:t xml:space="preserve"> I've</w:t>
      </w:r>
      <w:r>
        <w:t xml:space="preserve"> wasted</w:t>
      </w:r>
      <w:r>
        <w:t xml:space="preserve"> a</w:t>
      </w:r>
      <w:r>
        <w:t xml:space="preserve"> lot</w:t>
      </w:r>
      <w:r>
        <w:t xml:space="preserve"> of</w:t>
      </w:r>
      <w:r>
        <w:t xml:space="preserve"> time</w:t>
      </w:r>
      <w:r>
        <w:t xml:space="preserve"> trying</w:t>
      </w:r>
      <w:r>
        <w:t xml:space="preserve"> to</w:t>
      </w:r>
      <w:r>
        <w:t xml:space="preserve"> fight</w:t>
      </w:r>
      <w:r>
        <w:t xml:space="preserve"> the</w:t>
      </w:r>
      <w:r>
        <w:t xml:space="preserve"> odds.</w:t>
        <w:br/>
        <w:t>但我现在决定只做个好老师</w:t>
        <w:br/>
        <w:t>So</w:t>
      </w:r>
      <w:r>
        <w:t xml:space="preserve"> I've</w:t>
      </w:r>
      <w:r>
        <w:t xml:space="preserve"> just</w:t>
      </w:r>
      <w:r>
        <w:t xml:space="preserve"> decided</w:t>
      </w:r>
      <w:r>
        <w:t xml:space="preserve"> to</w:t>
      </w:r>
      <w:r>
        <w:t xml:space="preserve"> just</w:t>
      </w:r>
      <w:r>
        <w:t xml:space="preserve"> be</w:t>
      </w:r>
      <w:r>
        <w:t xml:space="preserve"> a</w:t>
      </w:r>
      <w:r>
        <w:t xml:space="preserve"> good</w:t>
      </w:r>
      <w:r>
        <w:t xml:space="preserve"> teacher,</w:t>
      </w:r>
      <w:r>
        <w:t xml:space="preserve"> you</w:t>
      </w:r>
      <w:r>
        <w:t xml:space="preserve"> know?</w:t>
        <w:br/>
        <w:t>以芭芭拉为榜样</w:t>
        <w:br/>
        <w:t>Take</w:t>
      </w:r>
      <w:r>
        <w:t xml:space="preserve"> a</w:t>
      </w:r>
      <w:r>
        <w:t xml:space="preserve"> page</w:t>
      </w:r>
      <w:r>
        <w:t xml:space="preserve"> out</w:t>
      </w:r>
      <w:r>
        <w:t xml:space="preserve"> of</w:t>
      </w:r>
      <w:r>
        <w:t xml:space="preserve"> Barbara's</w:t>
      </w:r>
      <w:r>
        <w:t xml:space="preserve"> book.</w:t>
        <w:br/>
        <w:t>尽力做到最好</w:t>
      </w:r>
      <w:r>
        <w:t xml:space="preserve"> 也许开始佩戴珍珠项链</w:t>
        <w:br/>
        <w:t>Just</w:t>
      </w:r>
      <w:r>
        <w:t xml:space="preserve"> do</w:t>
      </w:r>
      <w:r>
        <w:t xml:space="preserve"> what</w:t>
      </w:r>
      <w:r>
        <w:t xml:space="preserve"> I</w:t>
      </w:r>
      <w:r>
        <w:t xml:space="preserve"> can.</w:t>
      </w:r>
      <w:r>
        <w:t xml:space="preserve"> And</w:t>
      </w:r>
      <w:r>
        <w:t xml:space="preserve"> maybe</w:t>
      </w:r>
      <w:r>
        <w:t xml:space="preserve"> start</w:t>
      </w:r>
      <w:r>
        <w:t xml:space="preserve"> wearing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pearls.</w:t>
        <w:br/>
        <w:t>你是珍妮吧</w:t>
      </w:r>
      <w:r>
        <w:t xml:space="preserve"> 我是曼尼</w:t>
      </w:r>
      <w:r>
        <w:t xml:space="preserve"> 刚才台上介绍过</w:t>
        <w:br/>
        <w:t>Hey.</w:t>
      </w:r>
      <w:r>
        <w:t xml:space="preserve"> Janine,</w:t>
      </w:r>
      <w:r>
        <w:t xml:space="preserve"> right?</w:t>
      </w:r>
      <w:r>
        <w:t xml:space="preserve"> I'm</w:t>
      </w:r>
      <w:r>
        <w:t xml:space="preserve"> Manny,</w:t>
      </w:r>
      <w:r>
        <w:t xml:space="preserve"> which</w:t>
      </w:r>
      <w:r>
        <w:t xml:space="preserve"> I</w:t>
      </w:r>
      <w:r>
        <w:t xml:space="preserve"> said</w:t>
      </w:r>
      <w:r>
        <w:t xml:space="preserve"> up</w:t>
      </w:r>
      <w:r>
        <w:t xml:space="preserve"> there.</w:t>
        <w:br/>
        <w:t>你是珍妮吧</w:t>
      </w:r>
      <w:r>
        <w:t xml:space="preserve"> 我是曼尼</w:t>
      </w:r>
      <w:r>
        <w:t xml:space="preserve"> 刚才台上介绍过</w:t>
        <w:br/>
        <w:t>Hey.</w:t>
      </w:r>
      <w:r>
        <w:t xml:space="preserve"> Janine,</w:t>
      </w:r>
      <w:r>
        <w:t xml:space="preserve"> right?</w:t>
      </w:r>
      <w:r>
        <w:t xml:space="preserve"> I'm</w:t>
      </w:r>
      <w:r>
        <w:t xml:space="preserve"> Manny,</w:t>
      </w:r>
      <w:r>
        <w:t xml:space="preserve"> which</w:t>
      </w:r>
      <w:r>
        <w:t xml:space="preserve"> I</w:t>
      </w:r>
      <w:r>
        <w:t xml:space="preserve"> said</w:t>
      </w:r>
      <w:r>
        <w:t xml:space="preserve"> up</w:t>
      </w:r>
      <w:r>
        <w:t xml:space="preserve"> there.</w:t>
        <w:br/>
        <w:t>我只想告诉你</w:t>
      </w:r>
      <w:r>
        <w:t xml:space="preserve"> 职业日听起来很不错</w:t>
        <w:br/>
        <w:t>Um,</w:t>
      </w:r>
      <w:r>
        <w:t xml:space="preserve"> I</w:t>
      </w:r>
      <w:r>
        <w:t xml:space="preserve"> just</w:t>
      </w:r>
      <w:r>
        <w:t xml:space="preserve"> wanted</w:t>
      </w:r>
      <w:r>
        <w:t xml:space="preserve"> to</w:t>
      </w:r>
      <w:r>
        <w:t xml:space="preserve"> say</w:t>
      </w:r>
      <w:r>
        <w:t xml:space="preserve"> that,</w:t>
      </w:r>
      <w:r>
        <w:t xml:space="preserve"> uh,</w:t>
      </w:r>
      <w:r>
        <w:t xml:space="preserve"> Career</w:t>
      </w:r>
      <w:r>
        <w:t xml:space="preserve"> Day</w:t>
      </w:r>
      <w:r>
        <w:t xml:space="preserve"> sounded</w:t>
      </w:r>
      <w:r>
        <w:t xml:space="preserve"> good.</w:t>
        <w:br/>
        <w:t>是个好主意</w:t>
      </w:r>
      <w:r>
        <w:t xml:space="preserve"> 我想再详细了解一下</w:t>
        <w:br/>
        <w:t>It's</w:t>
      </w:r>
      <w:r>
        <w:t xml:space="preserve"> a</w:t>
      </w:r>
      <w:r>
        <w:t xml:space="preserve"> good</w:t>
      </w:r>
      <w:r>
        <w:t xml:space="preserve"> idea.</w:t>
      </w:r>
      <w:r>
        <w:t xml:space="preserve"> I</w:t>
      </w:r>
      <w:r>
        <w:t xml:space="preserve"> would</w:t>
      </w:r>
      <w:r>
        <w:t xml:space="preserve"> love</w:t>
      </w:r>
      <w:r>
        <w:t xml:space="preserve"> to</w:t>
      </w:r>
      <w:r>
        <w:t xml:space="preserve"> hear</w:t>
      </w:r>
      <w:r>
        <w:t xml:space="preserve"> more.</w:t>
        <w:br/>
        <w:t>谢谢你</w:t>
      </w:r>
      <w:r>
        <w:t xml:space="preserve"> 你们是刚来到学区的吗</w:t>
        <w:br/>
        <w:t>Thank</w:t>
      </w:r>
      <w:r>
        <w:t xml:space="preserve"> you!</w:t>
      </w:r>
      <w:r>
        <w:t xml:space="preserve"> So</w:t>
      </w:r>
      <w:r>
        <w:t xml:space="preserve"> you</w:t>
      </w:r>
      <w:r>
        <w:t xml:space="preserve"> guys</w:t>
      </w:r>
      <w:r>
        <w:t xml:space="preserve"> are</w:t>
      </w:r>
      <w:r>
        <w:t xml:space="preserve"> new</w:t>
      </w:r>
      <w:r>
        <w:t xml:space="preserve"> at</w:t>
      </w:r>
      <w:r>
        <w:t xml:space="preserve"> the</w:t>
      </w:r>
      <w:r>
        <w:t xml:space="preserve"> district?</w:t>
        <w:br/>
        <w:t>对</w:t>
      </w:r>
      <w:r>
        <w:t xml:space="preserve"> 夏天入职的</w:t>
      </w:r>
      <w:r>
        <w:t xml:space="preserve"> 做的很开心</w:t>
        <w:br/>
        <w:t>Yep.</w:t>
      </w:r>
      <w:r>
        <w:t xml:space="preserve"> Just</w:t>
      </w:r>
      <w:r>
        <w:t xml:space="preserve"> started</w:t>
      </w:r>
      <w:r>
        <w:t xml:space="preserve"> over</w:t>
      </w:r>
      <w:r>
        <w:t xml:space="preserve"> the</w:t>
      </w:r>
      <w:r>
        <w:t xml:space="preserve"> summer.</w:t>
      </w:r>
      <w:r>
        <w:t xml:space="preserve"> Loving</w:t>
      </w:r>
      <w:r>
        <w:t xml:space="preserve"> it</w:t>
      </w:r>
      <w:r>
        <w:t xml:space="preserve"> so</w:t>
      </w:r>
      <w:r>
        <w:t xml:space="preserve"> far.</w:t>
        <w:br/>
        <w:t>我觉得我们公人有可为</w:t>
        <w:br/>
        <w:t>Feel</w:t>
      </w:r>
      <w:r>
        <w:t xml:space="preserve"> like</w:t>
      </w:r>
      <w:r>
        <w:t xml:space="preserve"> we're</w:t>
      </w:r>
      <w:r>
        <w:t xml:space="preserve"> gonna</w:t>
      </w:r>
      <w:r>
        <w:t xml:space="preserve"> make</w:t>
      </w:r>
      <w:r>
        <w:t xml:space="preserve"> a</w:t>
      </w:r>
      <w:r>
        <w:t xml:space="preserve"> lot</w:t>
      </w:r>
      <w:r>
        <w:t xml:space="preserve"> of</w:t>
      </w:r>
      <w:r>
        <w:t xml:space="preserve"> positive</w:t>
      </w:r>
      <w:r>
        <w:t xml:space="preserve"> changes</w:t>
        <w:br/>
        <w:br/>
        <w:t>一改上届学区的风气</w:t>
        <w:br/>
        <w:t>and</w:t>
      </w:r>
      <w:r>
        <w:t xml:space="preserve"> do</w:t>
      </w:r>
      <w:r>
        <w:t xml:space="preserve"> what</w:t>
      </w:r>
      <w:r>
        <w:t xml:space="preserve"> the</w:t>
      </w:r>
      <w:r>
        <w:t xml:space="preserve"> last</w:t>
      </w:r>
      <w:r>
        <w:t xml:space="preserve"> administration</w:t>
      </w:r>
      <w:r>
        <w:t xml:space="preserve"> didn't.</w:t>
        <w:br/>
        <w:t>反正不会有挪用公&amp;hearts;款&amp;hearts;那些事了</w:t>
        <w:br/>
        <w:t>Nobody</w:t>
      </w:r>
      <w:r>
        <w:t xml:space="preserve"> embezzling</w:t>
      </w:r>
      <w:r>
        <w:t xml:space="preserve"> funds</w:t>
      </w:r>
      <w:r>
        <w:t xml:space="preserve"> on</w:t>
      </w:r>
      <w:r>
        <w:t xml:space="preserve"> my</w:t>
      </w:r>
      <w:r>
        <w:t xml:space="preserve"> watch.</w:t>
        <w:br/>
        <w:t>我喜欢</w:t>
        <w:br/>
        <w:t>Love</w:t>
      </w:r>
      <w:r>
        <w:t xml:space="preserve"> that.</w:t>
        <w:br/>
        <w:t>我喜欢</w:t>
        <w:br/>
        <w:t>Love</w:t>
      </w:r>
      <w:r>
        <w:t xml:space="preserve"> that.</w:t>
        <w:br/>
        <w:t>对了</w:t>
      </w:r>
      <w:r>
        <w:t xml:space="preserve"> 我们今天的任务之一</w:t>
        <w:br/>
        <w:t>Oh,</w:t>
      </w:r>
      <w:r>
        <w:t xml:space="preserve"> hey,</w:t>
      </w:r>
      <w:r>
        <w:t xml:space="preserve"> uh,</w:t>
      </w:r>
      <w:r>
        <w:t xml:space="preserve"> actually,</w:t>
      </w:r>
      <w:r>
        <w:t xml:space="preserve"> one</w:t>
      </w:r>
      <w:r>
        <w:t xml:space="preserve"> of</w:t>
      </w:r>
      <w:r>
        <w:t xml:space="preserve"> the</w:t>
      </w:r>
      <w:r>
        <w:t xml:space="preserve"> things</w:t>
      </w:r>
      <w:r>
        <w:t xml:space="preserve"> we</w:t>
      </w:r>
      <w:r>
        <w:t xml:space="preserve"> wanted</w:t>
        <w:br/>
        <w:t>就是给自己找个带教</w:t>
        <w:br/>
        <w:t>to</w:t>
      </w:r>
      <w:r>
        <w:t xml:space="preserve"> do</w:t>
      </w:r>
      <w:r>
        <w:t xml:space="preserve"> today</w:t>
      </w:r>
      <w:r>
        <w:t xml:space="preserve"> was</w:t>
      </w:r>
      <w:r>
        <w:t xml:space="preserve"> shadow</w:t>
      </w:r>
      <w:r>
        <w:t xml:space="preserve"> a</w:t>
      </w:r>
      <w:r>
        <w:t xml:space="preserve"> teacher.</w:t>
        <w:br/>
        <w:t>你能当我的带教吗</w:t>
      </w:r>
      <w:r>
        <w:t xml:space="preserve"> </w:t>
      </w:r>
      <w:r>
        <w:t xml:space="preserve"> -当然</w:t>
        <w:br/>
        <w:t>Can</w:t>
      </w:r>
      <w:r>
        <w:t xml:space="preserve"> we</w:t>
      </w:r>
      <w:r>
        <w:t xml:space="preserve"> shadow</w:t>
      </w:r>
      <w:r>
        <w:t xml:space="preserve"> you?</w:t>
      </w:r>
      <w:r>
        <w:t xml:space="preserve"> Yeah,</w:t>
      </w:r>
      <w:r>
        <w:t xml:space="preserve"> sure.</w:t>
        <w:br/>
        <w:t>我正要去布置我的教室</w:t>
        <w:br/>
        <w:t>I'm</w:t>
      </w:r>
      <w:r>
        <w:t xml:space="preserve"> just</w:t>
      </w:r>
      <w:r>
        <w:t xml:space="preserve"> gonna</w:t>
      </w:r>
      <w:r>
        <w:t xml:space="preserve"> be</w:t>
      </w:r>
      <w:r>
        <w:t xml:space="preserve"> setting</w:t>
      </w:r>
      <w:r>
        <w:t xml:space="preserve"> up</w:t>
      </w:r>
      <w:r>
        <w:t xml:space="preserve"> my</w:t>
      </w:r>
      <w:r>
        <w:t xml:space="preserve"> classroom.</w:t>
        <w:br/>
        <w:t>好激动啊</w:t>
      </w:r>
      <w:r>
        <w:t xml:space="preserve"> </w:t>
      </w:r>
      <w:r>
        <w:t xml:space="preserve"> -是很激动</w:t>
        <w:br/>
        <w:t>Exciting!</w:t>
      </w:r>
      <w:r>
        <w:t xml:space="preserve"> It</w:t>
      </w:r>
      <w:r>
        <w:t xml:space="preserve"> is</w:t>
      </w:r>
      <w:r>
        <w:t xml:space="preserve"> exciting</w:t>
        <w:br/>
        <w:t>好的</w:t>
      </w:r>
      <w:r>
        <w:t xml:space="preserve"> 我把我同事找来</w:t>
        <w:br/>
        <w:t>Yeah.</w:t>
      </w:r>
      <w:r>
        <w:t xml:space="preserve"> I'm</w:t>
      </w:r>
      <w:r>
        <w:t xml:space="preserve"> just</w:t>
      </w:r>
      <w:r>
        <w:t xml:space="preserve"> gonna</w:t>
      </w:r>
      <w:r>
        <w:t xml:space="preserve"> grab</w:t>
      </w:r>
      <w:r>
        <w:t xml:space="preserve"> my</w:t>
      </w:r>
      <w:r>
        <w:t xml:space="preserve"> co-</w:t>
      </w:r>
      <w:r>
        <w:t xml:space="preserve"> workers.</w:t>
        <w:br/>
        <w:t>就是在和科尔曼校长聊天的那几位</w:t>
        <w:br/>
        <w:t>They're</w:t>
      </w:r>
      <w:r>
        <w:t xml:space="preserve"> talking</w:t>
      </w:r>
      <w:r>
        <w:t xml:space="preserve"> to</w:t>
      </w:r>
      <w:r>
        <w:t xml:space="preserve"> Principal</w:t>
      </w:r>
      <w:r>
        <w:t xml:space="preserve"> Coleman</w:t>
      </w:r>
      <w:r>
        <w:t xml:space="preserve"> over</w:t>
      </w:r>
      <w:r>
        <w:t xml:space="preserve"> there.</w:t>
        <w:br/>
        <w:t>你们太幸运了</w:t>
      </w:r>
      <w:r>
        <w:t xml:space="preserve"> 有这么好的校长</w:t>
        <w:br/>
        <w:t>You</w:t>
      </w:r>
      <w:r>
        <w:t xml:space="preserve"> guys</w:t>
      </w:r>
      <w:r>
        <w:t xml:space="preserve"> are</w:t>
      </w:r>
      <w:r>
        <w:t xml:space="preserve"> so</w:t>
      </w:r>
      <w:r>
        <w:t xml:space="preserve"> lucky.</w:t>
      </w:r>
      <w:r>
        <w:t xml:space="preserve"> You</w:t>
      </w:r>
      <w:r>
        <w:t xml:space="preserve"> have</w:t>
      </w:r>
      <w:r>
        <w:t xml:space="preserve"> such</w:t>
      </w:r>
      <w:r>
        <w:t xml:space="preserve"> a</w:t>
      </w:r>
      <w:r>
        <w:t xml:space="preserve"> good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principal.</w:t>
        <w:br/>
        <w:t>是啊</w:t>
        <w:br/>
        <w:t>Yes.</w:t>
        <w:br/>
        <w:t>现在搬这个有点早吧</w:t>
        <w:br/>
        <w:t>A</w:t>
      </w:r>
      <w:r>
        <w:t xml:space="preserve"> little</w:t>
      </w:r>
      <w:r>
        <w:t xml:space="preserve"> early</w:t>
      </w:r>
      <w:r>
        <w:t xml:space="preserve"> for</w:t>
      </w:r>
      <w:r>
        <w:t xml:space="preserve"> this,</w:t>
      </w:r>
      <w:r>
        <w:t xml:space="preserve"> no?</w:t>
        <w:br/>
        <w:t>对于圣诞节来说有点早</w:t>
        <w:br/>
        <w:t>For</w:t>
      </w:r>
      <w:r>
        <w:t xml:space="preserve"> Christmas?</w:t>
      </w:r>
      <w:r>
        <w:t xml:space="preserve"> Maybe.</w:t>
        <w:br/>
        <w:t>但看你穿着那件衬衫干重活</w:t>
      </w:r>
      <w:r>
        <w:t xml:space="preserve"> 绝不嫌早</w:t>
        <w:br/>
        <w:t>To</w:t>
      </w:r>
      <w:r>
        <w:t xml:space="preserve"> watch</w:t>
      </w:r>
      <w:r>
        <w:t xml:space="preserve"> you</w:t>
      </w:r>
      <w:r>
        <w:t xml:space="preserve"> lift</w:t>
      </w:r>
      <w:r>
        <w:t xml:space="preserve"> heavy</w:t>
      </w:r>
      <w:r>
        <w:t xml:space="preserve"> stuff</w:t>
      </w:r>
      <w:r>
        <w:t xml:space="preserve"> in</w:t>
      </w:r>
      <w:r>
        <w:t xml:space="preserve"> that</w:t>
      </w:r>
      <w:r>
        <w:t xml:space="preserve"> shirt?</w:t>
      </w:r>
      <w:r>
        <w:t xml:space="preserve"> Never.</w:t>
        <w:br/>
        <w:t>我这身板么</w:t>
      </w:r>
      <w:r>
        <w:t xml:space="preserve"> 老公的好料了</w:t>
        <w:br/>
        <w:t>This</w:t>
      </w:r>
      <w:r>
        <w:t xml:space="preserve"> thing?</w:t>
      </w:r>
      <w:r>
        <w:t xml:space="preserve"> Well,</w:t>
      </w:r>
      <w:r>
        <w:t xml:space="preserve"> it</w:t>
      </w:r>
      <w:r>
        <w:t xml:space="preserve"> is</w:t>
      </w:r>
      <w:r>
        <w:t xml:space="preserve"> husband</w:t>
      </w:r>
      <w:r>
        <w:t xml:space="preserve"> material.</w:t>
        <w:br/>
        <w:t>哈哈哈</w:t>
      </w:r>
      <w:r>
        <w:t xml:space="preserve"> 哦对了</w:t>
        <w:br/>
        <w:t>Ha</w:t>
      </w:r>
      <w:r>
        <w:t xml:space="preserve"> ha</w:t>
      </w:r>
      <w:r>
        <w:t xml:space="preserve"> ha!</w:t>
      </w:r>
      <w:r>
        <w:t xml:space="preserve"> Speaking</w:t>
      </w:r>
      <w:r>
        <w:t xml:space="preserve"> of</w:t>
      </w:r>
      <w:r>
        <w:t xml:space="preserve"> which...</w:t>
        <w:br/>
        <w:t>你听说莫顿老师的事了吗</w:t>
        <w:br/>
        <w:t>did</w:t>
      </w:r>
      <w:r>
        <w:t xml:space="preserve"> you</w:t>
      </w:r>
      <w:r>
        <w:t xml:space="preserve"> hear</w:t>
      </w:r>
      <w:r>
        <w:t xml:space="preserve"> about</w:t>
      </w:r>
      <w:r>
        <w:t xml:space="preserve"> Mr</w:t>
      </w:r>
      <w:r>
        <w:t xml:space="preserve"> Morton?</w:t>
        <w:br/>
        <w:t>怎么啦</w:t>
        <w:br/>
        <w:t>What?</w:t>
        <w:br/>
        <w:t>他在暑假闪电结婚了</w:t>
        <w:br/>
        <w:t>He</w:t>
      </w:r>
      <w:r>
        <w:t xml:space="preserve"> eloped</w:t>
      </w:r>
      <w:r>
        <w:t xml:space="preserve"> over</w:t>
      </w:r>
      <w:r>
        <w:t xml:space="preserve"> the</w:t>
      </w:r>
      <w:r>
        <w:t xml:space="preserve"> summer.</w:t>
        <w:br/>
        <w:t>去拉斯维加斯吗</w:t>
        <w:br/>
        <w:t>Vegas?</w:t>
        <w:br/>
        <w:t>好时公园</w:t>
      </w:r>
      <w:r>
        <w:t xml:space="preserve"> </w:t>
      </w:r>
      <w:r>
        <w:t xml:space="preserve"> -经典</w:t>
        <w:br/>
        <w:t>Hershey</w:t>
      </w:r>
      <w:r>
        <w:t xml:space="preserve"> Park.</w:t>
      </w:r>
      <w:r>
        <w:t xml:space="preserve"> Hm.</w:t>
      </w:r>
      <w:r>
        <w:t xml:space="preserve"> Classy.</w:t>
        <w:br/>
        <w:t>哇</w:t>
      </w:r>
      <w:r>
        <w:t xml:space="preserve"> 这你都能夸</w:t>
        <w:br/>
        <w:t>Wow.</w:t>
      </w:r>
      <w:r>
        <w:t xml:space="preserve"> You</w:t>
      </w:r>
      <w:r>
        <w:t xml:space="preserve"> approve</w:t>
      </w:r>
      <w:r>
        <w:t xml:space="preserve"> of</w:t>
      </w:r>
      <w:r>
        <w:t xml:space="preserve"> that,</w:t>
        <w:br/>
        <w:t>可我一提起结婚</w:t>
      </w:r>
      <w:r>
        <w:t xml:space="preserve"> 就给我打哈哈</w:t>
        <w:br/>
        <w:t>but</w:t>
      </w:r>
      <w:r>
        <w:t xml:space="preserve"> I</w:t>
      </w:r>
      <w:r>
        <w:t xml:space="preserve"> bring</w:t>
      </w:r>
      <w:r>
        <w:t xml:space="preserve"> up</w:t>
      </w:r>
      <w:r>
        <w:t xml:space="preserve"> marriage,</w:t>
      </w:r>
      <w:r>
        <w:t xml:space="preserve"> and</w:t>
      </w:r>
      <w:r>
        <w:t xml:space="preserve"> I</w:t>
      </w:r>
      <w:r>
        <w:t xml:space="preserve"> get</w:t>
      </w:r>
      <w:r>
        <w:t xml:space="preserve"> a,</w:t>
      </w:r>
      <w:r>
        <w:t xml:space="preserve"> "Ha</w:t>
      </w:r>
      <w:r>
        <w:t xml:space="preserve"> ha</w:t>
      </w:r>
      <w:r>
        <w:t xml:space="preserve"> ha.</w:t>
      </w:r>
      <w:r>
        <w:t xml:space="preserve"> "</w:t>
        <w:br/>
        <w:t>别牢骚哈</w:t>
      </w:r>
      <w:r>
        <w:t xml:space="preserve"> 你就集中精力</w:t>
        <w:br/>
        <w:t>Yeah,</w:t>
      </w:r>
      <w:r>
        <w:t xml:space="preserve"> yeah,</w:t>
      </w:r>
      <w:r>
        <w:t xml:space="preserve"> alright.</w:t>
      </w:r>
      <w:r>
        <w:t xml:space="preserve"> You</w:t>
      </w:r>
      <w:r>
        <w:t xml:space="preserve"> just</w:t>
      </w:r>
      <w:r>
        <w:t xml:space="preserve"> concentrate</w:t>
        <w:br/>
        <w:t>把迷你冰箱调试好</w:t>
        <w:br/>
        <w:t>on</w:t>
      </w:r>
      <w:r>
        <w:t xml:space="preserve"> getting</w:t>
      </w:r>
      <w:r>
        <w:t xml:space="preserve"> that</w:t>
      </w:r>
      <w:r>
        <w:t xml:space="preserve"> mini</w:t>
      </w:r>
      <w:r>
        <w:t xml:space="preserve"> fridge</w:t>
      </w:r>
      <w:r>
        <w:t xml:space="preserve"> next</w:t>
      </w:r>
      <w:r>
        <w:t xml:space="preserve"> to</w:t>
      </w:r>
      <w:r>
        <w:t xml:space="preserve"> an</w:t>
      </w:r>
      <w:r>
        <w:t xml:space="preserve"> outlet.</w:t>
        <w:br/>
        <w:t>一个男朋友只会帮你搬进来</w:t>
        <w:br/>
        <w:t>A</w:t>
      </w:r>
      <w:r>
        <w:t xml:space="preserve"> boyfriend</w:t>
      </w:r>
      <w:r>
        <w:t xml:space="preserve"> brings</w:t>
      </w:r>
      <w:r>
        <w:t xml:space="preserve"> it</w:t>
      </w:r>
      <w:r>
        <w:t xml:space="preserve"> in</w:t>
      </w:r>
      <w:r>
        <w:t xml:space="preserve"> the</w:t>
      </w:r>
      <w:r>
        <w:t xml:space="preserve"> room.</w:t>
        <w:br/>
        <w:t>一个老公才会帮你调试好</w:t>
        <w:br/>
        <w:t>A</w:t>
      </w:r>
      <w:r>
        <w:t xml:space="preserve"> husband</w:t>
      </w:r>
      <w:r>
        <w:t xml:space="preserve"> sets</w:t>
      </w:r>
      <w:r>
        <w:t xml:space="preserve"> it</w:t>
      </w:r>
      <w:r>
        <w:t xml:space="preserve"> near</w:t>
      </w:r>
      <w:r>
        <w:t xml:space="preserve"> an</w:t>
      </w:r>
      <w:r>
        <w:t xml:space="preserve"> outlet.</w:t>
        <w:br/>
        <w:t>我一通约炮电&amp;hearts;话&amp;hearts;</w:t>
      </w:r>
      <w:r>
        <w:t xml:space="preserve"> 它就会被调试好</w:t>
        <w:br/>
        <w:t>Well,</w:t>
      </w:r>
      <w:r>
        <w:t xml:space="preserve"> a</w:t>
      </w:r>
      <w:r>
        <w:t xml:space="preserve"> booty</w:t>
      </w:r>
      <w:r>
        <w:t xml:space="preserve"> call</w:t>
      </w:r>
      <w:r>
        <w:t xml:space="preserve"> would</w:t>
      </w:r>
      <w:r>
        <w:t xml:space="preserve"> put</w:t>
      </w:r>
      <w:r>
        <w:t xml:space="preserve"> it</w:t>
      </w:r>
      <w:r>
        <w:t xml:space="preserve"> down</w:t>
        <w:br/>
        <w:t>你可别逼我打电&amp;hearts;话&amp;hearts;啊</w:t>
        <w:br/>
        <w:t>wherever</w:t>
      </w:r>
      <w:r>
        <w:t xml:space="preserve"> I</w:t>
      </w:r>
      <w:r>
        <w:t xml:space="preserve"> want</w:t>
      </w:r>
      <w:r>
        <w:t xml:space="preserve"> him</w:t>
      </w:r>
      <w:r>
        <w:t xml:space="preserve"> to,</w:t>
      </w:r>
      <w:r>
        <w:t xml:space="preserve"> so</w:t>
      </w:r>
      <w:r>
        <w:t xml:space="preserve"> don't</w:t>
      </w:r>
      <w:r>
        <w:t xml:space="preserve"> make</w:t>
      </w:r>
      <w:r>
        <w:t xml:space="preserve"> me</w:t>
      </w:r>
      <w:r>
        <w:t xml:space="preserve"> go</w:t>
      </w:r>
      <w:r>
        <w:t xml:space="preserve"> find</w:t>
      </w:r>
      <w:r>
        <w:t xml:space="preserve"> one.</w:t>
        <w:br/>
        <w:t>哈哈哈</w:t>
        <w:br/>
        <w:t>Ha</w:t>
      </w:r>
      <w:r>
        <w:t xml:space="preserve"> ha</w:t>
      </w:r>
      <w:r>
        <w:t xml:space="preserve"> ha!</w:t>
        <w:br/>
        <w:t>你来学区之前在哪教书</w:t>
        <w:br/>
        <w:t>So,</w:t>
      </w:r>
      <w:r>
        <w:t xml:space="preserve"> where'd</w:t>
      </w:r>
      <w:r>
        <w:t xml:space="preserve"> you</w:t>
      </w:r>
      <w:r>
        <w:t xml:space="preserve"> teach</w:t>
      </w:r>
      <w:r>
        <w:t xml:space="preserve"> before</w:t>
      </w:r>
      <w:r>
        <w:t xml:space="preserve"> pivoting</w:t>
      </w:r>
      <w:r>
        <w:t xml:space="preserve"> to</w:t>
      </w:r>
      <w:r>
        <w:t xml:space="preserve"> the</w:t>
      </w:r>
      <w:r>
        <w:t xml:space="preserve"> school</w:t>
      </w:r>
      <w:r>
        <w:t xml:space="preserve"> district?</w:t>
        <w:br/>
        <w:t>我没教过书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但我在这里长大的</w:t>
        <w:br/>
        <w:t>I</w:t>
      </w:r>
      <w:r>
        <w:t xml:space="preserve"> didn't,</w:t>
      </w:r>
      <w:r>
        <w:t xml:space="preserve"> actually.</w:t>
      </w:r>
      <w:r>
        <w:t xml:space="preserve"> But</w:t>
      </w:r>
      <w:r>
        <w:t xml:space="preserve"> I</w:t>
      </w:r>
      <w:r>
        <w:t xml:space="preserve"> grew</w:t>
      </w:r>
      <w:r>
        <w:t xml:space="preserve"> up</w:t>
      </w:r>
      <w:r>
        <w:t xml:space="preserve"> here,</w:t>
      </w:r>
      <w:r>
        <w:t xml:space="preserve"> though.</w:t>
        <w:br/>
        <w:t>我的第一手经验更多来自于</w:t>
        <w:br/>
        <w:t>My</w:t>
      </w:r>
      <w:r>
        <w:t xml:space="preserve"> first-</w:t>
      </w:r>
      <w:r>
        <w:t xml:space="preserve"> hand</w:t>
      </w:r>
      <w:r>
        <w:t xml:space="preserve"> experience</w:t>
      </w:r>
      <w:r>
        <w:t xml:space="preserve"> is</w:t>
      </w:r>
      <w:r>
        <w:t xml:space="preserve"> more</w:t>
      </w:r>
      <w:r>
        <w:t xml:space="preserve"> from</w:t>
        <w:br/>
        <w:t>自己的学生生涯</w:t>
        <w:br/>
        <w:t>when</w:t>
      </w:r>
      <w:r>
        <w:t xml:space="preserve"> I</w:t>
      </w:r>
      <w:r>
        <w:t xml:space="preserve"> was</w:t>
      </w:r>
      <w:r>
        <w:t xml:space="preserve"> a</w:t>
      </w:r>
      <w:r>
        <w:t xml:space="preserve"> student</w:t>
      </w:r>
      <w:r>
        <w:t xml:space="preserve"> in</w:t>
      </w:r>
      <w:r>
        <w:t xml:space="preserve"> the</w:t>
      </w:r>
      <w:r>
        <w:t xml:space="preserve"> area.</w:t>
        <w:br/>
        <w:t>好吧</w:t>
      </w:r>
      <w:r>
        <w:t xml:space="preserve"> 你知道吗</w:t>
        <w:br/>
        <w:t>Oh.</w:t>
      </w:r>
      <w:r>
        <w:t xml:space="preserve"> Alright.</w:t>
      </w:r>
      <w:r>
        <w:t xml:space="preserve"> Well,</w:t>
      </w:r>
      <w:r>
        <w:t xml:space="preserve"> you</w:t>
      </w:r>
      <w:r>
        <w:t xml:space="preserve"> know,</w:t>
        <w:br/>
        <w:t>这也是我来艾伯特小学当老师的原因</w:t>
        <w:br/>
        <w:t>that's</w:t>
      </w:r>
      <w:r>
        <w:t xml:space="preserve"> one</w:t>
      </w:r>
      <w:r>
        <w:t xml:space="preserve"> of</w:t>
      </w:r>
      <w:r>
        <w:t xml:space="preserve"> the</w:t>
      </w:r>
      <w:r>
        <w:t xml:space="preserve"> reasons</w:t>
      </w:r>
      <w:r>
        <w:t xml:space="preserve"> I</w:t>
      </w:r>
      <w:r>
        <w:t xml:space="preserve"> wanted</w:t>
      </w:r>
      <w:r>
        <w:t xml:space="preserve"> to</w:t>
      </w:r>
      <w:r>
        <w:t xml:space="preserve"> teach</w:t>
      </w:r>
      <w:r>
        <w:t xml:space="preserve"> at</w:t>
      </w:r>
      <w:r>
        <w:t xml:space="preserve"> Abbott.</w:t>
        <w:br/>
        <w:t>因为我也是这个学区的学生</w:t>
        <w:br/>
        <w:t>Because</w:t>
      </w:r>
      <w:r>
        <w:t xml:space="preserve"> I</w:t>
      </w:r>
      <w:r>
        <w:t xml:space="preserve"> was</w:t>
      </w:r>
      <w:r>
        <w:t xml:space="preserve"> a</w:t>
      </w:r>
      <w:r>
        <w:t xml:space="preserve"> student</w:t>
      </w:r>
      <w:r>
        <w:t xml:space="preserve"> in</w:t>
      </w:r>
      <w:r>
        <w:t xml:space="preserve"> the</w:t>
      </w:r>
      <w:r>
        <w:t xml:space="preserve"> area,</w:t>
      </w:r>
      <w:r>
        <w:t xml:space="preserve"> as</w:t>
      </w:r>
      <w:r>
        <w:t xml:space="preserve"> well,</w:t>
      </w:r>
      <w:r>
        <w:t xml:space="preserve"> so.</w:t>
        <w:br/>
        <w:t>这就是我的教室</w:t>
        <w:br/>
        <w:t>This</w:t>
      </w:r>
      <w:r>
        <w:t xml:space="preserve"> is</w:t>
      </w:r>
      <w:r>
        <w:t xml:space="preserve"> my</w:t>
      </w:r>
      <w:r>
        <w:t xml:space="preserve"> room.</w:t>
        <w:br/>
        <w:t>你要在这里做什么呢</w:t>
        <w:br/>
        <w:t>What</w:t>
      </w:r>
      <w:r>
        <w:t xml:space="preserve"> are</w:t>
      </w:r>
      <w:r>
        <w:t xml:space="preserve"> you</w:t>
      </w:r>
      <w:r>
        <w:t xml:space="preserve"> making</w:t>
      </w:r>
      <w:r>
        <w:t xml:space="preserve"> here?</w:t>
        <w:br/>
        <w:t>给学生们竖一块“欢迎回来”的牌子</w:t>
        <w:br/>
        <w:t>Oh.</w:t>
      </w:r>
      <w:r>
        <w:t xml:space="preserve"> A"welcome</w:t>
      </w:r>
      <w:r>
        <w:t xml:space="preserve"> back"sign</w:t>
      </w:r>
      <w:r>
        <w:t xml:space="preserve"> for</w:t>
      </w:r>
      <w:r>
        <w:t xml:space="preserve"> the</w:t>
      </w:r>
      <w:r>
        <w:t xml:space="preserve"> kids.</w:t>
        <w:br/>
        <w:t>我们要一起装饰它</w:t>
        <w:br/>
        <w:t>We're</w:t>
      </w:r>
      <w:r>
        <w:t xml:space="preserve"> gonna</w:t>
      </w:r>
      <w:r>
        <w:t xml:space="preserve"> decorate</w:t>
      </w:r>
      <w:r>
        <w:t xml:space="preserve"> it</w:t>
      </w:r>
      <w:r>
        <w:t xml:space="preserve"> together</w:t>
        <w:br/>
        <w:t>让每个人都有参与感</w:t>
        <w:br/>
        <w:t>so</w:t>
      </w:r>
      <w:r>
        <w:t xml:space="preserve"> that</w:t>
      </w:r>
      <w:r>
        <w:t xml:space="preserve"> everyone</w:t>
      </w:r>
      <w:r>
        <w:t xml:space="preserve"> feels</w:t>
      </w:r>
      <w:r>
        <w:t xml:space="preserve"> included.</w:t>
        <w:br/>
        <w:t>我会试着多用些颜色</w:t>
        <w:br/>
        <w:t>I</w:t>
      </w:r>
      <w:r>
        <w:t xml:space="preserve"> try</w:t>
      </w:r>
      <w:r>
        <w:t xml:space="preserve"> to</w:t>
      </w:r>
      <w:r>
        <w:t xml:space="preserve"> implement</w:t>
      </w:r>
      <w:r>
        <w:t xml:space="preserve"> a</w:t>
      </w:r>
      <w:r>
        <w:t xml:space="preserve"> lot</w:t>
      </w:r>
      <w:r>
        <w:t xml:space="preserve"> of</w:t>
      </w:r>
      <w:r>
        <w:t xml:space="preserve"> color.</w:t>
        <w:br/>
        <w:t>我曾想刷成蓝色</w:t>
      </w:r>
      <w:r>
        <w:t xml:space="preserve"> 因为蓝色能激发注意力</w:t>
        <w:br/>
        <w:t>Wanted</w:t>
      </w:r>
      <w:r>
        <w:t xml:space="preserve"> to</w:t>
      </w:r>
      <w:r>
        <w:t xml:space="preserve"> go</w:t>
      </w:r>
      <w:r>
        <w:t xml:space="preserve"> with</w:t>
      </w:r>
      <w:r>
        <w:t xml:space="preserve"> blue</w:t>
      </w:r>
      <w:r>
        <w:t xml:space="preserve"> because</w:t>
      </w:r>
      <w:r>
        <w:t xml:space="preserve"> that</w:t>
      </w:r>
      <w:r>
        <w:t xml:space="preserve"> inspires</w:t>
      </w:r>
      <w:r>
        <w:t xml:space="preserve"> focus.</w:t>
        <w:br/>
        <w:t>还能让人冷静</w:t>
      </w:r>
      <w:r>
        <w:t xml:space="preserve"> 这对小学生非常重要</w:t>
        <w:br/>
        <w:t>And</w:t>
      </w:r>
      <w:r>
        <w:t xml:space="preserve"> calm,</w:t>
      </w:r>
      <w:r>
        <w:t xml:space="preserve"> which</w:t>
      </w:r>
      <w:r>
        <w:t xml:space="preserve"> is</w:t>
      </w:r>
      <w:r>
        <w:t xml:space="preserve"> so</w:t>
      </w:r>
      <w:r>
        <w:t xml:space="preserve"> important</w:t>
      </w:r>
      <w:r>
        <w:t xml:space="preserve"> for</w:t>
      </w:r>
      <w:r>
        <w:t xml:space="preserve"> primary</w:t>
      </w:r>
      <w:r>
        <w:t xml:space="preserve"> classes.</w:t>
        <w:br/>
        <w:t>《粉笔拍》里介绍过</w:t>
        <w:br/>
        <w:t>I</w:t>
      </w:r>
      <w:r>
        <w:t xml:space="preserve"> read</w:t>
      </w:r>
      <w:r>
        <w:t xml:space="preserve"> about</w:t>
      </w:r>
      <w:r>
        <w:t xml:space="preserve"> that</w:t>
      </w:r>
      <w:r>
        <w:t xml:space="preserve"> in</w:t>
      </w:r>
      <w:r>
        <w:t xml:space="preserve"> Chalkbeat.</w:t>
        <w:br/>
        <w:t>你也读《粉笔拍》吗</w:t>
      </w:r>
      <w:r>
        <w:t xml:space="preserve"> </w:t>
      </w:r>
      <w:r>
        <w:t xml:space="preserve"> -是啊</w:t>
        <w:br/>
        <w:t>You</w:t>
      </w:r>
      <w:r>
        <w:t xml:space="preserve"> read</w:t>
      </w:r>
      <w:r>
        <w:t xml:space="preserve"> Chalkbeat?</w:t>
      </w:r>
      <w:r>
        <w:t xml:space="preserve"> Mm-</w:t>
      </w:r>
      <w:r>
        <w:t xml:space="preserve"> hmm.</w:t>
        <w:br/>
        <w:t>我基本上住在评论区</w:t>
      </w:r>
      <w:r>
        <w:t xml:space="preserve"> 所以</w:t>
        <w:br/>
        <w:t>I</w:t>
      </w:r>
      <w:r>
        <w:t xml:space="preserve"> basically</w:t>
      </w:r>
      <w:r>
        <w:t xml:space="preserve"> live</w:t>
      </w:r>
      <w:r>
        <w:t xml:space="preserve"> in</w:t>
      </w:r>
      <w:r>
        <w:t xml:space="preserve"> the</w:t>
      </w:r>
      <w:r>
        <w:t xml:space="preserve"> comment</w:t>
      </w:r>
      <w:r>
        <w:t xml:space="preserve"> section,</w:t>
      </w:r>
      <w:r>
        <w:t xml:space="preserve"> so...</w:t>
        <w:br/>
        <w:t>天啊你就是@J提格斯215吧</w:t>
        <w:br/>
        <w:t>Oh,</w:t>
      </w:r>
      <w:r>
        <w:t xml:space="preserve"> my</w:t>
      </w:r>
      <w:r>
        <w:t xml:space="preserve"> God.</w:t>
      </w:r>
      <w:r>
        <w:t xml:space="preserve"> Are</w:t>
      </w:r>
      <w:r>
        <w:t xml:space="preserve"> you</w:t>
      </w:r>
      <w:r>
        <w:t xml:space="preserve"> @JTeagues215?</w:t>
        <w:br/>
        <w:t>是的</w:t>
        <w:br/>
        <w:t>Yes!</w:t>
        <w:br/>
        <w:t>但如果我想尖锐发言</w:t>
      </w:r>
      <w:r>
        <w:t xml:space="preserve"> 就会换上©J提格斯267</w:t>
        <w:br/>
        <w:t>And</w:t>
      </w:r>
      <w:r>
        <w:t xml:space="preserve"> @JTeagues267</w:t>
      </w:r>
      <w:r>
        <w:t xml:space="preserve"> when</w:t>
      </w:r>
      <w:r>
        <w:t xml:space="preserve"> I</w:t>
      </w:r>
      <w:r>
        <w:t xml:space="preserve"> wanna</w:t>
      </w:r>
      <w:r>
        <w:t xml:space="preserve"> spice</w:t>
      </w:r>
      <w:r>
        <w:t xml:space="preserve"> up</w:t>
      </w:r>
      <w:r>
        <w:t xml:space="preserve"> the</w:t>
      </w:r>
      <w:r>
        <w:t xml:space="preserve"> discourse.</w:t>
        <w:br/>
        <w:t>提格斯老师</w:t>
      </w:r>
      <w:r>
        <w:t xml:space="preserve"> 我是@MannyFromTheBlock</w:t>
        <w:br/>
        <w:t>Ms.</w:t>
      </w:r>
      <w:r>
        <w:t xml:space="preserve"> Teagues,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I'm@MannyFromTheBlock.</w:t>
        <w:br/>
        <w:t>我总用这个表情符号&amp;hearts;</w:t>
        <w:br/>
        <w:t>I'm</w:t>
      </w:r>
      <w:r>
        <w:t xml:space="preserve"> always</w:t>
      </w:r>
      <w:r>
        <w:t xml:space="preserve"> using</w:t>
      </w:r>
      <w:r>
        <w:t xml:space="preserve"> this</w:t>
      </w:r>
      <w:r>
        <w:t xml:space="preserve"> emoji.</w:t>
        <w:br/>
        <w:t>那人就是你么</w:t>
      </w:r>
      <w:r>
        <w:t xml:space="preserve"> </w:t>
      </w:r>
      <w:r>
        <w:t xml:space="preserve"> -就是我</w:t>
        <w:br/>
        <w:t>That's</w:t>
      </w:r>
      <w:r>
        <w:t xml:space="preserve"> you!</w:t>
      </w:r>
      <w:r>
        <w:t xml:space="preserve"> That's</w:t>
      </w:r>
      <w:r>
        <w:t xml:space="preserve"> me.</w:t>
        <w:br/>
        <w:t>我喜欢你的评论</w:t>
        <w:br/>
        <w:t>I</w:t>
      </w:r>
      <w:r>
        <w:t xml:space="preserve"> love</w:t>
      </w:r>
      <w:r>
        <w:t xml:space="preserve"> your</w:t>
      </w:r>
      <w:r>
        <w:t xml:space="preserve"> comments.</w:t>
        <w:br/>
        <w:t>总之</w:t>
      </w:r>
      <w:r>
        <w:t xml:space="preserve"> 去年我想把墙漆成蓝色</w:t>
        <w:br/>
        <w:t>Anyway,</w:t>
      </w:r>
      <w:r>
        <w:t xml:space="preserve"> I</w:t>
      </w:r>
      <w:r>
        <w:t xml:space="preserve"> wanted</w:t>
      </w:r>
      <w:r>
        <w:t xml:space="preserve"> to</w:t>
      </w:r>
      <w:r>
        <w:t xml:space="preserve"> paint</w:t>
      </w:r>
      <w:r>
        <w:t xml:space="preserve"> the</w:t>
      </w:r>
      <w:r>
        <w:t xml:space="preserve"> walls</w:t>
      </w:r>
      <w:r>
        <w:t xml:space="preserve"> blue</w:t>
      </w:r>
      <w:r>
        <w:t xml:space="preserve"> last</w:t>
      </w:r>
      <w:r>
        <w:t xml:space="preserve"> year,</w:t>
        <w:br/>
        <w:t>但是你们</w:t>
      </w:r>
      <w:r>
        <w:t xml:space="preserve"> 也就是学区</w:t>
        <w:br/>
        <w:t>but</w:t>
      </w:r>
      <w:r>
        <w:t xml:space="preserve"> you</w:t>
      </w:r>
      <w:r>
        <w:t xml:space="preserve"> guys-</w:t>
      </w:r>
      <w:r>
        <w:t xml:space="preserve"> the</w:t>
      </w:r>
      <w:r>
        <w:t xml:space="preserve"> district-</w:t>
        <w:br/>
        <w:t>不想让我刷墙</w:t>
        <w:br/>
        <w:t>didn't</w:t>
      </w:r>
      <w:r>
        <w:t xml:space="preserve"> like</w:t>
      </w:r>
      <w:r>
        <w:t xml:space="preserve"> the</w:t>
      </w:r>
      <w:r>
        <w:t xml:space="preserve"> idea</w:t>
      </w:r>
      <w:r>
        <w:t xml:space="preserve"> of</w:t>
      </w:r>
      <w:r>
        <w:t xml:space="preserve"> painting</w:t>
      </w:r>
      <w:r>
        <w:t xml:space="preserve"> walls,</w:t>
      </w:r>
      <w:r>
        <w:t xml:space="preserve"> so...</w:t>
        <w:br/>
        <w:t>什么</w:t>
      </w:r>
      <w:r>
        <w:t xml:space="preserve"> 为什么啊</w:t>
      </w:r>
      <w:r>
        <w:t xml:space="preserve"> 这主意多好啊</w:t>
        <w:br/>
        <w:t>What?</w:t>
      </w:r>
      <w:r>
        <w:t xml:space="preserve"> !</w:t>
      </w:r>
      <w:r>
        <w:t xml:space="preserve"> Why</w:t>
      </w:r>
      <w:r>
        <w:t xml:space="preserve"> not?</w:t>
      </w:r>
      <w:r>
        <w:t xml:space="preserve"> That</w:t>
      </w:r>
      <w:r>
        <w:t xml:space="preserve"> is</w:t>
      </w:r>
      <w:r>
        <w:t xml:space="preserve"> so</w:t>
      </w:r>
      <w:r>
        <w:t xml:space="preserve"> good.</w:t>
        <w:br/>
        <w:t>我觉得这种想法&amp;hearts;正&amp;hearts;是</w:t>
        <w:br/>
        <w:t>I</w:t>
      </w:r>
      <w:r>
        <w:t xml:space="preserve"> think</w:t>
      </w:r>
      <w:r>
        <w:t xml:space="preserve"> that's</w:t>
      </w:r>
      <w:r>
        <w:t xml:space="preserve"> exactly</w:t>
      </w:r>
      <w:r>
        <w:t xml:space="preserve"> an</w:t>
      </w:r>
      <w:r>
        <w:t xml:space="preserve"> idea</w:t>
        <w:br/>
        <w:t>我们应该落实和实施的</w:t>
        <w:br/>
        <w:t>that</w:t>
      </w:r>
      <w:r>
        <w:t xml:space="preserve"> we</w:t>
      </w:r>
      <w:r>
        <w:t xml:space="preserve"> could</w:t>
      </w:r>
      <w:r>
        <w:t xml:space="preserve"> and</w:t>
      </w:r>
      <w:r>
        <w:t xml:space="preserve"> should</w:t>
      </w:r>
      <w:r>
        <w:t xml:space="preserve"> implement.</w:t>
        <w:br/>
        <w:t>这是一个低风险高回报的改变</w:t>
        <w:br/>
        <w:t>It's</w:t>
      </w:r>
      <w:r>
        <w:t xml:space="preserve"> a</w:t>
      </w:r>
      <w:r>
        <w:t xml:space="preserve"> low-</w:t>
      </w:r>
      <w:r>
        <w:t xml:space="preserve"> stakes,</w:t>
      </w:r>
      <w:r>
        <w:t xml:space="preserve"> high-</w:t>
      </w:r>
      <w:r>
        <w:t xml:space="preserve"> reward</w:t>
      </w:r>
      <w:r>
        <w:t xml:space="preserve"> improvement.</w:t>
        <w:br/>
        <w:t>对</w:t>
      </w:r>
      <w:r>
        <w:t xml:space="preserve"> 咱们把这条改了</w:t>
        <w:br/>
        <w:t>Yes.</w:t>
      </w:r>
      <w:r>
        <w:t xml:space="preserve"> Let's</w:t>
      </w:r>
      <w:r>
        <w:t xml:space="preserve"> revisit</w:t>
      </w:r>
      <w:r>
        <w:t xml:space="preserve"> that.</w:t>
        <w:br/>
        <w:t>你还好吗</w:t>
        <w:br/>
        <w:t>Are</w:t>
      </w:r>
      <w:r>
        <w:t xml:space="preserve"> you</w:t>
      </w:r>
      <w:r>
        <w:t xml:space="preserve"> okay?</w:t>
        <w:br/>
        <w:t>还好</w:t>
      </w:r>
      <w:r>
        <w:t xml:space="preserve"> 只是一下不习惯这么多正能量</w:t>
        <w:br/>
        <w:t>Yeah.</w:t>
      </w:r>
      <w:r>
        <w:t xml:space="preserve"> Just</w:t>
      </w:r>
      <w:r>
        <w:t xml:space="preserve"> a</w:t>
      </w:r>
      <w:r>
        <w:t xml:space="preserve"> lot</w:t>
      </w:r>
      <w:r>
        <w:t xml:space="preserve"> of</w:t>
      </w:r>
      <w:r>
        <w:t xml:space="preserve"> positive</w:t>
      </w:r>
      <w:r>
        <w:t xml:space="preserve"> reinforcement.</w:t>
        <w:br/>
        <w:t>艾娃</w:t>
      </w:r>
      <w:r>
        <w:t xml:space="preserve"> 我告诉过你了</w:t>
        <w:br/>
        <w:t>Ava,</w:t>
      </w:r>
      <w:r>
        <w:t xml:space="preserve"> I</w:t>
      </w:r>
      <w:r>
        <w:t xml:space="preserve"> have</w:t>
      </w:r>
      <w:r>
        <w:t xml:space="preserve"> already</w:t>
      </w:r>
      <w:r>
        <w:t xml:space="preserve"> told</w:t>
      </w:r>
      <w:r>
        <w:t xml:space="preserve"> you.</w:t>
        <w:br/>
        <w:t>我对试镜</w:t>
        <w:br/>
        <w:t>I'm</w:t>
      </w:r>
      <w:r>
        <w:t xml:space="preserve"> not</w:t>
      </w:r>
      <w:r>
        <w:t xml:space="preserve"> interested</w:t>
      </w:r>
      <w:r>
        <w:t xml:space="preserve"> in</w:t>
      </w:r>
      <w:r>
        <w:t xml:space="preserve"> auditioning</w:t>
        <w:br/>
        <w:t>《金色单身女郎》没兴趣</w:t>
        <w:br/>
        <w:t>for"The</w:t>
      </w:r>
      <w:r>
        <w:t xml:space="preserve"> Golden</w:t>
      </w:r>
      <w:r>
        <w:t xml:space="preserve"> Bachelorette.</w:t>
      </w:r>
      <w:r>
        <w:t xml:space="preserve"> "</w:t>
        <w:br/>
        <w:t>杰拉尔德还活得好好的</w:t>
        <w:br/>
        <w:t>Gerald</w:t>
      </w:r>
      <w:r>
        <w:t xml:space="preserve"> is</w:t>
      </w:r>
      <w:r>
        <w:t xml:space="preserve"> still</w:t>
      </w:r>
      <w:r>
        <w:t xml:space="preserve"> very</w:t>
      </w:r>
      <w:r>
        <w:t xml:space="preserve"> much</w:t>
      </w:r>
      <w:r>
        <w:t xml:space="preserve"> alive.</w:t>
        <w:br/>
        <w:t>我来是想说课桌的事</w:t>
        <w:br/>
        <w:t>Actually,</w:t>
      </w:r>
      <w:r>
        <w:t xml:space="preserve"> I'm</w:t>
      </w:r>
      <w:r>
        <w:t xml:space="preserve"> here</w:t>
      </w:r>
      <w:r>
        <w:t xml:space="preserve"> about</w:t>
      </w:r>
      <w:r>
        <w:t xml:space="preserve"> your</w:t>
      </w:r>
      <w:r>
        <w:t xml:space="preserve"> desks.</w:t>
        <w:br/>
        <w:t>当我在哈佛时</w:t>
      </w:r>
      <w:r>
        <w:t xml:space="preserve"> 懂得了共亨座位</w:t>
        <w:br/>
        <w:t>When</w:t>
      </w:r>
      <w:r>
        <w:t xml:space="preserve"> I</w:t>
      </w:r>
      <w:r>
        <w:t xml:space="preserve"> was</w:t>
      </w:r>
      <w:r>
        <w:t xml:space="preserve"> at</w:t>
      </w:r>
      <w:r>
        <w:t xml:space="preserve"> Harvard,</w:t>
      </w:r>
      <w:r>
        <w:t xml:space="preserve"> I</w:t>
      </w:r>
      <w:r>
        <w:t xml:space="preserve"> learned</w:t>
      </w:r>
      <w:r>
        <w:t xml:space="preserve"> that</w:t>
      </w:r>
      <w:r>
        <w:t xml:space="preserve"> communal</w:t>
      </w:r>
      <w:r>
        <w:t xml:space="preserve"> seating</w:t>
        <w:br/>
        <w:t>更有利于幼儿的发展</w:t>
        <w:br/>
        <w:t>is</w:t>
      </w:r>
      <w:r>
        <w:t xml:space="preserve"> better</w:t>
      </w:r>
      <w:r>
        <w:t xml:space="preserve"> for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kindergartners'development.</w:t>
        <w:br/>
        <w:t>可我更喜欢把课桌分开</w:t>
        <w:br/>
        <w:t>Well,</w:t>
      </w:r>
      <w:r>
        <w:t xml:space="preserve"> I</w:t>
      </w:r>
      <w:r>
        <w:t xml:space="preserve"> like</w:t>
      </w:r>
      <w:r>
        <w:t xml:space="preserve"> my</w:t>
      </w:r>
      <w:r>
        <w:t xml:space="preserve"> desks</w:t>
      </w:r>
      <w:r>
        <w:t xml:space="preserve"> separated.</w:t>
        <w:br/>
        <w:t>这样让我走起来更容易</w:t>
        <w:br/>
        <w:t>It's</w:t>
      </w:r>
      <w:r>
        <w:t xml:space="preserve"> easier</w:t>
      </w:r>
      <w:r>
        <w:t xml:space="preserve"> for</w:t>
      </w:r>
      <w:r>
        <w:t xml:space="preserve"> me</w:t>
      </w:r>
      <w:r>
        <w:t xml:space="preserve"> to...move</w:t>
      </w:r>
      <w:r>
        <w:t xml:space="preserve"> about</w:t>
      </w:r>
      <w:r>
        <w:t xml:space="preserve"> the</w:t>
      </w:r>
      <w:r>
        <w:t xml:space="preserve"> cabin.</w:t>
        <w:br/>
        <w:t>我是小乔纳森</w:t>
      </w:r>
      <w:r>
        <w:t xml:space="preserve"> 我从没学过</w:t>
        <w:br/>
        <w:t>I'm</w:t>
      </w:r>
      <w:r>
        <w:t xml:space="preserve"> little</w:t>
      </w:r>
      <w:r>
        <w:t xml:space="preserve"> Jonathan,</w:t>
      </w:r>
      <w:r>
        <w:t xml:space="preserve"> and</w:t>
      </w:r>
      <w:r>
        <w:t xml:space="preserve"> I</w:t>
      </w:r>
      <w:r>
        <w:t xml:space="preserve"> never</w:t>
      </w:r>
      <w:r>
        <w:t xml:space="preserve"> learned</w:t>
        <w:br/>
        <w:t>如何与人进行眼神交流</w:t>
        <w:br/>
        <w:t>how</w:t>
      </w:r>
      <w:r>
        <w:t xml:space="preserve"> to</w:t>
      </w:r>
      <w:r>
        <w:t xml:space="preserve"> make</w:t>
      </w:r>
      <w:r>
        <w:t xml:space="preserve"> direct</w:t>
      </w:r>
      <w:r>
        <w:t xml:space="preserve"> eye</w:t>
      </w:r>
      <w:r>
        <w:t xml:space="preserve"> contact</w:t>
      </w:r>
      <w:r>
        <w:t xml:space="preserve"> with</w:t>
      </w:r>
      <w:r>
        <w:t xml:space="preserve"> anyone,</w:t>
        <w:br/>
        <w:t>所以大家现在都叫我斗鸡眼小乔</w:t>
        <w:br/>
        <w:t>and</w:t>
      </w:r>
      <w:r>
        <w:t xml:space="preserve"> so</w:t>
      </w:r>
      <w:r>
        <w:t xml:space="preserve"> now</w:t>
      </w:r>
      <w:r>
        <w:t xml:space="preserve"> they</w:t>
      </w:r>
      <w:r>
        <w:t xml:space="preserve"> call</w:t>
      </w:r>
      <w:r>
        <w:t xml:space="preserve"> me</w:t>
      </w:r>
      <w:r>
        <w:t xml:space="preserve"> Shifty-</w:t>
      </w:r>
      <w:r>
        <w:t xml:space="preserve"> Eyed</w:t>
      </w:r>
      <w:r>
        <w:t xml:space="preserve"> Johnny,</w:t>
        <w:br/>
        <w:t>我现在连工作都保住不了</w:t>
        <w:br/>
        <w:t>and</w:t>
      </w:r>
      <w:r>
        <w:t xml:space="preserve"> Ican't</w:t>
      </w:r>
      <w:r>
        <w:t xml:space="preserve"> hold</w:t>
      </w:r>
      <w:r>
        <w:t xml:space="preserve"> down</w:t>
      </w:r>
      <w:r>
        <w:t xml:space="preserve"> ajob.</w:t>
        <w:br/>
        <w:t>好吧</w:t>
      </w:r>
      <w:r>
        <w:t xml:space="preserve"> 既然你坚持</w:t>
      </w:r>
      <w:r>
        <w:t xml:space="preserve"> 我会考虑一下的</w:t>
        <w:br/>
        <w:t>Alright,</w:t>
      </w:r>
      <w:r>
        <w:t xml:space="preserve"> I</w:t>
      </w:r>
      <w:r>
        <w:t xml:space="preserve"> will</w:t>
      </w:r>
      <w:r>
        <w:t xml:space="preserve"> take</w:t>
      </w:r>
      <w:r>
        <w:t xml:space="preserve"> that</w:t>
      </w:r>
      <w:r>
        <w:t xml:space="preserve"> into</w:t>
      </w:r>
      <w:r>
        <w:t xml:space="preserve"> account...if</w:t>
      </w:r>
      <w:r>
        <w:t xml:space="preserve"> I</w:t>
      </w:r>
      <w:r>
        <w:t xml:space="preserve"> must.</w:t>
        <w:br/>
        <w:t>你必须考虑</w:t>
      </w:r>
      <w:r>
        <w:t xml:space="preserve"> 这是学区强制的</w:t>
        <w:br/>
        <w:t>You</w:t>
      </w:r>
      <w:r>
        <w:t xml:space="preserve"> must.</w:t>
      </w:r>
      <w:r>
        <w:t xml:space="preserve"> District</w:t>
      </w:r>
      <w:r>
        <w:t xml:space="preserve"> mandate.</w:t>
        <w:br/>
        <w:t>强制</w:t>
        <w:br/>
        <w:t>Mandate?</w:t>
        <w:br/>
        <w:t>教学大纲里已经没草书了</w:t>
        <w:br/>
        <w:t>And</w:t>
      </w:r>
      <w:r>
        <w:t xml:space="preserve"> cursive</w:t>
      </w:r>
      <w:r>
        <w:t xml:space="preserve"> is</w:t>
      </w:r>
      <w:r>
        <w:t xml:space="preserve"> no</w:t>
      </w:r>
      <w:r>
        <w:t xml:space="preserve"> longer</w:t>
      </w:r>
      <w:r>
        <w:t xml:space="preserve"> in</w:t>
      </w:r>
      <w:r>
        <w:t xml:space="preserve"> the</w:t>
      </w:r>
      <w:r>
        <w:t xml:space="preserve"> curriculum.</w:t>
        <w:br/>
        <w:t>嘿</w:t>
      </w:r>
      <w:r>
        <w:t xml:space="preserve"> 没想到在这儿见到你</w:t>
      </w:r>
      <w:r>
        <w:t xml:space="preserve"> </w:t>
      </w:r>
      <w:r>
        <w:t xml:space="preserve"> -嘿</w:t>
        <w:br/>
        <w:t>Hey!</w:t>
      </w:r>
      <w:r>
        <w:t xml:space="preserve"> Fancy</w:t>
      </w:r>
      <w:r>
        <w:t xml:space="preserve"> meeting</w:t>
      </w:r>
      <w:r>
        <w:t xml:space="preserve"> you</w:t>
      </w:r>
      <w:r>
        <w:t xml:space="preserve"> here.</w:t>
      </w:r>
      <w:r>
        <w:t xml:space="preserve"> -</w:t>
      </w:r>
      <w:r>
        <w:t xml:space="preserve"> Hey.</w:t>
        <w:br/>
        <w:t>我就是来送一下练习本</w:t>
        <w:br/>
        <w:t>Oh,</w:t>
      </w:r>
      <w:r>
        <w:t xml:space="preserve"> I'm</w:t>
      </w:r>
      <w:r>
        <w:t xml:space="preserve"> just</w:t>
      </w:r>
      <w:r>
        <w:t xml:space="preserve"> bringing</w:t>
      </w:r>
      <w:r>
        <w:t xml:space="preserve"> in</w:t>
      </w:r>
      <w:r>
        <w:t xml:space="preserve"> the</w:t>
      </w:r>
      <w:r>
        <w:t xml:space="preserve"> workbooks.</w:t>
        <w:br/>
        <w:t>哦对了</w:t>
      </w:r>
      <w:r>
        <w:t xml:space="preserve"> 尼科尔斯文具店在进行</w:t>
        <w:br/>
        <w:t>Oh,</w:t>
      </w:r>
      <w:r>
        <w:t xml:space="preserve"> there</w:t>
      </w:r>
      <w:r>
        <w:t xml:space="preserve"> is</w:t>
      </w:r>
      <w:r>
        <w:t xml:space="preserve"> a</w:t>
      </w:r>
      <w:r>
        <w:t xml:space="preserve"> ten-</w:t>
      </w:r>
      <w:r>
        <w:t xml:space="preserve"> for-</w:t>
      </w:r>
      <w:r>
        <w:t xml:space="preserve"> ten</w:t>
      </w:r>
      <w:r>
        <w:t xml:space="preserve"> sale</w:t>
        <w:br/>
        <w:t>有个买&amp;hearts;&amp;hearts;十送十的大甩卖&amp;hearts;&amp;hearts;</w:t>
        <w:br/>
        <w:t>at</w:t>
      </w:r>
      <w:r>
        <w:t xml:space="preserve"> Nichols</w:t>
      </w:r>
      <w:r>
        <w:t xml:space="preserve"> School</w:t>
      </w:r>
      <w:r>
        <w:t xml:space="preserve"> Supplies,</w:t>
      </w:r>
      <w:r>
        <w:t xml:space="preserve"> by</w:t>
      </w:r>
      <w:r>
        <w:t xml:space="preserve"> the</w:t>
      </w:r>
      <w:r>
        <w:t xml:space="preserve"> way.</w:t>
        <w:br/>
        <w:t>牛逼</w:t>
        <w:br/>
        <w:t>Oh</w:t>
      </w:r>
      <w:r>
        <w:t xml:space="preserve"> yeah.</w:t>
        <w:br/>
        <w:t>我在试着带脏字</w:t>
      </w:r>
      <w:r>
        <w:t xml:space="preserve"> 还在摸索中</w:t>
        <w:br/>
        <w:t>Trying</w:t>
      </w:r>
      <w:r>
        <w:t xml:space="preserve"> out</w:t>
      </w:r>
      <w:r>
        <w:t xml:space="preserve"> cursing.</w:t>
      </w:r>
      <w:r>
        <w:t xml:space="preserve"> Still</w:t>
      </w:r>
      <w:r>
        <w:t xml:space="preserve"> getting</w:t>
      </w:r>
      <w:r>
        <w:t xml:space="preserve"> the</w:t>
      </w:r>
      <w:r>
        <w:t xml:space="preserve"> hang</w:t>
      </w:r>
      <w:r>
        <w:t xml:space="preserve"> of</w:t>
      </w:r>
      <w:r>
        <w:t xml:space="preserve"> it.</w:t>
        <w:br/>
        <w:t>巴尔的摩还好吗</w:t>
        <w:br/>
        <w:t>How</w:t>
      </w:r>
      <w:r>
        <w:t xml:space="preserve"> was</w:t>
      </w:r>
      <w:r>
        <w:t xml:space="preserve"> Baltimore?</w:t>
        <w:br/>
        <w:t>挺好啊</w:t>
      </w:r>
      <w:r>
        <w:t xml:space="preserve"> 挺好的</w:t>
        <w:br/>
        <w:t>Um,</w:t>
      </w:r>
      <w:r>
        <w:t xml:space="preserve"> it</w:t>
      </w:r>
      <w:r>
        <w:t xml:space="preserve"> was</w:t>
      </w:r>
      <w:r>
        <w:t xml:space="preserve"> good.</w:t>
      </w:r>
      <w:r>
        <w:t xml:space="preserve"> Yeah,</w:t>
      </w:r>
      <w:r>
        <w:t xml:space="preserve"> it</w:t>
      </w:r>
      <w:r>
        <w:t xml:space="preserve"> was</w:t>
      </w:r>
      <w:r>
        <w:t xml:space="preserve"> good.</w:t>
        <w:br/>
        <w:t>我跟我爸在金莺队的主场</w:t>
        <w:br/>
        <w:t>I</w:t>
      </w:r>
      <w:r>
        <w:t xml:space="preserve"> did</w:t>
      </w:r>
      <w:r>
        <w:t xml:space="preserve"> a</w:t>
      </w:r>
      <w:r>
        <w:t xml:space="preserve"> really</w:t>
      </w:r>
      <w:r>
        <w:t xml:space="preserve"> cool</w:t>
      </w:r>
      <w:r>
        <w:t xml:space="preserve"> job</w:t>
      </w:r>
      <w:r>
        <w:t xml:space="preserve"> with</w:t>
      </w:r>
      <w:r>
        <w:t xml:space="preserve"> my</w:t>
      </w:r>
      <w:r>
        <w:t xml:space="preserve"> dad</w:t>
        <w:br/>
        <w:t>过得很愉快</w:t>
        <w:br/>
        <w:t>working</w:t>
      </w:r>
      <w:r>
        <w:t xml:space="preserve"> the</w:t>
      </w:r>
      <w:r>
        <w:t xml:space="preserve"> grounds</w:t>
      </w:r>
      <w:r>
        <w:t xml:space="preserve"> crew</w:t>
      </w:r>
      <w:r>
        <w:t xml:space="preserve"> for</w:t>
      </w:r>
      <w:r>
        <w:t xml:space="preserve"> the</w:t>
      </w:r>
      <w:r>
        <w:t xml:space="preserve"> Orioles.</w:t>
        <w:br/>
        <w:t>我们在本垒板旁边铺上了一小块</w:t>
        <w:br/>
        <w:t>Mm-</w:t>
      </w:r>
      <w:r>
        <w:t xml:space="preserve"> hmm.</w:t>
      </w:r>
      <w:r>
        <w:t xml:space="preserve"> I</w:t>
      </w:r>
      <w:r>
        <w:t xml:space="preserve"> laid</w:t>
      </w:r>
      <w:r>
        <w:t xml:space="preserve"> a</w:t>
      </w:r>
      <w:r>
        <w:t xml:space="preserve"> patch</w:t>
      </w:r>
      <w:r>
        <w:t xml:space="preserve"> of</w:t>
      </w:r>
      <w:r>
        <w:t xml:space="preserve"> Kentucky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bluegrass</w:t>
        <w:br/>
        <w:t>肯塔基蓝草</w:t>
        <w:br/>
        <w:t>right</w:t>
      </w:r>
      <w:r>
        <w:t xml:space="preserve"> by</w:t>
      </w:r>
      <w:r>
        <w:t xml:space="preserve"> home</w:t>
      </w:r>
      <w:r>
        <w:t xml:space="preserve"> plate.</w:t>
        <w:br/>
        <w:t>特别平整</w:t>
        <w:br/>
        <w:t>It</w:t>
      </w:r>
      <w:r>
        <w:t xml:space="preserve"> was</w:t>
      </w:r>
      <w:r>
        <w:t xml:space="preserve"> so</w:t>
      </w:r>
      <w:r>
        <w:t xml:space="preserve"> flat!</w:t>
        <w:br/>
        <w:t>你假期都干了些什么</w:t>
        <w:br/>
        <w:t>What'd</w:t>
      </w:r>
      <w:r>
        <w:t xml:space="preserve"> you</w:t>
      </w:r>
      <w:r>
        <w:t xml:space="preserve"> do</w:t>
      </w:r>
      <w:r>
        <w:t xml:space="preserve"> over</w:t>
      </w:r>
      <w:r>
        <w:t xml:space="preserve"> the</w:t>
      </w:r>
      <w:r>
        <w:t xml:space="preserve"> break?</w:t>
        <w:br/>
        <w:t>我很多时间与自己独处</w:t>
        <w:br/>
        <w:t>I</w:t>
      </w:r>
      <w:r>
        <w:t xml:space="preserve"> just</w:t>
      </w:r>
      <w:r>
        <w:t xml:space="preserve"> spent</w:t>
      </w:r>
      <w:r>
        <w:t xml:space="preserve"> a</w:t>
      </w:r>
      <w:r>
        <w:t xml:space="preserve"> lot</w:t>
      </w:r>
      <w:r>
        <w:t xml:space="preserve"> of</w:t>
      </w:r>
      <w:r>
        <w:t xml:space="preserve"> time</w:t>
      </w:r>
      <w:r>
        <w:t xml:space="preserve"> with</w:t>
      </w:r>
      <w:r>
        <w:t xml:space="preserve"> myself.</w:t>
        <w:br/>
        <w:t>这对我有好处</w:t>
        <w:br/>
        <w:t>And</w:t>
      </w:r>
      <w:r>
        <w:t xml:space="preserve"> it</w:t>
      </w:r>
      <w:r>
        <w:t xml:space="preserve"> was</w:t>
      </w:r>
      <w:r>
        <w:t xml:space="preserve"> good</w:t>
      </w:r>
      <w:r>
        <w:t xml:space="preserve"> for</w:t>
      </w:r>
      <w:r>
        <w:t xml:space="preserve"> me.</w:t>
        <w:br/>
        <w:t>我感觉很确定</w:t>
      </w:r>
      <w:r>
        <w:t xml:space="preserve"> 精力很集中</w:t>
      </w:r>
      <w:r>
        <w:t xml:space="preserve"> 整个人很好</w:t>
        <w:br/>
        <w:t>I</w:t>
      </w:r>
      <w:r>
        <w:t xml:space="preserve"> feel</w:t>
      </w:r>
      <w:r>
        <w:t xml:space="preserve"> sure,</w:t>
      </w:r>
      <w:r>
        <w:t xml:space="preserve"> centered,</w:t>
      </w:r>
      <w:r>
        <w:t xml:space="preserve"> good.</w:t>
        <w:br/>
        <w:t>雅各布</w:t>
      </w:r>
      <w:r>
        <w:t xml:space="preserve"> 艾丽卡和我开始</w:t>
        <w:br/>
        <w:t>Oh,</w:t>
      </w:r>
      <w:r>
        <w:t xml:space="preserve"> and</w:t>
      </w:r>
      <w:r>
        <w:t xml:space="preserve"> Jacob,</w:t>
      </w:r>
      <w:r>
        <w:t xml:space="preserve"> Erika,</w:t>
      </w:r>
      <w:r>
        <w:t xml:space="preserve"> and</w:t>
      </w:r>
      <w:r>
        <w:t xml:space="preserve"> I</w:t>
      </w:r>
      <w:r>
        <w:t xml:space="preserve"> started</w:t>
      </w:r>
      <w:r>
        <w:t xml:space="preserve"> going</w:t>
      </w:r>
      <w:r>
        <w:t xml:space="preserve"> out</w:t>
        <w:br/>
        <w:t>一起吃早午餐了</w:t>
        <w:br/>
        <w:t>to</w:t>
      </w:r>
      <w:r>
        <w:t xml:space="preserve"> brunch</w:t>
      </w:r>
      <w:r>
        <w:t xml:space="preserve"> together.</w:t>
        <w:br/>
        <w:t>我们称自己为早午餐一族人</w:t>
        <w:br/>
        <w:t>We're</w:t>
      </w:r>
      <w:r>
        <w:t xml:space="preserve"> calling</w:t>
      </w:r>
      <w:r>
        <w:t xml:space="preserve"> ourselves</w:t>
      </w:r>
      <w:r>
        <w:t xml:space="preserve"> the</w:t>
      </w:r>
      <w:r>
        <w:t xml:space="preserve"> Brunchy</w:t>
      </w:r>
      <w:r>
        <w:t xml:space="preserve"> Bunch.</w:t>
        <w:br/>
        <w:t>为什么不叫早午餐一族呢</w:t>
        <w:br/>
        <w:t>Why</w:t>
      </w:r>
      <w:r>
        <w:t xml:space="preserve"> not</w:t>
      </w:r>
      <w:r>
        <w:t xml:space="preserve"> just</w:t>
      </w:r>
      <w:r>
        <w:t xml:space="preserve"> the</w:t>
      </w:r>
      <w:r>
        <w:t xml:space="preserve"> Brunch</w:t>
      </w:r>
      <w:r>
        <w:t xml:space="preserve"> Bunch?</w:t>
        <w:br/>
        <w:t>看来真的不适合我</w:t>
      </w:r>
      <w:r>
        <w:t xml:space="preserve"> 对吧</w:t>
      </w:r>
      <w:r>
        <w:t xml:space="preserve"> </w:t>
      </w:r>
      <w:r>
        <w:t xml:space="preserve"> -不太适合</w:t>
        <w:br/>
        <w:t>It's</w:t>
      </w:r>
      <w:r>
        <w:t xml:space="preserve"> just</w:t>
      </w:r>
      <w:r>
        <w:t xml:space="preserve"> not</w:t>
      </w:r>
      <w:r>
        <w:t xml:space="preserve"> working</w:t>
      </w:r>
      <w:r>
        <w:t xml:space="preserve"> for</w:t>
      </w:r>
      <w:r>
        <w:t xml:space="preserve"> me,</w:t>
      </w:r>
      <w:r>
        <w:t xml:space="preserve"> is</w:t>
      </w:r>
      <w:r>
        <w:t xml:space="preserve"> it?</w:t>
      </w:r>
      <w:r>
        <w:t xml:space="preserve"> Not</w:t>
      </w:r>
      <w:r>
        <w:t xml:space="preserve"> quite</w:t>
      </w:r>
      <w:r>
        <w:t xml:space="preserve"> there.</w:t>
        <w:br/>
        <w:t>嘿</w:t>
      </w:r>
      <w:r>
        <w:t xml:space="preserve"> 年度最佳教师</w:t>
      </w:r>
      <w:r>
        <w:t xml:space="preserve"> 格雷戈里·艾迪</w:t>
        <w:br/>
        <w:t>Hey.</w:t>
      </w:r>
      <w:r>
        <w:t xml:space="preserve"> Teacher</w:t>
      </w:r>
      <w:r>
        <w:t xml:space="preserve"> of</w:t>
      </w:r>
      <w:r>
        <w:t xml:space="preserve"> the</w:t>
      </w:r>
      <w:r>
        <w:t xml:space="preserve"> Year.</w:t>
      </w:r>
      <w:r>
        <w:t xml:space="preserve"> Gregory</w:t>
      </w:r>
      <w:r>
        <w:t xml:space="preserve"> Eddie.</w:t>
        <w:br/>
        <w:t>你听说你在门口种的那个花&amp;hearts;园&amp;hearts;了</w:t>
        <w:br/>
        <w:t>I</w:t>
      </w:r>
      <w:r>
        <w:t xml:space="preserve"> heard</w:t>
      </w:r>
      <w:r>
        <w:t xml:space="preserve"> about</w:t>
      </w:r>
      <w:r>
        <w:t xml:space="preserve"> that</w:t>
      </w:r>
      <w:r>
        <w:t xml:space="preserve"> garden</w:t>
      </w:r>
      <w:r>
        <w:t xml:space="preserve"> you</w:t>
      </w:r>
      <w:r>
        <w:t xml:space="preserve"> made</w:t>
      </w:r>
      <w:r>
        <w:t xml:space="preserve"> out</w:t>
      </w:r>
      <w:r>
        <w:t xml:space="preserve"> front.</w:t>
        <w:br/>
        <w:t>好酷哦</w:t>
      </w:r>
      <w:r>
        <w:t xml:space="preserve"> </w:t>
      </w:r>
      <w:r>
        <w:t xml:space="preserve"> -谢谢</w:t>
        <w:br/>
        <w:t>Really</w:t>
      </w:r>
      <w:r>
        <w:t xml:space="preserve"> cool,</w:t>
      </w:r>
      <w:r>
        <w:t xml:space="preserve"> man.</w:t>
      </w:r>
      <w:r>
        <w:t xml:space="preserve"> Oh.</w:t>
      </w:r>
      <w:r>
        <w:t xml:space="preserve"> Thanks.</w:t>
        <w:br/>
        <w:t>我自己有兴趣</w:t>
      </w:r>
      <w:r>
        <w:t xml:space="preserve"> 也能为学校</w:t>
        <w:br/>
        <w:t>I</w:t>
      </w:r>
      <w:r>
        <w:t xml:space="preserve"> like</w:t>
      </w:r>
      <w:r>
        <w:t xml:space="preserve"> to</w:t>
      </w:r>
      <w:r>
        <w:t xml:space="preserve"> do</w:t>
      </w:r>
      <w:r>
        <w:t xml:space="preserve"> it,</w:t>
      </w:r>
      <w:r>
        <w:t xml:space="preserve"> and</w:t>
      </w:r>
      <w:r>
        <w:t xml:space="preserve"> it</w:t>
      </w:r>
      <w:r>
        <w:t xml:space="preserve"> makes</w:t>
      </w:r>
      <w:r>
        <w:t xml:space="preserve"> the</w:t>
      </w:r>
      <w:r>
        <w:t xml:space="preserve"> school</w:t>
        <w:br/>
        <w:t>和整个街道增光添彩</w:t>
      </w:r>
      <w:r>
        <w:t xml:space="preserve"> </w:t>
      </w:r>
      <w:r>
        <w:t xml:space="preserve"> -当然</w:t>
        <w:br/>
        <w:t>and</w:t>
      </w:r>
      <w:r>
        <w:t xml:space="preserve"> the</w:t>
      </w:r>
      <w:r>
        <w:t xml:space="preserve"> street</w:t>
      </w:r>
      <w:r>
        <w:t xml:space="preserve"> look</w:t>
      </w:r>
      <w:r>
        <w:t xml:space="preserve"> good.</w:t>
      </w:r>
      <w:r>
        <w:t xml:space="preserve"> -</w:t>
      </w:r>
      <w:r>
        <w:t xml:space="preserve"> Sure</w:t>
      </w:r>
      <w:r>
        <w:t xml:space="preserve"> does.</w:t>
        <w:br/>
        <w:t>提格斯老师</w:t>
      </w:r>
      <w:r>
        <w:t xml:space="preserve"> 能跟你单独聊聊吗</w:t>
        <w:br/>
        <w:t>Uh,</w:t>
      </w:r>
      <w:r>
        <w:t xml:space="preserve"> Ms.</w:t>
      </w:r>
      <w:r>
        <w:t xml:space="preserve"> Teagues,</w:t>
      </w:r>
      <w:r>
        <w:t xml:space="preserve"> could</w:t>
      </w:r>
      <w:r>
        <w:t xml:space="preserve"> I</w:t>
      </w:r>
      <w:r>
        <w:t xml:space="preserve"> speak</w:t>
      </w:r>
      <w:r>
        <w:t xml:space="preserve"> with</w:t>
      </w:r>
      <w:r>
        <w:t xml:space="preserve"> you</w:t>
      </w:r>
      <w:r>
        <w:t xml:space="preserve"> quick,</w:t>
      </w:r>
      <w:r>
        <w:t xml:space="preserve"> one-</w:t>
      </w:r>
      <w:r>
        <w:t xml:space="preserve"> on-</w:t>
      </w:r>
      <w:r>
        <w:t xml:space="preserve"> one?</w:t>
        <w:br/>
        <w:t>抱歉打扰你们了</w:t>
      </w:r>
      <w:r>
        <w:t xml:space="preserve"> </w:t>
      </w:r>
      <w:r>
        <w:t xml:space="preserve"> -没关系</w:t>
      </w:r>
      <w:r>
        <w:t xml:space="preserve"> 当然可以</w:t>
        <w:br/>
        <w:t>Sorry</w:t>
      </w:r>
      <w:r>
        <w:t xml:space="preserve"> to</w:t>
      </w:r>
      <w:r>
        <w:t xml:space="preserve"> interrupt.</w:t>
      </w:r>
      <w:r>
        <w:t xml:space="preserve"> No.</w:t>
      </w:r>
      <w:r>
        <w:t xml:space="preserve"> All</w:t>
      </w:r>
      <w:r>
        <w:t xml:space="preserve"> good.</w:t>
      </w:r>
      <w:r>
        <w:t xml:space="preserve"> Yeah,</w:t>
      </w:r>
      <w:r>
        <w:t xml:space="preserve"> sure.</w:t>
        <w:br/>
        <w:t>你可以叫我珍妮</w:t>
        <w:br/>
        <w:t>And</w:t>
      </w:r>
      <w:r>
        <w:t xml:space="preserve"> you</w:t>
      </w:r>
      <w:r>
        <w:t xml:space="preserve"> can</w:t>
      </w:r>
      <w:r>
        <w:t xml:space="preserve"> call</w:t>
      </w:r>
      <w:r>
        <w:t xml:space="preserve"> me</w:t>
      </w:r>
      <w:r>
        <w:t xml:space="preserve"> Janine.</w:t>
        <w:br/>
        <w:t>好的</w:t>
      </w:r>
      <w:r>
        <w:t xml:space="preserve"> 珍妮</w:t>
        <w:br/>
        <w:t>Okay.</w:t>
      </w:r>
      <w:r>
        <w:t xml:space="preserve"> Janine.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Yeah.</w:t>
        <w:br/>
        <w:t>我跟学区的其他人聊过了</w:t>
        <w:br/>
        <w:t>Uh,</w:t>
      </w:r>
      <w:r>
        <w:t xml:space="preserve"> so,</w:t>
      </w:r>
      <w:r>
        <w:t xml:space="preserve"> I</w:t>
      </w:r>
      <w:r>
        <w:t xml:space="preserve"> was</w:t>
      </w:r>
      <w:r>
        <w:t xml:space="preserve"> talking</w:t>
      </w:r>
      <w:r>
        <w:t xml:space="preserve"> with</w:t>
      </w:r>
      <w:r>
        <w:t xml:space="preserve"> the</w:t>
      </w:r>
      <w:r>
        <w:t xml:space="preserve"> others</w:t>
      </w:r>
      <w:r>
        <w:t xml:space="preserve"> from</w:t>
      </w:r>
      <w:r>
        <w:t xml:space="preserve"> the</w:t>
      </w:r>
      <w:r>
        <w:t xml:space="preserve"> school</w:t>
      </w:r>
      <w:r>
        <w:t xml:space="preserve"> district.</w:t>
        <w:br/>
        <w:t>你似乎总不缺乏好主意</w:t>
        <w:br/>
        <w:t>You</w:t>
      </w:r>
      <w:r>
        <w:t xml:space="preserve"> seem</w:t>
      </w:r>
      <w:r>
        <w:t xml:space="preserve"> to</w:t>
      </w:r>
      <w:r>
        <w:t xml:space="preserve"> have</w:t>
      </w:r>
      <w:r>
        <w:t xml:space="preserve"> a</w:t>
      </w:r>
      <w:r>
        <w:t xml:space="preserve"> ton</w:t>
      </w:r>
      <w:r>
        <w:t xml:space="preserve"> of</w:t>
      </w:r>
      <w:r>
        <w:t xml:space="preserve"> great</w:t>
      </w:r>
      <w:r>
        <w:t xml:space="preserve"> ideas.</w:t>
        <w:br/>
        <w:t>有这么一个项目</w:t>
        <w:br/>
        <w:t>There's</w:t>
      </w:r>
      <w:r>
        <w:t xml:space="preserve"> this</w:t>
      </w:r>
      <w:r>
        <w:t xml:space="preserve"> fellowship</w:t>
      </w:r>
      <w:r>
        <w:t xml:space="preserve"> －－</w:t>
        <w:br/>
        <w:t>学区内的罗布森研学金项目</w:t>
        <w:br/>
        <w:t>the</w:t>
      </w:r>
      <w:r>
        <w:t xml:space="preserve"> Robeson</w:t>
      </w:r>
      <w:r>
        <w:t xml:space="preserve"> Fellowship</w:t>
      </w:r>
      <w:r>
        <w:t xml:space="preserve"> at</w:t>
      </w:r>
      <w:r>
        <w:t xml:space="preserve"> the</w:t>
      </w:r>
      <w:r>
        <w:t xml:space="preserve"> district.</w:t>
        <w:br/>
        <w:t>我们需要有实战经验的人</w:t>
        <w:br/>
        <w:t>We</w:t>
      </w:r>
      <w:r>
        <w:t xml:space="preserve"> want</w:t>
      </w:r>
      <w:r>
        <w:t xml:space="preserve"> somebody</w:t>
      </w:r>
      <w:r>
        <w:t xml:space="preserve"> with</w:t>
      </w:r>
      <w:r>
        <w:t xml:space="preserve"> in-</w:t>
      </w:r>
      <w:r>
        <w:t xml:space="preserve"> field</w:t>
      </w:r>
      <w:r>
        <w:t xml:space="preserve"> experience</w:t>
        <w:br/>
        <w:t>来加强这个学区的能力</w:t>
        <w:br/>
        <w:t>to</w:t>
      </w:r>
      <w:r>
        <w:t xml:space="preserve"> come</w:t>
      </w:r>
      <w:r>
        <w:t xml:space="preserve"> enhance</w:t>
      </w:r>
      <w:r>
        <w:t xml:space="preserve"> what</w:t>
      </w:r>
      <w:r>
        <w:t xml:space="preserve"> the</w:t>
      </w:r>
      <w:r>
        <w:t xml:space="preserve"> district</w:t>
      </w:r>
      <w:r>
        <w:t xml:space="preserve"> can</w:t>
      </w:r>
      <w:r>
        <w:t xml:space="preserve"> do</w:t>
        <w:br/>
        <w:t>尽可能提高学校的效率</w:t>
        <w:br/>
        <w:t>to</w:t>
      </w:r>
      <w:r>
        <w:t xml:space="preserve"> make</w:t>
      </w:r>
      <w:r>
        <w:t xml:space="preserve"> schools</w:t>
      </w:r>
      <w:r>
        <w:t xml:space="preserve"> as</w:t>
      </w:r>
      <w:r>
        <w:t xml:space="preserve"> efficient</w:t>
      </w:r>
      <w:r>
        <w:t xml:space="preserve"> as</w:t>
      </w:r>
      <w:r>
        <w:t xml:space="preserve"> possible.</w:t>
        <w:br/>
        <w:t>听起来像个好机会</w:t>
        <w:br/>
        <w:t>That</w:t>
      </w:r>
      <w:r>
        <w:t xml:space="preserve"> sounds</w:t>
      </w:r>
      <w:r>
        <w:t xml:space="preserve"> like</w:t>
      </w:r>
      <w:r>
        <w:t xml:space="preserve"> a</w:t>
      </w:r>
      <w:r>
        <w:t xml:space="preserve"> great</w:t>
      </w:r>
      <w:r>
        <w:t xml:space="preserve"> opportunity.</w:t>
        <w:br/>
        <w:t>我可以帮你物色人选</w:t>
        <w:br/>
        <w:t>Yeah,</w:t>
      </w:r>
      <w:r>
        <w:t xml:space="preserve"> I</w:t>
      </w:r>
      <w:r>
        <w:t xml:space="preserve"> can</w:t>
      </w:r>
      <w:r>
        <w:t xml:space="preserve"> help</w:t>
      </w:r>
      <w:r>
        <w:t xml:space="preserve"> you</w:t>
      </w:r>
      <w:r>
        <w:t xml:space="preserve"> find</w:t>
      </w:r>
      <w:r>
        <w:t xml:space="preserve"> somebody</w:t>
      </w:r>
      <w:r>
        <w:t xml:space="preserve"> for</w:t>
      </w:r>
      <w:r>
        <w:t xml:space="preserve"> that.</w:t>
        <w:br/>
        <w:t>不</w:t>
      </w:r>
      <w:r>
        <w:t xml:space="preserve"> 我是想邀请你</w:t>
        <w:br/>
        <w:t>Well,</w:t>
      </w:r>
      <w:r>
        <w:t xml:space="preserve"> no,</w:t>
      </w:r>
      <w:r>
        <w:t xml:space="preserve"> I</w:t>
      </w:r>
      <w:r>
        <w:t xml:space="preserve"> had</w:t>
      </w:r>
      <w:r>
        <w:t xml:space="preserve"> you</w:t>
      </w:r>
      <w:r>
        <w:t xml:space="preserve"> in</w:t>
      </w:r>
      <w:r>
        <w:t xml:space="preserve"> mind</w:t>
      </w:r>
      <w:r>
        <w:t xml:space="preserve"> for</w:t>
      </w:r>
      <w:r>
        <w:t xml:space="preserve"> it.</w:t>
        <w:br/>
        <w:t>真是受宠若惊</w:t>
      </w:r>
      <w:r>
        <w:t xml:space="preserve"> 但是</w:t>
        <w:br/>
        <w:t>I'm</w:t>
      </w:r>
      <w:r>
        <w:t xml:space="preserve"> flattered,</w:t>
      </w:r>
      <w:r>
        <w:t xml:space="preserve"> but</w:t>
        <w:br/>
        <w:t>但暑假一般是我远离学校</w:t>
        <w:br/>
        <w:t>You</w:t>
      </w:r>
      <w:r>
        <w:t xml:space="preserve"> know,</w:t>
      </w:r>
      <w:r>
        <w:t xml:space="preserve"> the</w:t>
      </w:r>
      <w:r>
        <w:t xml:space="preserve"> summer</w:t>
      </w:r>
      <w:r>
        <w:t xml:space="preserve"> is</w:t>
      </w:r>
      <w:r>
        <w:t xml:space="preserve"> when</w:t>
      </w:r>
      <w:r>
        <w:t xml:space="preserve"> I</w:t>
      </w:r>
      <w:r>
        <w:t xml:space="preserve"> get</w:t>
      </w:r>
      <w:r>
        <w:t xml:space="preserve"> a</w:t>
      </w:r>
      <w:r>
        <w:t xml:space="preserve"> little</w:t>
      </w:r>
      <w:r>
        <w:t xml:space="preserve"> bit</w:t>
        <w:br/>
        <w:t>好好休整的时间</w:t>
        <w:br/>
        <w:t>of</w:t>
      </w:r>
      <w:r>
        <w:t xml:space="preserve"> a</w:t>
      </w:r>
      <w:r>
        <w:t xml:space="preserve"> break</w:t>
      </w:r>
      <w:r>
        <w:t xml:space="preserve"> away</w:t>
      </w:r>
      <w:r>
        <w:t xml:space="preserve"> from</w:t>
      </w:r>
      <w:r>
        <w:t xml:space="preserve"> school.</w:t>
        <w:br/>
        <w:t>但这个奖研金是在学年期间</w:t>
        <w:br/>
        <w:t>This</w:t>
      </w:r>
      <w:r>
        <w:t xml:space="preserve"> would</w:t>
      </w:r>
      <w:r>
        <w:t xml:space="preserve"> be</w:t>
      </w:r>
      <w:r>
        <w:t xml:space="preserve"> during</w:t>
      </w:r>
      <w:r>
        <w:t xml:space="preserve"> the</w:t>
      </w:r>
      <w:r>
        <w:t xml:space="preserve"> school</w:t>
      </w:r>
      <w:r>
        <w:t xml:space="preserve"> year.</w:t>
        <w:br/>
        <w:t>但那个时候我要上课啊</w:t>
        <w:br/>
        <w:t>But</w:t>
      </w:r>
      <w:r>
        <w:t xml:space="preserve"> that's</w:t>
      </w:r>
      <w:r>
        <w:t xml:space="preserve"> when</w:t>
      </w:r>
      <w:r>
        <w:t xml:space="preserve"> I'm</w:t>
      </w:r>
      <w:r>
        <w:t xml:space="preserve"> doing</w:t>
      </w:r>
      <w:r>
        <w:t xml:space="preserve"> the</w:t>
      </w:r>
      <w:r>
        <w:t xml:space="preserve"> schooling.</w:t>
        <w:br/>
        <w:br/>
        <w:t>你跟我们一起参加研学期间</w:t>
        <w:br/>
        <w:t>Yes,</w:t>
      </w:r>
      <w:r>
        <w:t xml:space="preserve"> well,</w:t>
      </w:r>
      <w:r>
        <w:t xml:space="preserve"> a</w:t>
      </w:r>
      <w:r>
        <w:t xml:space="preserve"> sub</w:t>
      </w:r>
      <w:r>
        <w:t xml:space="preserve"> would</w:t>
      </w:r>
      <w:r>
        <w:t xml:space="preserve"> take</w:t>
      </w:r>
      <w:r>
        <w:t xml:space="preserve"> over</w:t>
      </w:r>
      <w:r>
        <w:t xml:space="preserve"> your</w:t>
      </w:r>
      <w:r>
        <w:t xml:space="preserve"> class</w:t>
        <w:br/>
        <w:t>会有代课老师会接管你的课</w:t>
        <w:br/>
        <w:t>while</w:t>
      </w:r>
      <w:r>
        <w:t xml:space="preserve"> you're</w:t>
      </w:r>
      <w:r>
        <w:t xml:space="preserve"> with</w:t>
      </w:r>
      <w:r>
        <w:t xml:space="preserve"> us</w:t>
      </w:r>
      <w:r>
        <w:t xml:space="preserve"> for</w:t>
      </w:r>
      <w:r>
        <w:t xml:space="preserve"> the</w:t>
      </w:r>
      <w:r>
        <w:t xml:space="preserve"> duration</w:t>
      </w:r>
      <w:r>
        <w:t xml:space="preserve"> of</w:t>
      </w:r>
      <w:r>
        <w:t xml:space="preserve"> the</w:t>
      </w:r>
      <w:r>
        <w:t xml:space="preserve"> fellowship.</w:t>
        <w:br/>
        <w:t>对不起</w:t>
      </w:r>
      <w:r>
        <w:t xml:space="preserve"> 不行</w:t>
        <w:br/>
        <w:t>Sorry,</w:t>
      </w:r>
      <w:r>
        <w:t xml:space="preserve"> but</w:t>
      </w:r>
      <w:r>
        <w:t xml:space="preserve"> no.</w:t>
        <w:br/>
        <w:t>我一刻都没想过要离开学生</w:t>
      </w:r>
      <w:r>
        <w:t xml:space="preserve"> 所以</w:t>
        <w:br/>
        <w:t>I</w:t>
      </w:r>
      <w:r>
        <w:t xml:space="preserve"> can't</w:t>
      </w:r>
      <w:r>
        <w:t xml:space="preserve"> imagine</w:t>
      </w:r>
      <w:r>
        <w:t xml:space="preserve"> being</w:t>
      </w:r>
      <w:r>
        <w:t xml:space="preserve"> away</w:t>
      </w:r>
      <w:r>
        <w:t xml:space="preserve"> from</w:t>
      </w:r>
      <w:r>
        <w:t xml:space="preserve"> my</w:t>
      </w:r>
      <w:r>
        <w:t xml:space="preserve"> students,</w:t>
      </w:r>
      <w:r>
        <w:t xml:space="preserve"> so.</w:t>
        <w:br/>
        <w:t>感谢抬爱</w:t>
      </w:r>
      <w:r>
        <w:t xml:space="preserve"> 但不用了</w:t>
      </w:r>
      <w:r>
        <w:t xml:space="preserve"> 谢谢</w:t>
        <w:br/>
        <w:t>I'm</w:t>
      </w:r>
      <w:r>
        <w:t xml:space="preserve"> flattered,</w:t>
      </w:r>
      <w:r>
        <w:t xml:space="preserve"> but,</w:t>
      </w:r>
      <w:r>
        <w:t xml:space="preserve"> no,</w:t>
      </w:r>
      <w:r>
        <w:t xml:space="preserve"> thank</w:t>
      </w:r>
      <w:r>
        <w:t xml:space="preserve"> you.</w:t>
        <w:br/>
        <w:t>好吧</w:t>
      </w:r>
      <w:r>
        <w:t xml:space="preserve"> 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-行</w:t>
        <w:br/>
        <w:t>Okay.</w:t>
      </w:r>
      <w:r>
        <w:t xml:space="preserve"> Alright.</w:t>
        <w:br/>
        <w:t>你再考虑一下</w:t>
      </w:r>
      <w:r>
        <w:t xml:space="preserve"> 好吗</w:t>
        <w:br/>
        <w:t>Just</w:t>
      </w:r>
      <w:r>
        <w:t xml:space="preserve"> give</w:t>
      </w:r>
      <w:r>
        <w:t xml:space="preserve"> it</w:t>
      </w:r>
      <w:r>
        <w:t xml:space="preserve"> some</w:t>
      </w:r>
      <w:r>
        <w:t xml:space="preserve"> thought,</w:t>
      </w:r>
      <w:r>
        <w:t xml:space="preserve"> okay?</w:t>
        <w:br/>
        <w:t>你可以带来真正的改变</w:t>
        <w:br/>
        <w:t>You</w:t>
      </w:r>
      <w:r>
        <w:t xml:space="preserve"> could</w:t>
      </w:r>
      <w:r>
        <w:t xml:space="preserve"> help</w:t>
      </w:r>
      <w:r>
        <w:t xml:space="preserve"> make</w:t>
      </w:r>
      <w:r>
        <w:t xml:space="preserve"> some</w:t>
      </w:r>
      <w:r>
        <w:t xml:space="preserve"> real</w:t>
      </w:r>
      <w:r>
        <w:t xml:space="preserve"> change.</w:t>
        <w:br/>
        <w:t>刷墙仅仅是个开始</w:t>
        <w:br/>
        <w:t>Painted</w:t>
      </w:r>
      <w:r>
        <w:t xml:space="preserve"> walls</w:t>
      </w:r>
      <w:r>
        <w:t xml:space="preserve"> are</w:t>
      </w:r>
      <w:r>
        <w:t xml:space="preserve"> just</w:t>
      </w:r>
      <w:r>
        <w:t xml:space="preserve"> the</w:t>
      </w:r>
      <w:r>
        <w:t xml:space="preserve"> start.</w:t>
        <w:br/>
        <w:t>感觉被人强迫了</w:t>
        <w:br/>
        <w:t>Feels</w:t>
      </w:r>
      <w:r>
        <w:t xml:space="preserve"> forced.</w:t>
        <w:br/>
        <w:t>这个东西</w:t>
      </w:r>
      <w:r>
        <w:t xml:space="preserve"> 真是的</w:t>
        <w:br/>
        <w:t>This</w:t>
      </w:r>
      <w:r>
        <w:t xml:space="preserve"> thing.</w:t>
      </w:r>
      <w:r>
        <w:t xml:space="preserve"> Ohl</w:t>
        <w:br/>
        <w:t>珍妮</w:t>
      </w:r>
      <w:r>
        <w:t xml:space="preserve"> 来看看我要放给学生的视频</w:t>
        <w:br/>
        <w:t>Oh,</w:t>
      </w:r>
      <w:r>
        <w:t xml:space="preserve"> Janine!</w:t>
      </w:r>
      <w:r>
        <w:t xml:space="preserve"> Check</w:t>
      </w:r>
      <w:r>
        <w:t xml:space="preserve"> out</w:t>
      </w:r>
      <w:r>
        <w:t xml:space="preserve"> this</w:t>
      </w:r>
      <w:r>
        <w:t xml:space="preserve"> video</w:t>
      </w:r>
      <w:r>
        <w:t xml:space="preserve"> I'm</w:t>
      </w:r>
      <w:r>
        <w:t xml:space="preserve"> gonna</w:t>
      </w:r>
      <w:r>
        <w:t xml:space="preserve"> show</w:t>
      </w:r>
      <w:r>
        <w:t xml:space="preserve"> the</w:t>
      </w:r>
      <w:r>
        <w:t xml:space="preserve"> kids.</w:t>
        <w:br/>
        <w:t>是康门在读口语诗</w:t>
      </w:r>
      <w:r>
        <w:t xml:space="preserve"> 内容给跟朝鲜战争有关</w:t>
        <w:br/>
        <w:t>Common</w:t>
      </w:r>
      <w:r>
        <w:t xml:space="preserve"> doing</w:t>
      </w:r>
      <w:r>
        <w:t xml:space="preserve"> a</w:t>
      </w:r>
      <w:r>
        <w:t xml:space="preserve"> spoken-</w:t>
      </w:r>
      <w:r>
        <w:t xml:space="preserve"> word</w:t>
      </w:r>
      <w:r>
        <w:t xml:space="preserve"> poem</w:t>
      </w:r>
      <w:r>
        <w:t xml:space="preserve"> about</w:t>
      </w:r>
      <w:r>
        <w:t xml:space="preserve"> the</w:t>
      </w:r>
      <w:r>
        <w:t xml:space="preserve"> Korean</w:t>
      </w:r>
      <w:r>
        <w:t xml:space="preserve"> War.</w:t>
        <w:br/>
        <w:t>那不是口语</w:t>
      </w:r>
      <w:r>
        <w:t xml:space="preserve"> 他只是在无伴奏说唱</w:t>
        <w:br/>
        <w:t>Oh,</w:t>
      </w:r>
      <w:r>
        <w:t xml:space="preserve"> that's</w:t>
      </w:r>
      <w:r>
        <w:t xml:space="preserve"> not</w:t>
      </w:r>
      <w:r>
        <w:t xml:space="preserve"> spoken</w:t>
      </w:r>
      <w:r>
        <w:t xml:space="preserve"> word.</w:t>
      </w:r>
      <w:r>
        <w:t xml:space="preserve"> He's</w:t>
      </w:r>
      <w:r>
        <w:t xml:space="preserve"> just</w:t>
      </w:r>
      <w:r>
        <w:t xml:space="preserve"> rapping</w:t>
      </w:r>
      <w:r>
        <w:t xml:space="preserve"> a</w:t>
      </w:r>
      <w:r>
        <w:t xml:space="preserve"> cappella.</w:t>
        <w:br/>
        <w:t>大差不差啦</w:t>
        <w:br/>
        <w:t>Well,</w:t>
      </w:r>
      <w:r>
        <w:t xml:space="preserve"> tomato,</w:t>
      </w:r>
      <w:r>
        <w:t xml:space="preserve"> to-</w:t>
      </w:r>
      <w:r>
        <w:t xml:space="preserve"> mah-</w:t>
      </w:r>
      <w:r>
        <w:t xml:space="preserve"> toe.</w:t>
        <w:br/>
        <w:t>你对这此学区新来的人怎么看</w:t>
        <w:br/>
        <w:t>Hey.</w:t>
      </w:r>
      <w:r>
        <w:t xml:space="preserve"> 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about</w:t>
      </w:r>
      <w:r>
        <w:t xml:space="preserve"> these</w:t>
      </w:r>
      <w:r>
        <w:t xml:space="preserve"> new</w:t>
      </w:r>
      <w:r>
        <w:t xml:space="preserve"> district</w:t>
      </w:r>
      <w:r>
        <w:t xml:space="preserve"> people?</w:t>
        <w:br/>
        <w:t>挺喜欢的啊</w:t>
        <w:br/>
        <w:t>Oh,</w:t>
      </w:r>
      <w:r>
        <w:t xml:space="preserve"> I</w:t>
      </w:r>
      <w:r>
        <w:t xml:space="preserve"> like'em.</w:t>
        <w:br/>
        <w:t>我看到你和那个帅哥说话了</w:t>
      </w:r>
      <w:r>
        <w:t xml:space="preserve"> 曼尼</w:t>
        <w:br/>
        <w:t>Ooh!</w:t>
      </w:r>
      <w:r>
        <w:t xml:space="preserve"> I</w:t>
      </w:r>
      <w:r>
        <w:t xml:space="preserve"> saw</w:t>
      </w:r>
      <w:r>
        <w:t xml:space="preserve"> you</w:t>
      </w:r>
      <w:r>
        <w:t xml:space="preserve"> talking</w:t>
      </w:r>
      <w:r>
        <w:t xml:space="preserve"> to</w:t>
      </w:r>
      <w:r>
        <w:t xml:space="preserve"> that</w:t>
      </w:r>
      <w:r>
        <w:t xml:space="preserve"> cute</w:t>
      </w:r>
      <w:r>
        <w:t xml:space="preserve"> guy,</w:t>
      </w:r>
      <w:r>
        <w:t xml:space="preserve"> Manny.</w:t>
        <w:br/>
        <w:t>你跟他是怎么回事</w:t>
        <w:br/>
        <w:t>What's</w:t>
      </w:r>
      <w:r>
        <w:t xml:space="preserve"> his</w:t>
      </w:r>
      <w:r>
        <w:t xml:space="preserve"> deal?</w:t>
        <w:br/>
        <w:t>他当然跟格雷戈里闭不上</w:t>
      </w:r>
      <w:r>
        <w:t xml:space="preserve"> 我的国王</w:t>
      </w:r>
      <w:r>
        <w:t xml:space="preserve"> 我的兄弟</w:t>
        <w:br/>
        <w:t>He's</w:t>
      </w:r>
      <w:r>
        <w:t xml:space="preserve"> no</w:t>
      </w:r>
      <w:r>
        <w:t xml:space="preserve"> Gregory-</w:t>
      </w:r>
      <w:r>
        <w:t xml:space="preserve"> my</w:t>
      </w:r>
      <w:r>
        <w:t xml:space="preserve"> king,</w:t>
      </w:r>
      <w:r>
        <w:t xml:space="preserve"> my</w:t>
      </w:r>
      <w:r>
        <w:t xml:space="preserve"> guy.</w:t>
        <w:br/>
        <w:t>不不不</w:t>
      </w:r>
      <w:r>
        <w:t xml:space="preserve"> 不是那样的</w:t>
      </w:r>
      <w:r>
        <w:t xml:space="preserve"> 你懂吗</w:t>
        <w:br/>
        <w:t>No.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</w:r>
      <w:r>
        <w:t xml:space="preserve"> It</w:t>
      </w:r>
      <w:r>
        <w:t xml:space="preserve"> wasntlikethat,</w:t>
      </w:r>
      <w:r>
        <w:t xml:space="preserve"> you</w:t>
      </w:r>
      <w:r>
        <w:t xml:space="preserve"> know?</w:t>
        <w:br/>
        <w:t>不不不</w:t>
      </w:r>
      <w:r>
        <w:t xml:space="preserve"> 不是那样的</w:t>
      </w:r>
      <w:r>
        <w:t xml:space="preserve"> 你懂吗</w:t>
        <w:br/>
        <w:t>No.</w:t>
      </w:r>
      <w:r>
        <w:t xml:space="preserve"> No,</w:t>
      </w:r>
      <w:r>
        <w:t xml:space="preserve"> no,</w:t>
      </w:r>
      <w:r>
        <w:t xml:space="preserve"> no,</w:t>
      </w:r>
      <w:r>
        <w:t xml:space="preserve"> no.</w:t>
      </w:r>
      <w:r>
        <w:t xml:space="preserve"> It</w:t>
      </w:r>
      <w:r>
        <w:t xml:space="preserve"> wasn't</w:t>
      </w:r>
      <w:r>
        <w:t xml:space="preserve"> like</w:t>
      </w:r>
      <w:r>
        <w:t xml:space="preserve"> that,</w:t>
      </w:r>
      <w:r>
        <w:t xml:space="preserve"> you</w:t>
      </w:r>
      <w:r>
        <w:t xml:space="preserve"> know?</w:t>
        <w:br/>
        <w:t>他只是来问我个事儿</w:t>
        <w:br/>
        <w:t>He</w:t>
      </w:r>
      <w:r>
        <w:t xml:space="preserve"> was</w:t>
      </w:r>
      <w:r>
        <w:t xml:space="preserve"> just</w:t>
      </w:r>
      <w:r>
        <w:t xml:space="preserve"> asking</w:t>
      </w:r>
      <w:r>
        <w:t xml:space="preserve"> me</w:t>
      </w:r>
      <w:r>
        <w:t xml:space="preserve"> to</w:t>
      </w:r>
      <w:r>
        <w:t xml:space="preserve"> do</w:t>
      </w:r>
      <w:r>
        <w:t xml:space="preserve"> something,</w:t>
        <w:br/>
        <w:t>想让我去学区工作一段时间</w:t>
        <w:br/>
        <w:t>work</w:t>
      </w:r>
      <w:r>
        <w:t xml:space="preserve"> at</w:t>
      </w:r>
      <w:r>
        <w:t xml:space="preserve"> the</w:t>
      </w:r>
      <w:r>
        <w:t xml:space="preserve"> district</w:t>
      </w:r>
      <w:r>
        <w:t xml:space="preserve"> for</w:t>
      </w:r>
      <w:r>
        <w:t xml:space="preserve"> a</w:t>
      </w:r>
      <w:r>
        <w:t xml:space="preserve"> little</w:t>
      </w:r>
      <w:r>
        <w:t xml:space="preserve"> while,</w:t>
        <w:br/>
        <w:t>跟一个奖研金项目有关</w:t>
        <w:br/>
        <w:t>something</w:t>
      </w:r>
      <w:r>
        <w:t xml:space="preserve"> about</w:t>
      </w:r>
      <w:r>
        <w:t xml:space="preserve"> a</w:t>
      </w:r>
      <w:r>
        <w:t xml:space="preserve"> fellowship.</w:t>
        <w:br/>
        <w:t>天啊</w:t>
      </w:r>
      <w:r>
        <w:t xml:space="preserve"> 罗布森顷目吗</w:t>
        <w:br/>
        <w:t>Oh,</w:t>
      </w:r>
      <w:r>
        <w:t xml:space="preserve"> my</w:t>
      </w:r>
      <w:r>
        <w:t xml:space="preserve"> God!</w:t>
      </w:r>
      <w:r>
        <w:t xml:space="preserve"> The</w:t>
      </w:r>
      <w:r>
        <w:t xml:space="preserve"> Robeson</w:t>
      </w:r>
      <w:r>
        <w:t xml:space="preserve"> Fellowship?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!</w:t>
        <w:br/>
        <w:t>这可是莫大殊荣</w:t>
      </w:r>
      <w:r>
        <w:t xml:space="preserve"> 珍妮</w:t>
        <w:br/>
        <w:t>This</w:t>
      </w:r>
      <w:r>
        <w:t xml:space="preserve"> is</w:t>
      </w:r>
      <w:r>
        <w:t xml:space="preserve"> a</w:t>
      </w:r>
      <w:r>
        <w:t xml:space="preserve"> huge</w:t>
      </w:r>
      <w:r>
        <w:t xml:space="preserve"> deal,</w:t>
      </w:r>
      <w:r>
        <w:t xml:space="preserve"> Janinel</w:t>
        <w:br/>
        <w:t>他们邀请了你么</w:t>
      </w:r>
      <w:r>
        <w:t xml:space="preserve"> 为啥不来邀请我</w:t>
        <w:br/>
        <w:t>They</w:t>
      </w:r>
      <w:r>
        <w:t xml:space="preserve"> asked</w:t>
      </w:r>
      <w:r>
        <w:t xml:space="preserve"> you?</w:t>
      </w:r>
      <w:r>
        <w:t xml:space="preserve"> Why</w:t>
      </w:r>
      <w:r>
        <w:t xml:space="preserve"> didn't</w:t>
      </w:r>
      <w:r>
        <w:t xml:space="preserve"> they</w:t>
      </w:r>
      <w:r>
        <w:t xml:space="preserve"> ask</w:t>
      </w:r>
      <w:r>
        <w:t xml:space="preserve"> me?</w:t>
        <w:br/>
        <w:t>曼尼肯定是感觉到了我对格雷戈里的忠诚</w:t>
        <w:br/>
        <w:t>Manny</w:t>
      </w:r>
      <w:r>
        <w:t xml:space="preserve"> can</w:t>
      </w:r>
      <w:r>
        <w:t xml:space="preserve"> sense</w:t>
      </w:r>
      <w:r>
        <w:t xml:space="preserve"> my</w:t>
      </w:r>
      <w:r>
        <w:t xml:space="preserve"> allegiance</w:t>
      </w:r>
      <w:r>
        <w:t xml:space="preserve"> to</w:t>
      </w:r>
      <w:r>
        <w:t xml:space="preserve"> Gregory,</w:t>
      </w:r>
      <w:r>
        <w:t xml:space="preserve"> I</w:t>
      </w:r>
      <w:r>
        <w:t xml:space="preserve"> bet.</w:t>
        <w:br/>
        <w:t>雅各布</w:t>
      </w:r>
      <w:r>
        <w:t xml:space="preserve"> </w:t>
      </w:r>
      <w:r>
        <w:t xml:space="preserve"> -你应该接受</w:t>
      </w:r>
      <w:r>
        <w:t xml:space="preserve"> 珍妮</w:t>
        <w:br/>
        <w:t>Jacob.</w:t>
      </w:r>
      <w:r>
        <w:t xml:space="preserve"> You</w:t>
      </w:r>
      <w:r>
        <w:t xml:space="preserve"> should</w:t>
      </w:r>
      <w:r>
        <w:t xml:space="preserve"> do</w:t>
      </w:r>
      <w:r>
        <w:t xml:space="preserve"> it,</w:t>
      </w:r>
      <w:r>
        <w:t xml:space="preserve"> Janine.</w:t>
        <w:br/>
        <w:t>雅各布</w:t>
      </w:r>
      <w:r>
        <w:t xml:space="preserve"> </w:t>
      </w:r>
      <w:r>
        <w:t xml:space="preserve"> -你应该接受</w:t>
      </w:r>
      <w:r>
        <w:t xml:space="preserve"> 珍妮</w:t>
        <w:br/>
        <w:t>Jacob.</w:t>
      </w:r>
      <w:r>
        <w:t xml:space="preserve"> You</w:t>
      </w:r>
      <w:r>
        <w:t xml:space="preserve"> should</w:t>
      </w:r>
      <w:r>
        <w:t xml:space="preserve"> do</w:t>
      </w:r>
      <w:r>
        <w:t xml:space="preserve"> it,</w:t>
      </w:r>
      <w:r>
        <w:t xml:space="preserve"> Janine.</w:t>
        <w:br/>
        <w:t>你可以做出真正的改变</w:t>
        <w:br/>
        <w:t>You</w:t>
      </w:r>
      <w:r>
        <w:t xml:space="preserve"> can</w:t>
      </w:r>
      <w:r>
        <w:t xml:space="preserve"> make</w:t>
      </w:r>
      <w:r>
        <w:t xml:space="preserve"> a</w:t>
      </w:r>
      <w:r>
        <w:t xml:space="preserve"> real</w:t>
      </w:r>
      <w:r>
        <w:t xml:space="preserve"> difference.</w:t>
        <w:br/>
        <w:t>可我不能远离学生那么久</w:t>
        <w:br/>
        <w:t>I</w:t>
      </w:r>
      <w:r>
        <w:t xml:space="preserve"> can't</w:t>
      </w:r>
      <w:r>
        <w:t xml:space="preserve"> be</w:t>
      </w:r>
      <w:r>
        <w:t xml:space="preserve"> away</w:t>
      </w:r>
      <w:r>
        <w:t xml:space="preserve"> from</w:t>
      </w:r>
      <w:r>
        <w:t xml:space="preserve"> my</w:t>
      </w:r>
      <w:r>
        <w:t xml:space="preserve"> classroom</w:t>
      </w:r>
      <w:r>
        <w:t xml:space="preserve"> for</w:t>
      </w:r>
      <w:r>
        <w:t xml:space="preserve"> that</w:t>
      </w:r>
      <w:r>
        <w:t xml:space="preserve"> long.</w:t>
        <w:br/>
        <w:t>想想我都会哭的</w:t>
        <w:br/>
        <w:t>I'm</w:t>
      </w:r>
      <w:r>
        <w:t xml:space="preserve"> gonna</w:t>
      </w:r>
      <w:r>
        <w:t xml:space="preserve"> cry</w:t>
      </w:r>
      <w:r>
        <w:t xml:space="preserve"> just</w:t>
      </w:r>
      <w:r>
        <w:t xml:space="preserve"> thinking</w:t>
      </w:r>
      <w:r>
        <w:t xml:space="preserve"> about</w:t>
      </w:r>
      <w:r>
        <w:t xml:space="preserve"> it.</w:t>
        <w:br/>
        <w:t>你已经在哭了</w:t>
        <w:br/>
        <w:t>You</w:t>
      </w:r>
      <w:r>
        <w:t xml:space="preserve"> actual</w:t>
      </w:r>
      <w:r>
        <w:t xml:space="preserve"> are</w:t>
      </w:r>
      <w:r>
        <w:t xml:space="preserve"> crying.</w:t>
        <w:br/>
        <w:t>你已经在哭了</w:t>
        <w:br/>
        <w:t>You</w:t>
      </w:r>
      <w:r>
        <w:t xml:space="preserve"> actually</w:t>
      </w:r>
      <w:r>
        <w:t xml:space="preserve"> are</w:t>
      </w:r>
      <w:r>
        <w:t xml:space="preserve"> crying.</w:t>
        <w:br/>
        <w:t>雅各</w:t>
      </w:r>
      <w:r>
        <w:t xml:space="preserve"> 这个视频禁止播放</w:t>
        <w:br/>
        <w:t>Jacob!</w:t>
      </w:r>
      <w:r>
        <w:t xml:space="preserve"> That</w:t>
      </w:r>
      <w:r>
        <w:t xml:space="preserve"> is</w:t>
      </w:r>
      <w:r>
        <w:t xml:space="preserve"> video</w:t>
      </w:r>
      <w:r>
        <w:t xml:space="preserve"> contraband.</w:t>
        <w:br/>
        <w:t>学校不允许出现这种内容</w:t>
        <w:br/>
        <w:t>Not</w:t>
      </w:r>
      <w:r>
        <w:t xml:space="preserve"> allowed</w:t>
      </w:r>
      <w:r>
        <w:t xml:space="preserve"> in</w:t>
      </w:r>
      <w:r>
        <w:t xml:space="preserve"> this</w:t>
      </w:r>
      <w:r>
        <w:t xml:space="preserve"> school.</w:t>
        <w:br/>
        <w:t>什么</w:t>
      </w:r>
      <w:r>
        <w:t xml:space="preserve"> 为什么课程大纲里没有</w:t>
        <w:br/>
        <w:t>What?</w:t>
      </w:r>
      <w:r>
        <w:t xml:space="preserve"> !</w:t>
      </w:r>
      <w:r>
        <w:t xml:space="preserve"> Why?</w:t>
      </w:r>
      <w:r>
        <w:t xml:space="preserve"> !</w:t>
      </w:r>
      <w:r>
        <w:t xml:space="preserve"> It's</w:t>
      </w:r>
      <w:r>
        <w:t xml:space="preserve"> not</w:t>
      </w:r>
      <w:r>
        <w:t xml:space="preserve"> curriculum.</w:t>
        <w:br/>
        <w:t>但我们的教科书已经太旧了艾娃</w:t>
        <w:br/>
        <w:t>But</w:t>
      </w:r>
      <w:r>
        <w:t xml:space="preserve"> our</w:t>
      </w:r>
      <w:r>
        <w:t xml:space="preserve"> textbooks</w:t>
      </w:r>
      <w:r>
        <w:t xml:space="preserve"> are</w:t>
      </w:r>
      <w:r>
        <w:t xml:space="preserve"> so</w:t>
      </w:r>
      <w:r>
        <w:t xml:space="preserve"> old,</w:t>
      </w:r>
      <w:r>
        <w:t xml:space="preserve"> Ava.</w:t>
        <w:br/>
        <w:t>如果都按这些课本来讲</w:t>
        <w:br/>
        <w:t>According</w:t>
      </w:r>
      <w:r>
        <w:t xml:space="preserve"> to</w:t>
      </w:r>
      <w:r>
        <w:t xml:space="preserve"> these</w:t>
      </w:r>
      <w:r>
        <w:t xml:space="preserve"> books</w:t>
        <w:br/>
        <w:t>我们都还没有从伊&amp;hearts;拉&amp;hearts;克&amp;hearts;撤军</w:t>
        <w:br/>
        <w:t>we</w:t>
      </w:r>
      <w:r>
        <w:t xml:space="preserve"> still</w:t>
      </w:r>
      <w:r>
        <w:t xml:space="preserve"> haven't</w:t>
      </w:r>
      <w:r>
        <w:t xml:space="preserve"> even</w:t>
      </w:r>
      <w:r>
        <w:t xml:space="preserve"> pulled</w:t>
      </w:r>
      <w:r>
        <w:t xml:space="preserve"> out</w:t>
      </w:r>
      <w:r>
        <w:t xml:space="preserve"> of</w:t>
      </w:r>
      <w:r>
        <w:t xml:space="preserve"> Iraq</w:t>
      </w:r>
      <w:r>
        <w:t xml:space="preserve"> yet.</w:t>
        <w:br/>
        <w:t>知道吗</w:t>
      </w:r>
      <w:r>
        <w:t xml:space="preserve"> 我在哈佛的</w:t>
        <w:br/>
        <w:t>You</w:t>
      </w:r>
      <w:r>
        <w:t xml:space="preserve"> know,</w:t>
      </w:r>
      <w:r>
        <w:t xml:space="preserve"> one</w:t>
      </w:r>
      <w:r>
        <w:t xml:space="preserve"> of</w:t>
      </w:r>
      <w:r>
        <w:t xml:space="preserve"> the</w:t>
      </w:r>
      <w:r>
        <w:t xml:space="preserve"> first</w:t>
      </w:r>
      <w:r>
        <w:t xml:space="preserve"> things</w:t>
      </w:r>
      <w:r>
        <w:t xml:space="preserve"> I</w:t>
      </w:r>
      <w:r>
        <w:t xml:space="preserve"> learned</w:t>
        <w:br/>
        <w:t>合法财产范围内时学习时</w:t>
        <w:br/>
        <w:t>when</w:t>
      </w:r>
      <w:r>
        <w:t xml:space="preserve"> I</w:t>
      </w:r>
      <w:r>
        <w:t xml:space="preserve"> was</w:t>
      </w:r>
      <w:r>
        <w:t xml:space="preserve"> physically</w:t>
      </w:r>
      <w:r>
        <w:t xml:space="preserve"> located</w:t>
        <w:br/>
        <w:t>学到的第一件事</w:t>
        <w:br/>
        <w:t>within</w:t>
      </w:r>
      <w:r>
        <w:t xml:space="preserve"> the</w:t>
      </w:r>
      <w:r>
        <w:t xml:space="preserve"> legal</w:t>
      </w:r>
      <w:r>
        <w:t xml:space="preserve"> property</w:t>
      </w:r>
      <w:r>
        <w:t xml:space="preserve"> lines</w:t>
      </w:r>
      <w:r>
        <w:t xml:space="preserve"> of</w:t>
      </w:r>
      <w:r>
        <w:t xml:space="preserve"> Harvard</w:t>
        <w:br/>
        <w:t>就是为了学生安全和学校的利益</w:t>
        <w:br/>
        <w:t>is</w:t>
      </w:r>
      <w:r>
        <w:t xml:space="preserve"> that</w:t>
      </w:r>
      <w:r>
        <w:t xml:space="preserve"> teachers</w:t>
      </w:r>
      <w:r>
        <w:t xml:space="preserve"> are</w:t>
      </w:r>
      <w:r>
        <w:t xml:space="preserve"> required</w:t>
      </w:r>
      <w:r>
        <w:t xml:space="preserve"> to</w:t>
      </w:r>
      <w:r>
        <w:t xml:space="preserve"> stick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curriculum</w:t>
        <w:br/>
        <w:t>老师必须严格按照课程大纲</w:t>
        <w:br/>
        <w:t>for</w:t>
      </w:r>
      <w:r>
        <w:t xml:space="preserve"> student</w:t>
      </w:r>
      <w:r>
        <w:t xml:space="preserve"> safety</w:t>
      </w:r>
      <w:r>
        <w:t xml:space="preserve"> and</w:t>
      </w:r>
      <w:r>
        <w:t xml:space="preserve"> school</w:t>
      </w:r>
      <w:r>
        <w:t xml:space="preserve"> protection.</w:t>
        <w:br/>
        <w:t>等等</w:t>
      </w:r>
      <w:r>
        <w:t xml:space="preserve"> 那是我的个人电脑</w:t>
      </w:r>
      <w:r>
        <w:t xml:space="preserve"> 你不能没收</w:t>
        <w:br/>
        <w:t>Wait.</w:t>
      </w:r>
      <w:r>
        <w:t xml:space="preserve"> That's</w:t>
      </w:r>
      <w:r>
        <w:t xml:space="preserve"> my</w:t>
      </w:r>
      <w:r>
        <w:t xml:space="preserve"> personal</w:t>
      </w:r>
      <w:r>
        <w:t xml:space="preserve"> computer!</w:t>
      </w:r>
      <w:r>
        <w:t xml:space="preserve"> You</w:t>
      </w:r>
      <w:r>
        <w:t xml:space="preserve"> can't</w:t>
      </w:r>
      <w:r>
        <w:t xml:space="preserve"> do</w:t>
      </w:r>
      <w:r>
        <w:t xml:space="preserve"> that!</w:t>
        <w:br/>
        <w:t>已经没收了</w:t>
        <w:br/>
        <w:t>Did</w:t>
      </w:r>
      <w:r>
        <w:t xml:space="preserve"> it.</w:t>
        <w:br/>
        <w:t>欢迎回来</w:t>
      </w:r>
      <w:r>
        <w:t xml:space="preserve"> 开学第一天</w:t>
        <w:br/>
        <w:t>Ava:</w:t>
      </w:r>
      <w:r>
        <w:t xml:space="preserve"> Welcome</w:t>
      </w:r>
      <w:r>
        <w:t xml:space="preserve"> back.</w:t>
      </w:r>
      <w:r>
        <w:t xml:space="preserve"> First</w:t>
      </w:r>
      <w:r>
        <w:t xml:space="preserve"> day</w:t>
      </w:r>
      <w:r>
        <w:t xml:space="preserve"> of</w:t>
      </w:r>
      <w:r>
        <w:t xml:space="preserve"> school.</w:t>
        <w:br/>
        <w:t>好的</w:t>
      </w:r>
      <w:r>
        <w:t xml:space="preserve"> 孩子们</w:t>
      </w:r>
      <w:r>
        <w:t xml:space="preserve"> 排好队</w:t>
        <w:br/>
        <w:t>Alright.</w:t>
      </w:r>
      <w:r>
        <w:t xml:space="preserve"> Get</w:t>
      </w:r>
      <w:r>
        <w:t xml:space="preserve"> in</w:t>
      </w:r>
      <w:r>
        <w:t xml:space="preserve"> line,</w:t>
      </w:r>
      <w:r>
        <w:t xml:space="preserve"> kids.</w:t>
        <w:br/>
        <w:t>排成纵队</w:t>
      </w:r>
      <w:r>
        <w:t xml:space="preserve"> 衬衣塞好</w:t>
        <w:br/>
        <w:t>Single-</w:t>
      </w:r>
      <w:r>
        <w:t xml:space="preserve"> file</w:t>
      </w:r>
      <w:r>
        <w:t xml:space="preserve"> line.</w:t>
      </w:r>
      <w:r>
        <w:t xml:space="preserve"> Tuck</w:t>
      </w:r>
      <w:r>
        <w:t xml:space="preserve"> them</w:t>
      </w:r>
      <w:r>
        <w:t xml:space="preserve"> shirts</w:t>
      </w:r>
      <w:r>
        <w:t xml:space="preserve"> in.</w:t>
        <w:br/>
        <w:t>不许交头接耳</w:t>
      </w:r>
      <w:r>
        <w:t xml:space="preserve"> 你很幸运</w:t>
      </w:r>
      <w:r>
        <w:t xml:space="preserve"> 小子</w:t>
        <w:br/>
        <w:t>No</w:t>
      </w:r>
      <w:r>
        <w:t xml:space="preserve"> talking.</w:t>
      </w:r>
      <w:r>
        <w:t xml:space="preserve"> Boy,</w:t>
      </w:r>
      <w:r>
        <w:t xml:space="preserve"> yo</w:t>
      </w:r>
      <w:r>
        <w:t xml:space="preserve"> u</w:t>
      </w:r>
      <w:r>
        <w:t xml:space="preserve"> lucky.</w:t>
        <w:br/>
        <w:t>就你这造型</w:t>
      </w:r>
      <w:r>
        <w:t xml:space="preserve"> 去年的艾娃会拿你狠狠开涮</w:t>
        <w:br/>
        <w:t>Last</w:t>
      </w:r>
      <w:r>
        <w:t xml:space="preserve"> year's</w:t>
      </w:r>
      <w:r>
        <w:t xml:space="preserve"> Ava</w:t>
      </w:r>
      <w:r>
        <w:t xml:space="preserve"> would've</w:t>
      </w:r>
      <w:r>
        <w:t xml:space="preserve"> roasted</w:t>
      </w:r>
      <w:r>
        <w:t xml:space="preserve"> you</w:t>
      </w:r>
      <w:r>
        <w:t xml:space="preserve"> for</w:t>
      </w:r>
      <w:r>
        <w:t xml:space="preserve"> looking</w:t>
      </w:r>
      <w:r>
        <w:t xml:space="preserve"> like</w:t>
        <w:br/>
        <w:t>因为你看着像是亚当·桑德勒参加即兴比赛</w:t>
        <w:br/>
        <w:t>Adam</w:t>
      </w:r>
      <w:r>
        <w:t xml:space="preserve"> Sandler</w:t>
      </w:r>
      <w:r>
        <w:t xml:space="preserve"> at</w:t>
      </w:r>
      <w:r>
        <w:t xml:space="preserve"> a</w:t>
      </w:r>
      <w:r>
        <w:t xml:space="preserve"> pickup</w:t>
      </w:r>
      <w:r>
        <w:t xml:space="preserve"> game</w:t>
        <w:br/>
        <w:t>或者亚当·桑德勒参加婚礼</w:t>
        <w:br/>
        <w:t>Or</w:t>
      </w:r>
      <w:r>
        <w:t xml:space="preserve"> Adam</w:t>
      </w:r>
      <w:r>
        <w:t xml:space="preserve"> Sandler</w:t>
      </w:r>
      <w:r>
        <w:t xml:space="preserve"> at</w:t>
      </w:r>
      <w:r>
        <w:t xml:space="preserve"> a</w:t>
      </w:r>
      <w:r>
        <w:t xml:space="preserve"> wedding</w:t>
        <w:br/>
        <w:t>或者亚当·桑德勒参加奥斯卡颁奖礼</w:t>
        <w:br/>
        <w:t>Or</w:t>
      </w:r>
      <w:r>
        <w:t xml:space="preserve"> Adam</w:t>
      </w:r>
      <w:r>
        <w:t xml:space="preserve"> Sandler</w:t>
      </w:r>
      <w:r>
        <w:t xml:space="preserve"> at</w:t>
      </w:r>
      <w:r>
        <w:t xml:space="preserve"> the</w:t>
      </w:r>
      <w:r>
        <w:t xml:space="preserve"> Oscars.</w:t>
        <w:br/>
        <w:t>好了</w:t>
      </w:r>
      <w:r>
        <w:t xml:space="preserve"> 去上课吧</w:t>
        <w:br/>
        <w:t>Now</w:t>
      </w:r>
      <w:r>
        <w:t xml:space="preserve"> go</w:t>
      </w:r>
      <w:r>
        <w:t xml:space="preserve"> to</w:t>
      </w:r>
      <w:r>
        <w:t xml:space="preserve"> class.</w:t>
        <w:br/>
        <w:t>早上好啊</w:t>
      </w:r>
      <w:r>
        <w:t xml:space="preserve"> 欢迎欢迎</w:t>
        <w:br/>
        <w:t>Janine:</w:t>
      </w:r>
      <w:r>
        <w:t xml:space="preserve"> Good</w:t>
      </w:r>
      <w:r>
        <w:t xml:space="preserve"> morning.</w:t>
      </w:r>
      <w:r>
        <w:t xml:space="preserve"> Welcome,</w:t>
      </w:r>
      <w:r>
        <w:t xml:space="preserve"> welcome.</w:t>
        <w:br/>
        <w:t>欢迎你们</w:t>
      </w:r>
      <w:r>
        <w:t xml:space="preserve"> 好吧</w:t>
        <w:br/>
        <w:t>Welcome,</w:t>
      </w:r>
      <w:r>
        <w:t xml:space="preserve"> you</w:t>
      </w:r>
      <w:r>
        <w:t xml:space="preserve"> guys.</w:t>
      </w:r>
      <w:r>
        <w:t xml:space="preserve"> Alright.</w:t>
        <w:br/>
        <w:t>嗨</w:t>
      </w:r>
      <w:r>
        <w:t xml:space="preserve"> 你想坐在这里吗</w:t>
        <w:br/>
        <w:t>Hey.</w:t>
      </w:r>
      <w:r>
        <w:t xml:space="preserve"> Hi.</w:t>
      </w:r>
      <w:r>
        <w:t xml:space="preserve"> You</w:t>
      </w:r>
      <w:r>
        <w:t xml:space="preserve"> want</w:t>
      </w:r>
      <w:r>
        <w:t xml:space="preserve"> to</w:t>
      </w:r>
      <w:r>
        <w:t xml:space="preserve"> sit</w:t>
      </w:r>
      <w:r>
        <w:t xml:space="preserve"> here?</w:t>
        <w:br/>
        <w:t>我不咬人</w:t>
      </w:r>
      <w:r>
        <w:t xml:space="preserve"> 我是提格斯老师</w:t>
      </w:r>
      <w:r>
        <w:t xml:space="preserve"> 你叫什么名字</w:t>
        <w:br/>
        <w:t>I</w:t>
      </w:r>
      <w:r>
        <w:t xml:space="preserve"> don't</w:t>
      </w:r>
      <w:r>
        <w:t xml:space="preserve"> bite.</w:t>
      </w:r>
      <w:r>
        <w:t xml:space="preserve"> I'm</w:t>
      </w:r>
      <w:r>
        <w:t xml:space="preserve"> Ms.</w:t>
      </w:r>
      <w:r>
        <w:t xml:space="preserve"> Teagues.</w:t>
      </w:r>
      <w:r>
        <w:t xml:space="preserve"> What's</w:t>
      </w:r>
      <w:r>
        <w:t xml:space="preserve"> your</w:t>
      </w:r>
      <w:r>
        <w:t xml:space="preserve"> name?</w:t>
        <w:br/>
        <w:t>亚历克斯</w:t>
      </w:r>
      <w:r>
        <w:t xml:space="preserve"> </w:t>
      </w:r>
      <w:r>
        <w:t xml:space="preserve"> -亚历克斯</w:t>
      </w:r>
      <w:r>
        <w:t xml:space="preserve"> 见到你很高兴</w:t>
        <w:br/>
        <w:t>Alex.</w:t>
      </w:r>
      <w:r>
        <w:t xml:space="preserve"> -</w:t>
      </w:r>
      <w:r>
        <w:t xml:space="preserve"> Alex.</w:t>
      </w:r>
      <w:r>
        <w:t xml:space="preserve"> Nice</w:t>
      </w:r>
      <w:r>
        <w:t xml:space="preserve"> to</w:t>
      </w:r>
      <w:r>
        <w:t xml:space="preserve"> meet</w:t>
      </w:r>
      <w:r>
        <w:t xml:space="preserve"> you.</w:t>
        <w:br/>
        <w:t>好的同学们</w:t>
        <w:br/>
        <w:t>Alright!</w:t>
      </w:r>
      <w:r>
        <w:t xml:space="preserve"> You</w:t>
      </w:r>
      <w:r>
        <w:t xml:space="preserve"> guysl</w:t>
        <w:br/>
        <w:t>欢迎来到二年级</w:t>
      </w:r>
      <w:r>
        <w:t xml:space="preserve"> 你们升级了</w:t>
        <w:br/>
        <w:t>Welcome</w:t>
      </w:r>
      <w:r>
        <w:t xml:space="preserve"> to</w:t>
      </w:r>
      <w:r>
        <w:t xml:space="preserve"> second</w:t>
      </w:r>
      <w:r>
        <w:t xml:space="preserve"> grade.</w:t>
      </w:r>
      <w:r>
        <w:t xml:space="preserve"> You</w:t>
      </w:r>
      <w:r>
        <w:t xml:space="preserve"> made</w:t>
      </w:r>
      <w:r>
        <w:t xml:space="preserve"> it!</w:t>
        <w:br/>
        <w:t>你们能率先用上这批新来的平板电脑</w:t>
        <w:br/>
        <w:t>Let</w:t>
      </w:r>
      <w:r>
        <w:t xml:space="preserve"> me</w:t>
      </w:r>
      <w:r>
        <w:t xml:space="preserve"> just</w:t>
      </w:r>
      <w:r>
        <w:t xml:space="preserve"> say</w:t>
      </w:r>
      <w:r>
        <w:t xml:space="preserve"> it's</w:t>
      </w:r>
      <w:r>
        <w:t xml:space="preserve"> really</w:t>
      </w:r>
      <w:r>
        <w:t xml:space="preserve"> cool</w:t>
      </w:r>
      <w:r>
        <w:t xml:space="preserve"> you</w:t>
      </w:r>
      <w:r>
        <w:t xml:space="preserve"> guys</w:t>
      </w:r>
      <w:r>
        <w:t xml:space="preserve"> get</w:t>
      </w:r>
      <w:r>
        <w:t xml:space="preserve"> to</w:t>
      </w:r>
      <w:r>
        <w:t xml:space="preserve"> be</w:t>
      </w:r>
      <w:r>
        <w:t xml:space="preserve"> the</w:t>
      </w:r>
      <w:r>
        <w:t xml:space="preserve"> first</w:t>
        <w:br/>
        <w:t>真是太幸运了</w:t>
        <w:br/>
        <w:t>to</w:t>
      </w:r>
      <w:r>
        <w:t xml:space="preserve"> use</w:t>
      </w:r>
      <w:r>
        <w:t xml:space="preserve"> our</w:t>
      </w:r>
      <w:r>
        <w:t xml:space="preserve"> brand-</w:t>
      </w:r>
      <w:r>
        <w:t xml:space="preserve"> new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iPads.</w:t>
        <w:br/>
        <w:t>但这些都是用过的</w:t>
        <w:br/>
        <w:t>These</w:t>
      </w:r>
      <w:r>
        <w:t xml:space="preserve"> are</w:t>
      </w:r>
      <w:r>
        <w:t xml:space="preserve"> old.</w:t>
        <w:br/>
        <w:t>对我们来说就是全新的</w:t>
        <w:br/>
        <w:t>Brand-</w:t>
      </w:r>
      <w:r>
        <w:t xml:space="preserve"> new</w:t>
      </w:r>
      <w:r>
        <w:t xml:space="preserve"> iPads</w:t>
      </w:r>
      <w:r>
        <w:t xml:space="preserve"> to</w:t>
      </w:r>
      <w:r>
        <w:t xml:space="preserve"> us</w:t>
      </w:r>
      <w:r>
        <w:t xml:space="preserve"> －－</w:t>
        <w:br/>
        <w:t>因为阿伯特小学永远走在</w:t>
        <w:br/>
        <w:t>because</w:t>
      </w:r>
      <w:r>
        <w:t xml:space="preserve"> Abbott</w:t>
      </w:r>
      <w:r>
        <w:t xml:space="preserve"> Elementary</w:t>
      </w:r>
      <w:r>
        <w:t xml:space="preserve"> is</w:t>
      </w:r>
      <w:r>
        <w:t xml:space="preserve"> on</w:t>
      </w:r>
      <w:r>
        <w:t xml:space="preserve"> the</w:t>
      </w:r>
      <w:r>
        <w:t xml:space="preserve"> forefront</w:t>
        <w:br/>
        <w:t>尖端技术的最前沿</w:t>
        <w:br/>
        <w:t>of</w:t>
      </w:r>
      <w:r>
        <w:t xml:space="preserve"> cutting-</w:t>
      </w:r>
      <w:r>
        <w:t xml:space="preserve"> edge</w:t>
      </w:r>
      <w:r>
        <w:t xml:space="preserve"> technology.</w:t>
        <w:br/>
        <w:t>我的平板坏了</w:t>
        <w:br/>
        <w:t>My</w:t>
      </w:r>
      <w:r>
        <w:t xml:space="preserve"> iPad</w:t>
      </w:r>
      <w:r>
        <w:t xml:space="preserve"> is</w:t>
      </w:r>
      <w:r>
        <w:t xml:space="preserve"> dead.</w:t>
        <w:br/>
        <w:t>我们的也坏了</w:t>
        <w:br/>
        <w:t>Students:</w:t>
      </w:r>
      <w:r>
        <w:t xml:space="preserve"> Ours,</w:t>
      </w:r>
      <w:r>
        <w:t xml:space="preserve"> too!</w:t>
        <w:br/>
        <w:t>呃</w:t>
      </w:r>
      <w:r>
        <w:t xml:space="preserve"> 好吧</w:t>
        <w:br/>
        <w:t>Uh,</w:t>
      </w:r>
      <w:r>
        <w:t xml:space="preserve"> okay.</w:t>
        <w:br/>
        <w:t>好</w:t>
      </w:r>
      <w:r>
        <w:t xml:space="preserve"> 没关系</w:t>
        <w:br/>
        <w:t>Um,</w:t>
      </w:r>
      <w:r>
        <w:t xml:space="preserve"> alright.</w:t>
      </w:r>
      <w:r>
        <w:t xml:space="preserve"> That's</w:t>
      </w:r>
      <w:r>
        <w:t xml:space="preserve"> okay.</w:t>
        <w:br/>
        <w:t>不如这边的同学与那边的同学一起用</w:t>
        <w:br/>
        <w:t>How</w:t>
      </w:r>
      <w:r>
        <w:t xml:space="preserve"> about</w:t>
      </w:r>
      <w:r>
        <w:t xml:space="preserve"> we</w:t>
      </w:r>
      <w:r>
        <w:t xml:space="preserve"> just</w:t>
      </w:r>
      <w:r>
        <w:t xml:space="preserve"> have</w:t>
      </w:r>
      <w:r>
        <w:t xml:space="preserve"> you</w:t>
      </w:r>
      <w:r>
        <w:t xml:space="preserve"> guys</w:t>
      </w:r>
      <w:r>
        <w:t xml:space="preserve"> share</w:t>
      </w:r>
      <w:r>
        <w:t xml:space="preserve"> with</w:t>
      </w:r>
      <w:r>
        <w:t xml:space="preserve"> them</w:t>
      </w:r>
      <w:r>
        <w:t xml:space="preserve"> over</w:t>
      </w:r>
      <w:r>
        <w:t xml:space="preserve"> there?</w:t>
        <w:br/>
        <w:t>这个只剩7%电量了</w:t>
        <w:br/>
        <w:t>This</w:t>
      </w:r>
      <w:r>
        <w:t xml:space="preserve"> one's</w:t>
      </w:r>
      <w:r>
        <w:t xml:space="preserve"> on</w:t>
      </w:r>
      <w:r>
        <w:t xml:space="preserve"> 7%.</w:t>
        <w:br/>
        <w:t>好吧</w:t>
        <w:br/>
        <w:t>Um,</w:t>
      </w:r>
      <w:r>
        <w:t xml:space="preserve"> alright.</w:t>
        <w:br/>
        <w:t>那我们就边充电边上课</w:t>
        <w:br/>
        <w:t>We</w:t>
      </w:r>
      <w:r>
        <w:t xml:space="preserve"> can</w:t>
      </w:r>
      <w:r>
        <w:t xml:space="preserve"> just</w:t>
      </w:r>
      <w:r>
        <w:t xml:space="preserve"> charge</w:t>
      </w:r>
      <w:r>
        <w:t xml:space="preserve"> them</w:t>
      </w:r>
      <w:r>
        <w:t xml:space="preserve"> while</w:t>
      </w:r>
      <w:r>
        <w:t xml:space="preserve"> we</w:t>
      </w:r>
      <w:r>
        <w:t xml:space="preserve"> work.</w:t>
        <w:br/>
        <w:t>可我们只有两个充电器</w:t>
        <w:br/>
        <w:t>And</w:t>
      </w:r>
      <w:r>
        <w:t xml:space="preserve"> we</w:t>
      </w:r>
      <w:r>
        <w:t xml:space="preserve"> only</w:t>
      </w:r>
      <w:r>
        <w:t xml:space="preserve"> have</w:t>
      </w:r>
      <w:r>
        <w:t xml:space="preserve"> two</w:t>
      </w:r>
      <w:r>
        <w:t xml:space="preserve"> chargers.</w:t>
        <w:br/>
        <w:t>你看到加里留在贩售机里的</w:t>
        <w:br/>
        <w:t>Did</w:t>
      </w:r>
      <w:r>
        <w:t xml:space="preserve"> you</w:t>
      </w:r>
      <w:r>
        <w:t xml:space="preserve"> see</w:t>
      </w:r>
      <w:r>
        <w:t xml:space="preserve"> the</w:t>
      </w:r>
      <w:r>
        <w:t xml:space="preserve"> cherry</w:t>
      </w:r>
      <w:r>
        <w:t xml:space="preserve"> Ring</w:t>
      </w:r>
      <w:r>
        <w:t xml:space="preserve"> Pop</w:t>
        <w:br/>
        <w:t>樱桃戒指糖了吗</w:t>
        <w:br/>
        <w:t>Gary</w:t>
      </w:r>
      <w:r>
        <w:t xml:space="preserve"> left</w:t>
      </w:r>
      <w:r>
        <w:t xml:space="preserve"> in</w:t>
      </w:r>
      <w:r>
        <w:t xml:space="preserve"> the</w:t>
      </w:r>
      <w:r>
        <w:t xml:space="preserve"> vending</w:t>
      </w:r>
      <w:r>
        <w:t xml:space="preserve"> machine?</w:t>
        <w:br/>
        <w:t>天啊</w:t>
      </w:r>
      <w:r>
        <w:t xml:space="preserve"> 他也太过了</w:t>
        <w:br/>
        <w:t>Melissa:</w:t>
      </w:r>
      <w:r>
        <w:t xml:space="preserve"> Gosh.</w:t>
      </w:r>
      <w:r>
        <w:t xml:space="preserve"> He</w:t>
      </w:r>
      <w:r>
        <w:t xml:space="preserve"> is</w:t>
      </w:r>
      <w:r>
        <w:t xml:space="preserve"> too</w:t>
      </w:r>
      <w:r>
        <w:t xml:space="preserve"> much.</w:t>
        <w:br/>
        <w:t>姑娘</w:t>
      </w:r>
      <w:r>
        <w:t xml:space="preserve"> 他在给你发信&amp;hearts;号&amp;hearts;&amp;hearts;</w:t>
        <w:br/>
        <w:t>Girl,</w:t>
      </w:r>
      <w:r>
        <w:t xml:space="preserve"> he's</w:t>
      </w:r>
      <w:r>
        <w:t xml:space="preserve"> sending</w:t>
      </w:r>
      <w:r>
        <w:t xml:space="preserve"> you</w:t>
      </w:r>
      <w:r>
        <w:t xml:space="preserve"> signals.</w:t>
        <w:br/>
        <w:t>他只是开玩笑</w:t>
        <w:br/>
        <w:t>He's</w:t>
      </w:r>
      <w:r>
        <w:t xml:space="preserve"> just</w:t>
      </w:r>
      <w:r>
        <w:t xml:space="preserve"> joking.</w:t>
        <w:br/>
        <w:t>你也知道</w:t>
      </w:r>
      <w:r>
        <w:t xml:space="preserve"> 男人总爱拿这事开玩笑</w:t>
        <w:br/>
        <w:t>You</w:t>
      </w:r>
      <w:r>
        <w:t xml:space="preserve"> know</w:t>
      </w:r>
      <w:r>
        <w:t xml:space="preserve"> how</w:t>
      </w:r>
      <w:r>
        <w:t xml:space="preserve"> men</w:t>
      </w:r>
      <w:r>
        <w:t xml:space="preserve"> joke</w:t>
      </w:r>
      <w:r>
        <w:t xml:space="preserve"> about</w:t>
      </w:r>
      <w:r>
        <w:t xml:space="preserve"> that</w:t>
      </w:r>
      <w:r>
        <w:t xml:space="preserve"> stuff</w:t>
      </w:r>
      <w:r>
        <w:t xml:space="preserve"> all</w:t>
      </w:r>
      <w:r>
        <w:t xml:space="preserve"> the</w:t>
      </w:r>
      <w:r>
        <w:t xml:space="preserve"> time.</w:t>
        <w:br/>
        <w:t>我不知道</w:t>
      </w:r>
      <w:r>
        <w:t xml:space="preserve"> 我不认识一个男的</w:t>
        <w:br/>
        <w:t>No,</w:t>
      </w:r>
      <w:r>
        <w:t xml:space="preserve"> I</w:t>
      </w:r>
      <w:r>
        <w:t xml:space="preserve"> do</w:t>
      </w:r>
      <w:r>
        <w:t xml:space="preserve"> not.</w:t>
      </w:r>
      <w:r>
        <w:t xml:space="preserve"> I</w:t>
      </w:r>
      <w:r>
        <w:t xml:space="preserve"> do</w:t>
      </w:r>
      <w:r>
        <w:t xml:space="preserve"> not</w:t>
      </w:r>
      <w:r>
        <w:t xml:space="preserve"> know</w:t>
      </w:r>
      <w:r>
        <w:t xml:space="preserve"> of</w:t>
      </w:r>
      <w:r>
        <w:t xml:space="preserve"> one</w:t>
      </w:r>
      <w:r>
        <w:t xml:space="preserve"> man</w:t>
        <w:br/>
        <w:t>为了开玩笑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去问她女友的闺蜜</w:t>
        <w:br/>
        <w:t>who</w:t>
      </w:r>
      <w:r>
        <w:t xml:space="preserve"> would</w:t>
      </w:r>
      <w:r>
        <w:t xml:space="preserve"> ask</w:t>
      </w:r>
      <w:r>
        <w:t xml:space="preserve"> his</w:t>
      </w:r>
      <w:r>
        <w:t xml:space="preserve"> girlfriend's</w:t>
      </w:r>
      <w:r>
        <w:t xml:space="preserve"> friend</w:t>
        <w:br/>
        <w:t>要她的戒指尺寸</w:t>
        <w:br/>
        <w:t>for</w:t>
      </w:r>
      <w:r>
        <w:t xml:space="preserve"> her</w:t>
      </w:r>
      <w:r>
        <w:t xml:space="preserve"> correct</w:t>
      </w:r>
      <w:r>
        <w:t xml:space="preserve"> ring</w:t>
      </w:r>
      <w:r>
        <w:t xml:space="preserve"> size</w:t>
      </w:r>
      <w:r>
        <w:t xml:space="preserve"> as</w:t>
      </w:r>
      <w:r>
        <w:t xml:space="preserve"> a</w:t>
      </w:r>
      <w:r>
        <w:t xml:space="preserve"> joke.</w:t>
        <w:br/>
        <w:t>他可能是要给我买&amp;hearts;&amp;hearts;个超级碗</w:t>
        <w:br/>
        <w:t>He's</w:t>
      </w:r>
      <w:r>
        <w:t xml:space="preserve"> probably,</w:t>
      </w:r>
      <w:r>
        <w:t xml:space="preserve"> like,</w:t>
      </w:r>
      <w:r>
        <w:t xml:space="preserve"> getting</w:t>
      </w:r>
      <w:r>
        <w:t xml:space="preserve"> me</w:t>
      </w:r>
      <w:r>
        <w:t xml:space="preserve"> a</w:t>
      </w:r>
      <w:r>
        <w:t xml:space="preserve"> Super</w:t>
      </w:r>
      <w:r>
        <w:t xml:space="preserve"> Bowl</w:t>
        <w:br/>
        <w:t>戒指的复刻品吧</w:t>
        <w:br/>
        <w:t>replica</w:t>
      </w:r>
      <w:r>
        <w:t xml:space="preserve"> ring</w:t>
      </w:r>
      <w:r>
        <w:t xml:space="preserve"> or</w:t>
      </w:r>
      <w:r>
        <w:t xml:space="preserve"> something</w:t>
        <w:br/>
        <w:t>每次我要用花&amp;hearts;园&amp;hearts;的时候</w:t>
        <w:br/>
        <w:t>Okay.</w:t>
      </w:r>
      <w:r>
        <w:t xml:space="preserve"> Ava's</w:t>
      </w:r>
      <w:r>
        <w:t xml:space="preserve"> literally</w:t>
      </w:r>
      <w:r>
        <w:t xml:space="preserve"> gatekeeping</w:t>
        <w:br/>
        <w:t>艾娃就想方设法拦我</w:t>
        <w:br/>
        <w:t>when</w:t>
      </w:r>
      <w:r>
        <w:t xml:space="preserve"> I</w:t>
      </w:r>
      <w:r>
        <w:t xml:space="preserve"> can</w:t>
      </w:r>
      <w:r>
        <w:t xml:space="preserve"> use</w:t>
      </w:r>
      <w:r>
        <w:t xml:space="preserve"> the</w:t>
      </w:r>
      <w:r>
        <w:t xml:space="preserve"> garden.</w:t>
        <w:br/>
        <w:t>她给我的金橘上了锁</w:t>
        <w:br/>
        <w:t>She</w:t>
      </w:r>
      <w:r>
        <w:t xml:space="preserve"> put</w:t>
      </w:r>
      <w:r>
        <w:t xml:space="preserve"> a</w:t>
      </w:r>
      <w:r>
        <w:t xml:space="preserve"> padlock</w:t>
      </w:r>
      <w:r>
        <w:t xml:space="preserve"> on</w:t>
      </w:r>
      <w:r>
        <w:t xml:space="preserve"> my</w:t>
      </w:r>
      <w:r>
        <w:t xml:space="preserve"> kumquats.</w:t>
        <w:br/>
        <w:t>还让我重新安排教室的座位</w:t>
        <w:br/>
        <w:t>She</w:t>
      </w:r>
      <w:r>
        <w:t xml:space="preserve"> is</w:t>
      </w:r>
      <w:r>
        <w:t xml:space="preserve"> making</w:t>
      </w:r>
      <w:r>
        <w:t xml:space="preserve"> me</w:t>
      </w:r>
      <w:r>
        <w:t xml:space="preserve"> rearrange</w:t>
      </w:r>
      <w:r>
        <w:t xml:space="preserve"> the</w:t>
      </w:r>
      <w:r>
        <w:t xml:space="preserve"> seating</w:t>
      </w:r>
      <w:r>
        <w:t xml:space="preserve"> in</w:t>
      </w:r>
      <w:r>
        <w:t xml:space="preserve"> my</w:t>
      </w:r>
      <w:r>
        <w:t xml:space="preserve"> classroom,</w:t>
        <w:br/>
        <w:t>抛弃了好几年学业运的好风水</w:t>
        <w:br/>
        <w:t>throwing</w:t>
      </w:r>
      <w:r>
        <w:t xml:space="preserve"> off</w:t>
      </w:r>
      <w:r>
        <w:t xml:space="preserve"> decades</w:t>
      </w:r>
      <w:r>
        <w:t xml:space="preserve"> of</w:t>
      </w:r>
      <w:r>
        <w:t xml:space="preserve"> good</w:t>
      </w:r>
      <w:r>
        <w:t xml:space="preserve"> educational</w:t>
      </w:r>
      <w:r>
        <w:t xml:space="preserve"> feng</w:t>
      </w:r>
      <w:r>
        <w:t xml:space="preserve"> shui.</w:t>
        <w:br/>
        <w:t>她还让我换掉了拖地的水</w:t>
        <w:br/>
        <w:t>She</w:t>
      </w:r>
      <w:r>
        <w:t xml:space="preserve"> made</w:t>
      </w:r>
      <w:r>
        <w:t xml:space="preserve"> me</w:t>
      </w:r>
      <w:r>
        <w:t xml:space="preserve"> replace</w:t>
      </w:r>
      <w:r>
        <w:t xml:space="preserve"> my</w:t>
      </w:r>
      <w:r>
        <w:t xml:space="preserve"> mop</w:t>
      </w:r>
      <w:r>
        <w:t xml:space="preserve"> water.</w:t>
        <w:br/>
        <w:t>但好东西跟酵母头一个道理</w:t>
        <w:br/>
        <w:t>But</w:t>
      </w:r>
      <w:r>
        <w:t xml:space="preserve"> the</w:t>
      </w:r>
      <w:r>
        <w:t xml:space="preserve"> best</w:t>
      </w:r>
      <w:r>
        <w:t xml:space="preserve"> stuff</w:t>
      </w:r>
      <w:r>
        <w:t xml:space="preserve"> is</w:t>
      </w:r>
      <w:r>
        <w:t xml:space="preserve"> like</w:t>
      </w:r>
      <w:r>
        <w:t xml:space="preserve"> a</w:t>
      </w:r>
      <w:r>
        <w:t xml:space="preserve"> sourdough</w:t>
      </w:r>
      <w:r>
        <w:t xml:space="preserve"> starter-</w:t>
      </w:r>
      <w:r>
        <w:t xml:space="preserve"> -</w:t>
        <w:br/>
        <w:t>越陈越香</w:t>
        <w:br/>
        <w:t>the</w:t>
      </w:r>
      <w:r>
        <w:t xml:space="preserve"> older</w:t>
      </w:r>
      <w:r>
        <w:t xml:space="preserve"> it</w:t>
      </w:r>
      <w:r>
        <w:t xml:space="preserve"> is,</w:t>
      </w:r>
      <w:r>
        <w:t xml:space="preserve"> the</w:t>
      </w:r>
      <w:r>
        <w:t xml:space="preserve"> better</w:t>
      </w:r>
      <w:r>
        <w:t xml:space="preserve"> it</w:t>
      </w:r>
      <w:r>
        <w:t xml:space="preserve"> gets.</w:t>
        <w:br/>
        <w:t>好吧</w:t>
      </w:r>
      <w:r>
        <w:t xml:space="preserve"> 别激动</w:t>
        <w:br/>
        <w:t>Alright.</w:t>
      </w:r>
      <w:r>
        <w:t xml:space="preserve"> L-</w:t>
      </w:r>
      <w:r>
        <w:t xml:space="preserve"> Let's</w:t>
      </w:r>
      <w:r>
        <w:t xml:space="preserve"> relax.</w:t>
        <w:br/>
        <w:t>艾娃终于有了回校长的样子</w:t>
        <w:br/>
        <w:t>Ava</w:t>
      </w:r>
      <w:r>
        <w:t xml:space="preserve"> is</w:t>
      </w:r>
      <w:r>
        <w:t xml:space="preserve"> finally</w:t>
      </w:r>
      <w:r>
        <w:t xml:space="preserve"> the</w:t>
      </w:r>
      <w:r>
        <w:t xml:space="preserve"> principal</w:t>
      </w:r>
      <w:r>
        <w:t xml:space="preserve"> she</w:t>
      </w:r>
      <w:r>
        <w:t xml:space="preserve"> is</w:t>
      </w:r>
      <w:r>
        <w:t xml:space="preserve"> supposed</w:t>
      </w:r>
      <w:r>
        <w:t xml:space="preserve"> to</w:t>
      </w:r>
      <w:r>
        <w:t xml:space="preserve"> be,</w:t>
        <w:br/>
        <w:t>所以我建议给她一次机会</w:t>
        <w:br/>
        <w:t>so</w:t>
      </w:r>
      <w:r>
        <w:t xml:space="preserve"> I</w:t>
      </w:r>
      <w:r>
        <w:t xml:space="preserve"> say</w:t>
      </w:r>
      <w:r>
        <w:t xml:space="preserve"> we</w:t>
      </w:r>
      <w:r>
        <w:t xml:space="preserve"> give</w:t>
      </w:r>
      <w:r>
        <w:t xml:space="preserve"> her</w:t>
      </w:r>
      <w:r>
        <w:t xml:space="preserve"> a</w:t>
      </w:r>
      <w:r>
        <w:t xml:space="preserve"> shot-</w:t>
      </w:r>
      <w:r>
        <w:t xml:space="preserve"> -</w:t>
        <w:br/>
        <w:t>就像我们午餐时要给一家新开的豆腐店机会一样</w:t>
        <w:br/>
        <w:t>just</w:t>
      </w:r>
      <w:r>
        <w:t xml:space="preserve"> like</w:t>
      </w:r>
      <w:r>
        <w:t xml:space="preserve"> we</w:t>
      </w:r>
      <w:r>
        <w:t xml:space="preserve"> give</w:t>
      </w:r>
      <w:r>
        <w:t xml:space="preserve"> this</w:t>
      </w:r>
      <w:r>
        <w:t xml:space="preserve"> new</w:t>
      </w:r>
      <w:r>
        <w:t xml:space="preserve"> whole-</w:t>
      </w:r>
      <w:r>
        <w:t xml:space="preserve"> grain</w:t>
      </w:r>
      <w:r>
        <w:t xml:space="preserve"> tofu</w:t>
      </w:r>
      <w:r>
        <w:t xml:space="preserve"> spot</w:t>
      </w:r>
      <w:r>
        <w:t xml:space="preserve"> a</w:t>
      </w:r>
      <w:r>
        <w:t xml:space="preserve"> shot</w:t>
        <w:br/>
        <w:t>因为是我选的</w:t>
        <w:br/>
        <w:t>for</w:t>
      </w:r>
      <w:r>
        <w:t xml:space="preserve"> lunch</w:t>
      </w:r>
      <w:r>
        <w:t xml:space="preserve"> today</w:t>
      </w:r>
      <w:r>
        <w:t xml:space="preserve"> because</w:t>
      </w:r>
      <w:r>
        <w:t xml:space="preserve"> it's</w:t>
      </w:r>
      <w:r>
        <w:t xml:space="preserve"> my</w:t>
      </w:r>
      <w:r>
        <w:t xml:space="preserve"> pick.</w:t>
        <w:br/>
        <w:t>谁准备好抗氧化饮食了</w:t>
        <w:br/>
        <w:t>Who's</w:t>
      </w:r>
      <w:r>
        <w:t xml:space="preserve"> ready</w:t>
      </w:r>
      <w:r>
        <w:t xml:space="preserve"> to</w:t>
      </w:r>
      <w:r>
        <w:t xml:space="preserve"> get</w:t>
      </w:r>
      <w:r>
        <w:t xml:space="preserve"> antioxidated?</w:t>
        <w:br/>
        <w:t>好消息</w:t>
      </w:r>
      <w:r>
        <w:t xml:space="preserve"> 各位</w:t>
      </w:r>
      <w:r>
        <w:t xml:space="preserve"> 空闲时段取消了</w:t>
        <w:br/>
        <w:t>Great</w:t>
      </w:r>
      <w:r>
        <w:t xml:space="preserve"> news,</w:t>
      </w:r>
      <w:r>
        <w:t xml:space="preserve"> everyone</w:t>
      </w:r>
      <w:r>
        <w:t xml:space="preserve"> －</w:t>
      </w:r>
      <w:r>
        <w:t xml:space="preserve"> there</w:t>
      </w:r>
      <w:r>
        <w:t xml:space="preserve"> are</w:t>
      </w:r>
      <w:r>
        <w:t xml:space="preserve"> no</w:t>
      </w:r>
      <w:r>
        <w:t xml:space="preserve"> more</w:t>
      </w:r>
      <w:r>
        <w:t xml:space="preserve"> free</w:t>
      </w:r>
      <w:r>
        <w:t xml:space="preserve"> periods.</w:t>
        <w:br/>
        <w:t>取而代之的是</w:t>
      </w:r>
      <w:r>
        <w:t xml:space="preserve"> 所有人都要做点志愿工作</w:t>
        <w:br/>
        <w:t>Instead,</w:t>
      </w:r>
      <w:r>
        <w:t xml:space="preserve"> everyone</w:t>
      </w:r>
      <w:r>
        <w:t xml:space="preserve"> will</w:t>
      </w:r>
      <w:r>
        <w:t xml:space="preserve"> be</w:t>
      </w:r>
      <w:r>
        <w:t xml:space="preserve"> volunteering</w:t>
      </w:r>
      <w:r>
        <w:t xml:space="preserve"> for</w:t>
      </w:r>
      <w:r>
        <w:t xml:space="preserve"> lunch</w:t>
      </w:r>
      <w:r>
        <w:t xml:space="preserve"> duty,</w:t>
        <w:br/>
        <w:t>比如午餐值班</w:t>
      </w:r>
      <w:r>
        <w:t xml:space="preserve"> 大厅监控和图书馆整理</w:t>
        <w:br/>
        <w:t>hall</w:t>
      </w:r>
      <w:r>
        <w:t xml:space="preserve"> monitoring,</w:t>
      </w:r>
      <w:r>
        <w:t xml:space="preserve"> library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management,</w:t>
        <w:br/>
        <w:t>等等一直如此</w:t>
        <w:br/>
        <w:t>et</w:t>
      </w:r>
      <w:r>
        <w:t xml:space="preserve"> cetera</w:t>
      </w:r>
      <w:r>
        <w:t xml:space="preserve"> at</w:t>
      </w:r>
      <w:r>
        <w:t xml:space="preserve"> all</w:t>
      </w:r>
      <w:r>
        <w:t xml:space="preserve"> times.</w:t>
        <w:br/>
        <w:t>至少我们还能好好吃个午餐</w:t>
        <w:br/>
        <w:t>Well,</w:t>
      </w:r>
      <w:r>
        <w:t xml:space="preserve"> at</w:t>
      </w:r>
      <w:r>
        <w:t xml:space="preserve"> least</w:t>
      </w:r>
      <w:r>
        <w:t xml:space="preserve"> we</w:t>
      </w:r>
      <w:r>
        <w:t xml:space="preserve"> can</w:t>
      </w:r>
      <w:r>
        <w:t xml:space="preserve"> still</w:t>
      </w:r>
      <w:r>
        <w:t xml:space="preserve"> enjoy</w:t>
      </w:r>
      <w:r>
        <w:t xml:space="preserve"> our</w:t>
      </w:r>
      <w:r>
        <w:t xml:space="preserve"> lunches.</w:t>
        <w:br/>
        <w:t>哦</w:t>
      </w:r>
      <w:r>
        <w:t xml:space="preserve"> 也不能再吃校外午餐了</w:t>
        <w:br/>
        <w:t>Oh!</w:t>
      </w:r>
      <w:r>
        <w:t xml:space="preserve"> And</w:t>
      </w:r>
      <w:r>
        <w:t xml:space="preserve"> no</w:t>
      </w:r>
      <w:r>
        <w:t xml:space="preserve"> more</w:t>
      </w:r>
      <w:r>
        <w:t xml:space="preserve"> off-</w:t>
      </w:r>
      <w:r>
        <w:t xml:space="preserve"> campus</w:t>
      </w:r>
      <w:r>
        <w:t xml:space="preserve"> lunches.</w:t>
        <w:br/>
        <w:t>违反政策规定</w:t>
        <w:br/>
        <w:t>It's</w:t>
      </w:r>
      <w:r>
        <w:t xml:space="preserve"> against</w:t>
      </w:r>
      <w:r>
        <w:t xml:space="preserve"> policy.</w:t>
        <w:br/>
        <w:t>必须有人阻止她</w:t>
        <w:br/>
        <w:t>She</w:t>
      </w:r>
      <w:r>
        <w:t xml:space="preserve"> must</w:t>
      </w:r>
      <w:r>
        <w:t xml:space="preserve"> be</w:t>
      </w:r>
      <w:r>
        <w:t xml:space="preserve"> stopped.</w:t>
        <w:br/>
        <w:t>是“图书馆和图书管&amp;hearts;理&amp;hearts;员&amp;hearts;”的配比很棘手</w:t>
        <w:br/>
        <w:t>Yeah,</w:t>
      </w:r>
      <w:r>
        <w:t xml:space="preserve"> the</w:t>
      </w:r>
      <w:r>
        <w:t xml:space="preserve"> "library</w:t>
      </w:r>
      <w:r>
        <w:t xml:space="preserve"> to</w:t>
      </w:r>
      <w:r>
        <w:t xml:space="preserve"> librarian"ratio</w:t>
      </w:r>
      <w:r>
        <w:t xml:space="preserve"> is</w:t>
      </w:r>
      <w:r>
        <w:t xml:space="preserve"> troubling,</w:t>
        <w:br/>
        <w:t>但没有我们解决不了的问题</w:t>
        <w:br/>
        <w:t>but</w:t>
      </w:r>
      <w:r>
        <w:t xml:space="preserve"> nothing</w:t>
      </w:r>
      <w:r>
        <w:t xml:space="preserve"> we</w:t>
      </w:r>
      <w:r>
        <w:t xml:space="preserve"> can't</w:t>
      </w:r>
      <w:r>
        <w:t xml:space="preserve"> fix.</w:t>
        <w:br/>
        <w:t>听着</w:t>
        <w:br/>
        <w:t>Listen.</w:t>
        <w:br/>
        <w:t>说到这个</w:t>
      </w:r>
      <w:r>
        <w:t xml:space="preserve"> 你看看能不能</w:t>
        <w:br/>
        <w:t>Speaking</w:t>
      </w:r>
      <w:r>
        <w:t xml:space="preserve"> of,</w:t>
      </w:r>
      <w:r>
        <w:t xml:space="preserve"> could</w:t>
      </w:r>
      <w:r>
        <w:t xml:space="preserve"> you</w:t>
      </w:r>
      <w:r>
        <w:t xml:space="preserve"> look</w:t>
      </w:r>
      <w:r>
        <w:t xml:space="preserve"> into</w:t>
        <w:br/>
        <w:t>给我的教室买&amp;hearts;&amp;hearts;台麦旋风机</w:t>
        <w:br/>
        <w:t>getting</w:t>
      </w:r>
      <w:r>
        <w:t xml:space="preserve"> a</w:t>
      </w:r>
      <w:r>
        <w:t xml:space="preserve"> McFlurry</w:t>
      </w:r>
      <w:r>
        <w:t xml:space="preserve"> machine</w:t>
      </w:r>
      <w:r>
        <w:t xml:space="preserve"> for</w:t>
      </w:r>
      <w:r>
        <w:t xml:space="preserve"> my</w:t>
      </w:r>
      <w:r>
        <w:t xml:space="preserve"> classroom?</w:t>
        <w:br/>
        <w:t>因为“麦旋风机和教室”的配比</w:t>
        <w:br/>
        <w:t>Because</w:t>
      </w:r>
      <w:r>
        <w:t xml:space="preserve"> the"McFlurry</w:t>
      </w:r>
      <w:r>
        <w:t xml:space="preserve"> machine</w:t>
      </w:r>
      <w:r>
        <w:t xml:space="preserve"> to</w:t>
      </w:r>
      <w:r>
        <w:t xml:space="preserve"> classroom"ratio,</w:t>
        <w:br/>
        <w:t>也十分离谱</w:t>
        <w:br/>
        <w:t>t-</w:t>
      </w:r>
      <w:r>
        <w:t xml:space="preserve"> that's</w:t>
      </w:r>
      <w:r>
        <w:t xml:space="preserve"> also</w:t>
      </w:r>
      <w:r>
        <w:t xml:space="preserve"> way</w:t>
      </w:r>
      <w:r>
        <w:t xml:space="preserve"> off.</w:t>
        <w:br/>
        <w:t>这个做不到</w:t>
        <w:br/>
        <w:t>We</w:t>
      </w:r>
      <w:r>
        <w:t xml:space="preserve"> can't</w:t>
      </w:r>
      <w:r>
        <w:t xml:space="preserve"> do</w:t>
      </w:r>
      <w:r>
        <w:t xml:space="preserve"> that.</w:t>
        <w:br/>
        <w:t>我就知道</w:t>
        <w:br/>
        <w:t>Typical.</w:t>
        <w:br/>
        <w:t>嘿</w:t>
      </w:r>
      <w:r>
        <w:t xml:space="preserve"> 曼尼</w:t>
        <w:br/>
        <w:t>Hey.</w:t>
      </w:r>
      <w:r>
        <w:t xml:space="preserve"> Manny?</w:t>
        <w:br/>
        <w:t>你之前说新想法</w:t>
      </w:r>
      <w:r>
        <w:t xml:space="preserve"> 我这里有一个</w:t>
        <w:br/>
        <w:t>So,</w:t>
      </w:r>
      <w:r>
        <w:t xml:space="preserve"> you</w:t>
      </w:r>
      <w:r>
        <w:t xml:space="preserve"> said</w:t>
      </w:r>
      <w:r>
        <w:t xml:space="preserve"> to</w:t>
      </w:r>
      <w:r>
        <w:t xml:space="preserve"> mention</w:t>
      </w:r>
      <w:r>
        <w:t xml:space="preserve"> ideas,</w:t>
      </w:r>
      <w:r>
        <w:t xml:space="preserve"> and</w:t>
      </w:r>
      <w:r>
        <w:t xml:space="preserve"> I</w:t>
      </w:r>
      <w:r>
        <w:t xml:space="preserve"> think</w:t>
      </w:r>
      <w:r>
        <w:t xml:space="preserve"> I</w:t>
      </w:r>
      <w:r>
        <w:t xml:space="preserve"> have</w:t>
      </w:r>
      <w:r>
        <w:t xml:space="preserve"> one.</w:t>
        <w:br/>
        <w:t>我喜欢你们送的新平板</w:t>
        <w:br/>
        <w:t>Okay.</w:t>
      </w:r>
      <w:r>
        <w:t xml:space="preserve"> Love</w:t>
      </w:r>
      <w:r>
        <w:t xml:space="preserve"> the</w:t>
      </w:r>
      <w:r>
        <w:t xml:space="preserve"> iPads</w:t>
      </w:r>
      <w:r>
        <w:t xml:space="preserve"> that</w:t>
      </w:r>
      <w:r>
        <w:t xml:space="preserve"> you</w:t>
      </w:r>
      <w:r>
        <w:t xml:space="preserve"> gave</w:t>
      </w:r>
      <w:r>
        <w:t xml:space="preserve"> us,</w:t>
        <w:br/>
        <w:t>但我觉得最好</w:t>
        <w:br/>
        <w:t>but</w:t>
      </w:r>
      <w:r>
        <w:t xml:space="preserve"> I</w:t>
      </w:r>
      <w:r>
        <w:t xml:space="preserve"> was</w:t>
      </w:r>
      <w:r>
        <w:t xml:space="preserve"> just</w:t>
      </w:r>
      <w:r>
        <w:t xml:space="preserve"> thinking</w:t>
      </w:r>
      <w:r>
        <w:t xml:space="preserve"> it</w:t>
      </w:r>
      <w:r>
        <w:t xml:space="preserve"> would</w:t>
      </w:r>
      <w:r>
        <w:t xml:space="preserve"> be</w:t>
      </w:r>
      <w:r>
        <w:t xml:space="preserve"> cool</w:t>
        <w:br/>
        <w:t>多分几个充电器</w:t>
        <w:br/>
        <w:t>if</w:t>
      </w:r>
      <w:r>
        <w:t xml:space="preserve"> we</w:t>
      </w:r>
      <w:r>
        <w:t xml:space="preserve"> had</w:t>
      </w:r>
      <w:r>
        <w:t xml:space="preserve"> more</w:t>
      </w:r>
      <w:r>
        <w:t xml:space="preserve"> chargers</w:t>
      </w:r>
      <w:r>
        <w:t xml:space="preserve"> for</w:t>
      </w:r>
      <w:r>
        <w:t xml:space="preserve"> charging.</w:t>
        <w:br/>
        <w:t>比如再配三四个</w:t>
      </w:r>
      <w:r>
        <w:t xml:space="preserve"> 或者七</w:t>
        <w:br/>
        <w:t>You</w:t>
      </w:r>
      <w:r>
        <w:t xml:space="preserve"> know,</w:t>
      </w:r>
      <w:r>
        <w:t xml:space="preserve"> like</w:t>
      </w:r>
      <w:r>
        <w:t xml:space="preserve"> three</w:t>
      </w:r>
      <w:r>
        <w:t xml:space="preserve"> or</w:t>
      </w:r>
      <w:r>
        <w:t xml:space="preserve"> four</w:t>
      </w:r>
      <w:r>
        <w:t xml:space="preserve"> or</w:t>
      </w:r>
      <w:r>
        <w:t xml:space="preserve"> seven.</w:t>
        <w:br/>
        <w:t>七八个</w:t>
      </w:r>
      <w:r>
        <w:t xml:space="preserve"> </w:t>
      </w:r>
      <w:r>
        <w:t xml:space="preserve"> -是你说的啊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不是我</w:t>
        <w:br/>
        <w:t>Or</w:t>
      </w:r>
      <w:r>
        <w:t xml:space="preserve"> eight.</w:t>
      </w:r>
      <w:r>
        <w:t xml:space="preserve"> Hey,</w:t>
      </w:r>
      <w:r>
        <w:t xml:space="preserve"> you</w:t>
      </w:r>
      <w:r>
        <w:t xml:space="preserve"> said</w:t>
      </w:r>
      <w:r>
        <w:t xml:space="preserve"> it,</w:t>
      </w:r>
      <w:r>
        <w:t xml:space="preserve"> not</w:t>
      </w:r>
      <w:r>
        <w:t xml:space="preserve"> me.</w:t>
        <w:br/>
        <w:t>各位</w:t>
      </w:r>
      <w:r>
        <w:t xml:space="preserve"> 确保每个教室的平板</w:t>
        <w:br/>
        <w:t>Yeah.</w:t>
      </w:r>
      <w:r>
        <w:t xml:space="preserve"> Guys,</w:t>
      </w:r>
      <w:r>
        <w:t xml:space="preserve"> we</w:t>
      </w:r>
      <w:r>
        <w:t xml:space="preserve"> should</w:t>
      </w:r>
      <w:r>
        <w:t xml:space="preserve"> make</w:t>
      </w:r>
      <w:r>
        <w:t xml:space="preserve"> sure</w:t>
      </w:r>
      <w:r>
        <w:t xml:space="preserve"> that</w:t>
      </w:r>
      <w:r>
        <w:t xml:space="preserve"> we</w:t>
      </w:r>
      <w:r>
        <w:t xml:space="preserve"> have</w:t>
      </w:r>
      <w:r>
        <w:t xml:space="preserve"> enough</w:t>
      </w:r>
      <w:r>
        <w:t xml:space="preserve"> chargers</w:t>
        <w:br/>
        <w:br/>
        <w:t>都配备足够的充电器</w:t>
        <w:br/>
        <w:t>for</w:t>
      </w:r>
      <w:r>
        <w:t xml:space="preserve"> the</w:t>
      </w:r>
      <w:r>
        <w:t xml:space="preserve"> iPads</w:t>
      </w:r>
      <w:r>
        <w:t xml:space="preserve"> in</w:t>
      </w:r>
      <w:r>
        <w:t xml:space="preserve"> all</w:t>
      </w:r>
      <w:r>
        <w:t xml:space="preserve"> the</w:t>
      </w:r>
      <w:r>
        <w:t xml:space="preserve"> classrooms.</w:t>
        <w:br/>
        <w:t>收到</w:t>
      </w:r>
      <w:r>
        <w:t xml:space="preserve"> 收到</w:t>
        <w:br/>
        <w:t>Yes.</w:t>
      </w:r>
      <w:r>
        <w:t xml:space="preserve"> Yes.</w:t>
        <w:br/>
        <w:t>好的</w:t>
        <w:br/>
        <w:t>Yeah.</w:t>
        <w:br/>
        <w:t>我只是说说而已</w:t>
      </w:r>
      <w:r>
        <w:t xml:space="preserve"> 你懂的</w:t>
        <w:br/>
        <w:t>And</w:t>
      </w:r>
      <w:r>
        <w:t xml:space="preserve"> I'm</w:t>
      </w:r>
      <w:r>
        <w:t xml:space="preserve"> just</w:t>
      </w:r>
      <w:r>
        <w:t xml:space="preserve"> throwing</w:t>
      </w:r>
      <w:r>
        <w:t xml:space="preserve"> this</w:t>
      </w:r>
      <w:r>
        <w:t xml:space="preserve"> out</w:t>
      </w:r>
      <w:r>
        <w:t xml:space="preserve"> there,</w:t>
      </w:r>
      <w:r>
        <w:t xml:space="preserve"> that,</w:t>
      </w:r>
      <w:r>
        <w:t xml:space="preserve"> um,</w:t>
      </w:r>
      <w:r>
        <w:t xml:space="preserve"> you</w:t>
      </w:r>
      <w:r>
        <w:t xml:space="preserve"> know,</w:t>
        <w:br/>
        <w:t>跳跳蛙的平板也许更好</w:t>
        <w:br/>
        <w:t>LeapFrog</w:t>
      </w:r>
      <w:r>
        <w:t xml:space="preserve"> tablets</w:t>
      </w:r>
      <w:r>
        <w:t xml:space="preserve"> could</w:t>
      </w:r>
      <w:r>
        <w:t xml:space="preserve"> be</w:t>
      </w:r>
      <w:r>
        <w:t xml:space="preserve"> better.</w:t>
        <w:br/>
        <w:t>没错</w:t>
        <w:br/>
        <w:t>Ooh!</w:t>
      </w:r>
      <w:r>
        <w:t xml:space="preserve"> Yes!</w:t>
        <w:br/>
        <w:t>这是学生专用的</w:t>
      </w:r>
      <w:r>
        <w:t xml:space="preserve"> 价格也更划算</w:t>
        <w:br/>
        <w:t>They're</w:t>
      </w:r>
      <w:r>
        <w:t xml:space="preserve"> built</w:t>
      </w:r>
      <w:r>
        <w:t xml:space="preserve"> for</w:t>
      </w:r>
      <w:r>
        <w:t xml:space="preserve"> student</w:t>
      </w:r>
      <w:r>
        <w:t xml:space="preserve"> use,</w:t>
      </w:r>
      <w:r>
        <w:t xml:space="preserve"> more</w:t>
      </w:r>
      <w:r>
        <w:t xml:space="preserve"> cost-</w:t>
      </w:r>
      <w:r>
        <w:t xml:space="preserve"> efficient.</w:t>
        <w:br/>
        <w:t>没错</w:t>
      </w:r>
      <w:r>
        <w:t xml:space="preserve"> 而且他们的充电绳好多年都没换</w:t>
        <w:br/>
        <w:t>Right.</w:t>
      </w:r>
      <w:r>
        <w:t xml:space="preserve"> And</w:t>
      </w:r>
      <w:r>
        <w:t xml:space="preserve"> they</w:t>
      </w:r>
      <w:r>
        <w:t xml:space="preserve"> haven't</w:t>
      </w:r>
      <w:r>
        <w:t xml:space="preserve"> changed</w:t>
      </w:r>
      <w:r>
        <w:t xml:space="preserve"> their</w:t>
      </w:r>
      <w:r>
        <w:t xml:space="preserve"> cords</w:t>
      </w:r>
      <w:r>
        <w:t xml:space="preserve"> in</w:t>
      </w:r>
      <w:r>
        <w:t xml:space="preserve"> years.</w:t>
        <w:br/>
        <w:t>看到了吧</w:t>
      </w:r>
      <w:r>
        <w:t xml:space="preserve"> 所以我说你适合奖研金项目啊</w:t>
        <w:br/>
        <w:t>See?</w:t>
      </w:r>
      <w:r>
        <w:t xml:space="preserve"> This</w:t>
      </w:r>
      <w:r>
        <w:t xml:space="preserve"> is</w:t>
      </w:r>
      <w:r>
        <w:t xml:space="preserve"> why</w:t>
      </w:r>
      <w:r>
        <w:t xml:space="preserve"> I</w:t>
      </w:r>
      <w:r>
        <w:t xml:space="preserve"> knew</w:t>
      </w:r>
      <w:r>
        <w:t xml:space="preserve"> you'd</w:t>
      </w:r>
      <w:r>
        <w:t xml:space="preserve"> be</w:t>
      </w:r>
      <w:r>
        <w:t xml:space="preserve"> a</w:t>
      </w:r>
      <w:r>
        <w:t xml:space="preserve"> great</w:t>
      </w:r>
      <w:r>
        <w:t xml:space="preserve"> fit</w:t>
      </w:r>
      <w:r>
        <w:t xml:space="preserve"> for</w:t>
      </w:r>
      <w:r>
        <w:t xml:space="preserve"> the</w:t>
      </w:r>
      <w:r>
        <w:t xml:space="preserve"> fellowship.</w:t>
        <w:br/>
        <w:t>我知道你不想</w:t>
        <w:br/>
        <w:t>Oh.</w:t>
      </w:r>
      <w:r>
        <w:t xml:space="preserve"> I</w:t>
      </w:r>
      <w:r>
        <w:t xml:space="preserve"> know</w:t>
      </w:r>
      <w:r>
        <w:t xml:space="preserve"> that</w:t>
      </w:r>
      <w:r>
        <w:t xml:space="preserve"> you</w:t>
      </w:r>
      <w:r>
        <w:t xml:space="preserve"> don't</w:t>
      </w:r>
      <w:r>
        <w:t xml:space="preserve"> want</w:t>
        <w:br/>
        <w:t>离开你的学生</w:t>
        <w:br/>
        <w:t>to</w:t>
      </w:r>
      <w:r>
        <w:t xml:space="preserve"> be</w:t>
      </w:r>
      <w:r>
        <w:t xml:space="preserve"> away</w:t>
      </w:r>
      <w:r>
        <w:t xml:space="preserve"> from</w:t>
      </w:r>
      <w:r>
        <w:t xml:space="preserve"> your</w:t>
      </w:r>
      <w:r>
        <w:t xml:space="preserve"> class,</w:t>
        <w:br/>
        <w:t>那么假如我告诉你</w:t>
      </w:r>
      <w:r>
        <w:t xml:space="preserve"> 你一周可以</w:t>
        <w:br/>
        <w:t>so</w:t>
      </w:r>
      <w:r>
        <w:t xml:space="preserve"> would</w:t>
      </w:r>
      <w:r>
        <w:t xml:space="preserve"> it</w:t>
      </w:r>
      <w:r>
        <w:t xml:space="preserve"> help</w:t>
      </w:r>
      <w:r>
        <w:t xml:space="preserve"> if</w:t>
      </w:r>
      <w:r>
        <w:t xml:space="preserve"> I</w:t>
      </w:r>
      <w:r>
        <w:t xml:space="preserve"> told</w:t>
      </w:r>
      <w:r>
        <w:t xml:space="preserve"> you</w:t>
      </w:r>
      <w:r>
        <w:t xml:space="preserve"> that</w:t>
      </w:r>
      <w:r>
        <w:t xml:space="preserve"> you</w:t>
      </w:r>
      <w:r>
        <w:t xml:space="preserve"> would</w:t>
      </w:r>
      <w:r>
        <w:t xml:space="preserve"> get</w:t>
      </w:r>
      <w:r>
        <w:t xml:space="preserve"> to</w:t>
      </w:r>
      <w:r>
        <w:t xml:space="preserve"> be</w:t>
        <w:br/>
        <w:t>来阿伯特小学一到两次呢</w:t>
        <w:br/>
        <w:t>at</w:t>
      </w:r>
      <w:r>
        <w:t xml:space="preserve"> Abbott</w:t>
      </w:r>
      <w:r>
        <w:t xml:space="preserve"> once</w:t>
      </w:r>
      <w:r>
        <w:t xml:space="preserve"> or</w:t>
      </w:r>
      <w:r>
        <w:t xml:space="preserve"> even</w:t>
      </w:r>
      <w:r>
        <w:t xml:space="preserve"> twice</w:t>
      </w:r>
      <w:r>
        <w:t xml:space="preserve"> a</w:t>
      </w:r>
      <w:r>
        <w:t xml:space="preserve"> week?</w:t>
        <w:br/>
        <w:t>真的吗</w:t>
      </w:r>
      <w:r>
        <w:t xml:space="preserve"> </w:t>
      </w:r>
      <w:r>
        <w:t xml:space="preserve"> -是</w:t>
      </w:r>
      <w:r>
        <w:t xml:space="preserve"> 这个奖研金的基础</w:t>
        <w:br/>
        <w:t>Really?</w:t>
      </w:r>
      <w:r>
        <w:t xml:space="preserve"> Yeah,</w:t>
      </w:r>
      <w:r>
        <w:t xml:space="preserve"> the</w:t>
      </w:r>
      <w:r>
        <w:t xml:space="preserve"> fellowship</w:t>
      </w:r>
      <w:r>
        <w:t xml:space="preserve"> is</w:t>
      </w:r>
      <w:r>
        <w:t xml:space="preserve"> built</w:t>
        <w:br/>
        <w:t>就是让老师留在试点学校</w:t>
        <w:br/>
        <w:t>so</w:t>
      </w:r>
      <w:r>
        <w:t xml:space="preserve"> that</w:t>
      </w:r>
      <w:r>
        <w:t xml:space="preserve"> you</w:t>
      </w:r>
      <w:r>
        <w:t xml:space="preserve"> stay</w:t>
      </w:r>
      <w:r>
        <w:t xml:space="preserve"> on</w:t>
      </w:r>
      <w:r>
        <w:t xml:space="preserve"> the</w:t>
      </w:r>
      <w:r>
        <w:t xml:space="preserve"> ground</w:t>
      </w:r>
      <w:r>
        <w:t xml:space="preserve"> with</w:t>
      </w:r>
      <w:r>
        <w:t xml:space="preserve"> a</w:t>
      </w:r>
      <w:r>
        <w:t xml:space="preserve"> pilot</w:t>
      </w:r>
      <w:r>
        <w:t xml:space="preserve"> school</w:t>
        <w:br/>
        <w:t>你可以吸收不同老师的意见</w:t>
        <w:br/>
        <w:t>where</w:t>
      </w:r>
      <w:r>
        <w:t xml:space="preserve"> you</w:t>
      </w:r>
      <w:r>
        <w:t xml:space="preserve"> can</w:t>
      </w:r>
      <w:r>
        <w:t xml:space="preserve"> still</w:t>
      </w:r>
      <w:r>
        <w:t xml:space="preserve"> hear</w:t>
      </w:r>
      <w:r>
        <w:t xml:space="preserve"> from</w:t>
      </w:r>
      <w:r>
        <w:t xml:space="preserve"> all</w:t>
      </w:r>
      <w:r>
        <w:t xml:space="preserve"> your</w:t>
      </w:r>
      <w:r>
        <w:t xml:space="preserve"> teachers</w:t>
        <w:br/>
        <w:t>实验自己的新想法</w:t>
        <w:br/>
        <w:t>and</w:t>
      </w:r>
      <w:r>
        <w:t xml:space="preserve"> test</w:t>
      </w:r>
      <w:r>
        <w:t xml:space="preserve"> out</w:t>
      </w:r>
      <w:r>
        <w:t xml:space="preserve"> all</w:t>
      </w:r>
      <w:r>
        <w:t xml:space="preserve"> your</w:t>
      </w:r>
      <w:r>
        <w:t xml:space="preserve"> new</w:t>
      </w:r>
      <w:r>
        <w:t xml:space="preserve"> ideas.</w:t>
        <w:br/>
        <w:t>很高兴听到你这么说</w:t>
        <w:br/>
        <w:t>Well,</w:t>
      </w:r>
      <w:r>
        <w:t xml:space="preserve"> that's</w:t>
      </w:r>
      <w:r>
        <w:t xml:space="preserve"> nice</w:t>
      </w:r>
      <w:r>
        <w:t xml:space="preserve"> to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1"/>
          <w:cols w:space="720"/>
          <w:titlePg w:val="0"/>
          <w:docGrid w:linePitch="360"/>
        </w:sectPr>
      </w:pPr>
      <w:r>
        <w:t xml:space="preserve"> hear.</w:t>
        <w:br/>
        <w:t>不是我眼里只有钱啊</w:t>
        <w:br/>
        <w:t>And</w:t>
      </w:r>
      <w:r>
        <w:t xml:space="preserve"> I</w:t>
      </w:r>
      <w:r>
        <w:t xml:space="preserve"> don</w:t>
      </w:r>
      <w:r>
        <w:t xml:space="preserve"> t</w:t>
      </w:r>
      <w:r>
        <w:t xml:space="preserve"> want</w:t>
      </w:r>
      <w:r>
        <w:t xml:space="preserve"> to</w:t>
      </w:r>
      <w:r>
        <w:t xml:space="preserve"> sound</w:t>
      </w:r>
      <w:r>
        <w:t xml:space="preserve"> money-</w:t>
      </w:r>
      <w:r>
        <w:t xml:space="preserve"> hungry,</w:t>
        <w:br/>
        <w:t>但会有加薪吗</w:t>
        <w:br/>
        <w:t>but</w:t>
      </w:r>
      <w:r>
        <w:t xml:space="preserve"> is</w:t>
      </w:r>
      <w:r>
        <w:t xml:space="preserve"> there</w:t>
      </w:r>
      <w:r>
        <w:t xml:space="preserve"> a</w:t>
      </w:r>
      <w:r>
        <w:t xml:space="preserve"> pay</w:t>
      </w:r>
      <w:r>
        <w:t xml:space="preserve"> raise?</w:t>
        <w:br/>
        <w:t>两美元</w:t>
        <w:br/>
        <w:t>Two</w:t>
      </w:r>
      <w:r>
        <w:t xml:space="preserve"> dollars.</w:t>
        <w:br/>
        <w:t>两美元</w:t>
      </w:r>
      <w:r>
        <w:t xml:space="preserve"> 那可是一笔巨款</w:t>
        <w:br/>
        <w:t>Two</w:t>
      </w:r>
      <w:r>
        <w:t xml:space="preserve"> dollars?</w:t>
      </w:r>
      <w:r>
        <w:t xml:space="preserve"> !</w:t>
      </w:r>
      <w:r>
        <w:t xml:space="preserve"> That's</w:t>
      </w:r>
      <w:r>
        <w:t xml:space="preserve"> like</w:t>
      </w:r>
      <w:r>
        <w:t xml:space="preserve"> a</w:t>
      </w:r>
      <w:r>
        <w:t xml:space="preserve"> million</w:t>
      </w:r>
      <w:r>
        <w:t xml:space="preserve"> dollars!</w:t>
        <w:br/>
        <w:t>好吧</w:t>
        <w:br/>
        <w:t>Simon:</w:t>
      </w:r>
      <w:r>
        <w:t xml:space="preserve"> Well</w:t>
        <w:br/>
        <w:t>我们的老师又不是随便请的</w:t>
        <w:br/>
        <w:t>Hey,</w:t>
      </w:r>
      <w:r>
        <w:t xml:space="preserve"> we</w:t>
      </w:r>
      <w:r>
        <w:t xml:space="preserve"> don't</w:t>
      </w:r>
      <w:r>
        <w:t xml:space="preserve"> make</w:t>
      </w:r>
      <w:r>
        <w:t xml:space="preserve"> this</w:t>
      </w:r>
      <w:r>
        <w:t xml:space="preserve"> offer</w:t>
      </w:r>
      <w:r>
        <w:t xml:space="preserve"> just</w:t>
      </w:r>
      <w:r>
        <w:t xml:space="preserve"> to</w:t>
      </w:r>
      <w:r>
        <w:t xml:space="preserve"> any</w:t>
      </w:r>
      <w:r>
        <w:t xml:space="preserve"> teacher,</w:t>
      </w:r>
      <w:r>
        <w:t xml:space="preserve"> okay?</w:t>
        <w:br/>
        <w:t>你必须有过人之处才行的</w:t>
        <w:br/>
        <w:t>You</w:t>
      </w:r>
      <w:r>
        <w:t xml:space="preserve"> got</w:t>
      </w:r>
      <w:r>
        <w:t xml:space="preserve"> a</w:t>
      </w:r>
      <w:r>
        <w:t xml:space="preserve"> knack</w:t>
      </w:r>
      <w:r>
        <w:t xml:space="preserve"> for</w:t>
      </w:r>
      <w:r>
        <w:t xml:space="preserve"> doing</w:t>
      </w:r>
      <w:r>
        <w:t xml:space="preserve"> this.</w:t>
        <w:br/>
        <w:t>她要是拒绝了</w:t>
      </w:r>
      <w:r>
        <w:t xml:space="preserve"> 你们就得</w:t>
        <w:br/>
        <w:t>Jacob:</w:t>
      </w:r>
      <w:r>
        <w:t xml:space="preserve"> Yeah,</w:t>
      </w:r>
      <w:r>
        <w:t xml:space="preserve"> and</w:t>
      </w:r>
      <w:r>
        <w:t xml:space="preserve"> if</w:t>
      </w:r>
      <w:r>
        <w:t xml:space="preserve"> she</w:t>
      </w:r>
      <w:r>
        <w:t xml:space="preserve"> says</w:t>
      </w:r>
      <w:r>
        <w:t xml:space="preserve"> no,</w:t>
      </w:r>
      <w:r>
        <w:t xml:space="preserve"> you</w:t>
      </w:r>
      <w:r>
        <w:t xml:space="preserve"> gotta</w:t>
        <w:br/>
        <w:t>再找别人了</w:t>
      </w:r>
      <w:r>
        <w:t xml:space="preserve"> 对吧</w:t>
        <w:br/>
        <w:t>you've</w:t>
      </w:r>
      <w:r>
        <w:t xml:space="preserve"> gotta</w:t>
      </w:r>
      <w:r>
        <w:t xml:space="preserve"> find</w:t>
      </w:r>
      <w:r>
        <w:t xml:space="preserve"> somebody</w:t>
      </w:r>
      <w:r>
        <w:t xml:space="preserve"> else,</w:t>
      </w:r>
      <w:r>
        <w:t xml:space="preserve"> right?</w:t>
        <w:br/>
        <w:t>如果是为了多样性人选</w:t>
        <w:br/>
        <w:t>And</w:t>
      </w:r>
      <w:r>
        <w:t xml:space="preserve"> if</w:t>
      </w:r>
      <w:r>
        <w:t xml:space="preserve"> it's</w:t>
      </w:r>
      <w:r>
        <w:t xml:space="preserve"> about</w:t>
      </w:r>
      <w:r>
        <w:t xml:space="preserve"> diversity,</w:t>
        <w:br/>
        <w:t>那我声明</w:t>
      </w:r>
      <w:r>
        <w:t xml:space="preserve"> 我是同性恋</w:t>
        <w:br/>
        <w:t>let</w:t>
      </w:r>
      <w:r>
        <w:t xml:space="preserve"> me</w:t>
      </w:r>
      <w:r>
        <w:t xml:space="preserve"> tell</w:t>
      </w:r>
      <w:r>
        <w:t xml:space="preserve"> you</w:t>
      </w:r>
      <w:r>
        <w:t xml:space="preserve"> that</w:t>
      </w:r>
      <w:r>
        <w:t xml:space="preserve"> I</w:t>
      </w:r>
      <w:r>
        <w:t xml:space="preserve"> am</w:t>
      </w:r>
      <w:r>
        <w:t xml:space="preserve"> queer.</w:t>
        <w:br/>
        <w:t>不是这个原因</w:t>
        <w:br/>
        <w:t>It's</w:t>
      </w:r>
      <w:r>
        <w:t xml:space="preserve"> not.</w:t>
        <w:br/>
        <w:t>我为人很开朗</w:t>
        <w:br/>
        <w:t>I-</w:t>
      </w:r>
      <w:r>
        <w:t xml:space="preserve"> I'm</w:t>
      </w:r>
      <w:r>
        <w:t xml:space="preserve"> fun</w:t>
      </w:r>
      <w:r>
        <w:t xml:space="preserve"> to</w:t>
      </w:r>
      <w:r>
        <w:t xml:space="preserve"> be</w:t>
      </w:r>
      <w:r>
        <w:t xml:space="preserve"> around?</w:t>
        <w:br/>
        <w:t>你好啊</w:t>
        <w:br/>
        <w:t>Emily:</w:t>
      </w:r>
      <w:r>
        <w:t xml:space="preserve"> Hi,</w:t>
      </w:r>
      <w:r>
        <w:t xml:space="preserve"> there.</w:t>
      </w:r>
      <w:r>
        <w:t xml:space="preserve"> Ow.</w:t>
        <w:br/>
        <w:t>一切都好吗</w:t>
        <w:br/>
        <w:t>Everything</w:t>
      </w:r>
      <w:r>
        <w:t xml:space="preserve"> okay?</w:t>
        <w:br/>
        <w:t>还不错</w:t>
      </w:r>
      <w:r>
        <w:t xml:space="preserve"> 不错</w:t>
        <w:br/>
        <w:t>Oh,</w:t>
      </w:r>
      <w:r>
        <w:t xml:space="preserve"> fine,</w:t>
      </w:r>
      <w:r>
        <w:t xml:space="preserve"> fine.</w:t>
        <w:br/>
        <w:t>这不是在按你们的要求摆课桌吗</w:t>
        <w:br/>
        <w:t>Just</w:t>
      </w:r>
      <w:r>
        <w:t xml:space="preserve"> trying</w:t>
      </w:r>
      <w:r>
        <w:t xml:space="preserve"> to</w:t>
      </w:r>
      <w:r>
        <w:t xml:space="preserve"> move</w:t>
      </w:r>
      <w:r>
        <w:t xml:space="preserve"> these</w:t>
      </w:r>
      <w:r>
        <w:t xml:space="preserve"> desks</w:t>
      </w:r>
      <w:r>
        <w:t xml:space="preserve"> the</w:t>
      </w:r>
      <w:r>
        <w:t xml:space="preserve"> way</w:t>
      </w:r>
      <w:r>
        <w:t xml:space="preserve"> you</w:t>
      </w:r>
      <w:r>
        <w:t xml:space="preserve"> people</w:t>
      </w:r>
      <w:r>
        <w:t xml:space="preserve"> want</w:t>
      </w:r>
      <w:r>
        <w:t xml:space="preserve"> them.</w:t>
        <w:br/>
        <w:t>需要帮忙吗</w:t>
      </w:r>
      <w:r>
        <w:t xml:space="preserve"> </w:t>
      </w:r>
      <w:r>
        <w:t xml:space="preserve"> -不了</w:t>
      </w:r>
      <w:r>
        <w:t xml:space="preserve"> 我没那种</w:t>
        <w:br/>
        <w:t>Can</w:t>
      </w:r>
      <w:r>
        <w:t xml:space="preserve"> we</w:t>
      </w:r>
      <w:r>
        <w:t xml:space="preserve"> help</w:t>
      </w:r>
      <w:r>
        <w:t xml:space="preserve"> you?</w:t>
      </w:r>
      <w:r>
        <w:t xml:space="preserve"> No,</w:t>
      </w:r>
      <w:r>
        <w:t xml:space="preserve"> I</w:t>
      </w:r>
      <w:r>
        <w:t xml:space="preserve"> don't</w:t>
      </w:r>
      <w:r>
        <w:t xml:space="preserve"> have</w:t>
      </w:r>
      <w:r>
        <w:t xml:space="preserve"> the</w:t>
      </w:r>
      <w:r>
        <w:t xml:space="preserve"> time</w:t>
        <w:br/>
        <w:t>为了移课桌还要填一堆表格的时间</w:t>
        <w:br/>
        <w:t>to</w:t>
      </w:r>
      <w:r>
        <w:t xml:space="preserve"> file</w:t>
      </w:r>
      <w:r>
        <w:t xml:space="preserve"> the</w:t>
      </w:r>
      <w:r>
        <w:t xml:space="preserve"> paperwork</w:t>
      </w:r>
      <w:r>
        <w:t xml:space="preserve"> just</w:t>
      </w:r>
      <w:r>
        <w:t xml:space="preserve"> to</w:t>
      </w:r>
      <w:r>
        <w:t xml:space="preserve"> move</w:t>
      </w:r>
      <w:r>
        <w:t xml:space="preserve"> a</w:t>
      </w:r>
      <w:r>
        <w:t xml:space="preserve"> desk.</w:t>
        <w:br/>
        <w:t>不</w:t>
      </w:r>
      <w:r>
        <w:t xml:space="preserve"> 我可以帮您搬桌子</w:t>
        <w:br/>
        <w:t>No,</w:t>
      </w:r>
      <w:r>
        <w:t xml:space="preserve"> I</w:t>
      </w:r>
      <w:r>
        <w:t xml:space="preserve"> can</w:t>
      </w:r>
      <w:r>
        <w:t xml:space="preserve"> help</w:t>
      </w:r>
      <w:r>
        <w:t xml:space="preserve"> you</w:t>
      </w:r>
      <w:r>
        <w:t xml:space="preserve"> with</w:t>
      </w:r>
      <w:r>
        <w:t xml:space="preserve"> the</w:t>
      </w:r>
      <w:r>
        <w:t xml:space="preserve"> desk.</w:t>
        <w:br/>
        <w:t>传说中的霍华德老师</w:t>
        <w:br/>
        <w:t>The</w:t>
      </w:r>
      <w:r>
        <w:t xml:space="preserve"> legendary</w:t>
      </w:r>
      <w:r>
        <w:t xml:space="preserve"> Mrs.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2"/>
          <w:cols w:space="720"/>
          <w:titlePg w:val="0"/>
          <w:docGrid w:linePitch="360"/>
        </w:sectPr>
      </w:pPr>
      <w:r>
        <w:t xml:space="preserve"> Howard.</w:t>
        <w:br/>
        <w:t>之前一直没机会认识</w:t>
      </w:r>
      <w:r>
        <w:t xml:space="preserve"> 但我听说</w:t>
        <w:br/>
        <w:t>I</w:t>
      </w:r>
      <w:r>
        <w:t xml:space="preserve"> haven't</w:t>
      </w:r>
      <w:r>
        <w:t xml:space="preserve"> had</w:t>
      </w:r>
      <w:r>
        <w:t xml:space="preserve"> a</w:t>
      </w:r>
      <w:r>
        <w:t xml:space="preserve"> chance</w:t>
      </w:r>
      <w:r>
        <w:t xml:space="preserve"> to</w:t>
      </w:r>
      <w:r>
        <w:t xml:space="preserve"> connect</w:t>
      </w:r>
      <w:r>
        <w:t xml:space="preserve"> with</w:t>
      </w:r>
      <w:r>
        <w:t xml:space="preserve"> you</w:t>
      </w:r>
      <w:r>
        <w:t xml:space="preserve"> yet,</w:t>
      </w:r>
      <w:r>
        <w:t xml:space="preserve"> but...</w:t>
        <w:br/>
        <w:t>您就是那个传奇</w:t>
        <w:br/>
        <w:t>I</w:t>
      </w:r>
      <w:r>
        <w:t xml:space="preserve"> hear</w:t>
      </w:r>
      <w:r>
        <w:t xml:space="preserve"> you're</w:t>
      </w:r>
      <w:r>
        <w:t xml:space="preserve"> the</w:t>
      </w:r>
      <w:r>
        <w:t xml:space="preserve"> one.</w:t>
        <w:br/>
        <w:t>过奖了</w:t>
        <w:br/>
        <w:t>Charmed.</w:t>
        <w:br/>
        <w:t>我们其实在做个项目</w:t>
        <w:br/>
        <w:t>We're</w:t>
      </w:r>
      <w:r>
        <w:t xml:space="preserve"> actually</w:t>
      </w:r>
      <w:r>
        <w:t xml:space="preserve"> working</w:t>
      </w:r>
      <w:r>
        <w:t xml:space="preserve"> on</w:t>
      </w:r>
      <w:r>
        <w:t xml:space="preserve"> a</w:t>
      </w:r>
      <w:r>
        <w:t xml:space="preserve"> program</w:t>
        <w:br/>
        <w:t>在学年开始的时候</w:t>
        <w:br/>
        <w:t>to</w:t>
      </w:r>
      <w:r>
        <w:t xml:space="preserve"> get</w:t>
      </w:r>
      <w:r>
        <w:t xml:space="preserve"> assistants</w:t>
      </w:r>
      <w:r>
        <w:t xml:space="preserve"> in</w:t>
      </w:r>
      <w:r>
        <w:t xml:space="preserve"> the</w:t>
      </w:r>
      <w:r>
        <w:t xml:space="preserve"> classroom</w:t>
        <w:br/>
        <w:t>找一个教室小助手</w:t>
        <w:br/>
        <w:t>at</w:t>
      </w:r>
      <w:r>
        <w:t xml:space="preserve"> the</w:t>
      </w:r>
      <w:r>
        <w:t xml:space="preserve"> beginning</w:t>
      </w:r>
      <w:r>
        <w:t xml:space="preserve"> of</w:t>
      </w:r>
      <w:r>
        <w:t xml:space="preserve"> the</w:t>
      </w:r>
      <w:r>
        <w:t xml:space="preserve"> school</w:t>
      </w:r>
      <w:r>
        <w:t xml:space="preserve"> year</w:t>
        <w:br/>
        <w:t>而不是你们自己中请</w:t>
        <w:br/>
        <w:t>instead</w:t>
      </w:r>
      <w:r>
        <w:t xml:space="preserve"> of</w:t>
      </w:r>
      <w:r>
        <w:t xml:space="preserve"> you</w:t>
      </w:r>
      <w:r>
        <w:t xml:space="preserve"> having</w:t>
      </w:r>
      <w:r>
        <w:t xml:space="preserve"> to</w:t>
      </w:r>
      <w:r>
        <w:t xml:space="preserve"> request</w:t>
      </w:r>
      <w:r>
        <w:t xml:space="preserve"> one</w:t>
        <w:br/>
        <w:t>等人派过来的时候</w:t>
      </w:r>
      <w:r>
        <w:t xml:space="preserve"> 已经一月份了</w:t>
        <w:br/>
        <w:t>that</w:t>
      </w:r>
      <w:r>
        <w:t xml:space="preserve"> doesn't</w:t>
      </w:r>
      <w:r>
        <w:t xml:space="preserve"> get</w:t>
      </w:r>
      <w:r>
        <w:t xml:space="preserve"> here</w:t>
      </w:r>
      <w:r>
        <w:t xml:space="preserve"> until</w:t>
      </w:r>
      <w:r>
        <w:t xml:space="preserve"> January.</w:t>
        <w:br/>
        <w:t>谢谢了</w:t>
      </w:r>
      <w:r>
        <w:t xml:space="preserve"> 我不需要你们整这一出出的</w:t>
        <w:br/>
        <w:t>Thank</w:t>
      </w:r>
      <w:r>
        <w:t xml:space="preserve"> you.</w:t>
      </w:r>
      <w:r>
        <w:t xml:space="preserve"> I</w:t>
      </w:r>
      <w:r>
        <w:t xml:space="preserve"> do</w:t>
      </w:r>
      <w:r>
        <w:t xml:space="preserve"> not</w:t>
      </w:r>
      <w:r>
        <w:t xml:space="preserve"> need</w:t>
      </w:r>
      <w:r>
        <w:t xml:space="preserve"> a</w:t>
      </w:r>
      <w:r>
        <w:t xml:space="preserve"> whole</w:t>
      </w:r>
      <w:r>
        <w:t xml:space="preserve"> song</w:t>
      </w:r>
      <w:r>
        <w:t xml:space="preserve"> and</w:t>
      </w:r>
      <w:r>
        <w:t xml:space="preserve"> dance.</w:t>
        <w:br/>
        <w:t>感谢你的帮助</w:t>
        <w:br/>
        <w:t>And</w:t>
      </w:r>
      <w:r>
        <w:t xml:space="preserve"> thank</w:t>
      </w:r>
      <w:r>
        <w:t xml:space="preserve"> you</w:t>
      </w:r>
      <w:r>
        <w:t xml:space="preserve"> for</w:t>
      </w:r>
      <w:r>
        <w:t xml:space="preserve"> your</w:t>
      </w:r>
      <w:r>
        <w:t xml:space="preserve"> help.</w:t>
        <w:br/>
        <w:t>你不信任我们</w:t>
      </w:r>
      <w:r>
        <w:t xml:space="preserve"> 是吗</w:t>
        <w:br/>
        <w:t>You</w:t>
      </w:r>
      <w:r>
        <w:t xml:space="preserve"> don't</w:t>
      </w:r>
      <w:r>
        <w:t xml:space="preserve"> trust</w:t>
      </w:r>
      <w:r>
        <w:t xml:space="preserve"> us</w:t>
      </w:r>
      <w:r>
        <w:t xml:space="preserve"> do</w:t>
      </w:r>
      <w:r>
        <w:t xml:space="preserve"> you?</w:t>
        <w:br/>
        <w:t>说实话吗</w:t>
      </w:r>
      <w:r>
        <w:t xml:space="preserve"> 不信任</w:t>
        <w:br/>
        <w:t>Honestly?</w:t>
      </w:r>
      <w:r>
        <w:t xml:space="preserve"> No.</w:t>
        <w:br/>
        <w:t>我见过很多不同版本的你走进教室</w:t>
        <w:br/>
        <w:t>I've</w:t>
      </w:r>
      <w:r>
        <w:t xml:space="preserve"> seen</w:t>
      </w:r>
      <w:r>
        <w:t xml:space="preserve"> many</w:t>
      </w:r>
      <w:r>
        <w:t xml:space="preserve"> versions</w:t>
      </w:r>
      <w:r>
        <w:t xml:space="preserve"> of</w:t>
      </w:r>
      <w:r>
        <w:t xml:space="preserve"> you</w:t>
      </w:r>
      <w:r>
        <w:t xml:space="preserve"> walk</w:t>
      </w:r>
      <w:r>
        <w:t xml:space="preserve"> through</w:t>
      </w:r>
      <w:r>
        <w:t xml:space="preserve"> that</w:t>
      </w:r>
      <w:r>
        <w:t xml:space="preserve"> door,</w:t>
        <w:br/>
        <w:t>每个你都面带微笑</w:t>
      </w:r>
      <w:r>
        <w:t xml:space="preserve"> 表情关切</w:t>
        <w:br/>
        <w:t>all</w:t>
      </w:r>
      <w:r>
        <w:t xml:space="preserve"> with</w:t>
      </w:r>
      <w:r>
        <w:t xml:space="preserve"> nice</w:t>
      </w:r>
      <w:r>
        <w:t xml:space="preserve"> smiles,</w:t>
      </w:r>
      <w:r>
        <w:t xml:space="preserve"> appearing</w:t>
      </w:r>
      <w:r>
        <w:t xml:space="preserve"> to</w:t>
      </w:r>
      <w:r>
        <w:t xml:space="preserve"> care.</w:t>
        <w:br/>
        <w:t>霍华德老师</w:t>
      </w:r>
      <w:r>
        <w:t xml:space="preserve"> 我明白</w:t>
        <w:br/>
        <w:t>Mrs.</w:t>
      </w:r>
      <w:r>
        <w:t xml:space="preserve"> Howard,</w:t>
      </w:r>
      <w:r>
        <w:t xml:space="preserve"> I</w:t>
      </w:r>
      <w:r>
        <w:t xml:space="preserve"> get</w:t>
      </w:r>
      <w:r>
        <w:t xml:space="preserve"> it.</w:t>
        <w:br/>
        <w:t>我知道学区曾经的样了</w:t>
        <w:br/>
        <w:t>I</w:t>
      </w:r>
      <w:r>
        <w:t xml:space="preserve"> know</w:t>
      </w:r>
      <w:r>
        <w:t xml:space="preserve"> what</w:t>
      </w:r>
      <w:r>
        <w:t xml:space="preserve"> this</w:t>
      </w:r>
      <w:r>
        <w:t xml:space="preserve"> district</w:t>
      </w:r>
      <w:r>
        <w:t xml:space="preserve"> was,</w:t>
        <w:br/>
        <w:t>我也知道自己是怎么忍&amp;hearts;受的</w:t>
        <w:br/>
        <w:t>and</w:t>
      </w:r>
      <w:r>
        <w:t xml:space="preserve"> I</w:t>
      </w:r>
      <w:r>
        <w:t xml:space="preserve"> am</w:t>
      </w:r>
      <w:r>
        <w:t xml:space="preserve"> aware</w:t>
      </w:r>
      <w:r>
        <w:t xml:space="preserve"> of</w:t>
      </w:r>
      <w:r>
        <w:t xml:space="preserve"> how</w:t>
      </w:r>
      <w:r>
        <w:t xml:space="preserve"> I</w:t>
      </w:r>
      <w:r>
        <w:t xml:space="preserve"> come</w:t>
      </w:r>
      <w:r>
        <w:t xml:space="preserve"> off,</w:t>
        <w:br/>
        <w:t>但我别无他法</w:t>
        <w:br/>
        <w:t>but</w:t>
      </w:r>
      <w:r>
        <w:t xml:space="preserve"> I</w:t>
      </w:r>
      <w:r>
        <w:t xml:space="preserve"> don't</w:t>
      </w:r>
      <w:r>
        <w:t xml:space="preserve"> know</w:t>
      </w:r>
      <w:r>
        <w:t xml:space="preserve"> any</w:t>
      </w:r>
      <w:r>
        <w:t xml:space="preserve"> other</w:t>
      </w:r>
      <w:r>
        <w:t xml:space="preserve"> way</w:t>
      </w:r>
      <w:r>
        <w:t xml:space="preserve"> to</w:t>
      </w:r>
      <w:r>
        <w:t xml:space="preserve"> be.</w:t>
        <w:br/>
        <w:t>我之所以来学区工作</w:t>
        <w:br/>
        <w:t>I</w:t>
      </w:r>
      <w:r>
        <w:t xml:space="preserve"> started</w:t>
      </w:r>
      <w:r>
        <w:t xml:space="preserve"> working</w:t>
      </w:r>
      <w:r>
        <w:t xml:space="preserve"> at</w:t>
      </w:r>
      <w:r>
        <w:t xml:space="preserve"> the</w:t>
      </w:r>
      <w:r>
        <w:t xml:space="preserve"> district</w:t>
        <w:br/>
        <w:t>就是因为我想改变它</w:t>
        <w:br/>
        <w:t>because</w:t>
      </w:r>
      <w:r>
        <w:t xml:space="preserve"> I</w:t>
      </w:r>
      <w:r>
        <w:t xml:space="preserve"> saw</w:t>
      </w:r>
      <w:r>
        <w:t xml:space="preserve"> that</w:t>
      </w:r>
      <w:r>
        <w:t xml:space="preserve"> it</w:t>
      </w:r>
      <w:r>
        <w:t xml:space="preserve"> needed</w:t>
      </w:r>
      <w:r>
        <w:t xml:space="preserve"> to</w:t>
      </w:r>
    </w:p>
    <w:p>
      <w:r>
        <w:t xml:space="preserve"> change-</w:t>
        <w:br/>
        <w:t>一来是为了我这样的学生</w:t>
        <w:br/>
        <w:t>for</w:t>
      </w:r>
      <w:r>
        <w:t xml:space="preserve"> students,</w:t>
      </w:r>
      <w:r>
        <w:t xml:space="preserve"> like</w:t>
      </w:r>
      <w:r>
        <w:t xml:space="preserve"> the</w:t>
      </w:r>
      <w:r>
        <w:t xml:space="preserve"> student</w:t>
      </w:r>
      <w:r>
        <w:t xml:space="preserve"> that</w:t>
      </w:r>
      <w:r>
        <w:t xml:space="preserve"> I</w:t>
      </w:r>
      <w:r>
        <w:t xml:space="preserve"> was,</w:t>
        <w:br/>
        <w:t>二来</w:t>
      </w:r>
      <w:r>
        <w:t xml:space="preserve"> 是为了您</w:t>
        <w:br/>
        <w:t>for</w:t>
      </w:r>
      <w:r>
        <w:t xml:space="preserve"> teachers</w:t>
      </w:r>
      <w:r>
        <w:t xml:space="preserve"> like</w:t>
      </w:r>
      <w:r>
        <w:t xml:space="preserve"> you,</w:t>
        <w:br/>
        <w:t>还有像我妈妈这样的老师</w:t>
        <w:br/>
        <w:t>and</w:t>
      </w:r>
      <w:r>
        <w:t xml:space="preserve"> for</w:t>
      </w:r>
      <w:r>
        <w:t xml:space="preserve"> teachers</w:t>
      </w:r>
      <w:r>
        <w:t xml:space="preserve"> like</w:t>
      </w:r>
      <w:r>
        <w:t xml:space="preserve"> my</w:t>
      </w:r>
      <w:r>
        <w:t xml:space="preserve"> mom.</w:t>
        <w:br/>
        <w:t>你妈妈也是个教育者</w:t>
        <w:br/>
        <w:t>Your</w:t>
      </w:r>
      <w:r>
        <w:t xml:space="preserve"> mom's</w:t>
      </w:r>
      <w:r>
        <w:t xml:space="preserve"> an</w:t>
      </w:r>
      <w:r>
        <w:t xml:space="preserve"> educator?</w:t>
        <w:br/>
        <w:t>之前是</w:t>
      </w:r>
      <w:r>
        <w:t xml:space="preserve"> 她退休之前</w:t>
        <w:br/>
        <w:t>She</w:t>
      </w:r>
      <w:r>
        <w:t xml:space="preserve"> was,</w:t>
      </w:r>
      <w:r>
        <w:t xml:space="preserve"> and</w:t>
      </w:r>
      <w:r>
        <w:t xml:space="preserve"> before</w:t>
      </w:r>
      <w:r>
        <w:t xml:space="preserve"> she</w:t>
      </w:r>
      <w:r>
        <w:t xml:space="preserve"> retired,</w:t>
        <w:br/>
        <w:t>我听她每天抱怨这个学区</w:t>
        <w:br/>
        <w:t>I</w:t>
      </w:r>
      <w:r>
        <w:t xml:space="preserve"> listened</w:t>
      </w:r>
      <w:r>
        <w:t xml:space="preserve"> to</w:t>
      </w:r>
      <w:r>
        <w:t xml:space="preserve"> her</w:t>
      </w:r>
      <w:r>
        <w:t xml:space="preserve"> complain</w:t>
      </w:r>
      <w:r>
        <w:t xml:space="preserve"> about</w:t>
      </w:r>
      <w:r>
        <w:t xml:space="preserve"> the</w:t>
      </w:r>
      <w:r>
        <w:t xml:space="preserve"> district</w:t>
        <w:br/>
        <w:t>抱怨了20年</w:t>
        <w:br/>
        <w:t>every</w:t>
      </w:r>
      <w:r>
        <w:t xml:space="preserve"> single</w:t>
      </w:r>
      <w:r>
        <w:t xml:space="preserve"> year</w:t>
      </w:r>
      <w:r>
        <w:t xml:space="preserve"> for</w:t>
      </w:r>
      <w:r>
        <w:t xml:space="preserve"> 20</w:t>
      </w:r>
      <w:r>
        <w:t xml:space="preserve"> years.</w:t>
      </w:r>
      <w:r>
        <w:t xml:space="preserve"> Hm.</w:t>
        <w:br/>
        <w:t>我只想让她工作轻松些</w:t>
        <w:br/>
        <w:t>I</w:t>
      </w:r>
      <w:r>
        <w:t xml:space="preserve"> just</w:t>
      </w:r>
      <w:r>
        <w:t xml:space="preserve"> wanted</w:t>
      </w:r>
      <w:r>
        <w:t xml:space="preserve"> to</w:t>
      </w:r>
      <w:r>
        <w:t xml:space="preserve"> make</w:t>
      </w:r>
      <w:r>
        <w:t xml:space="preserve"> the</w:t>
      </w:r>
      <w:r>
        <w:t xml:space="preserve"> job</w:t>
      </w:r>
      <w:r>
        <w:t xml:space="preserve"> easier</w:t>
      </w:r>
      <w:r>
        <w:t xml:space="preserve"> for</w:t>
      </w:r>
      <w:r>
        <w:t xml:space="preserve"> her.</w:t>
        <w:br/>
        <w:t>所以</w:t>
      </w:r>
      <w:r>
        <w:t xml:space="preserve"> 我不指望你相信我</w:t>
        <w:br/>
        <w:t>So</w:t>
      </w:r>
      <w:r>
        <w:t xml:space="preserve"> I</w:t>
      </w:r>
      <w:r>
        <w:t xml:space="preserve"> can't</w:t>
      </w:r>
      <w:r>
        <w:t xml:space="preserve"> make</w:t>
      </w:r>
      <w:r>
        <w:t xml:space="preserve"> you</w:t>
      </w:r>
      <w:r>
        <w:t xml:space="preserve"> trust</w:t>
      </w:r>
      <w:r>
        <w:t xml:space="preserve"> me,</w:t>
        <w:br/>
        <w:t>但我绝不会放弃努力</w:t>
      </w:r>
      <w:r>
        <w:t xml:space="preserve"> 让你们工作更轻松</w:t>
        <w:br/>
        <w:t>but</w:t>
      </w:r>
      <w:r>
        <w:t xml:space="preserve"> I'm</w:t>
      </w:r>
      <w:r>
        <w:t xml:space="preserve"> not</w:t>
      </w:r>
      <w:r>
        <w:t xml:space="preserve"> gonna</w:t>
      </w:r>
      <w:r>
        <w:t xml:space="preserve"> stop</w:t>
      </w:r>
      <w:r>
        <w:t xml:space="preserve"> trying</w:t>
      </w:r>
      <w:r>
        <w:t xml:space="preserve"> to</w:t>
      </w:r>
      <w:r>
        <w:t xml:space="preserve"> make</w:t>
      </w:r>
      <w:r>
        <w:t xml:space="preserve"> the</w:t>
      </w:r>
      <w:r>
        <w:t xml:space="preserve"> job</w:t>
      </w:r>
      <w:r>
        <w:t xml:space="preserve"> easier.</w:t>
        <w:br/>
        <w:t>这句话也适用于我的团队°</w:t>
        <w:br/>
        <w:t>And</w:t>
      </w:r>
      <w:r>
        <w:t xml:space="preserve"> that</w:t>
      </w:r>
      <w:r>
        <w:t xml:space="preserve"> goes</w:t>
      </w:r>
      <w:r>
        <w:t xml:space="preserve"> for</w:t>
      </w:r>
      <w:r>
        <w:t xml:space="preserve"> me</w:t>
      </w:r>
      <w:r>
        <w:t xml:space="preserve"> and</w:t>
      </w:r>
      <w:r>
        <w:t xml:space="preserve"> my</w:t>
      </w:r>
      <w:r>
        <w:t xml:space="preserve"> team.</w:t>
        <w:br/>
        <w:t>很荣幸认识您</w:t>
      </w:r>
      <w:r>
        <w:t xml:space="preserve"> 霍华德老师</w:t>
        <w:br/>
        <w:t>It</w:t>
      </w:r>
      <w:r>
        <w:t xml:space="preserve"> was</w:t>
      </w:r>
      <w:r>
        <w:t xml:space="preserve"> a</w:t>
      </w:r>
      <w:r>
        <w:t xml:space="preserve"> pleasure,</w:t>
      </w:r>
      <w:r>
        <w:t xml:space="preserve"> Mrs.</w:t>
      </w:r>
      <w:r>
        <w:t xml:space="preserve"> Howard.</w:t>
        <w:br/>
        <w:t>别闹了</w:t>
      </w:r>
      <w:r>
        <w:t xml:space="preserve"> 懒虫们</w:t>
        <w:br/>
        <w:t>Ava:</w:t>
      </w:r>
      <w:r>
        <w:t xml:space="preserve"> Break</w:t>
      </w:r>
      <w:r>
        <w:t xml:space="preserve"> it</w:t>
      </w:r>
      <w:r>
        <w:t xml:space="preserve"> up,</w:t>
      </w:r>
      <w:r>
        <w:t xml:space="preserve"> slackers!</w:t>
        <w:br/>
        <w:t>我说的就是你们</w:t>
      </w:r>
      <w:r>
        <w:t xml:space="preserve"> 米勒老师</w:t>
      </w:r>
      <w:r>
        <w:t xml:space="preserve"> 施门提老师</w:t>
        <w:br/>
        <w:t>Yeah,</w:t>
      </w:r>
      <w:r>
        <w:t xml:space="preserve"> I'm</w:t>
      </w:r>
      <w:r>
        <w:t xml:space="preserve"> talking</w:t>
      </w:r>
      <w:r>
        <w:t xml:space="preserve"> to</w:t>
      </w:r>
      <w:r>
        <w:t xml:space="preserve"> you-</w:t>
      </w:r>
      <w:r>
        <w:t xml:space="preserve"> Mrs.</w:t>
      </w:r>
      <w:r>
        <w:t xml:space="preserve"> Miller,</w:t>
      </w:r>
      <w:r>
        <w:t xml:space="preserve"> Ms.</w:t>
      </w:r>
      <w:r>
        <w:t xml:space="preserve"> Schemmenti,</w:t>
        <w:br/>
        <w:t>和那个梳马尾的男人</w:t>
        <w:br/>
        <w:t>ponytail</w:t>
      </w:r>
      <w:r>
        <w:t xml:space="preserve"> guy.</w:t>
        <w:br/>
        <w:t>对</w:t>
      </w:r>
      <w:r>
        <w:t xml:space="preserve"> 没错</w:t>
        <w:br/>
        <w:t>Yeah,</w:t>
      </w:r>
      <w:r>
        <w:t xml:space="preserve"> that's</w:t>
      </w:r>
      <w:r>
        <w:t xml:space="preserve"> right.</w:t>
        <w:br/>
        <w:t>学校到处都是摄像头</w:t>
        <w:br/>
        <w:t>I</w:t>
      </w:r>
      <w:r>
        <w:t xml:space="preserve"> got</w:t>
      </w:r>
      <w:r>
        <w:t xml:space="preserve"> cameras</w:t>
      </w:r>
      <w:r>
        <w:t xml:space="preserve"> all</w:t>
      </w:r>
      <w:r>
        <w:t xml:space="preserve"> over</w:t>
      </w:r>
      <w:r>
        <w:t xml:space="preserve"> this</w:t>
      </w:r>
      <w:r>
        <w:t xml:space="preserve"> place.</w:t>
        <w:br/>
        <w:t>只是为了督促各位老师</w:t>
        <w:br/>
        <w:t>Just</w:t>
      </w:r>
      <w:r>
        <w:t xml:space="preserve"> to</w:t>
      </w:r>
      <w:r>
        <w:t xml:space="preserve"> make</w:t>
      </w:r>
      <w:r>
        <w:t xml:space="preserve"> sure</w:t>
      </w:r>
      <w:r>
        <w:t xml:space="preserve"> we're</w:t>
      </w:r>
      <w:r>
        <w:t xml:space="preserve"> always</w:t>
      </w:r>
      <w:r>
        <w:t xml:space="preserve"> working</w:t>
        <w:br/>
        <w:t>为阿伯特小学打造更光明的未来</w:t>
        <w:br/>
        <w:t>to</w:t>
      </w:r>
      <w:r>
        <w:t xml:space="preserve"> make</w:t>
      </w:r>
      <w:r>
        <w:t xml:space="preserve"> Abbott</w:t>
      </w:r>
      <w:r>
        <w:t xml:space="preserve"> a</w:t>
      </w:r>
      <w:r>
        <w:t xml:space="preserve"> brighter</w:t>
      </w:r>
      <w:r>
        <w:t xml:space="preserve"> place!</w:t>
        <w:br/>
        <w:t>为了治好艾娃的疯</w:t>
      </w:r>
      <w:r>
        <w:t xml:space="preserve"> 我们定了一个计划</w:t>
        <w:br/>
        <w:t>Well,</w:t>
      </w:r>
      <w:r>
        <w:t xml:space="preserve"> we</w:t>
      </w:r>
      <w:r>
        <w:t xml:space="preserve"> made</w:t>
      </w:r>
      <w:r>
        <w:t xml:space="preserve"> a</w:t>
      </w:r>
      <w:r>
        <w:t xml:space="preserve"> plan</w:t>
      </w:r>
      <w:r>
        <w:t xml:space="preserve"> to</w:t>
      </w:r>
      <w:r>
        <w:t xml:space="preserve"> solve</w:t>
      </w:r>
      <w:r>
        <w:t xml:space="preserve"> this</w:t>
      </w:r>
      <w:r>
        <w:t xml:space="preserve"> Ava</w:t>
      </w:r>
      <w:r>
        <w:t xml:space="preserve"> problem</w:t>
        <w:br/>
        <w:t>我们得重置她</w:t>
        <w:br/>
        <w:t>We</w:t>
      </w:r>
      <w:r>
        <w:t xml:space="preserve"> need</w:t>
      </w:r>
      <w:r>
        <w:t xml:space="preserve"> to,</w:t>
      </w:r>
      <w:r>
        <w:t xml:space="preserve"> like,</w:t>
      </w:r>
      <w:r>
        <w:t xml:space="preserve"> reset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https://d.book118.com/737141020165006053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3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73714102016500605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37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