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《做最好的自己》读书心得体会2024（35篇）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《做最好的自己》读书心得体会2024（精选35篇）</w:t>
      </w:r>
      <w:r>
        <w:rPr>
          <w:lang w:eastAsia="zh-CN"/>
        </w:rPr>
        <w:br/>
      </w:r>
      <w:r>
        <w:rPr>
          <w:lang w:eastAsia="zh-CN"/>
        </w:rPr>
        <w:t xml:space="preserve">    《做最好的自己》读书心得体会2024 篇1 </w:t>
      </w:r>
      <w:r>
        <w:rPr>
          <w:lang w:eastAsia="zh-CN"/>
        </w:rPr>
        <w:br/>
      </w:r>
      <w:r>
        <w:rPr>
          <w:lang w:eastAsia="zh-CN"/>
        </w:rPr>
        <w:t>　　这本书最吸引我的是书名，当书到手时我怀着好奇的心情去读这本书，读完后不禁觉得神清气爽。以前也曾读过一些书，读后似乎感觉都是一些空话，仅仅留给我一些无谓的说教，没什么实质性的帮助。看了这本书后，感觉与众不同，如何才能做最好的自己?这需要我们每个人进行思考。</w:t>
      </w:r>
      <w:r>
        <w:rPr>
          <w:lang w:eastAsia="zh-CN"/>
        </w:rPr>
        <w:br/>
      </w:r>
      <w:r>
        <w:rPr>
          <w:lang w:eastAsia="zh-CN"/>
        </w:rPr>
        <w:t>　　书中李开复博士认为：成功就是不断超越自己，就是“做最好的自己”。</w:t>
      </w:r>
      <w:r>
        <w:rPr>
          <w:lang w:eastAsia="zh-CN"/>
        </w:rPr>
        <w:br/>
      </w:r>
    </w:p>
    <w:p w:rsidR="001B1F19" w14:textId="0AE8485B">
      <w:pPr>
        <w:pStyle w:val="Heading1"/>
        <w:jc w:val="center"/>
        <w:rPr>
          <w:rFonts w:hint="eastAsia"/>
          <w:lang w:eastAsia="zh-CN"/>
        </w:rPr>
      </w:pPr>
      <w:r>
        <w:rPr>
          <w:sz w:val="44"/>
          <w:lang w:eastAsia="zh-CN"/>
        </w:rPr>
        <w:t>《做最好的自己》读书心得体会2024（35篇）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《做最好的自己》读书心得体会2024（精选35篇）</w:t>
      </w:r>
      <w:r>
        <w:rPr>
          <w:lang w:eastAsia="zh-CN"/>
        </w:rPr>
        <w:br/>
      </w:r>
      <w:r>
        <w:rPr>
          <w:lang w:eastAsia="zh-CN"/>
        </w:rPr>
        <w:t xml:space="preserve">    《做最好的自己》读书心得体会2024 篇1 </w:t>
      </w:r>
      <w:r>
        <w:rPr>
          <w:lang w:eastAsia="zh-CN"/>
        </w:rPr>
        <w:br/>
      </w:r>
      <w:r>
        <w:rPr>
          <w:lang w:eastAsia="zh-CN"/>
        </w:rPr>
        <w:t>　　这本书最吸引我的是书名，当书到手时我怀着好奇的心情去读这本书，读完后不禁觉得神清气爽。以前也曾读过一些书，读后似乎感觉都是一些空话，仅仅留给我一些无谓的说教，没什么实质性的帮助。看了这本书后，感觉与众不同，如何才能做最好的自己?这需要我们每个人进行思考。</w:t>
      </w:r>
      <w:r>
        <w:rPr>
          <w:lang w:eastAsia="zh-CN"/>
        </w:rPr>
        <w:br/>
      </w:r>
      <w:r>
        <w:rPr>
          <w:lang w:eastAsia="zh-CN"/>
        </w:rPr>
        <w:t>　　书中李开复博士认为：成功就是不断超越自己，就是“做最好的自己”。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对此我的理解就是每个人都有成功的机会，形式不同，成功的意义也不同，不要去在乎世俗的模式，只要自己努力去实现理想，并且每天都在向理想靠近，就是成功。成功的标准并不是单一的，社会给每个人提供了不同的舞台，只要在自己的舞台上将自己的'价值发挥到极限，无论是令人瞩目还是平凡普通，都是成功。当然，在现实社会中或许我们每个人都有自己无法实现的梦想，我们的理想和现实永远存在着差距。而许多事情是我们无法改变的，我们所能做到的就是改变心态，调节情绪，改变思考方式，不断超越自己，努力让自己的生命充分燃烧，做最好的自己。</w:t>
      </w:r>
      <w:r>
        <w:rPr>
          <w:lang w:eastAsia="zh-CN"/>
        </w:rPr>
        <w:br/>
      </w:r>
      <w:r>
        <w:rPr>
          <w:lang w:eastAsia="zh-CN"/>
        </w:rPr>
        <w:t>　　读完《做最好的自己》，感到其实做好自己并不难。作为一名职业女性，工作经常陷入一种疲劳的状态，经常会被学生的问题搞得自己觉得很累，我知道这不应该是年轻老师应有的心态，但是总是控制不住自己的情绪，总是会被学生不如意的表现所影响，开始经常抱怨这，抱怨那，甚至开始怀疑自己到底适不适合教师这个职业，刚参加工作时的热情减少了，这种心情影响到我的生活和工作。受李老师的影响，“既然只能当老师，那么悲悲戚戚是当，高高兴兴也是当，我当然选择后者!”</w:t>
      </w:r>
      <w:r>
        <w:rPr>
          <w:lang w:eastAsia="zh-CN"/>
        </w:rPr>
        <w:br/>
      </w:r>
      <w:r>
        <w:rPr>
          <w:lang w:eastAsia="zh-CN"/>
        </w:rPr>
        <w:t>　　事实证明，我们每个人都可以做一个最好的自己，都可以做到优秀。我们更不必为自己赶不上别人而太过自责，也不必因为境遇不好而太过感伤，怨天忧人。我们所需要做的，是追随自己心灵的选择，不求其他，但求做最好的自己。</w:t>
      </w:r>
      <w:r>
        <w:rPr>
          <w:lang w:eastAsia="zh-CN"/>
        </w:rPr>
        <w:br/>
      </w:r>
      <w:r>
        <w:rPr>
          <w:lang w:eastAsia="zh-CN"/>
        </w:rPr>
        <w:t xml:space="preserve">    《做最好的自己》读书心得体会2024 篇2 </w:t>
      </w:r>
      <w:r>
        <w:rPr>
          <w:lang w:eastAsia="zh-CN"/>
        </w:rPr>
        <w:br/>
      </w:r>
      <w:r>
        <w:rPr>
          <w:lang w:eastAsia="zh-CN"/>
        </w:rPr>
        <w:t>　　最近宫校长为我们老师推荐了李志敏博士的励志书籍，我非常喜欢读这类的书籍。非常有幸我读到了《做最好的自己》这本书，读完整本书后，感觉自己收获了很多，自己的心灵也重新得到了洗礼。宫校长，谢谢您，谢谢您让我感悟到怎么样才能做最好的自己，让我在工作中始终以积极的心态去面对所有的问题，让我踏踏实实，不断超越自己。</w:t>
      </w:r>
      <w:r>
        <w:rPr>
          <w:lang w:eastAsia="zh-CN"/>
        </w:rPr>
        <w:br/>
      </w:r>
      <w:r>
        <w:rPr>
          <w:lang w:eastAsia="zh-CN"/>
        </w:rPr>
        <w:t>　　我国伟大诗人杜甫说过：读书破万卷，下笔如有神。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首先吸引我的是书名，当书到手时我怀着好奇的心情去读这本书。读完后不禁觉得神清气爽，以前也曾读过一些书，读后似乎感觉都是一些空话，仅仅留给我一些无谓的说教，没什么实质性的帮助。看了这本书后，感觉与众不同，如何才能做最好的自己?这需要我们每个人进行思考。是的，更多的时候，大家都在审评对方，研究对手，却很少有时间静下心来了解自己。李博士用平实的语言为我打开了一扇了解自己、重新审视自己的心门。他告诉人们：做人不是只有自省才能更完美，但是不时的自省却能让自己更加的清醒;做人不是简单的树立理想就可以轻松实现，但是没有理想的人却一定无所适从;做人一定要有广阔的胸怀，真正做到严于律已，宽以待人才有容天下之大量的非凡气度;做人要有勇气，真正敢于追逐自己梦想的人才能让更多的机会停留在自己身边他不仅提出了浅显易懂的成功同心圆说，而且运用了发生在他身边的大量故事来阐述成功的秘诀。这些故事很值得我学习和品味，从中吸取经验和教训，指导我走向成功之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其次，每个人对成功的理解不同。相信许多人和我一样，或许经常有这样的感觉：不知道什么才是真正的成功，怎样才能得到成功，搞不清真正的人生价值是什么，如何实现。现在看了李老师的成功学后，体会到：人和人之间千差万别，每个人都有自己的选择，不能用同一个模式去衡量所有人的成功，无论是所处地位与名望的高与低，拥有财富的多与少，只有发挥了自己的兴趣和特长，又对社会和他人有益，同时还体验到了无穷的快乐，这就是成功，做到了最好的自己就是成功。</w:t>
      </w:r>
      <w:r>
        <w:rPr>
          <w:lang w:eastAsia="zh-CN"/>
        </w:rPr>
        <w:br/>
      </w:r>
      <w:r>
        <w:rPr>
          <w:lang w:eastAsia="zh-CN"/>
        </w:rPr>
        <w:t>　　世界本来就是一个矛盾的集合体，每个人在生活中，都会遇到各种各样的抉择，但不需要为压力过重而苦恼，更不需要为了失败而哭泣，也不要让事情来主宰我们，而是要用积极的态度来主导、推动事情往更好的方向进展。</w:t>
      </w:r>
      <w:r>
        <w:rPr>
          <w:lang w:eastAsia="zh-CN"/>
        </w:rPr>
        <w:br/>
      </w:r>
      <w:r>
        <w:rPr>
          <w:lang w:eastAsia="zh-CN"/>
        </w:rPr>
        <w:t>　　最后李博士认为：成功就是不断超越自己，就是做最好的自己。</w:t>
      </w:r>
      <w:r>
        <w:rPr>
          <w:lang w:eastAsia="zh-CN"/>
        </w:rPr>
        <w:br/>
      </w:r>
      <w:r>
        <w:rPr>
          <w:lang w:eastAsia="zh-CN"/>
        </w:rPr>
        <w:t>　　对此我的理解就是每个人都有成功的机会，形式不同，成功的意义也不同，不要去在乎世俗的模式，只要自己努力去实现理想，并且每天都在向理想靠近，就是成功。成功的标准并不是单一的，社会给每个人提供了不同的舞台，只要在自己的舞台上将自己的价值发挥到极限，无论是令人瞩目还是平凡普通，都是成功。当然，在现实社会中或许我们每个人都有自己无法实现的梦想，我们的理想和现实永远存在着差距。而许多事情是我们无法改变的，我们所能做到的就是改变心态，调节情绪，改变思考方式，不断超越自己，努力让自己的生命充分燃烧，做最好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读完《做最好的自己》，感到其实做好自己并不难。作为一名普通老师，工作经常陷入一种疲劳的状态，经常会被学生的问题搞得自己觉得很累，我知道这不应该是年轻老师应有的心态，但是总是控制不住自己的情绪，总是会被学生不如意的表现所影响，开始经常抱怨这，抱怨那，甚至开始怀疑自己到底适不适合教师这个职业，刚参加工作时的热情减少了，这种心情影响到我的生活和工作，受李老师的影响，既然只能当老师，那么悲悲戚戚是当，高高兴兴也是当，我当然选择后者!</w:t>
      </w:r>
      <w:r>
        <w:rPr>
          <w:lang w:eastAsia="zh-CN"/>
        </w:rPr>
        <w:br/>
      </w:r>
      <w:r>
        <w:rPr>
          <w:lang w:eastAsia="zh-CN"/>
        </w:rPr>
        <w:t>　　是啊，开心是一天，不开心也是一天，为什么不天天开心呢?可是，每天出现的让人头疼的事情，让人头疼的学生，怎么能高兴得起来呢?我经常想：多想孩子们可爱的地方，尽量把课上好，尽量和他们一起玩儿，这样孩子们就会越来越爱自己，每天生活在一个充满爱的环境中，又怎么能不高兴呢?</w:t>
      </w:r>
      <w:r>
        <w:rPr>
          <w:lang w:eastAsia="zh-CN"/>
        </w:rPr>
        <w:br/>
      </w:r>
      <w:r>
        <w:rPr>
          <w:lang w:eastAsia="zh-CN"/>
        </w:rPr>
        <w:t>　　多么简单多么朴素的道理，为什么我当初就没想到呢，想想我们在工作学习中难免会与人产生摩擦，如果我们只盯着别人的错误，那么只能让矛盾越来越激化，但是我们如果想别人的优点，就会使我们很快的冰释前嫌，问什么同样的问题发生在学生与老师的身上就这么不可调和呢?其实还是缘于爱，如果我们给学生多点，再多点的爱，对于他们的错误我们都用理解之心，包容之心，责任之心看待，而不去苛求他们像成年人那么懂事，师生关系会不会更和谐一点呢?在众多的压力与竞争下，要保持积极的心态，不论遇上什么困难都不要气馁，积极心态战胜一切困难，一样可以做到优秀。</w:t>
      </w:r>
      <w:r>
        <w:rPr>
          <w:lang w:eastAsia="zh-CN"/>
        </w:rPr>
        <w:br/>
      </w:r>
      <w:r>
        <w:rPr>
          <w:lang w:eastAsia="zh-CN"/>
        </w:rPr>
        <w:t>　　事实证明，我们每个人都可以做一个最好的自己，都可以做到优秀。我们更不必为自己赶不上别人而太过自责，也不必因为境遇不好而太过感伤，怨天忧人。我们所需要做的，是追随自己心灵的选择，不求其他，但求做最好的自己。我们就会变成一个更美好、更大度、更成功的人!</w:t>
      </w:r>
      <w:r>
        <w:rPr>
          <w:lang w:eastAsia="zh-CN"/>
        </w:rPr>
        <w:br/>
      </w:r>
      <w:r>
        <w:rPr>
          <w:lang w:eastAsia="zh-CN"/>
        </w:rPr>
        <w:t xml:space="preserve">    《做最好的自己》读书心得体会2024 篇3 </w:t>
      </w:r>
      <w:r>
        <w:rPr>
          <w:lang w:eastAsia="zh-CN"/>
        </w:rPr>
        <w:br/>
      </w:r>
      <w:r>
        <w:rPr>
          <w:lang w:eastAsia="zh-CN"/>
        </w:rPr>
        <w:t>　　读了李开复</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做最好的自己》这本书后，感觉很不同，他不仅提出了易于理解的成功同心圆说，而且运用了发生在他身边的大量故事来阐释成功的秘诀。这些故事很值得我们学习和品味，从中吸取经验和教训，指导我们走向成功之路。</w:t>
      </w:r>
      <w:r>
        <w:rPr>
          <w:lang w:eastAsia="zh-CN"/>
        </w:rPr>
        <w:br/>
      </w:r>
      <w:r>
        <w:rPr>
          <w:lang w:eastAsia="zh-CN"/>
        </w:rPr>
        <w:t>　　首先， 李开复老师阐述了成功一词的真正含义，成功是多元化的，衡量成功的标准有很多种，但最根本的标准应该是：该行为是否对社会、对他人或对自己有益，是否能让一个人在自主选择的过程中，不断超越自己，并由此获得最大的快乐。我经常有这样的感觉，不知道什么才是真正的成功，怎样才能得到成功，搞不清真正的人生价值是什么，如何实现。读了李老师的成功后，体会很深，人和人之间千差万别，每个人都有自己的选择，不能用同一个模式去衡量所有人的成功，无论是所处地位与名望的高低，拥有财富的多与少，只有发挥了自己的兴趣和特长，又对社会和他人有益，同时还体验到了无穷的快乐，这就是成功，做到了最好的自己就是成功。</w:t>
      </w:r>
      <w:r>
        <w:rPr>
          <w:lang w:eastAsia="zh-CN"/>
        </w:rPr>
        <w:br/>
      </w:r>
      <w:r>
        <w:rPr>
          <w:lang w:eastAsia="zh-CN"/>
        </w:rPr>
        <w:t>　　其次，讲述了该如何做才能获得成功：首先要摆正心态，拥有正确的价值观，这是成功的基础。用正确的价值观指引，端正自己的人生态度，再将二者用到追寻理想、发现兴趣、有效执行、努力学习、人际交流、合作沟通等行为方式中，才有可能取得成功。</w:t>
      </w:r>
      <w:r>
        <w:rPr>
          <w:lang w:eastAsia="zh-CN"/>
        </w:rPr>
        <w:br/>
      </w:r>
      <w:r>
        <w:rPr>
          <w:lang w:eastAsia="zh-CN"/>
        </w:rPr>
        <w:t>　　树立正确的价值观，不断引导我们追寻自己的理想。在生活、工作中要诚信待人，不辜负别人对自己的期待和信任，努力做到言行如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一、言出必行。每个人都希望得到他人的尊重和信赖，而他人对我们的期待，正是对个人道德修养的一种良性约束，是养成诚信习惯的重要力量。</w:t>
      </w:r>
      <w:r>
        <w:rPr>
          <w:lang w:eastAsia="zh-CN"/>
        </w:rPr>
        <w:br/>
      </w:r>
      <w:r>
        <w:rPr>
          <w:lang w:eastAsia="zh-CN"/>
        </w:rPr>
        <w:t>　　人生态度包括勇气，自信，同理心，胸怀，自省，积极。态度是为人处世的基本原则，是决定成功与否的关键因素。人的一生中难免会遇到这样或那样的境域，这就要求每个人适时调整自己的心态，永保积极向上的态度。在顺境中，要善于自省，客观的评估自己，避免因盲目乐观而高估自己;在逆境中，要鼓足勇气，充分自信，用更加主动的态度来改变自己的境域;在处理事情时，要怀着同理心和容纳百川的胸襟，待人处世要将心比心，为他人留下空间和余地，主动反省自己，勇于承担责任。在人生态度上，我觉得自己在自信和勇气上还有些欠缺，在开会或其他场合总是不够自信，有想法但是没有勇气去表达，只是被动的等待被要求发言时才说。所以以后我一定会积极勇敢的去表达自己的看法。</w:t>
      </w:r>
      <w:r>
        <w:rPr>
          <w:lang w:eastAsia="zh-CN"/>
        </w:rPr>
        <w:br/>
      </w:r>
      <w:r>
        <w:rPr>
          <w:lang w:eastAsia="zh-CN"/>
        </w:rPr>
        <w:t>　　行为手段是实现价值观的途径。具体体现在四种能力上，即学习力、有效执行力、合作沟通能力和人际交流能力。树立终身学习的理念，不断提升自身综合能力素养。现在一项工作的完成会涉及到多个部门，需要大量的人际交流，需要各个部门的通力合作，最终实现对工作任务的有效执行。同时发现兴趣和追求理想是行为手段的源动力的重大决定，沿着自己的成功之路稳步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觉得它最值得读的地方是李开复老师结合了中国和美国人思维的精华。而且给了正确的成功的概念和方法。我看过写不少助人成功和成材的办法，也许他们写的不错，给出的方法也能把人塑造得更好，可是却无法让人有模仿的冲动和理由。但是这本书的背后，有一个真正的成功人士的影子，沉稳、睿智，掌握中国传统文化的精髓，又开放、善于沟通，有着一个优秀的美国人所具备的素质。他知道自己要做什么，而且知道如何去做。这种智慧，虽然听起来简单，但并不多见。</w:t>
      </w:r>
      <w:r>
        <w:rPr>
          <w:lang w:eastAsia="zh-CN"/>
        </w:rPr>
        <w:t xml:space="preserve"> 这本书里面传统而又开放的思想，</w:t>
      </w:r>
      <w:r>
        <w:rPr>
          <w:lang w:eastAsia="zh-CN"/>
        </w:rPr>
        <w:t xml:space="preserve"> 应该能与当代中国年轻人一贯的思维找到切合点。</w:t>
      </w:r>
      <w:r>
        <w:rPr>
          <w:lang w:eastAsia="zh-CN"/>
        </w:rPr>
        <w:br/>
      </w:r>
      <w:r>
        <w:rPr>
          <w:lang w:eastAsia="zh-CN"/>
        </w:rPr>
        <w:t>　　一直觉得自己够聪明，够冷静，李开复老师说的这些道理我都懂，可是看了他举了的那些学生来信的例子：我的目标就是考清华的研，可我又担心自己考不上，很迷茫，不知道该怎么办?等等的各种言辞，我终于明白其实我也一样迷茫，一样没有看穿一些东西，没有领悟一些东西。</w:t>
      </w:r>
      <w:r>
        <w:rPr>
          <w:lang w:eastAsia="zh-CN"/>
        </w:rPr>
        <w:br/>
      </w:r>
      <w:r>
        <w:rPr>
          <w:lang w:eastAsia="zh-CN"/>
        </w:rPr>
        <w:t>　　做最好的自己，这么傻的书名，却成为我读完全书时真正的信念! 不是每个人都足够坚定，不是每个人都能完整清楚地认识自己，不是每个人都足够优秀，不是每个人都成熟到可以和一个四十多岁冷静睿智，事业辉煌到如同神话一般的男人比。那么，为什么不读读这本书呢?让一双沉稳的眼睛帮助你打量你自己，看到你的与众不同，你独特的优秀和你从来不曾察觉的缺陷。</w:t>
      </w:r>
      <w:r>
        <w:rPr>
          <w:lang w:eastAsia="zh-CN"/>
        </w:rPr>
        <w:br/>
      </w:r>
      <w:r>
        <w:rPr>
          <w:lang w:eastAsia="zh-CN"/>
        </w:rPr>
        <w:t>　　李开复是聪明的、努力的，也是足够幸运的。他幸运的是他有一，一个人只有拥有理想才能在人生目标的指引下果断的作出人生中个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传统又开放的母亲，从小便被灌输了中华的传统美德，又被送到了美国接受了开放式的教育和熏陶。他幸运的是他有一个品德卓著，坚定地追求自己梦想的父亲，让他明白了什么是信仰，什么是热爱。他幸运的是他碰到了一个学问出色、品格甚高的老师，即使他的看法和研究方向与老师完全相悖依然不遗余力的支持他，最终使得他在自己的第一项研究上取得成功。他更幸运的是他遇到的这些人，这些事使得他逐渐形成并坚持自己的价值观，一步步坚定地实现自己的理想。</w:t>
      </w:r>
      <w:r>
        <w:rPr>
          <w:lang w:eastAsia="zh-CN"/>
        </w:rPr>
        <w:br/>
      </w:r>
      <w:r>
        <w:rPr>
          <w:lang w:eastAsia="zh-CN"/>
        </w:rPr>
        <w:t>　　我终于理解，比尔盖茨为什么能成为世界首富了，因为他的目标并不是赚钱。我也能够理解李开复为什么能够取得那么多的成就了，因为他的目标并不是普通意义上的成功。寻找一份事业，而且乐在其中，做自己觉得有意义的事，而且用它来造福世界和人类。这才是真正的幸福吧?</w:t>
      </w:r>
      <w:r>
        <w:rPr>
          <w:lang w:eastAsia="zh-CN"/>
        </w:rPr>
        <w:br/>
      </w:r>
      <w:r>
        <w:rPr>
          <w:lang w:eastAsia="zh-CN"/>
        </w:rPr>
        <w:t>　　心有多大，世界就有多大。我，终于明白。</w:t>
      </w:r>
      <w:r>
        <w:rPr>
          <w:lang w:eastAsia="zh-CN"/>
        </w:rPr>
        <w:br/>
      </w:r>
      <w:r>
        <w:rPr>
          <w:lang w:eastAsia="zh-CN"/>
        </w:rPr>
        <w:t>　　最后，是让读者用智慧选择成功，智慧并不是指人的智商，而是主动发现并选择最完整，最均衡的状态，以此来获得成功。当你做出选择后，就要轻轻放下，不要过多的考虑，而是用实际行动去完成你的选择，那么这就是成功。</w:t>
      </w:r>
      <w:r>
        <w:rPr>
          <w:lang w:eastAsia="zh-CN"/>
        </w:rPr>
        <w:br/>
      </w:r>
      <w:r>
        <w:rPr>
          <w:lang w:eastAsia="zh-CN"/>
        </w:rPr>
        <w:t>　　《做最好的自己》书中，通过缜密的逻辑和真实案例相结合的方法，阐述了人人都可以成功;我可以选择我的成功这一主题。这本书对于我们青年人选择未来的道路，在推动社会进步的过程中雕塑出来未来的自己有很大帮助。最后引用李博士的一句话：有勇气来改变可以改变的事情，有胸怀来接受不可改变的事情，有智慧来分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两者的不同，做最好的自己，做快乐的自己，一步步向成功迈进。</w:t>
      </w:r>
      <w:r>
        <w:rPr>
          <w:lang w:eastAsia="zh-CN"/>
        </w:rPr>
        <w:br/>
      </w:r>
      <w:r>
        <w:rPr>
          <w:lang w:eastAsia="zh-CN"/>
        </w:rPr>
        <w:t xml:space="preserve">    《做最好的自己》读书心得体会2024 篇4 </w:t>
      </w:r>
      <w:r>
        <w:rPr>
          <w:lang w:eastAsia="zh-CN"/>
        </w:rPr>
        <w:br/>
      </w:r>
      <w:r>
        <w:rPr>
          <w:lang w:eastAsia="zh-CN"/>
        </w:rPr>
        <w:t>　　《做最好的自己》是李开复写的一本给青年励志的书籍。</w:t>
      </w:r>
      <w:r>
        <w:rPr>
          <w:lang w:eastAsia="zh-CN"/>
        </w:rPr>
        <w:br/>
      </w:r>
      <w:r>
        <w:rPr>
          <w:lang w:eastAsia="zh-CN"/>
        </w:rPr>
        <w:t>　　在生活中，我们多多少少都会遇到一些不如意的事情，我们每个人都有自己的性格。李开复说：在批评中长大的孩子最容易自卑，在嘲笑中长大的孩子最容易怯弱，在鼓励中长大的孩子最有自信；在称赞中长大的孩子最懂得宽容。读了这段话我对李开复的观点深深的认同，童年的成长经历对一个人的影响非常大。像我们这一代人，父母受教育比较少。传统的思想根深蒂固，但是我们又成长在一个特殊的时代背景下。小时候父母都外出打工，我们成为了留守儿童，由于受不到关注，小时候的我特别孤僻。经过了好长的时间我才慢慢理解父母的不容易。</w:t>
      </w:r>
      <w:r>
        <w:rPr>
          <w:lang w:eastAsia="zh-CN"/>
        </w:rPr>
        <w:br/>
      </w:r>
      <w:r>
        <w:rPr>
          <w:lang w:eastAsia="zh-CN"/>
        </w:rPr>
        <w:t>　　生活总是没有那么多如意的地方，尽管父母的教育可能有问题，但是成长以后我们要明白，不管你做得多好或者多糟糕,也不可能取悦全世界,所以,活着最重要的就是要懂得为自己而活,走好自己的路,做最好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通过这本书我学会了，一个成功的领导者既需要自信也需要自省，既需要勇气也需要胸怀。在生活中我们要从挫折中学习。理性的去处理面对的问题。中国人讲求纪律服从、重视谦虚和毅力。西方人强调创新与个性，鼓励积极与勇气。在当下的我们应该吸取中国的优良美德，同时要发扬自己的个性。在合理的范围内做最好的自己。读完李开复的这本书，确实很有收获。</w:t>
      </w:r>
      <w:r>
        <w:rPr>
          <w:lang w:eastAsia="zh-CN"/>
        </w:rPr>
        <w:br/>
      </w:r>
      <w:r>
        <w:rPr>
          <w:lang w:eastAsia="zh-CN"/>
        </w:rPr>
        <w:t xml:space="preserve">    《做最好的自己》读书心得体会2024 篇5 </w:t>
      </w:r>
      <w:r>
        <w:rPr>
          <w:lang w:eastAsia="zh-CN"/>
        </w:rPr>
        <w:br/>
      </w:r>
      <w:r>
        <w:rPr>
          <w:lang w:eastAsia="zh-CN"/>
        </w:rPr>
        <w:t>　　阅读完李开复先生所写《做最好的自己》一书，受益匪浅。这本书里包含了很多需要我们掌握和学习的理论知识和人生观点：如何追寻成功;如何培养诚信的价值观、人生观，认识到积极主动的重要性和自信、勇气等等。得到启发，一个人想要取得成功，必须先要学会做最好的自己!</w:t>
      </w:r>
      <w:r>
        <w:rPr>
          <w:lang w:eastAsia="zh-CN"/>
        </w:rPr>
        <w:br/>
      </w:r>
      <w:r>
        <w:rPr>
          <w:lang w:eastAsia="zh-CN"/>
        </w:rPr>
        <w:t>　　做最好的自己，需要有正确的人生观! 人的一生，就像一条道路，只有经过沟沟坎坎，拐角拐弯才发现原来是这样的。才可以在拐角拐弯处看到的是另一片场景;才可以在路上让自己不断前行;才可以在路上让自己奔跑;才可以让自己在路上朝着目标冲刺遥遥领先;才可以不让自己在路上跌倒!</w:t>
      </w:r>
      <w:r>
        <w:rPr>
          <w:lang w:eastAsia="zh-CN"/>
        </w:rPr>
        <w:br/>
      </w:r>
      <w:r>
        <w:rPr>
          <w:lang w:eastAsia="zh-CN"/>
        </w:rPr>
        <w:t>　　做最好的自己，需要有强大的事业心、务实心、创新心、进取心!在工作上加强学习，熟悉石油污水处理专业业务知识，及时给自己充电，补充容量，弥补自身工作上的不足。发扬吃苦耐劳、实干、苦干、巧干的精神，脚踏实地认认真真做好每一件事，努力把自身工作做好，虽然工作中不一定会做到完美，但是尽职尽责就好。</w:t>
      </w:r>
      <w:r>
        <w:rPr>
          <w:lang w:eastAsia="zh-CN"/>
        </w:rPr>
        <w:br/>
      </w:r>
      <w:r>
        <w:rPr>
          <w:lang w:eastAsia="zh-CN"/>
        </w:rPr>
        <w:t>　　做最好的自己，需要有奉献心!行行出壮元，干一行，钻一行，爱一行，不怨天尤人;不随波逐流。增强定力、增强耐力、增强毅力、坚定决心、增强信心、增强恒心，要安贫乐道，不比收入比贡献，不比权力比奉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是一名石油人，我为奉献代言!奉献就是在日常工作中，体现在每一件小事里。奉献是对自己事业不求回报和全身心的工作付出，把本职工作当成一项事业来完成，努力做好每一件事，认真善待每一个人，全心全意为石油工作服务。是源自内心小小的感恩的心，是对社会和人民的感恩。</w:t>
      </w:r>
      <w:r>
        <w:rPr>
          <w:lang w:eastAsia="zh-CN"/>
        </w:rPr>
        <w:br/>
      </w:r>
      <w:r>
        <w:rPr>
          <w:lang w:eastAsia="zh-CN"/>
        </w:rPr>
        <w:t>　　常怀奉献之心的人真正懂得人生的快乐，心拥奉献之念的人真正懂得人生的真谛。奉献是社会责任感的集中表现，奉献是一种态度，是一种行动，也是一种信念。</w:t>
      </w:r>
      <w:r>
        <w:rPr>
          <w:lang w:eastAsia="zh-CN"/>
        </w:rPr>
        <w:br/>
      </w:r>
      <w:r>
        <w:rPr>
          <w:lang w:eastAsia="zh-CN"/>
        </w:rPr>
        <w:t>　　奉献方便了别人，提升了自己，激励了他人，也鼓舞了自己，在石油工作岗位上，虚心学习、吃苦耐劳、积极进取、高度责任、高额工作用我们热情和智慧，奉献给我们的石油工作。在奉献中收获属于我们的成就和快乐!</w:t>
      </w:r>
      <w:r>
        <w:rPr>
          <w:lang w:eastAsia="zh-CN"/>
        </w:rPr>
        <w:br/>
      </w:r>
      <w:r>
        <w:rPr>
          <w:lang w:eastAsia="zh-CN"/>
        </w:rPr>
        <w:t xml:space="preserve">    《做最好的自己》读书心得体会2024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最近朋友向我们推荐了李开复博士《做最好的自己》一书，我怀着好奇的心情去读这本书。读完后不禁觉得神清气爽，以前也曾读过一些书，读后似乎感觉都是一些空话，仅仅留给我一些无谓的说教，没什么实质性的帮助。看了这本书后，感觉与众不同，如何才能做最好的自己?这需要我们每个人进行思考。是的，更多的时候，大家都在审评对方，研究对手，却很少有时间静下心来了解自己。李博士用平实的语言为我打开了一扇了解自己、重新审视自己的心门。他告诉人们：做人不是只有自省才能更完美，但是不时的自省却能让自己更加的清醒;做人不是简单的树立理想就可以轻松实现，但是没有理想的人却一定无所适从;做人一定要有广阔的胸怀，真正做到严于律已，宽以待人才有容天下之大量的非凡气度;做人要有勇气，真正敢于追逐自己梦想的人才能让更多的机会停留在自己身边他不仅提出了浅显易懂的成功同心圆说，而且运用了发生在他身边的大量故事来阐述成功的秘诀。这些故事很值得我学习和品味，从中吸取经验和教训，指导我走向成功之路。</w:t>
      </w:r>
      <w:r>
        <w:rPr>
          <w:lang w:eastAsia="zh-CN"/>
        </w:rPr>
        <w:t xml:space="preserve"> 其实每个人对成功的理解不同。相信许多人和我一样，或许经常有这样的感觉：不知道什么才是真正的成功，怎样才能得到成功，搞不清真正的人生价值是什么，如何实现。现在看了李博士的成功学后，体会到：人和人之间千差万别，每个人都有自己的选择，不能用同一个模式去衡量所有人的成功，无论是所处地位与名望的高与低，拥有财富的多与少，只有发挥了自己的兴趣和特长，又对</w:t>
      </w:r>
      <w:r>
        <w:rPr>
          <w:lang w:eastAsia="zh-CN"/>
        </w:rPr>
        <w:br/>
      </w:r>
      <w:r>
        <w:rPr>
          <w:lang w:eastAsia="zh-CN"/>
        </w:rPr>
        <w:t>　　社会和他人有益，同时还体验到了无穷的快乐，这就是成功，做到了最好的自己就是成功。</w:t>
      </w:r>
      <w:r>
        <w:rPr>
          <w:lang w:eastAsia="zh-CN"/>
        </w:rPr>
        <w:br/>
      </w:r>
      <w:r>
        <w:rPr>
          <w:lang w:eastAsia="zh-CN"/>
        </w:rPr>
        <w:t>　　李开复博士认为：成功就是不断超越自己，就是做最好的自己。</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对此我的理解就是每个人都有成功的机会，形式不同，成功的意义也不同，不要去在乎世俗的模式，只要自己努力去实现理想，并且每天都在向理想靠近，就是成功。成功的标准并不是单一的，社会给每个人提供了不同的舞台，只要在自己的舞台上将自己的价值发挥到极限，无论是令人瞩目还是平凡普通，都是成功。当然，在现实社会中或许我们每个人都有自己无法实现的梦想，我们的理想和现实永远存在着差距。而许多事情是我们无法改变的，我们所能做到的就是改变心态，调节情绪，改变思考方式，不断超越自己，努力让自己的生命充分燃烧，做最好的自己。</w:t>
      </w:r>
      <w:r>
        <w:rPr>
          <w:lang w:eastAsia="zh-CN"/>
        </w:rPr>
        <w:br/>
      </w:r>
      <w:r>
        <w:rPr>
          <w:lang w:eastAsia="zh-CN"/>
        </w:rPr>
        <w:t>　　作为一名职业女性，一名学校领导，要想把工作做好。不但要有胆有识，还要有认认真真、高度负责的工作态度，更要有广阔的胸怀，海纳百川的境界。胸宽则能容、能容则众归、众归则才聚、才聚则业兴&amp;这样的道理其实并不难，但真正落实起来就不那么容易了。古人说：君子坦荡荡，小人长戚戚。成大业者就是要有那种拿得起、放得下的豁达胸襟;如果事事工于心计、器量狭小，处处流露出小家子气，那么不但不会取得真正的成功，也不会体验到任何属于自己的满足和快乐。如何才能成为一个有胸怀的人?书中给我们做了很好的阐述：如果你打算像所有真正的成功者一样拥有海纳百川的胸襟和气度，就要在务实、宽容、自律、尊重和涵养这五个方面严格要求自己，培养和训练自己在待人接物时的包容能力。一个人的胸怀并不是一朝一夕就可以塑造出来的，除了有意培养和</w:t>
      </w:r>
      <w:r>
        <w:rPr>
          <w:lang w:eastAsia="zh-CN"/>
        </w:rPr>
        <w:br/>
      </w:r>
      <w:r>
        <w:rPr>
          <w:lang w:eastAsia="zh-CN"/>
        </w:rPr>
        <w:t>　　训练外，最重要的是要有一颗真诚的心。真诚可以让你用善意和理性的眼光看待这个世界上的人和事，可以抛开一切阻碍自己和他人沟通的私心杂念。只要有了真诚，你就能够真正理解务实、宽恕、自律、尊重和涵养在为人处事中的重要，就能够在成功的道路上不断前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李开复博士在书中介绍《有胸怀的没脑子的混蛋》的事例。从比尔.盖茨身上我们可以学到，做事情不要事事计较，更不要以零和竞争的思维方式处理人际关系。在人际交往中，产生误解和矛盾是再正常不过的事情了。青年人经验少，更容易与他人产生误会或冲突。因此遇事不要斤斤计较，而要谦让大度，不要在意对方过激的态度或言辞，而要勇于承担自己的责任，做到宰相肚里能撑船。对此我深有体会。我是一介女流，又刚上任不久，有一些人认为女人有什么能力当领导。甚至有个别老师在期末监考中，不注意考场纪律，提前让学生离开考场，为此我当场责骂了他，该老师不但不认错还当场顶撞我。当时我很生气，可是现在想想，觉得自己的方法不对，如果当时我能够冷静一些，态度好一些，用另外一种方法来教育老师，老师可能更容易接受。</w:t>
      </w:r>
      <w:r>
        <w:rPr>
          <w:lang w:eastAsia="zh-CN"/>
        </w:rPr>
        <w:br/>
      </w:r>
      <w:r>
        <w:rPr>
          <w:lang w:eastAsia="zh-CN"/>
        </w:rPr>
        <w:t>　　激情是成功的原动力。一个充满激情的人，无论自己正在从事的是简单的体力劳动还是高级的管理工作，都会毫不犹豫地认为，自己的工作是神圣的天职，从事这项工作是在追寻自己的兴趣和爱好。激情是战胜困难的强大力量，它使你保持清醒，使全身所有的神经都处于兴奋状态。是啊，开心是一天，不开心也是一天，为什么不天天开心呢? 多么简单多么朴素的道理，为什么我当初就没想到呢，想想我们在工作学习中难免会与人产生摩擦，如果我们只盯着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别人的错误，那么只能让矛盾越来越激化，但是我们如果想别人的优点，就会使我们很快的冰释前嫌，问什么同样的问题发生在学生与老师的身上就这么不可调和呢?其实还是缘于爱，如果我们给学生多点，再多点的爱，对于他们的错误我们都用理解之心，包容之心，责任之心看待，而不去苛求他们像成年人那么懂事，师生关系会不会更和谐一点呢?在众多的压力与竞争下，要保持积极的心态，不论遇上什么困难都不要气馁，积极心态战胜一切困难，一样可以做到优秀。</w:t>
      </w:r>
      <w:r>
        <w:rPr>
          <w:lang w:eastAsia="zh-CN"/>
        </w:rPr>
        <w:br/>
      </w:r>
      <w:r>
        <w:rPr>
          <w:lang w:eastAsia="zh-CN"/>
        </w:rPr>
        <w:t>　　事实证明，我们每个人都可以做一个最好的自己，都可以做到优秀。我们更不必为自己赶不上别人而太过自责，也不必因为境遇不好而太过感伤，怨天忧人。我们所需要做的，是追随自己心灵的选择，不求其他，但求做最好的自己。我们就会变成一个更美好、更大度、更成功的人!</w:t>
      </w:r>
      <w:r>
        <w:rPr>
          <w:lang w:eastAsia="zh-CN"/>
        </w:rPr>
        <w:br/>
      </w:r>
      <w:r>
        <w:rPr>
          <w:lang w:eastAsia="zh-CN"/>
        </w:rPr>
        <w:t xml:space="preserve">    《做最好的自己》读书心得体会2024 篇7 </w:t>
      </w:r>
      <w:r>
        <w:rPr>
          <w:lang w:eastAsia="zh-CN"/>
        </w:rPr>
        <w:br/>
      </w:r>
      <w:r>
        <w:rPr>
          <w:lang w:eastAsia="zh-CN"/>
        </w:rPr>
        <w:t>　　成功，一个既简单又复杂，既平实又玄妙的字眼。在浩瀚的历史长河里，东西方的无数先贤为了悟透成功的真谛而皓首穷经，在纷繁的现代社会中，一代又一代的年轻人为了追求或世俗、或理想抑或是有个性的成功而奔波忙碌。人人都在追寻成功，但却很少有人能静下心来好好想一想：到底什么是成功? 最近我读了《做最好的自己》一书，作者李开复博士出生在中国台湾，成长于美国，是时刻心系祖国大陆的少数几位在大洋两岸都取得过杰出成就的华人科学家之一。与普通科学家或企业管理者不同的是，开复博士总能在繁忙的科研和管理工作之余，将饱满的热情倾注在对中国青年学子的关怀和教育方面。在此前几年的时间里，开复博士亲自写给中国学生的四封公开信文笔亲切，说理谨严，感人至深，开复博士亲自创办和主持的更是成为了无数逡巡和徘徊在学业与生活之路上，渴望追寻理想、赢取成功的中国学子的“心灵课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做最好的自己》是开复博士专门为大学生和青年朋友们撰写的成功指南，读后不禁觉得神清气爽，以前也曾读过一些书，读后似乎感觉都是一些空话，仅仅留给我一些无谓的说教，没什么实质性的帮助。看了这本书后，感觉与众不同，如何才能做最好的自己?这需要我们每个人进行思考。是的，更多的时候，大家都在审评对方，研究对手，却很少有时间静下心来了解自己。李博士用平实的语言为我打开了一扇了解自己、重新审视自己的心门。他告诉人们：做人不是只有自省才能更完美，但是不时的自省却能让自己更加的清醒;做人不是简单的树立理想就可以轻松实现，但是没有理想的人却一定无所适从;做人一定要有广阔的胸怀，真正做到严于律已，宽以待人才有容天下之大量的非凡气度;做人要有勇气，真正敢于追逐自己梦想的人才能让更多的机会停留在自己身边。他不仅提出了浅显易懂的“成功同心圆”说，而且运用了发生在他身边的大量故事来阐述成功的秘诀。这些故事很值得我学习和品味，从中吸取经验和教训，指导我走向成功之路。</w:t>
      </w:r>
      <w:r>
        <w:rPr>
          <w:lang w:eastAsia="zh-CN"/>
        </w:rPr>
        <w:br/>
      </w:r>
      <w:r>
        <w:rPr>
          <w:lang w:eastAsia="zh-CN"/>
        </w:rPr>
        <w:t>　　其实每个人对成功的理解不同。相信许多人和我一样，或许经常有这样的感觉：不知道什么才是真正的成功，怎样才能得到成功，搞不清真正的人生价值是什么，如何实现。现在看了李博士的“成功”学后，体会到：人和人之间千差万别，每个人都有自己的选择，不能用同一个模式去衡量所有人的成功，无论是所处地位与名望的高与低，拥有财富的多与少，只有发挥了自己的兴趣和特长，又对社会和他人有益，同时还体验到了无穷的快乐，这就是成功，做到了最好的自己就是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李开复博士认为：成功就是不断超越自己，就是“做最好的自己”。 对此我的理解就是每个人都有成功的机会，形式不同，成功的意义也不同，不要去在乎世俗的模式，只要自己努力去实现理想，并且每天都在向理想靠近，就是成功。成功的标准并不是单一的，社会给每个人提供了不同的舞台，只要在自己的舞台上将自己的价值发挥到极限，无论是令人瞩目还是平凡普通，都是成功。当然，在现实社会中或许我们每个人都有自己无法实现的梦想，我们的理想和现实永远存在着差距。而许多事情是我们无法改变的，我们所能做到的就是改变心态，调节情绪，改变思考方式，不断超越自己，努力让自己的生命充分燃烧，做最好的自己。 作为一名职业女性，一名处级干部，要想把工作做好。不但要有胆有识，还要有认认真真、高度负责的工作态度，更要有广阔的胸怀，海纳百川的境界。胸宽则能容、能容则众归、众归则才聚、才聚则业兴&amp;这样的道理其实并不难，但真正落实起来就不那么容易了。古人说：“君子坦荡荡，小人长戚戚”。成大业者就是要有那种拿得起、放得下的豁达胸襟;如果事事工于心计、器量狭小，处处流露出小家子气，那么不但不会取得真正的成功，也不会体验到任何属于自己的满足和快乐。如何才能成为一个有胸怀的人?书中给我们做了很好的阐述：如果你打算像所有真正的成功者一样拥有海纳百川的胸襟和气度，就要在务实、宽容、自律、尊重和涵养这五个方面严格要求自己，培养和训练自己在待人接物时的包容能力。一个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胸怀并不是一朝一夕就可以塑造出来的，除了有意培养和训练外，最重要的是要有一颗真诚的心。真诚可以让你用善意和理性的眼光看待这个世界上的人和事，可以抛开一切阻碍自己和他人沟通的私心杂念。只要有了真诚，你就能够真正理解务实、宽恕、自律、尊重和涵养在为人处事中的重要，就能够在成功的道路上不断前进!</w:t>
      </w:r>
      <w:r>
        <w:rPr>
          <w:lang w:eastAsia="zh-CN"/>
        </w:rPr>
        <w:br/>
      </w:r>
      <w:r>
        <w:rPr>
          <w:lang w:eastAsia="zh-CN"/>
        </w:rPr>
        <w:t>　　李开复博士在书中介绍《有胸怀的“没脑子的混蛋”》的事例。从比尔.盖茨身上我们可以学到，做事情不要事事计较，更不要以“零和竞争的思维方式处理人际关系。在人际交往中，产生误解和矛盾是再正常不过的事情了。青年人经验少，更容易与他人产生误会或冲突。因此遇事不要斤斤计较，而要谦让大度，不要在意对方过激的态度或言辞，而要勇于承担自己的责任，做到“宰相肚里能撑船”。</w:t>
      </w:r>
      <w:r>
        <w:rPr>
          <w:lang w:eastAsia="zh-CN"/>
        </w:rPr>
        <w:br/>
      </w:r>
      <w:r>
        <w:rPr>
          <w:lang w:eastAsia="zh-CN"/>
        </w:rPr>
        <w:t>　　事实证明，我们每个人都可以做一个最好的自己，都可以做到优秀。我们更不必为自己赶不上别人而太过自责，也不必因为境遇不好而太过感伤，怨天忧人。我们所需要做的，是追随自己心灵的选择，不求其他，但求做最好的自己。我们就会变成一个更美好、更大度、更成功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做最好的自己》这本书极好之处便在于，它帮你更好的理清了这个目标,这个过程,好书的魅力便在此,医治你心灵的创伤,解答你心头的疑问,给你的头脑不断的补充养分。开复博士在书中阐述了几个成功的几个要素：积极、同情心,自信、自省、勇气、胸怀。一个人只有具备替他人,替社会,替人类考虑的善心，才不会局限于自我狭隘的小世界里,才能对事情拿得起放的下,才能享受内心的充实,平静祥和,和善心带来的欢愉和自我存在重要意义的归属感。如果你不具备这种品质和素养,而又没有意识去努力改进和养成,你就不可能成功,成功的定义不是一夜致富,不是获得不义之财,不是暂时在某个方面占了所谓的优势和便宜,那是狭隘的暂时的心理满足而不是成功。成功是做最好的自己,做对他人有益的自己,从中收获的喜悦,幸福和自我的肯定提升是宇宙中最美的体验。请做最好的自己!</w:t>
      </w:r>
      <w:r>
        <w:rPr>
          <w:lang w:eastAsia="zh-CN"/>
        </w:rPr>
        <w:br/>
      </w:r>
      <w:r>
        <w:rPr>
          <w:lang w:eastAsia="zh-CN"/>
        </w:rPr>
        <w:t>　　读书有益于身心健康，读书可以净化思想、升华人格品德。无论是做那项事情和工作，都要有一个正确的价值观，要有自己奋斗的目标。只要拥有积极的态度，乐观面对人生;远离被动的习惯，从小事做起;对自己负责，把握自己的命运;积极尝试，邂逅机遇;充分准备，把握机遇;积极争取，创造机遇;积极地推销自己;要敢于面对失败和挫折;要有坚定的信念、吃苦耐劳以及持之以恒的精神，成功就不会离你太远。</w:t>
      </w:r>
      <w:r>
        <w:rPr>
          <w:lang w:eastAsia="zh-CN"/>
        </w:rPr>
        <w:br/>
      </w:r>
      <w:r>
        <w:rPr>
          <w:lang w:eastAsia="zh-CN"/>
        </w:rPr>
        <w:t>　　做最好的自己，相信您一定会成功!</w:t>
      </w:r>
      <w:r>
        <w:rPr>
          <w:lang w:eastAsia="zh-CN"/>
        </w:rPr>
        <w:br/>
      </w:r>
      <w:r>
        <w:rPr>
          <w:lang w:eastAsia="zh-CN"/>
        </w:rPr>
        <w:t xml:space="preserve">    《做最好的自己》读书心得体会2024 篇8 </w:t>
      </w:r>
      <w:r>
        <w:rPr>
          <w:lang w:eastAsia="zh-CN"/>
        </w:rPr>
        <w:br/>
      </w:r>
      <w:r>
        <w:rPr>
          <w:lang w:eastAsia="zh-CN"/>
        </w:rPr>
        <w:t>　　随着中国的崛起，人们生活的不断提高，知识的更新换代，对我们当教师的冲击很大，甚至使我迷茫和失去信心。可是我喜欢读励志的书，不仅可以洗净心中因现代的生活压力和快节奏积淀下的灰尘包袱，轻松上路，更可以使心灵得到放松升华，从而更加热爱生命，生活，更加坚强的面对生活中的坎坷和艰辛，更加真切用心地体味生命的真谛。生命只有一次，难道我们不该做最好的自己吗？只有这样，当我们回首走过的漫长人生道路，才会无所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《做最好的自己》这本书极好之处便在于，它帮你更好的理清了这个目标、这个过程，好书的魅力便在此：医治你心灵的创伤，解答你心头的疑问，在你迷茫痛苦犹豫不前时，给你重新上路的勇气和决心。</w:t>
      </w:r>
      <w:r>
        <w:rPr>
          <w:lang w:eastAsia="zh-CN"/>
        </w:rPr>
        <w:br/>
      </w:r>
      <w:r>
        <w:rPr>
          <w:lang w:eastAsia="zh-CN"/>
        </w:rPr>
        <w:t>　　首先我们要有很好的人生态度和哲学，态度决定一切，决定着自己的想法，自己的决定，自己的行动，自己的感受，从而也就决定着我们自己的人生。书中讲到“拥有积极乐观的态度，乐观面对人生。有勇气改变可以改变的事情，有胸襟接受不可改变的事情，有智慧来分辨两者的不同。”短短几句话却道出了快乐人生，做真实自己的真谛，话虽简单，却需要智慧和勇气来执行。</w:t>
      </w:r>
      <w:r>
        <w:rPr>
          <w:lang w:eastAsia="zh-CN"/>
        </w:rPr>
        <w:br/>
      </w:r>
      <w:r>
        <w:rPr>
          <w:lang w:eastAsia="zh-CN"/>
        </w:rPr>
        <w:t>　　其次是自我定位，自我认识非常重要，应该说是人生最重要的第一步。如果我们连自己都无法认清，还怎么去认识别人、认识世界、创造世界呢？如果感到迷惑了，感到痛苦了，那么很有可能把自己丢了，或是自己没考虑到内心的需要，但是它还是深深的藏在我们的内心深处，它在呼唤着我们，渴望着我们的重视。</w:t>
      </w:r>
      <w:r>
        <w:rPr>
          <w:lang w:eastAsia="zh-CN"/>
        </w:rPr>
        <w:br/>
      </w:r>
      <w:r>
        <w:rPr>
          <w:lang w:eastAsia="zh-CN"/>
        </w:rPr>
        <w:t>　　有了很好的自我定位，就可以制定与之相适应的目标了。当年周瑜被诸葛亮气死，就是没有通达这个道理，没有给自己一个很好的定位，不是既生瑜何生亮，而是上天生瑜有瑜存在的理由，而生亮又有亮存在的道理，人和人之间是没有可比性的，任何人都是独一无二的，找到自己的位置，兴趣和努力的方向，瑜岂不也乐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书中阐述了几个成功的要素：积极、同情心、自信、自省、勇气、胸怀，包括所讲的：只要是对别人有用有益的事就会感到快乐和幸福。这其实是一个人高尚品质和修为的表现。厚德载物，厚德才能载的起生命的重量，载的起快乐和成功。一个人只有具备替他人、替社会考虑的善心，才不会局限于自我狭隘的小世界里，才能对事情拿得起放得下，才能享受内心充实、平静祥和。成功的定义不是一夜致富，不是获得不义之财，不是暂时在某个方面占了所谓的优势和便宜，那是狭隘的暂时的心理满足而不是成功。成功是做最好的自己，做对他人有益的自己，从中收获的喜悦、幸福是最美的体验。</w:t>
      </w:r>
      <w:r>
        <w:rPr>
          <w:lang w:eastAsia="zh-CN"/>
        </w:rPr>
        <w:br/>
      </w:r>
      <w:r>
        <w:rPr>
          <w:lang w:eastAsia="zh-CN"/>
        </w:rPr>
        <w:t>　　“最好”这两个字代表今天和明天的自己比昨天的那个我更出色、更自信、更进步，也就是不断攀爬属于自己的成功之路的阶梯，一步一步接近人生的成功高台。</w:t>
      </w:r>
      <w:r>
        <w:rPr>
          <w:lang w:eastAsia="zh-CN"/>
        </w:rPr>
        <w:br/>
      </w:r>
      <w:r>
        <w:rPr>
          <w:lang w:eastAsia="zh-CN"/>
        </w:rPr>
        <w:t>　　我本来觉得在这样学校教，面对的学生都是双差的学生，既出不了名，又没有什么收入，认为自己在虚度人生。可是读了这本书，我明白了自己的作用，其实这些双差学生，也是社会的一员，不可忽视，教好他们很重要，虽然他们不一定能考上大学，但是使他们变成有用之才很要紧，使这些双差学生不走向社会的残渣，至少成为合格的公民，将来为祖国做贡献，就是件有意义的事。现在我要静下心来，甘为人梯，面对我自己的学生，要更加努力工作。</w:t>
      </w:r>
      <w:r>
        <w:rPr>
          <w:lang w:eastAsia="zh-CN"/>
        </w:rPr>
        <w:br/>
      </w:r>
      <w:r>
        <w:rPr>
          <w:lang w:eastAsia="zh-CN"/>
        </w:rPr>
        <w:t xml:space="preserve">    《做最好的自己》读书心得体会2024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今年假期，我怀着激动的心情，有幸拜读了著名教育家李镇西的《做最好的老师》一书。这本书记载了李老师从教20__年的经验与收获，书中从作者步入岗位初期写起，从青涩写起，到有一定的经验，到经验丰富，满腹经纶，将自己的成长与成熟一步步介绍给了我们。读后，受益匪浅。李镇西的教育思想和智慧，对教育观、学生观、班级管理、学生思想工作、学生心理健康、语文教学的理念和实践，都有其独到的见解。他的观点，他对班级的管理，使我感动，折服。同时，使我这个颇有一定教龄的教师，从中找到了前进的方向，更看到了未来和希望。在这里，我可以找到教育的最新理念;在这里我可以学到宝贵的经验总结。从李老师成长的印记中，我们可以看到自己进步的影子;从他的成功教育案例中，我找到了一些适合我们的方法。它让我明确了作为一名教师的目标，那就是成为一位勇于自我批评、善于积累、善于反思、有爱心、勇于挑战、有目标的老师!</w:t>
      </w:r>
      <w:r>
        <w:rPr>
          <w:lang w:eastAsia="zh-CN"/>
        </w:rPr>
        <w:br/>
      </w:r>
      <w:r>
        <w:rPr>
          <w:lang w:eastAsia="zh-CN"/>
        </w:rPr>
        <w:t>　　有人说，爱是一盏灯，黑暗中照亮前行的你;爱是一首诗，冰冷中温暖渴求的心房;爱是夏日的风，冬日的阳，春日的雨，秋日的果。是啊，著名教育家李镇西的教育理念《爱是永恒的教育理念》，正是证明了这一点。他把自己所有的爱，全部倾注给了他所热爱的教育事业，20__年如一日，爱生如子，用他那激情燃烧的岁月，谱写着一幕幕爱的篇章。他把自己融入到班级这个集体大家庭里，走进学生的情感世界里面去，把自己当作学生的朋友，去感受学生的喜怒哀乐，去赢得学生的信任与敬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对照李镇西的教育方法，我发现：自己在教育教学过程中，有着很多不当之处。例如：在对待学生的态度上，由于过于求成，常常忍不住对学生发火，缺乏教育的技巧;有时，对完不成作业的学生，缺少耐心辅导，缺少个别引导，使学生对我敬而远之，师生之间缺乏代沟。</w:t>
      </w:r>
      <w:r>
        <w:rPr>
          <w:lang w:eastAsia="zh-CN"/>
        </w:rPr>
        <w:br/>
      </w:r>
      <w:r>
        <w:rPr>
          <w:lang w:eastAsia="zh-CN"/>
        </w:rPr>
        <w:t>　　通过读李镇西的《做最好的老师》一书，我对比反思自己，深感愧疚，觉得自己与一个好老师的差距太远了，这哪是爱学生?反思后才认识到：教育上的爱，不是为了达到一个目的而做出的一种姿态，它是一种思想，一种情感，一种氛围，运用得恰当，它会把爱自然而然的贯穿于教育的某一个环节，也会不声不响的体现在教育的每一个细节，更会潜移默化的浸润着每一个学生的心灵。所以，我深深感悟到：因为爱，冰雪会消融;因为爱，枯木会逢春;因为爱，希望绽放华彩，因为爱，能拨云见日，未来永值得期待;因为爱，所有的生命才收获了圆满。</w:t>
      </w:r>
      <w:r>
        <w:rPr>
          <w:lang w:eastAsia="zh-CN"/>
        </w:rPr>
        <w:br/>
      </w:r>
      <w:r>
        <w:rPr>
          <w:lang w:eastAsia="zh-CN"/>
        </w:rPr>
        <w:t>　　作为一名人民教师，我决心以著名教育家李镇西为榜样，以爱为己任，在今后的工作中，积极进取，顾大局，识大体，努力按照上级的要求，按学校要求，高标准要求自己，树立竞争意识，不但要自己思想过硬，品行端正，业务水平高，乐于敬业，端正态度，明确责任，勇创佳绩，还应想方设法投入到学校集体的建设中，增添自己的一分力量，为校增光、添彩。自觉维护学校利益，遵守规章制度，服从安排，舍小家顾大家，洁身自好，吃苦在前，享乐在后，甘为人梯，爱生如子。认清形势，与时俱进，树一代良师典范，誓为人民教育事业甘洒热血，奋斗终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最后，借著名教育家镇西小语作为座右铭，教育是心灵的艺术，爱心是教育的灵魂鞭策自己，激励自己，这就是我&amp;&amp;一位人民教师在学习中的心声。</w:t>
      </w:r>
      <w:r>
        <w:rPr>
          <w:lang w:eastAsia="zh-CN"/>
        </w:rPr>
        <w:br/>
      </w:r>
      <w:r>
        <w:rPr>
          <w:lang w:eastAsia="zh-CN"/>
        </w:rPr>
        <w:t xml:space="preserve">    《做最好的自己》读书心得体会2024 篇10 </w:t>
      </w:r>
      <w:r>
        <w:rPr>
          <w:lang w:eastAsia="zh-CN"/>
        </w:rPr>
        <w:br/>
      </w:r>
      <w:r>
        <w:rPr>
          <w:lang w:eastAsia="zh-CN"/>
        </w:rPr>
        <w:t>　　《做最好的自己》——光看名字都觉得很，读起来让人不由产生一种自我肯定的力量。作者 李开复先生是个成功的人士，他不仅毕业于美国哥伦比亚大学和卡梅隆大学，而且曾在当今IT界最著名的三家公司(微软、苹果、谷歌)的工作过。除此之外，他曾主持建立微软亚洲研究院并出任首任院长，目前是创新工场的董事长兼CEO，是当今IT行业炙手可热的顶尖人才之一。</w:t>
      </w:r>
      <w:r>
        <w:rPr>
          <w:lang w:eastAsia="zh-CN"/>
        </w:rPr>
        <w:br/>
      </w:r>
      <w:r>
        <w:rPr>
          <w:lang w:eastAsia="zh-CN"/>
        </w:rPr>
        <w:t>　　整本书以“成功同心圆”为核心展开，用自身以及身边的例子向广大青少年讲述在成长过程中怎么样做最好的自己。按书中的话来说，“成功同心圆”就是以正确的价值观为核心，以积极、同理心、自信、自省、勇气、胸怀六种重要的人生态度作为同心圆的第二层，再以追寻理想、发现兴趣、有效执行、努力学习、人际交流、合作沟等六种行为方式构成同心圆的最外一环的成功组合体。</w:t>
      </w:r>
      <w:r>
        <w:rPr>
          <w:lang w:eastAsia="zh-CN"/>
        </w:rPr>
        <w:br/>
      </w:r>
      <w:r>
        <w:rPr>
          <w:lang w:eastAsia="zh-CN"/>
        </w:rPr>
        <w:t>　　在“成功同心圆”中，处于核心地位的是价值观。对于价值观，李开复老师强调了诚信的重要性。确实，诚信是人最重要的品质之一，它是人际交往的基石。如果丧失了诚信，又何来的成功之说?纵观当今世上赫赫有名的成功人士，哪一个不是靠诚信为本赢得顾客的信赖?像海尔公司当年检验出冰箱不合格，董事长便砸了那批次所有的冰箱，那是良心的发现，那也是诚信的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觉得第二个重点是自我定位。自我认识非常重要,如果你连自己都无法认清,还怎么去认识别人,认识世界呢?很多人毕业会就怀着“我想当CEO”、“我不甘愿做个打工族”等伟大理想进入公司，当期望与事实大相径庭后，他们就开始抱怨，认为自己的人生枯燥乏味不公平，甚至认为现实世界没能让他们充分展示自己的能力。可是真是这样么?初出茅庐的大学毕业生，实践能力弱，社会经验少，有能力担任公司CEO么?结果要么就是你被下台了，要么就是公司垮了。这明显就是自我定位错乱，无法正确认识自己的长短处。成功，就是在每一步前进中，找到适合自己的目标，一步一步踏实地走，那些实现你抱负的希望总会有的。</w:t>
      </w:r>
      <w:r>
        <w:rPr>
          <w:lang w:eastAsia="zh-CN"/>
        </w:rPr>
        <w:br/>
      </w:r>
      <w:r>
        <w:rPr>
          <w:lang w:eastAsia="zh-CN"/>
        </w:rPr>
        <w:t>　　李开复先生用肯定的语气向我们传达：“每个人都有成功的机会”、“多元化成功才是真正的成功”、“要想取得成功就要首先‘做最好的自己(Be Your Personal Best)’”、“一个没有良好价值观、没有正确态度的学生，即便进了名牌大学，他的成功概率也一定是零。而一个优秀、努力、自觉的学生，即使进了普通高校，这个概率也不会低于80%。” 这些话仿佛让不是重点大学的学生看到了未来的希望。然而，我在想，究竟什么才是成功?你有权选择、有权决定你想做什么，你可以跟随自己的心做什么，但我们最终是不是还得靠社会和大众的反映和评价来衡量自己做得到底算不算成功?还是我们认为自己尽力了，问心无愧了，做到自己想要的`了就是成功了?无论哪一种，just follow your heart。</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最喜欢书中那句：“真诚坦白的人，才是值得信任的人。”确实，和那些真诚的人交往不用太费劲，因为你不必去猜想他们内心真正在想些什么。因为他们把喜怒哀乐都写在脸上了，那是对彼此的一种信任，由此更容易才能走进对方心里。</w:t>
      </w:r>
      <w:r>
        <w:rPr>
          <w:lang w:eastAsia="zh-CN"/>
        </w:rPr>
        <w:br/>
      </w:r>
      <w:r>
        <w:rPr>
          <w:lang w:eastAsia="zh-CN"/>
        </w:rPr>
        <w:t>　　我相信每一个人多多少少都会有自己的特长甚至未被发掘的潜质。也许，我们没有出众靓丽的外表;也没有敏捷聪明的头脑，更没有傲人的家庭背景。但是，你就是你，无所畏惧，无法替代，因为每个人都是这个世界独一无二的存在。虽然我们有时候会羡慕别人的种种，但最后还是请相信那句话“天生我材必有用”，因为每个人都拥有不同的人生，我们唯有做最好的自己，才会让生命闪光。</w:t>
      </w:r>
      <w:r>
        <w:rPr>
          <w:lang w:eastAsia="zh-CN"/>
        </w:rPr>
        <w:br/>
      </w:r>
      <w:r>
        <w:rPr>
          <w:lang w:eastAsia="zh-CN"/>
        </w:rPr>
        <w:t xml:space="preserve">    《做最好的自己》读书心得体会2024 篇11 </w:t>
      </w:r>
      <w:r>
        <w:rPr>
          <w:lang w:eastAsia="zh-CN"/>
        </w:rPr>
        <w:br/>
      </w:r>
      <w:r>
        <w:rPr>
          <w:lang w:eastAsia="zh-CN"/>
        </w:rPr>
        <w:t>　　“人只有找到生存的理由，才能承受任何情况”。因为各种原因，经常和朋友同事聊“成功，成就”和“如何理解？如何面对”等话题，在谈论类似话题时，我不禁会对以前的自己感到不满，会看不起未来或者责怪别人，但是一本书丰富了我的很多观点，让我受益匪浅。</w:t>
      </w:r>
      <w:r>
        <w:rPr>
          <w:lang w:eastAsia="zh-CN"/>
        </w:rPr>
        <w:br/>
      </w:r>
      <w:r>
        <w:rPr>
          <w:lang w:eastAsia="zh-CN"/>
        </w:rPr>
        <w:t>　　至于这本书的书名，挺常见的。但如何成为真实的最好的自己，值得深思。在阅读这本书的过程中，我经常把自己融入书中，忍不住拿自己和它比较。不经意间，我实现了一次心灵的洗礼，一次很好的自省。回顾过去，我们要进一步知道，自怜、怨天尤人，才是最自信的飞蛾。看完这本书，我对自己的不足有了比较清晰的认识，一些自己忽略的东西似乎也在眼前闪过，时刻提醒着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成功同心圆”的核心是正确的价值观。如果价值观不正确，一个人再怎么努力，也会和一个反方向跑的司机一样远离成功。核心的第二层是态度。对于那些渴望成功的人来说，生活中最重要的态度包括积极、自信、自省、勇气和头脑。最后，正确的价值观和人生态度要运用到追求理想、发现兴趣、有效实施、努力学习、人际交往、合作交往这六个最基本的行为中，这六个行为构成了同心圆的最外层。只有胸怀宽广，你才会成功——只要胸怀宽广，你就会体验到“从天而降”的轻松和愉悦。</w:t>
      </w:r>
      <w:r>
        <w:rPr>
          <w:lang w:eastAsia="zh-CN"/>
        </w:rPr>
        <w:br/>
      </w:r>
      <w:r>
        <w:rPr>
          <w:lang w:eastAsia="zh-CN"/>
        </w:rPr>
        <w:t>　　心胸宽广的人，在务实、宽恕、自律、尊重、涵养五个方面，都有过人的能力和品质。</w:t>
      </w:r>
      <w:r>
        <w:rPr>
          <w:lang w:eastAsia="zh-CN"/>
        </w:rPr>
        <w:br/>
      </w:r>
      <w:r>
        <w:rPr>
          <w:lang w:eastAsia="zh-CN"/>
        </w:rPr>
        <w:t>　　成功有很多定义，看你怎么看自己。每个人都可以成功，我可以选择我的'成功，脚踏实地，做好现在的一切，做最好的自己。</w:t>
      </w:r>
      <w:r>
        <w:rPr>
          <w:lang w:eastAsia="zh-CN"/>
        </w:rPr>
        <w:br/>
      </w:r>
      <w:r>
        <w:rPr>
          <w:lang w:eastAsia="zh-CN"/>
        </w:rPr>
        <w:t>　　做最好的自己，不管是谁把这句话当成自己的人生目标，他都会充实，快乐，成功。做最好的自己很简单，但做起来不容易。我理解你要做到以下几点：第一，做好自己。第二，相信自己。第三，看重自己。第四，要不断提升自己。第五，善良有爱心。</w:t>
      </w:r>
      <w:r>
        <w:rPr>
          <w:lang w:eastAsia="zh-CN"/>
        </w:rPr>
        <w:br/>
      </w:r>
      <w:r>
        <w:rPr>
          <w:lang w:eastAsia="zh-CN"/>
        </w:rPr>
        <w:t>　　最后引用作者的话：“有勇气去改变可以改变的事情，有胸怀去接受不能改变的事情，有智慧去区分两者的区别。”</w:t>
      </w:r>
      <w:r>
        <w:rPr>
          <w:lang w:eastAsia="zh-CN"/>
        </w:rPr>
        <w:br/>
      </w:r>
      <w:r>
        <w:rPr>
          <w:lang w:eastAsia="zh-CN"/>
        </w:rPr>
        <w:t>　　做最好的‘自己’就是做最幸福的自己！</w:t>
      </w:r>
      <w:r>
        <w:rPr>
          <w:lang w:eastAsia="zh-CN"/>
        </w:rPr>
        <w:br/>
      </w:r>
      <w:r>
        <w:rPr>
          <w:lang w:eastAsia="zh-CN"/>
        </w:rPr>
        <w:t>　　“做最好的自己”，你的对手就是你自己！</w:t>
      </w:r>
      <w:r>
        <w:rPr>
          <w:lang w:eastAsia="zh-CN"/>
        </w:rPr>
        <w:br/>
      </w:r>
      <w:r>
        <w:rPr>
          <w:lang w:eastAsia="zh-CN"/>
        </w:rPr>
        <w:t>　　“做最好的自己”，相信你会成功！</w:t>
      </w:r>
      <w:r>
        <w:rPr>
          <w:lang w:eastAsia="zh-CN"/>
        </w:rPr>
        <w:br/>
      </w:r>
      <w:r>
        <w:rPr>
          <w:lang w:eastAsia="zh-CN"/>
        </w:rPr>
        <w:t xml:space="preserve">    《做最好的自己》读书心得体会2024 篇12 </w:t>
      </w:r>
      <w:r>
        <w:rPr>
          <w:lang w:eastAsia="zh-CN"/>
        </w:rPr>
        <w:br/>
      </w:r>
      <w:r>
        <w:rPr>
          <w:lang w:eastAsia="zh-CN"/>
        </w:rPr>
        <w:t>　　这本再平常不过的自传带给我许多思念。是它陪伴了我初三一年。每天在完成复习功课后，在睡觉之前，总会偷偷打开台灯，翻上几页。在寂静的夜晚，看这本书，感觉很好，我受益匪浅。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这本书主要围绕着成功二字。从成功的真正意义&amp;&amp;成功的源头&amp;&amp;成功的选择&amp;&amp;成功的必要因素&amp;&amp;成功的罗盘&amp;&amp;成功的阶梯&amp;&amp;成功之道，最后到用智慧选择成功。这本书把这一过程分析得很透彻。点明每一步骤的关键。看完这本书，我觉得总结得相当精辟，每一点都十分重要。</w:t>
      </w:r>
      <w:r>
        <w:rPr>
          <w:lang w:eastAsia="zh-CN"/>
        </w:rPr>
        <w:br/>
      </w:r>
      <w:r>
        <w:rPr>
          <w:lang w:eastAsia="zh-CN"/>
        </w:rPr>
        <w:t>　　在谈到成功的必要因素，他给了以下几个词语：同理心，自信，自省，勇气，胸怀，追求理想。并把每一个单独作为一个章节进行阐述。他结合自己的亲身经历以及现在人们所缺少的总结每一个词语。每每读到事例的时候，我总会有同感，总会联想自我，回想我在遇到相同事情时的处理方法，而每到这时，心里总有一份内疚。我想，我读这本书不是为了欣赏优美的语句，而是学习成功人士的方法，激发自己的学习兴趣以及学习为人处事的方法。</w:t>
      </w:r>
      <w:r>
        <w:rPr>
          <w:lang w:eastAsia="zh-CN"/>
        </w:rPr>
        <w:br/>
      </w:r>
      <w:r>
        <w:rPr>
          <w:lang w:eastAsia="zh-CN"/>
        </w:rPr>
        <w:t>　　本书中给我印象很深的一个章节是《合作沟通&amp;&amp;信息时代的成功之道》。章节中主要讲的是团队合作。读完后，我十分深刻地意识到团队合作的重要性。团队合作最注重的就是互相的交流及表达，团员之间只有分享相互的信息和资源、积极合作、取长补短，才能形成最大的合力。苹果公司的负面默契就是一个很深刻的负面教材。我反思自我，周围之间的同学就是一个团队，我是否与同学构成学习的默契呢?我是否能很好的取人之长，补己之短呢?......我是在一遍遍追问自己的过程中读完的。这一节中讲述了BillGates的团队精神，他领导一个团队的方法。沟通是团队合作成功的基础，有效沟通的四个秘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1、悉心倾听;</w:t>
      </w:r>
      <w:r>
        <w:rPr>
          <w:lang w:eastAsia="zh-CN"/>
        </w:rPr>
        <w:br/>
      </w:r>
      <w:r>
        <w:rPr>
          <w:lang w:eastAsia="zh-CN"/>
        </w:rPr>
        <w:t>　　2、大方积极;</w:t>
      </w:r>
      <w:r>
        <w:rPr>
          <w:lang w:eastAsia="zh-CN"/>
        </w:rPr>
        <w:br/>
      </w:r>
      <w:r>
        <w:rPr>
          <w:lang w:eastAsia="zh-CN"/>
        </w:rPr>
        <w:t>　　3、直截了当;</w:t>
      </w:r>
      <w:r>
        <w:rPr>
          <w:lang w:eastAsia="zh-CN"/>
        </w:rPr>
        <w:br/>
      </w:r>
      <w:r>
        <w:rPr>
          <w:lang w:eastAsia="zh-CN"/>
        </w:rPr>
        <w:t>　　4、不同意的艺术。委婉拒绝的方法对我很受启发。</w:t>
      </w:r>
      <w:r>
        <w:rPr>
          <w:lang w:eastAsia="zh-CN"/>
        </w:rPr>
        <w:br/>
      </w:r>
      <w:r>
        <w:rPr>
          <w:lang w:eastAsia="zh-CN"/>
        </w:rPr>
        <w:t>　　由于离开微软，加入了Google，李开复博士在书的最后说到：一切事实在下一年都会公诸于世。我做的事，没有违背这本书里的原则，经得起时间的考验。</w:t>
      </w:r>
      <w:r>
        <w:rPr>
          <w:lang w:eastAsia="zh-CN"/>
        </w:rPr>
        <w:br/>
      </w:r>
      <w:r>
        <w:rPr>
          <w:lang w:eastAsia="zh-CN"/>
        </w:rPr>
        <w:t>　　总而言之，我读这本书的心态是：好奇&amp;&amp;共鸣&amp;&amp;收获。我认为这本书是一个人一生中不能不读的，看完后必定有很大的启发。</w:t>
      </w:r>
      <w:r>
        <w:rPr>
          <w:lang w:eastAsia="zh-CN"/>
        </w:rPr>
        <w:br/>
      </w:r>
      <w:r>
        <w:rPr>
          <w:lang w:eastAsia="zh-CN"/>
        </w:rPr>
        <w:t xml:space="preserve">    《做最好的自己》读书心得体会2024 篇13 </w:t>
      </w:r>
      <w:r>
        <w:rPr>
          <w:lang w:eastAsia="zh-CN"/>
        </w:rPr>
        <w:br/>
      </w:r>
      <w:r>
        <w:rPr>
          <w:lang w:eastAsia="zh-CN"/>
        </w:rPr>
        <w:t>　　高尔基曾说过：书是人类的进步阶梯。书是我们的好朋友，通过它可以看到广阔的世界，看到银河里的星星，看到中华瑰丽的五千年，看到风土人情和世间万象对我们扩大视野、增长见识、丰富积累、提高素质，有着十分积极的意义。</w:t>
      </w:r>
      <w:r>
        <w:rPr>
          <w:lang w:eastAsia="zh-CN"/>
        </w:rPr>
        <w:br/>
      </w:r>
      <w:r>
        <w:rPr>
          <w:lang w:eastAsia="zh-CN"/>
        </w:rPr>
        <w:t>　　我国伟大诗人杜甫说过：读书破万卷，下笔如有神。在人人拥有一好书，人人读一本好书的读书工程的号召下，我买了一本李开复先生的《做最好的自己》。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首先吸引我的是书名，当书到手时我怀着好奇的心情去读这本书。读完后不禁觉得神清气爽，以前也曾读过一些书，读后似乎感觉都是一些空话，仅仅留给我一些无谓的说教，没什么实质性的帮助。看了这本书后，感觉与众不同，如何才能做最好的自己?这需要我们每个人进行思考。是的，更多的时候，大家都在审评对方，研究对手，却很少有时间静下心来了解自己。李博士用平实的语言为我打开了一扇了解自己、重新审视自己的心门。他告诉人们：做人不是只有自省才能更完美，但是不时的自省却能让自己更加的清醒;做人不是简单的树立理想就可以轻松实现，但是没有理想的人却一定无所适从;做人一定要有广阔的胸怀，真正做到严于律已，宽以待人才有容天下之大量的非凡气度;做人要有勇气，真正敢于追逐自己梦想的人才能让更多的机会停留在自己身边他不仅提出了浅显易懂的成功同心圆说，而且运用了发生在他身边的大量故事来阐述成功的秘诀。这些故事很值得我学习和品味，从中吸取经验和教训，指导我走向成功之路。</w:t>
      </w:r>
      <w:r>
        <w:rPr>
          <w:lang w:eastAsia="zh-CN"/>
        </w:rPr>
        <w:br/>
      </w:r>
      <w:r>
        <w:rPr>
          <w:lang w:eastAsia="zh-CN"/>
        </w:rPr>
        <w:t>　　其次，每个人对成功的理解不同。相信许多人和我一样，或许经常有这样的感觉：不知道什么才是真正的成功，怎样才能得到成功，搞不清真正的人生价值是什么，如何实现。现在看了李老师的成功学后，体会到：人和人之间千差万别，每个人都有自己的选择，不能用同一个模式去衡量所有人的成功，无论是所处地位与名望的高与低，拥有财富的多与少，只有发挥了自己的兴趣和特长，又对社会和他人有益，同时还体验到了无穷的快乐，这就是成功，做到了最好的自己就是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世界本来就是一个矛盾的集合体，每个人在生活中，都会遇到各种各样的抉择，但不需要为压力过重而苦恼，更不需要为了失败而哭泣，也不要让事情来主宰我们，而是要用积极的态度来主导、推动事情往更好的方向进展。最后李开复博士认为：成功就是不断超越自己，就是做最好的自己。</w:t>
      </w:r>
      <w:r>
        <w:rPr>
          <w:lang w:eastAsia="zh-CN"/>
        </w:rPr>
        <w:br/>
      </w:r>
      <w:r>
        <w:rPr>
          <w:lang w:eastAsia="zh-CN"/>
        </w:rPr>
        <w:t xml:space="preserve">    《做最好的自己》读书心得体会2024 篇14 </w:t>
      </w:r>
      <w:r>
        <w:rPr>
          <w:lang w:eastAsia="zh-CN"/>
        </w:rPr>
        <w:br/>
      </w:r>
      <w:r>
        <w:rPr>
          <w:lang w:eastAsia="zh-CN"/>
        </w:rPr>
        <w:t>　　仔细的阅读了整本书后，我对其中的第二部分印象深刻，现在我就对李开复先生第二部分的观点发表一下自己的看法，望老师批评指教。</w:t>
      </w:r>
      <w:r>
        <w:rPr>
          <w:lang w:eastAsia="zh-CN"/>
        </w:rPr>
        <w:br/>
      </w:r>
      <w:r>
        <w:rPr>
          <w:lang w:eastAsia="zh-CN"/>
        </w:rPr>
        <w:t>　　李开复先生在这本书的第二部分说道：真正的成功有很多种：它可能是创造出了新的产品或技术，可能是取得了突破性的科研活学术成果，可能是因为自己的行为而给他们带来了幸福，可能是在工作岗位上得到了别人的信任，也可能是找到了最能使自己满足和快乐的生活方式。同样，靠自己的努力取得令人羡慕的名望和财富也是一种应当被尊重和认可的成功。一句话，多元化的成功才是真正的成功。从不同角度理解成功，尊重并鼓励年轻人选择最适合自己的成功道路，以便发挥他们各自的特长，实现他们各自的价值&amp;&amp;这才是对待成功的正确态度。我把自己对这段话的理解分为以下两个方面表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第一方面，成功并不是单一的，千篇一律的，成功可以是多方面的，用书中原话来说，是多元化的，正所谓三百六十行，行行出状元，我们现在这个世界，仅以成绩和名利来衡量个人，团体乃至社会的成败，那么我想这个世界上绝大多数人不能跻身成功者的前列，我们可以想一下，亿万富翁这个世界有几个，国家领导人这个世界有几个，这些人固然在自己的奋斗目标上取得成功，但其他人都是失败者吗?神舟系列背后大概有几万个默默无闻的科学家，他们对神舟火箭和飞行器上的上亿个零件逐一进行检查，以确保神舟圆满的完成既定任务，神舟的起飞和成功返航增强了我们中华民族的民族自尊心和自信心，增强了我们中国人民的凝聚力，可以说每个人都对自己是一个中国人感到骄傲，这巨大的历史功绩是谁取得的呢?难道只是那个电视屏幕上经常现身的总工程师?当然不是，我们大学生也是，不要轻易走入一元化的成功的误区，而应主动的选择最适合自己的成功道路。我们人大的校训是国民表率，社会栋梁，即做一个对社会贡献良多的人，但我们学校的做法却似乎并不尽如人意。何谓有用?成为国家领导人，领导中国人民实现全面建设小康社会的伟大工程是对社会有用，而在普通的工作岗位上默默无闻，无私奉献难道就不是人大的骄傲吗?就要以自己没能升官发财辜负人大的培养而感到可耻吗?别忘了人民群众是历史的创造者，社会的主体，而且我们人民大学的种种做法我却不敢恭维。前一段，__大一次会议，马凯和刘延东当选国务委员，人大媒体上下弹冠相庆，大有一人得道，鸡犬升天之势，一而再再而三的对我们说这两位爷可是咱们人大毕业的啊，好像人大突然抓住了这两颗救命稻草，人民大学，党的学校，人民的大学，已经沦落到这种地步了，小小一个国务委员，能让人民大学兴奋至此，那清华是不是要去中央电视台黄金时段做广告了，常听外人说，清华北大的学生想的是为国为民，人民大学的学生天天想的是升官发财，于是乎人大和前两所大学差距日益扩大，在如此校风下，我和周围的本就觉悟不怎么高的人开始为自己以后怎样升官发财做准备，学校的种种做法让我们在歧路上迷失了自己。对于把分数当作生命的高中生来说，汤玫捷这个例子可有警示作用，复旦附中高三女生汤玫捷，在校成绩排在100名左右，在国内的许多老师看来，汤玫捷并不是特别出色的学生，但她却成为唯一被哈佛提前录取的中国留学生并获得全额奖学金，但汤玫捷不愿出书介绍成功经验，不愿把自己的经历简化成抽象的成才公式，因为我们是野生动物，不是园林动物。每个人独特的优点就是自信的源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第二方面，就是年轻人找到最适合自己的成功道路。我一直把大学看成是一个人认识自己选择人生道路的阶段，一个人越早认清自己的各个方面，找到适合自己的道路，他就越能早早的规划自己的人生，为以后踏入社会先做好准备。如果你能在四年之内找到自己的career，那你这大学就算没白上;相反的，如果没有找到自己的人生目标，而是一味的学习学习再学习，即使你把自己的学分绩搞到很高很高，你以后进入社会也会发现自己的手足无措，你会发现自己对进入这个社会没有做好最起码的心理准备。大学四年是认清自己规划人生的四年，有的人擅长交际，有很强的组织能力，他就会跑去参加各种社团;有的人喜爱知识，喜欢钻研，他就会投身于图书馆，丰富自己的知识基础，厚积薄发;有的人立志于出国，他就会从入学就开始背单词，准备考gre，托福。所以关键不在于他在做什么，而在于他是不是认清了自己现在所作的事适不适合自己，他是不是找到了值得自己奉献一生的事业。现如今，大学里，特别是名牌大学，大学生自杀现象屡见不鲜，想想他们费尽心血挤进全国高等学府，眼见就要熬出头了，为什么要突然放弃快要到手的一切呢?那就是他们对生活感到困惑，他们不知道自己在这个世界上有什么用，从本科上到硕士然后是博士，他们在为学习而学习，把自己与这个世界隔离开来，于是他们对生存的意义产生怀疑，他们最终决定结束这没意义的生命。但我想如果任何一个人，当他找到了自己愿意奋斗一生的事业时，他们根本不会去想生和死这个问题，他们每时每刻都会是生机勃勃，乐观向上的。</w:t>
      </w:r>
      <w:r>
        <w:rPr>
          <w:lang w:eastAsia="zh-CN"/>
        </w:rPr>
        <w:br/>
      </w:r>
      <w:r>
        <w:rPr>
          <w:lang w:eastAsia="zh-CN"/>
        </w:rPr>
        <w:t>　　最后我以保尔柯察金的一句话结尾：当你回首往事时，不因虚度年华而悔恨，不因碌碌而为而羞耻，临死前你可以说，我把自己的一生和全部事业都奉献给了世界上最伟大的事业，做到这个，我想我们就不枉为此生了。</w:t>
      </w:r>
      <w:r>
        <w:rPr>
          <w:lang w:eastAsia="zh-CN"/>
        </w:rPr>
        <w:br/>
      </w:r>
      <w:r>
        <w:rPr>
          <w:lang w:eastAsia="zh-CN"/>
        </w:rPr>
        <w:t xml:space="preserve">    《做最好的自己》读书心得体会2024 篇15 </w:t>
      </w:r>
      <w:r>
        <w:rPr>
          <w:lang w:eastAsia="zh-CN"/>
        </w:rPr>
        <w:br/>
      </w:r>
      <w:r>
        <w:rPr>
          <w:lang w:eastAsia="zh-CN"/>
        </w:rPr>
        <w:t>　　我国伟大诗人杜甫说过：“读书破万卷，下笔如有神。”曾在工作之余读了一本李开复先生的《做最好的自己》这本书，感触颇深。书中利用了身边发生的很多事情进行分析，以具体的例子来展现道理所在。比如，书中写到每一个人都有自己的特长和潜质，对一个渴望成功的人来说，主动选择积极、同理心、自信、自省、勇气和胸怀等六种重要的人生态度，并将这种人生态度在正确价值观的引导下，应用到追寻理想、发现兴趣、有效执行、努力学习、人际交流和合作沟通中，按照这样的逻辑顺序寻找通往成功的道路，每个人才有可能真正做最好的自己，取得多元化的成功。</w:t>
      </w:r>
      <w:r>
        <w:rPr>
          <w:lang w:eastAsia="zh-CN"/>
        </w:rPr>
        <w:br/>
      </w:r>
    </w:p>
    <w:p w:rsidR="001B1F19" w14:textId="27C3F48A">
      <w:pPr>
        <w:rPr>
          <w:rFonts w:hint="eastAsia"/>
          <w:lang w:eastAsia="zh-CN"/>
        </w:rPr>
      </w:pPr>
      <w:r>
        <w:rPr>
          <w:lang w:eastAsia="zh-CN"/>
        </w:rPr>
        <w:t>　　其中给我留下印象最深刻的是第八章胸怀——海纳百川的境界。胸怀这个广博的词汇，对于成功，起着举足轻重的作用。文中运用了许多经典的语句：像“做人的关键在于胸怀”、“人的胸怀并不是一朝一夕就可以塑造出来的，除了有意培养和训练之外，最重要的是要拥有一颗真诚的心”等等，每一句话都令人折服。更加深了我对“胸怀”二字的理解。</w:t>
      </w:r>
      <w:r>
        <w:rPr>
          <w:lang w:eastAsia="zh-CN"/>
        </w:rPr>
        <w:br/>
      </w:r>
      <w:r>
        <w:rPr>
          <w:lang w:eastAsia="zh-CN"/>
        </w:rPr>
        <w:t>　　看了这本书后，感觉与众不同，如何才能做最好的自己？这需要我们每个人进行思考。是的，更多的时候，大家都在审评对方，研究对手，却很少有时间静下心来了解自己。李博士用平实的语言为我打开了一扇了解自己、重新审视自己的心门。</w:t>
      </w:r>
      <w:r>
        <w:rPr>
          <w:lang w:eastAsia="zh-CN"/>
        </w:rPr>
        <w:br/>
      </w:r>
      <w:r>
        <w:rPr>
          <w:lang w:eastAsia="zh-CN"/>
        </w:rPr>
        <w:t>　　他告诉人们：做人不是只有自省才能更完美，但是不时的自省却能让自己更加的清醒；做人不是简单的树立理想就可以轻松实现，但是没有理想的人却一定无所适从；做人一定要有广阔的胸怀，真正做到严于律已，宽以待人才有容天下之大量的非凡气度；做人要有勇气，真正敢于追逐自己梦想的人才能让更多的机会停留在自己身边？他不仅提出了浅显易懂的“成功同心圆”说，而且运用了发生在他身边的大量故事来阐述成功的秘诀。这些故事很值得我学习和品味，从中吸取经验和教训，指导我走向成功之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https://d.book118.com/737150110022006042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50110022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