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2024年寒假社会实践活动的心得体会范文800字（30篇）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2024年寒假社会实践活动的心得体会范文800字（通用30篇）</w:t>
      </w:r>
      <w:r>
        <w:rPr>
          <w:lang w:eastAsia="zh-CN"/>
        </w:rPr>
        <w:br/>
      </w:r>
      <w:r>
        <w:rPr>
          <w:lang w:eastAsia="zh-CN"/>
        </w:rPr>
        <w:t xml:space="preserve">    2024年寒假社会实践活动的心得体会范文800字 篇1 </w:t>
      </w:r>
      <w:r>
        <w:rPr>
          <w:lang w:eastAsia="zh-CN"/>
        </w:rPr>
        <w:br/>
      </w:r>
      <w:r>
        <w:rPr>
          <w:lang w:eastAsia="zh-CN"/>
        </w:rPr>
        <w:t>　　相当年实施素质教育的时候，我就记得学校要求学生要全面发展，如何才能全面发展，谁也不知道，没有实践过，后来慢慢的没有人提素质教育了，不过学校的教育也发生了变化，学校追求的不仅仅是成绩了，而且开始考虑学生的综合素质了，尤其是大学生。现如今，初中生甚至于小学生都被要求要提高综合素质了，期末成绩单上也不仅仅是语文、数学成绩的分数了，也会加上许多其他条目。</w:t>
      </w:r>
      <w:r>
        <w:rPr>
          <w:lang w:eastAsia="zh-CN"/>
        </w:rPr>
        <w:br/>
      </w:r>
      <w:r>
        <w:rPr>
          <w:lang w:eastAsia="zh-CN"/>
        </w:rPr>
        <w:t>　　学生放寒暑假的时候老师会要求学生要进行社会实践，那么什么是社会实践，这个必须知道，要不然就不知道怎么写实践心得了。社会实践也就是参加的一些社会性活动，是校园之外的，比如说兼职、假期实习等。</w:t>
      </w:r>
      <w:r>
        <w:rPr>
          <w:lang w:eastAsia="zh-CN"/>
        </w:rPr>
        <w:br/>
      </w:r>
      <w:r>
        <w:rPr>
          <w:lang w:eastAsia="zh-CN"/>
        </w:rPr>
        <w:t>　　如果你参加了社会实践，那么怎么写实践心得呢?所谓心得就是体会，参加了寒假社会实践有什么体会。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一般社会实践报告会有一个固定的格式，主要由以下几个部分组成：</w:t>
      </w:r>
      <w:r>
        <w:rPr>
          <w:lang w:eastAsia="zh-CN"/>
        </w:rPr>
        <w:br/>
      </w:r>
      <w:r>
        <w:rPr>
          <w:lang w:eastAsia="zh-CN"/>
        </w:rPr>
        <w:t>　　1.实践目的</w:t>
      </w:r>
      <w:r>
        <w:rPr>
          <w:lang w:eastAsia="zh-CN"/>
        </w:rPr>
        <w:br/>
      </w:r>
      <w:r>
        <w:rPr>
          <w:lang w:eastAsia="zh-CN"/>
        </w:rPr>
        <w:t>　　2.实践时间、地点</w:t>
      </w:r>
      <w:r>
        <w:rPr>
          <w:lang w:eastAsia="zh-CN"/>
        </w:rPr>
        <w:br/>
      </w:r>
      <w:r>
        <w:rPr>
          <w:lang w:eastAsia="zh-CN"/>
        </w:rPr>
        <w:t>　　3.实践单位或部门</w:t>
      </w:r>
      <w:r>
        <w:rPr>
          <w:lang w:eastAsia="zh-CN"/>
        </w:rPr>
        <w:br/>
      </w:r>
      <w:r>
        <w:rPr>
          <w:lang w:eastAsia="zh-CN"/>
        </w:rPr>
        <w:t>　　4.实践内容</w:t>
      </w:r>
      <w:r>
        <w:rPr>
          <w:lang w:eastAsia="zh-CN"/>
        </w:rPr>
        <w:br/>
      </w:r>
      <w:r>
        <w:rPr>
          <w:lang w:eastAsia="zh-CN"/>
        </w:rPr>
        <w:t>　　5.实践体会</w:t>
      </w:r>
      <w:r>
        <w:rPr>
          <w:lang w:eastAsia="zh-CN"/>
        </w:rPr>
        <w:br/>
      </w:r>
      <w:r>
        <w:rPr>
          <w:lang w:eastAsia="zh-CN"/>
        </w:rPr>
        <w:t>　　6.表示感谢</w:t>
      </w:r>
      <w:r>
        <w:rPr>
          <w:lang w:eastAsia="zh-CN"/>
        </w:rPr>
        <w:br/>
      </w:r>
      <w:r>
        <w:rPr>
          <w:lang w:eastAsia="zh-CN"/>
        </w:rPr>
        <w:t>　　写寒假社会实践活动心得也可以按照上面的6步分段描写，上面6各部分相当于文章提纲，只要你在对应位置添加适当内容就是一篇实践心得。当然你也可以写得更简单一点，主要就是你的体会，做任何一件事你都会有收获，即使没有物质上的，你也会有体会，比如你参加了田间除草的实践，你就会体会到种田的辛苦，就会珍惜粮食，这就是心得，就是重点。所以书写寒假社会实践活动心得的时候，只要围绕体会写自己的感受就是一篇好的文章，不要太拘泥与格式。</w:t>
      </w:r>
      <w:r>
        <w:rPr>
          <w:lang w:eastAsia="zh-CN"/>
        </w:rPr>
        <w:br/>
      </w:r>
      <w:r>
        <w:rPr>
          <w:lang w:eastAsia="zh-CN"/>
        </w:rPr>
        <w:t xml:space="preserve">    2024年寒假社会实践活动的心得体会范文800字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现今社会，招聘会上的大字板都总写着“有经验者优先”，可是还在校园里的我们社会经验又会拥有多少呢？记得老师曾说过学校是一个小社会，但我总觉得校园里总少不了那份纯真，那份真诚，尽管是大学高校，学生还终归保持着学生身份。而走进企业，接触各种各样的客户、同事、上司等等，关系复杂，但你得去面对你从没面对过的一切。记得在我校举行的招聘会上所反映出来的其中一个问题是，学生的实际操作能力与在校的理论学习有一定的差距。在这次实践中，这一点我感受很深。在学校，理论学习的很多，而且是多方面的，几乎是面面俱到的，而实际工作中，可能会遇到书本上没学到的，又可能是书本上的知识一点都用不上的情况。或许工作中运用到的只是简单的问题，只要套公式就能完成一项任务，有时候你会埋怨，实际操作这么简单，但为什么书本上的知识让人学的那么吃力呢？也许老师是正确的，虽然大学不像在社会，但是总算是社会的一部分。我们有了在课堂上对知识的认真消化，有平时作业的补充，我们比别人具有了更高的起点，有了更多知识去应付各种工作上的问题。</w:t>
      </w:r>
      <w:r>
        <w:rPr>
          <w:lang w:eastAsia="zh-CN"/>
        </w:rPr>
        <w:br/>
      </w:r>
      <w:r>
        <w:rPr>
          <w:lang w:eastAsia="zh-CN"/>
        </w:rPr>
        <w:t>　　一回到家，我就去妈妈的厂里帮忙了。</w:t>
      </w:r>
      <w:r>
        <w:rPr>
          <w:lang w:eastAsia="zh-CN"/>
        </w:rPr>
        <w:br/>
      </w:r>
      <w:r>
        <w:rPr>
          <w:lang w:eastAsia="zh-CN"/>
        </w:rPr>
        <w:t>　　挂着实习生的牌子，一脸幼稚、迷茫地站在那，不断地提醒自己要大胆地接近主事的，自己去询问哪些需要帮忙的，可好长一段时间站在那一声不吭的。一个大姐在不忙的时候教我如何像商家推销产品。我也慢慢地放开胆去尝试，其实这种交流比想象的容易多了。就好象上台前紧张兮兮，但在台上只顾着自己的表演而忘了紧张。害怕就是这样被克服的。关键在于大胆地迈出第一步。在厂里做实习生不能坐着，也不能在过道里随便逛来荡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虽然在实践中我只是负责比较简单的部分，但能把自己在学校学到的知识真正运用出来也使我颇感兴奋！在学校上课时都是老师在教授，学生听讲，理论占主体，而我对知识也能掌握，本以为到了企业能够应付得来，但是在企业里并没有想象的那么容易，平时在学校数字错了改一改就可以交上去，但在工厂里，数字绝对不可以错，因为质量是企业第一生命，质量不行，企业生产就会跟不上，而效率也会随之下降，企业就会在竞争的浪潮中失败。因此，每一个环节都不能出错。这种要求是我们在课堂上学不到的。在学校里可能只需会解一道题，算出一个程式就可以了，但这里更需要的是与实际相结合，没有实际，只是纸上谈兵是不可能在社会立足的，所以一定要特别小心谨慎，而且一旦出错并不是像学校里一样老师打个红叉，然后改过来就行了，在工厂里出错是要负责任的，这关乎工厂的利益存亡。总之，这个寒假的社会实践是丰富而又有意义，一些心得和体会让人感到兴奋，但却决不仅仅用兴奋就能描述的，因为这是一种实实在在收获，是对“有经验者优先”的感悟。？？在我的打工生活中，我也明白了许多：在日常的工作中上级欺压、责备下级是不可避免的。虽然事实如此，但这也给我上了宝贵的一课。它让我明白到别人批评你或是你听取他人的意见时，一定要心平气和，只有这样才能表示你在诚心听他说话。虽然被批评是很难受的，而且要明确表示你是真心在接受他们的批评。因为这样才能在失败中吸取教训，为以后的成功铺路。我们要学会从那里跌倒就从哪里爬起来，这才是我所应该做的。</w:t>
      </w:r>
      <w:r>
        <w:rPr>
          <w:lang w:eastAsia="zh-CN"/>
        </w:rPr>
        <w:br/>
      </w:r>
      <w:r>
        <w:rPr>
          <w:lang w:eastAsia="zh-CN"/>
        </w:rPr>
        <w:t xml:space="preserve">    2024年寒假社会实践活动的心得体会范文800字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快乐的时光总是弥足珍贵，短暂的经历总是耐人寻味的，我们反复回忆、思索这一路上的点点滴滴，这两天的社会实践有汗水，有欢笑，更有沉甸甸的收获。迈入高中校门也有两年了，在这一年的时光里我们学到了很多，更是开阔了眼界。通过两年的努力，我所在班级也取得了一定的成绩，无论是学习上还是生活上都让我们明白了时光的匆匆与人生的可贵。在这两年年里，我们有迷失，有彷徨，有无奈……即使是一颗庞大的绊脚石也让我们走了过来，虽然其中困难重重。我们更加努力，朝自己的梦想进军，向更大的目标前进。</w:t>
      </w:r>
      <w:r>
        <w:rPr>
          <w:lang w:eastAsia="zh-CN"/>
        </w:rPr>
        <w:br/>
      </w:r>
      <w:r>
        <w:rPr>
          <w:lang w:eastAsia="zh-CN"/>
        </w:rPr>
        <w:t>　　今年寒假，为了响应学校的号召，组织了社会实践。作为高二学生，这不仅是对我们学生的考验，也是对我们青年志愿者的考验。帮助社会尽自己一点绵薄之力是我们的责任，更是我们的义务。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社会实践活动给生活在象牙塔中的高中生们提供了广泛接触基层、了解基层的机会。在这次实践中我们有深入基层，能从中学到了很多书本上学不到的东西。也真实的理解了“从群众中来，到群众中去”的真正涵义。的确，感性认识到只有到实践中去、到基层中去检验才知道其正确与否，同样，只有在实践中把个人的命运同社会、同国家的命运联系起来，才是青年成长成才的正确之路。“纸上得来终觉浅，绝知此事要躬行”。社会实践使同学们找到了理论与实践的最佳结合点。尤其是我们学生，只重视理论学习，忽视实践环节，往往在实际工作岗位上发挥的不很理想。通过社会实践，可以紧密结合自身专业特色，让自己所学的专业理论知识在实际操作中得到巩固和提高。通过社会实践，可以检验自己的知识和水平，加深和巩固原来在理论上的模糊认识，使理论上的欠缺的在实践环节中得到补偿，从而加深了对基本原理和基本理论的理解和消化。</w:t>
      </w:r>
      <w:r>
        <w:rPr>
          <w:lang w:eastAsia="zh-CN"/>
        </w:rPr>
        <w:br/>
      </w:r>
      <w:r>
        <w:rPr>
          <w:lang w:eastAsia="zh-CN"/>
        </w:rPr>
        <w:t>　　这次短暂而又充实的实践，将对我走向社会起到了一个桥梁作用、过渡作用，将是我人生的一段重要的经历、一个重要步骤，对将来走上工作岗位也有着很大帮助。社会实践告诉我，在新经济时代高中生应当具备创新观念和掌握成熟技术有的能力，善于经营和开拓市场，富有团队精神等素质。要在严密的思辩能力和理性的思考能力，致力于探索理性、情操、才智、体质之完美，只有做到全面发展才能适应社会的需求，并立于不败之地。</w:t>
      </w:r>
      <w:r>
        <w:rPr>
          <w:lang w:eastAsia="zh-CN"/>
        </w:rPr>
        <w:br/>
      </w:r>
      <w:r>
        <w:rPr>
          <w:lang w:eastAsia="zh-CN"/>
        </w:rPr>
        <w:t>　　社会的需求，并立于不败之地。我们要时刻与外界社会保持同步发展，做到与时俱进，不与社会脱节；我们应该珍惜现在的学习机会，珍惜生命的分分秒秒，学习好知识、运用知识，时刻牢记，虚度年华就是作践自己。与此同时，多多与社会接触是很必要的。如果我们想接受时代的挑战受到社会的欢迎，就抓紧时间好好地充实自我。不仅要学好专业课，还要广泛的汲取各领域的知识，努力提高综合素质。</w:t>
      </w:r>
      <w:r>
        <w:rPr>
          <w:lang w:eastAsia="zh-CN"/>
        </w:rPr>
        <w:br/>
      </w:r>
      <w:r>
        <w:rPr>
          <w:lang w:eastAsia="zh-CN"/>
        </w:rPr>
        <w:t>　　“艰辛知人生，实践长才干”。通过开展丰耕多彩的社会实践活动，使我逐步了解了社会，开阔了视野，增长了才干，并在社会实践活动中认清了自己的位置，发现了自己的不足，对自身价值能够进行客观评价。这在无形中使我对自己有一个正确的定位，增强了我努力学习的信心和毅力！</w:t>
      </w:r>
      <w:r>
        <w:rPr>
          <w:lang w:eastAsia="zh-CN"/>
        </w:rPr>
        <w:br/>
      </w:r>
      <w:r>
        <w:rPr>
          <w:lang w:eastAsia="zh-CN"/>
        </w:rPr>
        <w:t xml:space="preserve">    2024年寒假社会实践活动的心得体会范文800字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新年的脚步渐渐临近，伴随着游子归乡的列车，过年的气氛越来越浓厚，往日宁静的小山村也一改往日的羞涩，显得热闹而富有生机和活力。</w:t>
      </w:r>
      <w:r>
        <w:rPr>
          <w:lang w:eastAsia="zh-CN"/>
        </w:rPr>
        <w:br/>
      </w:r>
      <w:r>
        <w:rPr>
          <w:lang w:eastAsia="zh-CN"/>
        </w:rPr>
        <w:t>　　我的家乡是信阳一个平凡的小山村，群山环绕，绿水青山。虽然已经是冬天，但山坡上的老松树依然泛着深绿的颜色。今年的天气与往年相比显得干燥很多，整个冬天都很少有雪，像样的雪景成了一种渴望，很明显异常的气候已经辐射到这个平静的小山村。</w:t>
      </w:r>
      <w:r>
        <w:rPr>
          <w:lang w:eastAsia="zh-CN"/>
        </w:rPr>
        <w:br/>
      </w:r>
      <w:r>
        <w:rPr>
          <w:lang w:eastAsia="zh-CN"/>
        </w:rPr>
        <w:t>　　近年来，越来越多的国家和地区频繁遭受各种恶劣气候和地质灾害侵袭，伴随着全球变暖，两极冰川的融化，土壤沙漠化，土壤流失，绿色植被覆盖减少的等环境问题，让越来越多的人认识到气候的变化正悄然改变着我们所处的环境，影响着我们的生活。</w:t>
      </w:r>
      <w:r>
        <w:rPr>
          <w:lang w:eastAsia="zh-CN"/>
        </w:rPr>
        <w:br/>
      </w:r>
      <w:r>
        <w:rPr>
          <w:lang w:eastAsia="zh-CN"/>
        </w:rPr>
        <w:t>　　坐在再回乡的车里我发现山上很多松树上都挂有一个袋子，感觉很奇怪，原来在山上摘野果子的时候是没见过这些东西的，很明显这是最近才放上去的。在家休息几天后对于山上的那些袋子还是很好奇，于是决定上山去看一看是些什么东西，它是干什么用的。到山上以后眼前的景象让人很不可思议，大部分松树下半部分的树皮已经被人刮去有很大一部分，那些在车上看到的袋子是被钉在被刮去树皮的树干下方的，袋子里面或多或少的都有一些松油。看着松油顺着老松树上被刮去树皮的地方往下流，眼前不禁浮现出流泪老者的画面。</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作为一名宣传环保的大学生看到这些现象让我感觉很不理解，所以接下来的几天就一直通过与父母邻居交谈来了解这么做的原因。通过了解，我晓得了这么做的原因是为了取松油，乡亲们都说是镇上把这些山上的松树承包给一些外地来的人，在这些树上取得松油，然后送去提炼作航空用油，这让我很不解。通过上网查资料我发现这些松油很可能是被用来提取之后作松香的，而松香的用途是作为肥皂、造纸、涂料、橡胶、树脂、电器、有机合成的工业的重要原料。通过了解我对松油如此多的用途不禁感慨，可是同时也为那些老松树而担忧，树皮被去除那么大的部分，还能够再抵御严寒么？</w:t>
      </w:r>
      <w:r>
        <w:rPr>
          <w:lang w:eastAsia="zh-CN"/>
        </w:rPr>
        <w:br/>
      </w:r>
      <w:r>
        <w:rPr>
          <w:lang w:eastAsia="zh-CN"/>
        </w:rPr>
        <w:t>　　年前的那些日子只要一有时间我就会游走在田间地头，去享受这种与自然融为一体的生活。与小时候相比路边多了很多的杨树，一排排的沿着路向前延伸，这些树也是近些年才种上的，这些树是村里为了响应国家退耕还林的政策种下的。是从保护和改善生态环境出发，将易造成水土流失的坡耕地有计划，有步骤地停止耕种，按照适地适树的原则，因地制宜的植树造林，恢复森林植被。</w:t>
      </w:r>
      <w:r>
        <w:rPr>
          <w:lang w:eastAsia="zh-CN"/>
        </w:rPr>
        <w:br/>
      </w:r>
      <w:r>
        <w:rPr>
          <w:lang w:eastAsia="zh-CN"/>
        </w:rPr>
        <w:t>　　退耕还林是从保护和改善西部生态环境出发，将易造成水土流失的坡耕地和易造成土地沙化的耕地，有计划、分步骤地停止耕种；本着宜乔则乔、宜灌则灌、宜草则草，乔灌草结合的原则，因地制宜地造林种草，恢复林草植被。国家实行退耕还林资金和粮食补贴制度，国家按照核定的退耕地还林面积，在一定期限内无偿向退耕还林者提供适当的补助粮食、种苗造林费和现金（生活费）补助。黄河流域以及北方地区，每亩退耕地每年补助原粮100公斤、现金20元，还生态林的至少补助8年，还经济林的补助5年，还草的补助2年。每亩退耕地和宜林荒山荒地补助种苗造林费50元。</w:t>
      </w:r>
      <w:r>
        <w:rPr>
          <w:lang w:eastAsia="zh-CN"/>
        </w:rPr>
        <w:br/>
      </w:r>
      <w:r>
        <w:rPr>
          <w:lang w:eastAsia="zh-CN"/>
        </w:rPr>
        <w:t xml:space="preserve">    2024年寒假社会实践活动的心得体会范文800字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又是一个假期结束了，同学们回到学校的同时也将自己在假期的社会实践成果在博客上有所展示并带回了学校。</w:t>
      </w:r>
      <w:r>
        <w:rPr>
          <w:lang w:eastAsia="zh-CN"/>
        </w:rPr>
        <w:br/>
      </w:r>
      <w:r>
        <w:rPr>
          <w:lang w:eastAsia="zh-CN"/>
        </w:rPr>
        <w:t>　　通过几天的分类整理，现将全班同学的暑期社会实践成果总结如下。</w:t>
      </w:r>
      <w:r>
        <w:rPr>
          <w:lang w:eastAsia="zh-CN"/>
        </w:rPr>
        <w:br/>
      </w:r>
      <w:r>
        <w:rPr>
          <w:lang w:eastAsia="zh-CN"/>
        </w:rPr>
        <w:t>　　班级同学在暑期的社会实践总共分为三大类，而这三大类的每一类又可分为若干小块：主要是社会调查16人，这其中包括调查英语学校的5人，调查环境问题的3人，调查经济发展的4人和调查现实热点问题的4人；挂职锻炼7人，这其中包括到公司挂职的3人，到学校挂职的2人，到社区挂职的1人，到诊所挂职的1人；志愿服务5人，这其中包括到社区服务的3人，到敬老院慰问的1人，红十字志愿者1人。</w:t>
      </w:r>
      <w:r>
        <w:rPr>
          <w:lang w:eastAsia="zh-CN"/>
        </w:rPr>
        <w:br/>
      </w:r>
      <w:r>
        <w:rPr>
          <w:lang w:eastAsia="zh-CN"/>
        </w:rPr>
        <w:t>　　由这些数据不难看出同学们的社会实践不仅种类繁多，各具特色覆盖面广，而且更有深度更具实效性。</w:t>
      </w:r>
      <w:r>
        <w:rPr>
          <w:lang w:eastAsia="zh-CN"/>
        </w:rPr>
        <w:br/>
      </w:r>
      <w:r>
        <w:rPr>
          <w:lang w:eastAsia="zh-CN"/>
        </w:rPr>
        <w:t>　　大家不拘泥于英语专业，将实践扩展到各个领域，含盖理工农经法等，又迎合时事热点，关注民生。</w:t>
      </w:r>
      <w:r>
        <w:rPr>
          <w:lang w:eastAsia="zh-CN"/>
        </w:rPr>
        <w:br/>
      </w:r>
      <w:r>
        <w:rPr>
          <w:lang w:eastAsia="zh-CN"/>
        </w:rPr>
        <w:t>　　有很多同学都是在基层工作，或是义务劳动，甚于要长时间在户外工作，但同学们在社会实践过程中踏实肯干，任劳任怨，勤勤勉勉，认真对待每一个细节，体现了一个当代大学生的良好风貌。</w:t>
      </w:r>
      <w:r>
        <w:rPr>
          <w:lang w:eastAsia="zh-CN"/>
        </w:rPr>
        <w:br/>
      </w:r>
      <w:r>
        <w:rPr>
          <w:lang w:eastAsia="zh-CN"/>
        </w:rPr>
        <w:t>　　同时同学们的社会实践报告也反映出，大家对社会实践有了很好的理解，不仅仅是要做好社会实践，更会在实践之后认真思考，力求在实践中学有所得，并将它详细总结出来与大家分享。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在大家眼中，社会实践不是负担，而是一个接触社会，积累实践经验的大好机会，甚于把它视作当代大学生关注社会，思考社会，服务社会的体现。</w:t>
      </w:r>
      <w:r>
        <w:rPr>
          <w:lang w:eastAsia="zh-CN"/>
        </w:rPr>
        <w:br/>
      </w:r>
      <w:r>
        <w:rPr>
          <w:lang w:eastAsia="zh-CN"/>
        </w:rPr>
        <w:t>　　而且还有很多同学的出色表现受到了他人的赞扬，或是通过自己的劳动获得了报酬，这都是值得我们骄傲的事情。</w:t>
      </w:r>
      <w:r>
        <w:rPr>
          <w:lang w:eastAsia="zh-CN"/>
        </w:rPr>
        <w:br/>
      </w:r>
      <w:r>
        <w:rPr>
          <w:lang w:eastAsia="zh-CN"/>
        </w:rPr>
        <w:t>　　尽管如此，我们自身还是存在着不足，比如在社会实践的过程中，实际操作能力不高，知识的运用不够熟稔，人际关系的处理稍显稚嫩，对突发事件处理的经验不足，对问题的思考不够深入等等。</w:t>
      </w:r>
      <w:r>
        <w:rPr>
          <w:lang w:eastAsia="zh-CN"/>
        </w:rPr>
        <w:br/>
      </w:r>
      <w:r>
        <w:rPr>
          <w:lang w:eastAsia="zh-CN"/>
        </w:rPr>
        <w:t>　　虽然问题看似很多，其实这些问题出现的原因归根究底是由于我们社会实践的经验不足，涉世未深。</w:t>
      </w:r>
      <w:r>
        <w:rPr>
          <w:lang w:eastAsia="zh-CN"/>
        </w:rPr>
        <w:br/>
      </w:r>
      <w:r>
        <w:rPr>
          <w:lang w:eastAsia="zh-CN"/>
        </w:rPr>
        <w:t>　　所以，我相信，当我们牢固树立社会实践的意识，积极投身社会实践，这些问题就会迎刃而解。</w:t>
      </w:r>
      <w:r>
        <w:rPr>
          <w:lang w:eastAsia="zh-CN"/>
        </w:rPr>
        <w:br/>
      </w:r>
      <w:r>
        <w:rPr>
          <w:lang w:eastAsia="zh-CN"/>
        </w:rPr>
        <w:t>　　这个假期的社会实践此时已经划画上圆满的句号了。</w:t>
      </w:r>
      <w:r>
        <w:rPr>
          <w:lang w:eastAsia="zh-CN"/>
        </w:rPr>
        <w:br/>
      </w:r>
      <w:r>
        <w:rPr>
          <w:lang w:eastAsia="zh-CN"/>
        </w:rPr>
        <w:t>　　我希望我们这个奋进的的集体中的每一名成员都在社会实践中不断充盈自己，完善自身，并走向一个美好的未来！</w:t>
      </w:r>
      <w:r>
        <w:rPr>
          <w:lang w:eastAsia="zh-CN"/>
        </w:rPr>
        <w:br/>
      </w:r>
      <w:r>
        <w:rPr>
          <w:lang w:eastAsia="zh-CN"/>
        </w:rPr>
        <w:t>　　大学的生活绚烂多彩，在注重素质教育的今天，社会实践活动一直被视为高校培养德、智、体、美、劳全面发展的跨世纪优秀人才的重要途径。</w:t>
      </w:r>
      <w:r>
        <w:rPr>
          <w:lang w:eastAsia="zh-CN"/>
        </w:rPr>
        <w:br/>
      </w:r>
      <w:r>
        <w:rPr>
          <w:lang w:eastAsia="zh-CN"/>
        </w:rPr>
        <w:t>　　社会实践是我走出大学校门，与社会完美融合的目前最好的方法。</w:t>
      </w:r>
      <w:r>
        <w:rPr>
          <w:lang w:eastAsia="zh-CN"/>
        </w:rPr>
        <w:br/>
      </w:r>
      <w:r>
        <w:rPr>
          <w:lang w:eastAsia="zh-CN"/>
        </w:rPr>
        <w:t>　　因此我利用这次的寒假给了自己充实的生活——社会实践。</w:t>
      </w:r>
      <w:r>
        <w:rPr>
          <w:lang w:eastAsia="zh-CN"/>
        </w:rPr>
        <w:br/>
      </w:r>
      <w:r>
        <w:rPr>
          <w:lang w:eastAsia="zh-CN"/>
        </w:rPr>
        <w:t>　　而我也选择了现在最多的、最难做的行业——服务行业。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我工作在一个小面馆，面馆的面积不大，也不在大城市，但是它非常的优雅，干净，且生意红火，这正是我选择在那里实践的原因。</w:t>
      </w:r>
      <w:r>
        <w:rPr>
          <w:lang w:eastAsia="zh-CN"/>
        </w:rPr>
        <w:br/>
      </w:r>
      <w:r>
        <w:rPr>
          <w:lang w:eastAsia="zh-CN"/>
        </w:rPr>
        <w:t>　　每天的生活充实而乏味，艰辛而快乐！</w:t>
      </w:r>
      <w:r>
        <w:rPr>
          <w:lang w:eastAsia="zh-CN"/>
        </w:rPr>
        <w:br/>
      </w:r>
      <w:r>
        <w:rPr>
          <w:lang w:eastAsia="zh-CN"/>
        </w:rPr>
        <w:t xml:space="preserve">    2024年寒假社会实践活动的心得体会范文800字 篇6 </w:t>
      </w:r>
      <w:r>
        <w:rPr>
          <w:lang w:eastAsia="zh-CN"/>
        </w:rPr>
        <w:br/>
      </w:r>
      <w:r>
        <w:rPr>
          <w:lang w:eastAsia="zh-CN"/>
        </w:rPr>
        <w:t>　　寒假的到来令我意识到妥善利用这段时间的重要性，作为中专生让我明白自己在学历方面存在着较大的劣势，这些都需要通过实践经验的积累才能够追赶上他人的步伐，因此我在老师的建议下前往一家商场从事导购员工作，通过在商场工作中的锻炼让我在思想方面进步了许多。</w:t>
      </w:r>
      <w:r>
        <w:rPr>
          <w:lang w:eastAsia="zh-CN"/>
        </w:rPr>
        <w:br/>
      </w:r>
      <w:r>
        <w:rPr>
          <w:lang w:eastAsia="zh-CN"/>
        </w:rPr>
        <w:t>　　首先我明白缺乏实践经验的自己应当保持谦虚的态度，即积极完成商场领导安排的任务并在工作中多学多问，遇到困惑的地方需要及时向同事请教并将其解决，这样的话才能够有效提升自身能力从而更好地完成商场工作，再加上过年前夕采购年货的顾客特别多从而导致事务繁忙，因此我很用心地对待导购工作并学到不少实用的沟通技巧，这也是我在导购工作中遭受过挫折以后积累的经验，另外我也有加深对自身职责的理解从而明白恪尽职守的重要性，所以我不会局限于导购职能的完成并积极投入到商场的发展之中，这种勤恳做事的工作态度也让我在寒假期间得到了商场领导的赞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其次我得注重服务能力的提升并发挥自身的优势才行，商场服务往往能够体现出工作人员的能力水平，因此我在商场能够观摩其他导购人员的工作方式，了解到商品的推销以及为顾客解答疑虑是自己的职责所在，所以我也能够运用沟通技巧并在导购工作中让顾客感到满意，由于我年龄不大的缘故从而沟通过程中能够较好地展现自身的礼貌性，这也导致不少年纪较大的顾客能够理解自己工作的艰辛，但也有部分顾客的确不想购买太多商品从而难以进行沟通。</w:t>
      </w:r>
      <w:r>
        <w:rPr>
          <w:lang w:eastAsia="zh-CN"/>
        </w:rPr>
        <w:br/>
      </w:r>
      <w:r>
        <w:rPr>
          <w:lang w:eastAsia="zh-CN"/>
        </w:rPr>
        <w:t>　　其次应该牢记寒假打工的经历并用以指导自己今后的发展，我明白平时忙于学习的自己很难有机会参与到社会实践之中，但作为中专生的自己恰恰需要积累实践经验才能够得到更好的进步，仅仅满足于校内实训难以令自身得到较大的提升，所以我很重视这次在商场工作的经历并希望能够再次参与其中，无论是商场领导的支持还是同事们的帮助都让我进步了许多，虽然寒假结束以后自己又将回到校园之中进行学习，但是我在假期的收获之一便是个人能力得到了很大的提升。</w:t>
      </w:r>
      <w:r>
        <w:rPr>
          <w:lang w:eastAsia="zh-CN"/>
        </w:rPr>
        <w:br/>
      </w:r>
      <w:r>
        <w:rPr>
          <w:lang w:eastAsia="zh-CN"/>
        </w:rPr>
        <w:t>　　通过寒假期间在商场工作的经历可以得知将来毕业后需要面临的挑战，因此我不会因为学历低的问题便会在职场上感到自卑，我将来会更用心地参与到工作中并期待自己有着不错的进展。</w:t>
      </w:r>
      <w:r>
        <w:rPr>
          <w:lang w:eastAsia="zh-CN"/>
        </w:rPr>
        <w:br/>
      </w:r>
      <w:r>
        <w:rPr>
          <w:lang w:eastAsia="zh-CN"/>
        </w:rPr>
        <w:t xml:space="preserve">    2024年寒假社会实践活动的心得体会范文800字 篇7 </w:t>
      </w:r>
      <w:r>
        <w:rPr>
          <w:lang w:eastAsia="zh-CN"/>
        </w:rPr>
        <w:br/>
      </w:r>
      <w:r>
        <w:rPr>
          <w:lang w:eastAsia="zh-CN"/>
        </w:rPr>
        <w:t>　　步入高中，我感觉自己在各个方面都有了成长。但是自己却还是有很多没有尝试过的事情，比如去工作。因为自己已经成年，所以趁着高中进入寒假，我要去尝试着体验工作的滋味，让自己的高中更加的精彩。</w:t>
      </w:r>
      <w:r>
        <w:rPr>
          <w:lang w:eastAsia="zh-CN"/>
        </w:rPr>
        <w:br/>
      </w:r>
      <w:r>
        <w:rPr>
          <w:lang w:eastAsia="zh-CN"/>
        </w:rPr>
        <w:t>　　在经过了几番考虑之后，我最终选择了在快餐店完成自己的工作之旅。没有多余的原因，只是因为这里适合。以下，是我对这次工作体验的新的体会：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一、个人的思想转变</w:t>
      </w:r>
      <w:r>
        <w:rPr>
          <w:lang w:eastAsia="zh-CN"/>
        </w:rPr>
        <w:br/>
      </w:r>
      <w:r>
        <w:rPr>
          <w:lang w:eastAsia="zh-CN"/>
        </w:rPr>
        <w:t>　　一开始的时候，作为一名新人，我在工作中听从领导和前辈的安排去完成工作，但是这时候我很快就发现了问题！在大家都在忙碌，没有人指挥的时候，自己就会失去目标，不知道做什么！因为这件事我也被批评了一顿。但是在这之后，我学会了自己找事情做，自己去完成一些力所能及的事情。我认为这是一项很大的转变，过去的我还总当这里和教室一样，听着“老师”的讲话去做事，但实际上，工作中需要我们自己自觉的去完成一些事情，这必须让我们在思想上认识到，自己是一名工作者，而不是一名学生。</w:t>
      </w:r>
      <w:r>
        <w:rPr>
          <w:lang w:eastAsia="zh-CN"/>
        </w:rPr>
        <w:br/>
      </w:r>
      <w:r>
        <w:rPr>
          <w:lang w:eastAsia="zh-CN"/>
        </w:rPr>
        <w:t>　　二、工作的体验</w:t>
      </w:r>
      <w:r>
        <w:rPr>
          <w:lang w:eastAsia="zh-CN"/>
        </w:rPr>
        <w:br/>
      </w:r>
      <w:r>
        <w:rPr>
          <w:lang w:eastAsia="zh-CN"/>
        </w:rPr>
        <w:t>　　在工作中，我只是负责服务工作，除了学会一些基本的工作礼仪，基本上每天都是重复的完成自己的任务。这真的非常的单调，每天就是工作、打扫、工作……在起初的新鲜感过去后，我很快也感到无聊了。但是，在这个时候，我学会了一个新的知识，责任感！在朋友的鼓励下，我很快在工作中有找回了信心，重新尝试着这个已经“腻了”的工作，并且通过自己的进步，找到了很多不一样的乐趣。</w:t>
      </w:r>
      <w:r>
        <w:rPr>
          <w:lang w:eastAsia="zh-CN"/>
        </w:rPr>
        <w:br/>
      </w:r>
      <w:r>
        <w:rPr>
          <w:lang w:eastAsia="zh-CN"/>
        </w:rPr>
        <w:t>　　三、社会的体验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初次走上社会，我真的感到非常的辛苦，很多自己过去都不愿意做的事，到这里都变成了必做的任务。就算是疲累也不能随便休息，我现在真正的感受到了父母的辛苦。但是，相信在今后真正踏足社会的时候，这次的经历会成为我坚固的垫脚石，让我能更加顺利的去面对未来！</w:t>
      </w:r>
      <w:r>
        <w:rPr>
          <w:lang w:eastAsia="zh-CN"/>
        </w:rPr>
        <w:br/>
      </w:r>
      <w:r>
        <w:rPr>
          <w:lang w:eastAsia="zh-CN"/>
        </w:rPr>
        <w:t>　　四、总结</w:t>
      </w:r>
      <w:r>
        <w:rPr>
          <w:lang w:eastAsia="zh-CN"/>
        </w:rPr>
        <w:br/>
      </w:r>
      <w:r>
        <w:rPr>
          <w:lang w:eastAsia="zh-CN"/>
        </w:rPr>
        <w:t>　　这次的工作给了我很多的收获，有体会、经验、收益、朋友，更让我明白了，自己现在应该更加的努力！在今后的高中生活中，我会更加的拼搏，让自己的未来在自己的努力下更加的出彩！</w:t>
      </w:r>
      <w:r>
        <w:rPr>
          <w:lang w:eastAsia="zh-CN"/>
        </w:rPr>
        <w:br/>
      </w:r>
      <w:r>
        <w:rPr>
          <w:lang w:eastAsia="zh-CN"/>
        </w:rPr>
        <w:t xml:space="preserve">    2024年寒假社会实践活动的心得体会范文800字 篇8 </w:t>
      </w:r>
      <w:r>
        <w:rPr>
          <w:lang w:eastAsia="zh-CN"/>
        </w:rPr>
        <w:br/>
      </w:r>
      <w:r>
        <w:rPr>
          <w:lang w:eastAsia="zh-CN"/>
        </w:rPr>
        <w:t>　　寒假来临的真快啊，这已经是我在大学生活里遇上的第二个寒假了，早在学校里面的时候，我就已经听身边的同学说他们在假期里是如何赚钱、工作的，这让我一直都心痒痒的，我也想利用假期的时间来磨练一下自己的心性，顺便再赚取一点生活费，不然我这么大一个人了都没法靠自己的能力来赚钱的话，那么传出去都有点惭愧。所以，当寒假一开始后，我就急忙回到了家中，寻找起了适合学生的短期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寒假里面找一份工作的确不容易，要是在暑假里的话，工作机会还能多一点，至少还能去一些工厂里面打工，但寒假也就一个月左右的时间，而且中间还得受到过年的影响，有几日是不能工作的，所以我在离家近的这一块街区里没有找到什么工作的机会。为了尽快的找到一份工作，我询问了自己的同学们，看看大家能否给我一个指导性的建议，在我的探寻下，我也得知了在一条商业街上正好有一家火锅店在招收服务员，说起来也巧，这家火锅店我还去过几次呢，所以我也没有犹豫等待，直接找到了这家店面，然后和负责人交谈了起来，在一番谈论之后，我也确立了自己在这里工作的决心，也了解了自己在工作中所需要做的任务，也不算很难，而且店里不是还有这么多老员工照顾我嘛，所以我决定第二天就来这里上班。</w:t>
      </w:r>
      <w:r>
        <w:rPr>
          <w:lang w:eastAsia="zh-CN"/>
        </w:rPr>
        <w:br/>
      </w:r>
      <w:r>
        <w:rPr>
          <w:lang w:eastAsia="zh-CN"/>
        </w:rPr>
        <w:t>　　等到了第二天，我便整理好了自己的仪容面貌，早早地来到了这家火锅店，在老员工的带领下，我先是了解了店里面的规章制度，然后就开始跟着别人学习一些基本的工作技巧了。想当好一名服务员，除了要拥有良好的服务态度之外，还得拥有较好的专业素养才行，在工作的时候不仅要手脚利落，而且言谈举止都得得体才行，尤其是在店里面客人多时，应让客人们感受到我们的专业和热情。在渐渐地明白了自己每天的工作任务后，我的压力也渐渐地大了起来了，原本我还只想混一混就好了，没想到还要做这么多事情啊，虽然这是一个挑战，但是倒也不算是什么坏事情，至少我能学习到更多的知识，见识更多不一样的事物。这一天的工作给我的感受除了劳累之外，还有着一种踏实感，原来靠自己的努力去赚钱的滋味是这般的舒畅啊！</w:t>
      </w:r>
      <w:r>
        <w:rPr>
          <w:lang w:eastAsia="zh-CN"/>
        </w:rPr>
        <w:br/>
      </w:r>
      <w:r>
        <w:rPr>
          <w:lang w:eastAsia="zh-CN"/>
        </w:rPr>
        <w:t xml:space="preserve">    2024年寒假社会实践活动的心得体会范文800字 篇9 </w:t>
      </w:r>
      <w:r>
        <w:rPr>
          <w:lang w:eastAsia="zh-CN"/>
        </w:rPr>
        <w:br/>
      </w:r>
      <w:r>
        <w:rPr>
          <w:lang w:eastAsia="zh-CN"/>
        </w:rPr>
        <w:t>　　这段时间以来的实践已经过去了，我也是深刻的意识到了自己分内的职责，这对我个人能力而言也是一个很不错的考验，寒假期间的点点滴滴，我也是对此深有体会的，虽然这段时间只有一个多月，但是我还是意识到了在这方面我还是做的不够好的，这也是我的问题，现阶段我也会感觉自己是做的不够好的，寒假期间所经历的一些事情让我也是深有体会的，有了一番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现在也是考虑到了的一些细节，我每天按时的完成好自己分内的工作，调整好心态，我对自己的要求也是比较高的，在实践当中还是能够接触到各种各样的人，对此我也是感觉很充实，现在回想起来确实还是让人很有感触，这也是一个不错的进步，这让我也是能够做出一个好的判断，在这个过程当中我也是做的不错的，这次寒假我是去到了一家工厂，在这方面我还是感觉非常充实的，在这方面我也是做的比较认真的，在工厂的点点滴滴，我也是感觉非常都有意义的，在工作期间虽然是出现了一些情况，但是我也是做出了一些调整，这次寒假当中，我对此也是矜矜业业的，希望自己能够有更多的成长。</w:t>
      </w:r>
      <w:r>
        <w:rPr>
          <w:lang w:eastAsia="zh-CN"/>
        </w:rPr>
        <w:br/>
      </w:r>
      <w:r>
        <w:rPr>
          <w:lang w:eastAsia="zh-CN"/>
        </w:rPr>
        <w:t>　　现在我回想起来的时候，确实是做的不错的，在这方面我还是应该要对自己更加严格一点的，虽然这是我的第一次出来实践，刚刚开始的时候我也是确实是感觉非常的不适应，但是在这方面，我还是感触比较深刻的，我对自己各方面都是有着比较客观的认识，在这个过程当中我也确实是做的比较认真的，也是吸取了很多经验，这让我感觉很充实，一个多月的时间结束后，我也是赚到了自己的第一桶金，在这方面我也是做的比较认真的，对此我也是感触很深刻的，在这个过程当中我也是做的比较认真的，让我体会到了赚钱不容易，真心感觉很有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当然这一个多月的时间下来我还是有一些压力的，我怕自己坚持不下去，也怕自己不能够适应，如果半途而废那就是太可惜了，所以我一直都给了自己很多信心，在鼓励着自己，真的希望以后能够做的更好的一点的，这也对我是一个不错的锻炼，以后希望能够做的更加细心一点，感激这次的社会时间，我以后也一定会做的更加认真一点的，希望能够做出更好的成绩来。</w:t>
      </w:r>
      <w:r>
        <w:rPr>
          <w:lang w:eastAsia="zh-CN"/>
        </w:rPr>
        <w:br/>
      </w:r>
      <w:r>
        <w:rPr>
          <w:lang w:eastAsia="zh-CN"/>
        </w:rPr>
        <w:t xml:space="preserve">    2024年寒假社会实践活动的心得体会范文800字 篇10 </w:t>
      </w:r>
      <w:r>
        <w:rPr>
          <w:lang w:eastAsia="zh-CN"/>
        </w:rPr>
        <w:br/>
      </w:r>
      <w:r>
        <w:rPr>
          <w:lang w:eastAsia="zh-CN"/>
        </w:rPr>
        <w:t>　　回想这次社会实践活动，我学到了很多，从我接触的每个人身上学到了很多社会经验，自己的能力也得到了提高，而这些在学校里是学不到的。</w:t>
      </w:r>
      <w:r>
        <w:rPr>
          <w:lang w:eastAsia="zh-CN"/>
        </w:rPr>
        <w:br/>
      </w:r>
      <w:r>
        <w:rPr>
          <w:lang w:eastAsia="zh-CN"/>
        </w:rPr>
        <w:t>　　在社会上要善于与别人沟通。如何与别人沟通好，这门技术是需要长期的练习。以前没有工作的机会，使我与别人对话时不会应变，会使谈话时有冷场，这是很尴尬的。人在社会中都会融入社会这个团体中，人与人之间合力去做事，使其做事的过程中更加融洽，事半功倍。别人给你的意见，你要听取、耐心、虚心地接受。</w:t>
      </w:r>
      <w:r>
        <w:rPr>
          <w:lang w:eastAsia="zh-CN"/>
        </w:rPr>
        <w:br/>
      </w:r>
      <w:r>
        <w:rPr>
          <w:lang w:eastAsia="zh-CN"/>
        </w:rPr>
        <w:t>　　在工作上还要有自信。自信不是麻木的自夸，而是对自己的能力做出肯定。社会经验缺乏，学历不足等种种原因会使自己缺乏自信。其实有谁一生下来就什么都会的，只要有自信，就能克服心理障碍，那一切就变得容易解决了。</w:t>
      </w:r>
      <w:r>
        <w:rPr>
          <w:lang w:eastAsia="zh-CN"/>
        </w:rPr>
        <w:br/>
      </w:r>
      <w:r>
        <w:rPr>
          <w:lang w:eastAsia="zh-CN"/>
        </w:rPr>
        <w:t>　　知识的积累也是非常重要的。知识犹如人的血液。人缺少了血液，身体就会衰弱，人缺少了知识，头脑就要枯竭。这次接触的实践活动，对我来说很陌生，要想把工作做好，就必须了解各方面的知识，有深入的了解，才能更好地应用于工作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这次亲身体验让我有了深刻感触，这不仅是一次实践，还是一次人生经历，是一生宝贵的财富。在今后我要参加更多的社会实践，磨练自己的同时让自己认识的更多，使自己未踏入社会就已体会社会更多方面。</w:t>
      </w:r>
      <w:r>
        <w:rPr>
          <w:lang w:eastAsia="zh-CN"/>
        </w:rPr>
        <w:br/>
      </w:r>
      <w:r>
        <w:rPr>
          <w:lang w:eastAsia="zh-CN"/>
        </w:rPr>
        <w:t>　　今年寒假，我利用假期参加有意义的社会实践活动，接触社会，了解社会，从社会实践中检验自我。这次的社会实践收获不少。</w:t>
      </w:r>
      <w:r>
        <w:rPr>
          <w:lang w:eastAsia="zh-CN"/>
        </w:rPr>
        <w:br/>
      </w:r>
      <w:r>
        <w:rPr>
          <w:lang w:eastAsia="zh-CN"/>
        </w:rPr>
        <w:t>　　一.在社会上要善于与别人沟通。经过一段时间的寻找工作让我认识更多的人。如何与别人沟通好，这门技术是需要长期的练习。以前工作的机会不多，使我与别人对话时不会应变，会使谈话时有冷场，这是很尴尬的。人在社会中都会融入社会这个团体中，人与人之间合力去做事，使其做事的过程中更加融洽，更事半功倍。别人给你的意见，你要听取、耐心、虚心地接受。</w:t>
      </w:r>
      <w:r>
        <w:rPr>
          <w:lang w:eastAsia="zh-CN"/>
        </w:rPr>
        <w:br/>
      </w:r>
      <w:r>
        <w:rPr>
          <w:lang w:eastAsia="zh-CN"/>
        </w:rPr>
        <w:t>　　二.在社会中要有自信。自信不是麻木的自夸，而是对自己的能力做出肯定。在多次的求职面试中，明白了自信的重要性。你没有社会工作经验没有关系。重要的是你的能力不比别人差。社会工作经验也是积累出来的，没有第一次又何来第二、第三次呢?有自信使你更有活力更有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三.在社会中要克服自己胆怯的心态。开始放假的时候，知道要打寒期工时，自己就害怕了。自己觉得困难挺多的，自己的社会经验缺乏，学历不足等种种原因使自己觉得很渺小，自己懦弱就这样表露出来。几次的尝试就是为克服自己内心的恐惧。如工作的领班所说的“在社会中你要学会厚脸皮，不怕别人的态度如何的恶劣，也要轻松应付，大胆与人对话，工作时间长了你自然就不怕了。”其实有谁一生下来就什么都会的，小时候天不怕地不怕，尝试过吃了亏就害怕，当你克服心理的障碍，那一切都变得容易解决了。战胜自我，只有征服自己才能征服世界。有勇气面对是关键，如某位名人所说:“勇气通往天堂，怯懦通往地狱。”</w:t>
      </w:r>
      <w:r>
        <w:rPr>
          <w:lang w:eastAsia="zh-CN"/>
        </w:rPr>
        <w:br/>
      </w:r>
      <w:r>
        <w:rPr>
          <w:lang w:eastAsia="zh-CN"/>
        </w:rPr>
        <w:t>　　四.工作中不断地丰富知识。知识犹如人体血液。人缺少了血液，身体就会衰弱，人缺少了知识，头脑就要枯竭。</w:t>
      </w:r>
      <w:r>
        <w:rPr>
          <w:lang w:eastAsia="zh-CN"/>
        </w:rPr>
        <w:br/>
      </w:r>
      <w:r>
        <w:rPr>
          <w:lang w:eastAsia="zh-CN"/>
        </w:rPr>
        <w:t>　　以上是我自己觉得在这次寒假社会实践学到了自己觉得在社会立足必不可少的项目。</w:t>
      </w:r>
      <w:r>
        <w:rPr>
          <w:lang w:eastAsia="zh-CN"/>
        </w:rPr>
        <w:br/>
      </w:r>
      <w:r>
        <w:rPr>
          <w:lang w:eastAsia="zh-CN"/>
        </w:rPr>
        <w:t xml:space="preserve">    2024年寒假社会实践活动的心得体会范文800字 篇11 </w:t>
      </w:r>
      <w:r>
        <w:rPr>
          <w:lang w:eastAsia="zh-CN"/>
        </w:rPr>
        <w:br/>
      </w:r>
      <w:r>
        <w:rPr>
          <w:lang w:eastAsia="zh-CN"/>
        </w:rPr>
        <w:t>　　有这样的一群人，他们不是冲锋在一线的人，可是所有冲锋的一线的人在他们心中，他们就是默默工作在人们背后的后勤人。有这样的一群人，他们是实践队成员的“饮食父母”，他们是大家精力充沛服务学生的坚实后盾。他们，是我们可爱的后勤人。</w:t>
      </w:r>
      <w:r>
        <w:rPr>
          <w:lang w:eastAsia="zh-CN"/>
        </w:rPr>
        <w:br/>
      </w:r>
      <w:r>
        <w:rPr>
          <w:lang w:eastAsia="zh-CN"/>
        </w:rPr>
        <w:t>　　当雅韶的清晨刚刚睁开朦胧的睡眼，当别的队员还在梦里熟睡时，有这样一群人已经在喧闹的市场上和卖菜阿姨讨价还价了;当大家都在风扇底下享受着美味佳肴时，有这样一群人将他们那忙碌的身影限于小小的厨房;当大家在饭后欢声笑语时，有这样的一群人，他们依然坚守在厨房默默地为大家清洗餐具。他们，是我们可爱的后勤人。</w:t>
      </w:r>
      <w:r>
        <w:rPr>
          <w:lang w:eastAsia="zh-CN"/>
        </w:rPr>
        <w:br/>
      </w:r>
      <w:r>
        <w:rPr>
          <w:lang w:eastAsia="zh-CN"/>
        </w:rPr>
        <w:t>　　7月16日早上6时，法学社会实践队宣传组曾派出了两名组员跟随后勤组进行了一次拍摄，纪录他们买食材的一个早上。在其他队员还在盖头熟睡时，后勤组坚持早起，为队员准备早餐。为了满足队员的需要——吃包子，他们今天更是要比平时起得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从学校走去市集有一段距离，一路上，没有抱怨没有倦意，只有活泼、充满欢乐的气氛，大家有说有笑的，大致商量了一下早已计划要买的食材，不一会儿就来到了市集。市集有洒水声，有叫喊买卖声，有剁肉声，还有我们后勤组商价议价的声音。不管是队员们的资金费用，还是身体的健康，后勤组都想尽办法去维护、顾全。他们默默的付出，只为队员，不求回报。</w:t>
      </w:r>
      <w:r>
        <w:rPr>
          <w:lang w:eastAsia="zh-CN"/>
        </w:rPr>
        <w:br/>
      </w:r>
      <w:r>
        <w:rPr>
          <w:lang w:eastAsia="zh-CN"/>
        </w:rPr>
        <w:t>　　买完食材后大家经过一间小超市，大家都进去挑了些干粮和生活用品，只听到身兼后勤组成员和班主任的李雪华同学说:“我要买些糖果，分给学生作奖励。”伴随着一个大大的笑容，一个融化人心的笑容，一个充满爱的笑容。</w:t>
      </w:r>
      <w:r>
        <w:rPr>
          <w:lang w:eastAsia="zh-CN"/>
        </w:rPr>
        <w:br/>
      </w:r>
      <w:r>
        <w:rPr>
          <w:lang w:eastAsia="zh-CN"/>
        </w:rPr>
        <w:t>　　他们默默付出，不求回报，看到队员吃得满足、健康，就是他们最大的回报和快乐。</w:t>
      </w:r>
      <w:r>
        <w:rPr>
          <w:lang w:eastAsia="zh-CN"/>
        </w:rPr>
        <w:br/>
      </w:r>
      <w:r>
        <w:rPr>
          <w:lang w:eastAsia="zh-CN"/>
        </w:rPr>
        <w:t>　　他们身上的担子比任何人都重，他们肩负着我们的生活起居。38个人这是一个庞大的队伍，也意味着每一顿你都要做38个人的饭，数量是如此大。他们想的每一个问题都是围绕着我们的队员。关心我们吃的饱不饱，怕菜式不符合我们的口味，怕我们对同一样菜会吃腻。为了让我们每天都能吃到不同的菜，他们绞尽脑汁把简单的菜变换着不同的煮法。</w:t>
      </w:r>
      <w:r>
        <w:rPr>
          <w:lang w:eastAsia="zh-CN"/>
        </w:rPr>
        <w:br/>
      </w:r>
      <w:r>
        <w:rPr>
          <w:lang w:eastAsia="zh-CN"/>
        </w:rPr>
        <w:t>　　在菜市场上，阿姨提出的价格高，他们就会用尽全部的办法把价格砍低，哪怕只是一毛钱而已;在厨房里，他们为了我们的饮食忙碌着;在饭堂里，他们因我们的享受而开心。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多少次他们被厨房里的烟熏的眼眶红了，多少次他们在梦里都想着明天要吃什么菜，多少次他们向我们投来像母亲般的关怀。他们教会了我们珍惜;他们教会了我们感恩;他们教会了我们付出。因为有他们在我们背后默默地付出，我们的队伍才能开展的那么顺利。感谢你们，可爱的后勤人，感谢你们一直做我们坚强的后盾。</w:t>
      </w:r>
      <w:r>
        <w:rPr>
          <w:lang w:eastAsia="zh-CN"/>
        </w:rPr>
        <w:br/>
      </w:r>
      <w:r>
        <w:rPr>
          <w:lang w:eastAsia="zh-CN"/>
        </w:rPr>
        <w:t xml:space="preserve">    2024年寒假社会实践活动的心得体会范文800字 篇12 </w:t>
      </w:r>
      <w:r>
        <w:rPr>
          <w:lang w:eastAsia="zh-CN"/>
        </w:rPr>
        <w:br/>
      </w:r>
      <w:r>
        <w:rPr>
          <w:lang w:eastAsia="zh-CN"/>
        </w:rPr>
        <w:t>　　这次假期实践我以善用知识，增加社会经验，提高实践能力，丰富假期生活为宗旨，利用假期参加有意义的社会实践活动，接触社会，了解社会，从社会实践中检验自我。这次的社会实践收获不少。我认为以下四点是在实践中缺少的。</w:t>
      </w:r>
      <w:r>
        <w:rPr>
          <w:lang w:eastAsia="zh-CN"/>
        </w:rPr>
        <w:br/>
      </w:r>
      <w:r>
        <w:rPr>
          <w:lang w:eastAsia="zh-CN"/>
        </w:rPr>
        <w:t>　　一.在社会上要善于与别人沟通。经过一段时间的工作让我认识更多的人。如何与别人沟通好，这门技术是需要长期的练习。以前工作的机会不多，使我与别人对话时不会应变，会使谈话时有冷场，这是很尴尬的。与同事的沟通也同等重要。人在社会中都会融入社会这个团体中，人与人之间合力去做事，使其做事的过程中更加融洽，更事半功倍。别人给你的意见，你要听取、耐心、虚心地接受。</w:t>
      </w:r>
      <w:r>
        <w:rPr>
          <w:lang w:eastAsia="zh-CN"/>
        </w:rPr>
        <w:br/>
      </w:r>
      <w:r>
        <w:rPr>
          <w:lang w:eastAsia="zh-CN"/>
        </w:rPr>
        <w:t>　　二.在社会中要有自信。自信不是麻木的自夸，而是对自己的能力做出肯定。在多次的接触顾客中，我明白了自信的重要性。你没有社会工作经验没有关系。重要的是你的能力不比别人差。社会工作经验也是积累出来的，没有第一次又何来第二、第三次呢?有自信使你更有活力更有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三.在社会中要克服自己胆怯的心态。开始放假的时候，知道要打假期工时，自己就害怕了。自己觉得困难挺多的，自己的社会经验缺乏，学历不足等种种原因使自己觉得很渺小，自己懦弱就这样表露出来。几次的尝试就是为克服自己内心的恐惧。如哥哥所说的在社会中你要学会厚脸皮，不怕别人的态度如何的恶劣，也要轻松应付，大胆与人对话，工作时间长了你自然就不怕了。其实有谁一生下来就什么都会的，小时候天不怕地不怕，尝试过吃了亏就害怕，当你克服心理的障碍，那一切都变得容易解决了。战胜自我，只有征服自己才能征服世界。有勇气面对是关键，如某个名人所说：勇气通往天堂，怯懦通往地狱。</w:t>
      </w:r>
      <w:r>
        <w:rPr>
          <w:lang w:eastAsia="zh-CN"/>
        </w:rPr>
        <w:br/>
      </w:r>
      <w:r>
        <w:rPr>
          <w:lang w:eastAsia="zh-CN"/>
        </w:rPr>
        <w:t>　　四.工作中不断地丰富知识。知识犹如人体血液。人缺少了血液，身体就会衰弱，人缺少了知识，头脑就要枯竭。</w:t>
      </w:r>
      <w:r>
        <w:rPr>
          <w:lang w:eastAsia="zh-CN"/>
        </w:rPr>
        <w:br/>
      </w:r>
      <w:r>
        <w:rPr>
          <w:lang w:eastAsia="zh-CN"/>
        </w:rPr>
        <w:t xml:space="preserve">    2024年寒假社会实践活动的心得体会范文800字 篇13 </w:t>
      </w:r>
      <w:r>
        <w:rPr>
          <w:lang w:eastAsia="zh-CN"/>
        </w:rPr>
        <w:br/>
      </w:r>
      <w:r>
        <w:rPr>
          <w:lang w:eastAsia="zh-CN"/>
        </w:rPr>
        <w:t>　　一、活动时间：</w:t>
      </w:r>
      <w:r>
        <w:rPr>
          <w:lang w:eastAsia="zh-CN"/>
        </w:rPr>
        <w:br/>
      </w:r>
      <w:r>
        <w:rPr>
          <w:lang w:eastAsia="zh-CN"/>
        </w:rPr>
        <w:t>　　寒假，各班完成情况于20__年2月28日之前进行汇总。</w:t>
      </w:r>
      <w:r>
        <w:rPr>
          <w:lang w:eastAsia="zh-CN"/>
        </w:rPr>
        <w:br/>
      </w:r>
      <w:r>
        <w:rPr>
          <w:lang w:eastAsia="zh-CN"/>
        </w:rPr>
        <w:t>　　二、活动内容及意义：</w:t>
      </w:r>
      <w:r>
        <w:rPr>
          <w:lang w:eastAsia="zh-CN"/>
        </w:rPr>
        <w:br/>
      </w:r>
      <w:r>
        <w:rPr>
          <w:lang w:eastAsia="zh-CN"/>
        </w:rPr>
        <w:t>　　1、记录一幅你觉得最喜欢的春联，写写自己的理解。</w:t>
      </w:r>
      <w:r>
        <w:rPr>
          <w:lang w:eastAsia="zh-CN"/>
        </w:rPr>
        <w:br/>
      </w:r>
      <w:r>
        <w:rPr>
          <w:lang w:eastAsia="zh-CN"/>
        </w:rPr>
        <w:t>　　目的：让同学们了解对联所承载的中华民族传统文化，培养学生热爱传统文化的情感。</w:t>
      </w:r>
      <w:r>
        <w:rPr>
          <w:lang w:eastAsia="zh-CN"/>
        </w:rPr>
        <w:br/>
      </w:r>
      <w:r>
        <w:rPr>
          <w:lang w:eastAsia="zh-CN"/>
        </w:rPr>
        <w:t>　　2、观看一场春晚节目，写写自己的观点。</w:t>
      </w:r>
      <w:r>
        <w:rPr>
          <w:lang w:eastAsia="zh-CN"/>
        </w:rPr>
        <w:br/>
      </w:r>
      <w:r>
        <w:rPr>
          <w:lang w:eastAsia="zh-CN"/>
        </w:rPr>
        <w:t>　　目的：通过观看春晚，发动同学们对春晚的讨论，提出个人的正面观点，培养同学们的语言表达能力和写作能力。</w:t>
      </w:r>
      <w:r>
        <w:rPr>
          <w:lang w:eastAsia="zh-CN"/>
        </w:rPr>
        <w:br/>
      </w:r>
      <w:r>
        <w:rPr>
          <w:lang w:eastAsia="zh-CN"/>
        </w:rPr>
        <w:t>　　3、品尝一次家乡美食，写写自己对海岛美食的了解。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目的：海岛美食也是海岛特色文化之一，借助学生对春节美食文化的关注，促进对民间文化的传承和发扬，挖掘和提炼海岛文化亮点。</w:t>
      </w:r>
      <w:r>
        <w:rPr>
          <w:lang w:eastAsia="zh-CN"/>
        </w:rPr>
        <w:br/>
      </w:r>
      <w:r>
        <w:rPr>
          <w:lang w:eastAsia="zh-CN"/>
        </w:rPr>
        <w:t>　　4、记录春节期间，发生在身边的最不文明现象。</w:t>
      </w:r>
      <w:r>
        <w:rPr>
          <w:lang w:eastAsia="zh-CN"/>
        </w:rPr>
        <w:br/>
      </w:r>
      <w:r>
        <w:rPr>
          <w:lang w:eastAsia="zh-CN"/>
        </w:rPr>
        <w:t>　　目的：提倡学生做一个有道德的人，从未成年人的身心特点和成长规律出发，动员全校学生弘扬社会主义荣辱观，积极参与多种形式的道德实践活动，从身边事做起，从一点一滴做起，自觉践行道德规范，增强道德意识，养成良好习惯，培养高尚品质。</w:t>
      </w:r>
      <w:r>
        <w:rPr>
          <w:lang w:eastAsia="zh-CN"/>
        </w:rPr>
        <w:br/>
      </w:r>
      <w:r>
        <w:rPr>
          <w:lang w:eastAsia="zh-CN"/>
        </w:rPr>
        <w:t>　　5、弘扬雷锋精神，在寒假期间为家乡做一件好事。</w:t>
      </w:r>
      <w:r>
        <w:rPr>
          <w:lang w:eastAsia="zh-CN"/>
        </w:rPr>
        <w:br/>
      </w:r>
      <w:r>
        <w:rPr>
          <w:lang w:eastAsia="zh-CN"/>
        </w:rPr>
        <w:t>　　目的`：通过做一件好事，传承雷锋精神的素质以及有所担当的社会责任感，让整个社会对当代学生充满信心，我们有责任也有能力释放和强化自身的社会责任感，将爱传承，为我们家乡的社会发展贡献自己的一份力量。</w:t>
      </w:r>
      <w:r>
        <w:rPr>
          <w:lang w:eastAsia="zh-CN"/>
        </w:rPr>
        <w:br/>
      </w:r>
      <w:r>
        <w:rPr>
          <w:lang w:eastAsia="zh-CN"/>
        </w:rPr>
        <w:t>　　三、有关要求：</w:t>
      </w:r>
      <w:r>
        <w:rPr>
          <w:lang w:eastAsia="zh-CN"/>
        </w:rPr>
        <w:br/>
      </w:r>
      <w:r>
        <w:rPr>
          <w:lang w:eastAsia="zh-CN"/>
        </w:rPr>
        <w:t>　　1、各班主任要高度重视学生假期社会实践活动的重要性。</w:t>
      </w:r>
      <w:r>
        <w:rPr>
          <w:lang w:eastAsia="zh-CN"/>
        </w:rPr>
        <w:br/>
      </w:r>
      <w:r>
        <w:rPr>
          <w:lang w:eastAsia="zh-CN"/>
        </w:rPr>
        <w:t>　　2、同学们认真完成寒假“五个一”社会实践活动，要开拓思路、认真对待，将自己的理解、观点、所见认真描述。</w:t>
      </w:r>
      <w:r>
        <w:rPr>
          <w:lang w:eastAsia="zh-CN"/>
        </w:rPr>
        <w:br/>
      </w:r>
      <w:r>
        <w:rPr>
          <w:lang w:eastAsia="zh-CN"/>
        </w:rPr>
        <w:t>　　3、本次活动采用网上记录的方式，请点击上面标题，在相应的栏目内完成内容记录。</w:t>
      </w:r>
      <w:r>
        <w:rPr>
          <w:lang w:eastAsia="zh-CN"/>
        </w:rPr>
        <w:br/>
      </w:r>
      <w:r>
        <w:rPr>
          <w:lang w:eastAsia="zh-CN"/>
        </w:rPr>
        <w:t>　　4、下学期，学校将对各班寒假“五个一”社会实践活动的开展情况进行汇总、公布。</w:t>
      </w:r>
      <w:r>
        <w:rPr>
          <w:lang w:eastAsia="zh-CN"/>
        </w:rPr>
        <w:br/>
      </w:r>
      <w:r>
        <w:rPr>
          <w:lang w:eastAsia="zh-CN"/>
        </w:rPr>
        <w:t xml:space="preserve">    2024年寒假社会实践活动的心得体会范文800字 篇14 </w:t>
      </w:r>
      <w:r>
        <w:rPr>
          <w:lang w:eastAsia="zh-CN"/>
        </w:rPr>
        <w:br/>
      </w:r>
    </w:p>
    <w:p w:rsidR="001B1F19" w14:textId="27C3F48A">
      <w:pPr>
        <w:rPr>
          <w:rFonts w:hint="eastAsia"/>
          <w:lang w:eastAsia="zh-CN"/>
        </w:rPr>
      </w:pPr>
      <w:r>
        <w:rPr>
          <w:lang w:eastAsia="zh-CN"/>
        </w:rPr>
        <w:t>　　今年寒假，我参加了一次大型人才招聘会&amp;&amp;市_年面向长三角大型人才交流会，收获了很多知识，也获得了很多心得体会。与其说是参加，还不如说是参观。</w:t>
      </w:r>
      <w:r>
        <w:rPr>
          <w:lang w:eastAsia="zh-CN"/>
        </w:rPr>
        <w:br/>
      </w:r>
      <w:r>
        <w:rPr>
          <w:lang w:eastAsia="zh-CN"/>
        </w:rPr>
        <w:t>　　因为是第一次参加招聘会，所以从总体上来说我本人是带着一份好奇之心的。初七那天约上两个同学，一起去感受招聘会的氛围。车刚到站就感受到浓浓的气息，好多人都在等车。终于我们上了车，前往目的地。一到现场，那场面真是惊人，用人山人海来形容一点也不为过。终于进入大厅，到处都是摊位，不过还好，所有的人都排队，虽然拥挤，但秩序竟然。在招聘会看到最壮观的一幕，当某信用合作社的招牌一挂出，30秒内，排了四五十个人。所有的岗位之选都远远小于应聘的人数。几个人甚至几十个人竞争一格岗位。之所以选择去参加招聘会，是因为我想学习一些关于招聘会上所要走的一些程序守则，同时我也想积累一些关于招聘会的经验，为以后走好自己的路打下坚实的人生基础。但本次招聘会却让我有另一番见解。</w:t>
      </w:r>
      <w:r>
        <w:rPr>
          <w:lang w:eastAsia="zh-CN"/>
        </w:rPr>
        <w:br/>
      </w:r>
      <w:r>
        <w:rPr>
          <w:lang w:eastAsia="zh-CN"/>
        </w:rPr>
        <w:t>　　对于这次招聘会，我的看法如下：</w:t>
      </w:r>
      <w:r>
        <w:rPr>
          <w:lang w:eastAsia="zh-CN"/>
        </w:rPr>
        <w:br/>
      </w:r>
      <w:r>
        <w:rPr>
          <w:lang w:eastAsia="zh-CN"/>
        </w:rPr>
        <w:t>　　本次招聘会几乎不需要真正意义上的高水平人才，很多公司都只是招聘文秘技工、营销人员，90%以上的学历要求是大中专以上。有部分岗位虽对身高、年龄、工作经验提出要求，但总的来说，对学历的要求低，岗位偏向于简单的操作、销售。</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https://d.book118.com/737152162060006052</w:t>
        </w:r>
      </w:hyperlink>
    </w:p>
    <w:p w:rsidR="001B1F19">
      <w:pPr>
        <w:rPr>
          <w:rFonts w:hint="eastAsia"/>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37152162060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