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2024初一新生军训心得体会及感悟（30篇）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2024初一新生军训心得体会及感悟（通用30篇）</w:t>
      </w:r>
      <w:r>
        <w:rPr>
          <w:lang w:eastAsia="zh-CN"/>
        </w:rPr>
        <w:br/>
      </w:r>
      <w:r>
        <w:rPr>
          <w:lang w:eastAsia="zh-CN"/>
        </w:rPr>
        <w:t xml:space="preserve">    2024初一新生军训心得体会及感悟 篇1 </w:t>
      </w:r>
      <w:r>
        <w:rPr>
          <w:lang w:eastAsia="zh-CN"/>
        </w:rPr>
        <w:br/>
      </w:r>
      <w:r>
        <w:rPr>
          <w:lang w:eastAsia="zh-CN"/>
        </w:rPr>
        <w:t>　　今天，是军训的第_天，经历了一天的磨练，我深深的感受到军训所带来的痛苦。的确，军训时枯燥而又乏味的，整整一天，我们只是在教官的带领下，复习了前一天所学的稍息，立正，跨立和原的转弯等基本要领，还学习了齐步走。但军训有时快乐的，他会在酷暑，骄阳之中让你感受到清风般的慰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先来说说苦吧。烈日炎炎，汗流浃背，一次一次的练习，一声一声的呐喊，渐渐嘶哑的嗓音;慢慢消弱的体力......这便是此时此刻在阳光下的我们所感受到的，如果用一个词来形容，那真是精疲力尽。不过在艰苦也要挺住，看看身旁的同学个个都是站如松，总不能就我一个喊声报告到一旁休息吧。时光在训练中悄悄流逝，一天最温暖的一般热浪终于向我们逼近了，不知不觉中我额头一挂满了汗珠，就好像是调皮的故意捉弄我一样，在我的脸颊上缓缓流下，弄得我直痒痒，好像是在考验我的毅力，害得我只能咬着牙继续保持站姿。此时的我早已是腰酸背痛，较低火辣辣的，但是我现在是一个初中生，这点苦算什么，在看我们两个班级依旧是一个整齐的队伍。此刻，心中一个声音不是的回荡着打不到，击不夸是我们初中生的意志。</w:t>
      </w:r>
      <w:r>
        <w:rPr>
          <w:lang w:eastAsia="zh-CN"/>
        </w:rPr>
        <w:br/>
      </w:r>
      <w:r>
        <w:rPr>
          <w:lang w:eastAsia="zh-CN"/>
        </w:rPr>
        <w:t>　　其次，说说军训之乐。本来教官在我们心中是一个严厉的形象，经过两天相处，我们又发现了他和蔼可亲的一面。累不累?还支持得住吗?怎么样?多么温暖的问候啊!这一系列的举动仿佛是炎热夏季里的一弘清泉，缓缓地流入我们的心田，滋润着一颗颗干的心。</w:t>
      </w:r>
      <w:r>
        <w:rPr>
          <w:lang w:eastAsia="zh-CN"/>
        </w:rPr>
        <w:br/>
      </w:r>
      <w:r>
        <w:rPr>
          <w:lang w:eastAsia="zh-CN"/>
        </w:rPr>
        <w:t>　　总而言之，军训就是酷娱乐的交响曲，有苦必有乐。这其实与我们今后的学习生活很相似的，我们既要做好为学习吃苦的准备，又要在紧张的学习生活中寻找属于自己的快乐。综上所述，军训给我们带来最大感受的四个字:苦乐并存!</w:t>
      </w:r>
      <w:r>
        <w:rPr>
          <w:lang w:eastAsia="zh-CN"/>
        </w:rPr>
        <w:br/>
      </w:r>
      <w:r>
        <w:rPr>
          <w:lang w:eastAsia="zh-CN"/>
        </w:rPr>
        <w:t xml:space="preserve">    2024初一新生军训心得体会及感悟 篇2 </w:t>
      </w:r>
      <w:r>
        <w:rPr>
          <w:lang w:eastAsia="zh-CN"/>
        </w:rPr>
        <w:br/>
      </w:r>
      <w:r>
        <w:rPr>
          <w:lang w:eastAsia="zh-CN"/>
        </w:rPr>
        <w:t>　　军训生活虽然短暂，但却很开心。几天里我认识不少。学会了什么是坚持，懂得了怎样面对困难，知道了什么叫团结就是力量。</w:t>
      </w:r>
      <w:r>
        <w:rPr>
          <w:lang w:eastAsia="zh-CN"/>
        </w:rPr>
        <w:br/>
      </w:r>
      <w:r>
        <w:rPr>
          <w:lang w:eastAsia="zh-CN"/>
        </w:rPr>
        <w:t>　　军训是在太阳底下空旷的地方进行的，因为是高温天气，所以第一天军训生活刚开始，很多同学因为不适应而犯头晕反胃，但我坚持没有倒下，到后来大家都坚持住战胜了大太阳。接下来的几天里大家都渐渐适应了这酷暑，没有了因不舒服而向教官喊报告的声音。</w:t>
      </w:r>
      <w:r>
        <w:rPr>
          <w:lang w:eastAsia="zh-CN"/>
        </w:rPr>
        <w:br/>
      </w:r>
      <w:r>
        <w:rPr>
          <w:lang w:eastAsia="zh-CN"/>
        </w:rPr>
        <w:t>　　训练时，我们认真听从教官指挥，完成教官的每个口令。休息时，我们每个人都拿着水，享受的喝着，然后跟教官一起唱军歌，整个训练场都回荡着我们嘹亮的歌声，一切都其乐融融，乐在其中。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对我来说，军训有苦：苦在脚底下磨出的泡，苦在地板烫脚也不能动，苦在水近在咫尺也不能随意喝。也有乐：乐在我们一次次明显的进步，乐在我们为了同一个目标而彼此配合，乐在我们同别班拉歌解闷的时候。更有收获：我收获的是耐力，是坚强，是不屈，更是团队精神。这是让我受益终生的收获，今后无论我做什么，想到今天的收获，一切艰难险阻就都会变得无所谓了，我想这也就达到了军训的目的了吧。</w:t>
      </w:r>
      <w:r>
        <w:rPr>
          <w:lang w:eastAsia="zh-CN"/>
        </w:rPr>
        <w:br/>
      </w:r>
      <w:r>
        <w:rPr>
          <w:lang w:eastAsia="zh-CN"/>
        </w:rPr>
        <w:t>　　美好的时光总是很短暂，转瞬间，军训生活到此结束。真快，就仿佛昨天我们才刚刚开始军训，而今天就要同教官说再见。短短七天，却留下我们美好的回忆。</w:t>
      </w:r>
      <w:r>
        <w:rPr>
          <w:lang w:eastAsia="zh-CN"/>
        </w:rPr>
        <w:br/>
      </w:r>
      <w:r>
        <w:rPr>
          <w:lang w:eastAsia="zh-CN"/>
        </w:rPr>
        <w:t>　　军训生活拉下帷幕之际，也代表着我们该向教官道别了，有同学叹气：才刚开始适应的军训生活就这样结束了。还有同学说：真想继续军训。总之，每个人都透着一种莫名的感情，这种感情应该是不舍之情吧，毕竟我们曾与教官一起被风吹日晒雨淋，总会有不舍，但即使是这样，那句再见最终还是会说出口，最后我们用歌声送别了教官。</w:t>
      </w:r>
      <w:r>
        <w:rPr>
          <w:lang w:eastAsia="zh-CN"/>
        </w:rPr>
        <w:br/>
      </w:r>
      <w:r>
        <w:rPr>
          <w:lang w:eastAsia="zh-CN"/>
        </w:rPr>
        <w:t>　　只是从那时起，时不时就会听到同学们谈论教官，当然我也不例外，但送君千里，终须一别，最后的不舍只能汇成一句：教官，再见!</w:t>
      </w:r>
      <w:r>
        <w:rPr>
          <w:lang w:eastAsia="zh-CN"/>
        </w:rPr>
        <w:br/>
      </w:r>
      <w:r>
        <w:rPr>
          <w:lang w:eastAsia="zh-CN"/>
        </w:rPr>
        <w:t xml:space="preserve">    2024初一新生军训心得体会及感悟 篇3 </w:t>
      </w:r>
      <w:r>
        <w:rPr>
          <w:lang w:eastAsia="zh-CN"/>
        </w:rPr>
        <w:br/>
      </w:r>
      <w:r>
        <w:rPr>
          <w:lang w:eastAsia="zh-CN"/>
        </w:rPr>
        <w:t>　　时光匆匆。七天的军训就这样落下了帷幕。但却教会了我们许多东西和道理。是一次给我们深刻体验并且有意义的经历。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每天的军训内容很简单。其中站军姿是一项考验我们耐力的项目。站军姿一站就是20分钟，对于像我这种好动的人，真的是一种考验。站着站着就一身汗了，脚也酸了。我很想动动，但是班里每个人都这样好好的站着，我怎么能动，去破坏这个整齐的画面。一想到这，我就充满力量继续站下去。站完军姿，接着就是军训必学的基本动作。像蹲下，跨立，敬军礼，停止间转法，齐步走，踏步走;而齐步走，踏步走，齐步跑是所有项目里，很难做的很好的三个项目。因为这三个项目，要全班同学步伐动作节奏整齐一致，这样才能做好。我们要花很多时间去做好这几个项目，但这过程是令人烦躁的，因为跑一会又停下来，走一会又停下来，实在是让人很不耐烦。同学们都抱怨宁愿一口气去跑上一圈来得痛苦也不要这样走走停停的。虽然是这么抱怨，但是大家都还是坚持下去。</w:t>
      </w:r>
      <w:r>
        <w:rPr>
          <w:lang w:eastAsia="zh-CN"/>
        </w:rPr>
        <w:br/>
      </w:r>
      <w:r>
        <w:rPr>
          <w:lang w:eastAsia="zh-CN"/>
        </w:rPr>
        <w:t>　　军训的时候我们就像是在部队，要服从命令，听从指挥。军训培养我们吃苦耐劳的精神，磨练我们的意志。让我们深深地体会到坚持就是胜利!军训训练我们的整齐度，教会了我们要懂得:无论以后会面对多大的困难，只要我们这个班的同学之间团结一致，互爱互助。我们就能够解决我们面临的困难。因为我们坚信我们军训时教官教我们的歌:团结就是力量!</w:t>
      </w:r>
      <w:r>
        <w:rPr>
          <w:lang w:eastAsia="zh-CN"/>
        </w:rPr>
        <w:br/>
      </w:r>
      <w:r>
        <w:rPr>
          <w:lang w:eastAsia="zh-CN"/>
        </w:rPr>
        <w:t>　　我们以后的人生路上，也许会布满荆棘，而那印着我们脚步的路上的每一步，即使是泥泞不堪，坎坷不平，我们也要去踩去踏，去行进!自己选择的路，就算是跪着也要行进下去。因为那才是我们自己最真实的写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英国作家狄更斯说过:顽强的毅力可以征服世界上的任何一座高峰。但困难是一块磨练意志的磨刀石。军训是困难的。但我依然感谢这次的军训经历，感谢有你们，初一(18)班!</w:t>
      </w:r>
      <w:r>
        <w:rPr>
          <w:lang w:eastAsia="zh-CN"/>
        </w:rPr>
        <w:br/>
      </w:r>
      <w:r>
        <w:rPr>
          <w:lang w:eastAsia="zh-CN"/>
        </w:rPr>
        <w:t xml:space="preserve">    2024初一新生军训心得体会及感悟 篇4 </w:t>
      </w:r>
      <w:r>
        <w:rPr>
          <w:lang w:eastAsia="zh-CN"/>
        </w:rPr>
        <w:br/>
      </w:r>
      <w:r>
        <w:rPr>
          <w:lang w:eastAsia="zh-CN"/>
        </w:rPr>
        <w:t>　　告别了小学六年那段无忧无虑的时光，我迎来了初中生活。这个星期，我翻开了初中生活的第一页&amp;&amp;军训。</w:t>
      </w:r>
      <w:r>
        <w:rPr>
          <w:lang w:eastAsia="zh-CN"/>
        </w:rPr>
        <w:br/>
      </w:r>
      <w:r>
        <w:rPr>
          <w:lang w:eastAsia="zh-CN"/>
        </w:rPr>
        <w:t>　　记得第一天的军训，我们的教官便毫不留情地给了我们一个下马威&amp;&amp;到操场上站军姿。我们挺着胸，抬着头，可笑地想和头顶的火球抗衡。那火辣辣的阳光照射在我的皮肤上，身体上，好像非得把我的射出个洞来才肯罢休，我的汗水开始不安分地向外涌，鞋底非常烫，就像着了火似的，全身不自在。不少同学已经站不住了，纷纷向教官打报告。队伍的人数开始慢慢变少，这时，脚的酸痛和头晕使我的身子有些摇晃，我有点想打退堂鼓了。就在这时，教官注意到了我，我从他的眼里捕捉到了对我的鼓励，我站下去的信心又回来了，眼看就要脱口而出的报告，硬是被我生生吞进了肚子里。现在，即使是头晕还是眼花，腰酸还是背痛，都抵挡不住我完成任务的决心。站军姿我学会了&amp;&amp;坚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如果有人问我，军训中最让我难忘的是哪个步骤，我会不假思索地回答：齐步走。因为齐步走要非常团结非常有默契才能得整齐，才能走美观。我走的姿势不错，可我的脚就像故意与教官作对一般，每次都只有我一个人与队伍相差一段距离，恨得我巴不得照跳地洞钻进去。可为什么总是对不齐，我百思也得不到其解。后来，经过队友和教官的提醒，我才明白了其中的原因，原来我没有向右看齐，所以才导致走不整齐，我开始明白什么叫做团结，同时也学会了什么才是团结。</w:t>
      </w:r>
      <w:r>
        <w:rPr>
          <w:lang w:eastAsia="zh-CN"/>
        </w:rPr>
        <w:br/>
      </w:r>
      <w:r>
        <w:rPr>
          <w:lang w:eastAsia="zh-CN"/>
        </w:rPr>
        <w:t>　　总结大会上，我们班没能在大家面前表演，因为我们只拿了一个三等奖，只有拿到前两名才能得到这个至高无上的荣誉。看着2班和3班的队列表演，我们真是羡慕嫉妒恨呐，别唉声叹气的了，失败乃成功之母呀!在我们心情最低落的时候，教官熟悉的声音又响起，这番话使我们宽慰了许多。对嘛，失败乃成功之母呀!军训结束后，我们班的同学都疯狂地找教官合影和签名，那一张张相片记录下我们对教官的依依不舍，对这次军训的留恋。</w:t>
      </w:r>
      <w:r>
        <w:rPr>
          <w:lang w:eastAsia="zh-CN"/>
        </w:rPr>
        <w:br/>
      </w:r>
      <w:r>
        <w:rPr>
          <w:lang w:eastAsia="zh-CN"/>
        </w:rPr>
        <w:t>　　晚上，我躺在床上，脑海中浮现了军训以来的一幕幕，我终于顿悟那些为什么&amp;&amp;为什么要军训?是为了让我们学会坚持!为什么要军训?是为了让我们更加团结!为什么要军训?是为了让我们明白失败乃成功之母这些道理!</w:t>
      </w:r>
      <w:r>
        <w:rPr>
          <w:lang w:eastAsia="zh-CN"/>
        </w:rPr>
        <w:br/>
      </w:r>
      <w:r>
        <w:rPr>
          <w:lang w:eastAsia="zh-CN"/>
        </w:rPr>
        <w:t xml:space="preserve">    2024初一新生军训心得体会及感悟 篇5 </w:t>
      </w:r>
      <w:r>
        <w:rPr>
          <w:lang w:eastAsia="zh-CN"/>
        </w:rPr>
        <w:br/>
      </w:r>
      <w:r>
        <w:rPr>
          <w:lang w:eastAsia="zh-CN"/>
        </w:rPr>
        <w:t>　　20__年7月4日开始军训了，我心中怀着忐忑不安的心情来到了一中分校，认识了班主任郭老师和潘教官，看着教官那张严肃的面孔，心里有一阵紧张，教官会不会很严格？我们在不安的揣测。在去往指定位置的路上心中一直想着会不会很累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对于我们这些一个个生活条件优越的孩子，军训是个再好不过的锻炼机会。一个小时，两个小时，甚至几个小时，都重复同一训练内容，换了谁都会疲惫，都会厌倦。可我们只能在心中低声地叫一声累。训练场上回荡着同学们嘹亮的口号声：“一，二，三，四……”稍息，立正，齐步走……这些动作看起来简单，可学起来就没那么容易了。握拳，摆臂，步子都有严格的要求。而且光动作到位还不行，还得整齐划一。</w:t>
      </w:r>
      <w:r>
        <w:rPr>
          <w:lang w:eastAsia="zh-CN"/>
        </w:rPr>
        <w:br/>
      </w:r>
      <w:r>
        <w:rPr>
          <w:lang w:eastAsia="zh-CN"/>
        </w:rPr>
        <w:t>　　“第三列、第四位同学，请不要乱动，如果坚持不住要打报告！没有打报告就别动！”这已经是第五分钟了。“作为一个军人，站军姿是最基本的，刚开始会很累，只要坚持住，就会有好的成效！”我们还练习了许多动作：齐步走，踏步走，向左向右转等等，大家无一不认真训练，争取在汇报演出前发挥出自己的真实水平。</w:t>
      </w:r>
      <w:r>
        <w:rPr>
          <w:lang w:eastAsia="zh-CN"/>
        </w:rPr>
        <w:br/>
      </w:r>
      <w:r>
        <w:rPr>
          <w:lang w:eastAsia="zh-CN"/>
        </w:rPr>
        <w:t>　　看着别的班的同学已经在休息了，都很羡慕。唉，什么时候才到我们休息呢？“收腿的时候一定要快，第一排……”，教官让我们感觉到的总是一丝不苟。教官总是鼓励我们，说我们很优秀，我们也都知道自己做的还不够好，没有尽到全力。喊口号时不够响亮，齐步走时排面不够整齐，走路时喜欢讲话等等，但您总说我们在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从军训的第一天开始，我便努力去适应。6天的时间或许太过短暂了，来不及让我细加体会。虽然我没有能够学会适应，但我学会了坚持。部队里铁一般的纪律磨炼了我们的意志，大家都很努力，打报告之后再动。站军姿每日必练，就算汗流浃背也咬牙坚持。这次军训会给我留下深刻的印象，从军训中我们也感受到很多快乐。从大家整齐的脚步声，高昂的口号声中，我体会到了团结的欢乐，当我们队列经过一整天的训练，最终受到教官的表扬时，我自豪地笑了，当我们班一同唱歌时，我感受到集体的温暖……珍惜吧，也许这是我人生的一个中转站。加油！</w:t>
      </w:r>
      <w:r>
        <w:rPr>
          <w:lang w:eastAsia="zh-CN"/>
        </w:rPr>
        <w:br/>
      </w:r>
      <w:r>
        <w:rPr>
          <w:lang w:eastAsia="zh-CN"/>
        </w:rPr>
        <w:t>　　自从接到通知7月4号军训，我就开始惶惶不安。一想到我们要在7月份似火的骄阳下进行军训，恐惧的情绪就始终无法消除，就在这种情绪下，不知不觉就到了军训的这一天。</w:t>
      </w:r>
      <w:r>
        <w:rPr>
          <w:lang w:eastAsia="zh-CN"/>
        </w:rPr>
        <w:br/>
      </w:r>
      <w:r>
        <w:rPr>
          <w:lang w:eastAsia="zh-CN"/>
        </w:rPr>
        <w:t>　　军训第一天，很幸运得到了老天的照顾，倾盆大雨下个不停，可以躲过烈日的暴晒了。教官教我们在室内站军姿，听到这个消息内心一阵窃喜，以为会很轻松，可万万没想到，事情远不止那么简单。</w:t>
      </w:r>
      <w:r>
        <w:rPr>
          <w:lang w:eastAsia="zh-CN"/>
        </w:rPr>
        <w:br/>
      </w:r>
      <w:r>
        <w:rPr>
          <w:lang w:eastAsia="zh-CN"/>
        </w:rPr>
        <w:t>　　教官说站军姿眼睛要正视前方，头不能乱动、五指并拢、紧贴于裤缝、两臂要夹紧、两肩向后张、抬头挺胸、两脚脚跟并拢、脚尖分开约60度，就这样一个简单的站立动作却有这么多的标准。仅仅过去了半个多小时，我就两腿发麻、浑身难受，此时此刻我才感受到军训的辛苦。当天晚上回家我倒头就睡了，真的是筋疲力尽，一想到第二天的军训我就感到一阵害怕。</w:t>
      </w:r>
      <w:r>
        <w:rPr>
          <w:lang w:eastAsia="zh-CN"/>
        </w:rPr>
        <w:br/>
      </w:r>
      <w:r>
        <w:rPr>
          <w:lang w:eastAsia="zh-CN"/>
        </w:rPr>
        <w:t>　　后面几天教官又对我们进行体能训练，一天下来腰酸腿疼，就连嗓子都喊哑了，同学们也是怨声载道，直呼受不了！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星期四夜里下了一场大雨，第二天路面上都是积水，想想昨天的训练，心里还在偷乐个不停，以为不用军训了，当看到电视里面播放解放军叔叔在各处防洪抢险，解救被洪水包围的人，看到他们扛着沙袋做防洪坝的场景，我才知道原来我们还能在这里军训其实也是一件幸福的事，如果没有他们的付出，哪里有我们安全学习和生活的环境，那一刻我仿佛突然明白了很多道理。解放军叔叔日复一日的刻苦训练，我才练几天又有什么资格叫苦呢？军人的职责是保家卫国，必须要有吃苦耐劳的决心和强壮的体魄；作为学生，在学习过程中又何尝不是这样呢明白这些道理后，在接下来我不再抱怨辛苦，并且严格要求自己，争取让每一个动作都达到教官要求的标准。</w:t>
      </w:r>
      <w:r>
        <w:rPr>
          <w:lang w:eastAsia="zh-CN"/>
        </w:rPr>
        <w:br/>
      </w:r>
      <w:r>
        <w:rPr>
          <w:lang w:eastAsia="zh-CN"/>
        </w:rPr>
        <w:t>　　通过这次军训，我改掉了自己很多坏毛病，爸爸妈妈说我军训后长大了也更懂事了。军训虽然辛苦，但却让我们坚定了意志、强健了体魄；在军训中学会了坚持，懂得了感恩，在以后的学习和生活中，我都要以军人的标准严格要求自己，让自己成为国家的栋梁之材，为国家和社会做贡献。</w:t>
      </w:r>
      <w:r>
        <w:rPr>
          <w:lang w:eastAsia="zh-CN"/>
        </w:rPr>
        <w:br/>
      </w:r>
      <w:r>
        <w:rPr>
          <w:lang w:eastAsia="zh-CN"/>
        </w:rPr>
        <w:t xml:space="preserve">    2024初一新生军训心得体会及感悟 篇6 </w:t>
      </w:r>
      <w:r>
        <w:rPr>
          <w:lang w:eastAsia="zh-CN"/>
        </w:rPr>
        <w:br/>
      </w:r>
      <w:r>
        <w:rPr>
          <w:lang w:eastAsia="zh-CN"/>
        </w:rPr>
        <w:t>　　如果我们把整个人生比作是一本书，那么军训就是这本书中最精彩的一页。如果说人生是花园，那么军训就是其中最美的一朵花。</w:t>
      </w:r>
      <w:r>
        <w:rPr>
          <w:lang w:eastAsia="zh-CN"/>
        </w:rPr>
        <w:br/>
      </w:r>
      <w:r>
        <w:rPr>
          <w:lang w:eastAsia="zh-CN"/>
        </w:rPr>
        <w:t>　　军训，让我们同甘苦，共患难;让我们的集体更加团结;让我们的友谊更加深厚;让我们对军训有了全新的理解。</w:t>
      </w:r>
      <w:r>
        <w:rPr>
          <w:lang w:eastAsia="zh-CN"/>
        </w:rPr>
        <w:br/>
      </w:r>
      <w:r>
        <w:rPr>
          <w:lang w:eastAsia="zh-CN"/>
        </w:rPr>
        <w:t>　　军训是为了激发我们的爱国热情，培养我们集体主义的观念，提高学生的思想政治素质，增强组织性和纪律性。</w:t>
      </w:r>
      <w:r>
        <w:rPr>
          <w:lang w:eastAsia="zh-CN"/>
        </w:rPr>
        <w:br/>
      </w:r>
      <w:r>
        <w:rPr>
          <w:lang w:eastAsia="zh-CN"/>
        </w:rPr>
        <w:t>　　在这次的军训中，我不仅了解了一些关于国防的知识，增强了国防理念还掌握了基本的军事知识与军事技能。学会了独自生活的技巧，懂到了团结一致的重要性。以及坚持到底就成功的理念。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军训时有喜有乐，有悲有痛。教官对每一个动作都要求严格，一发现我们的动作不规范，不到位，便细心的给我们讲解，纠正我们的错误，争取让我们把每一个动作做好。尤其是在站军姿时，我们的双肩酸痛，双腿麻木，让我们真正地体会到苦和累。有些同学累得生病，我们为他们感到悲伤。有些同学为坚持到最后而高兴，有的同学为表现出色被教官表扬而高兴，我们也为他们感到高兴。</w:t>
      </w:r>
      <w:r>
        <w:rPr>
          <w:lang w:eastAsia="zh-CN"/>
        </w:rPr>
        <w:br/>
      </w:r>
      <w:r>
        <w:rPr>
          <w:lang w:eastAsia="zh-CN"/>
        </w:rPr>
        <w:t>　　给我们军训的教官不但十分严厉，更是十分注重一个集体的团结性。只要有一个人没打报告就自己乱动，群体同学将一起受到惩罚。只要我们表现的出色时，教官会提早让我们休息。这些都让我深深地懂得了团结一致的重要性。</w:t>
      </w:r>
      <w:r>
        <w:rPr>
          <w:lang w:eastAsia="zh-CN"/>
        </w:rPr>
        <w:br/>
      </w:r>
      <w:r>
        <w:rPr>
          <w:lang w:eastAsia="zh-CN"/>
        </w:rPr>
        <w:t>　　此次军训使我受益匪浅，我不仅获得的是物质上的收获，尤其是思想上的收获。军训的收获会使我收益一生，并且伴随着我一起成长。让我们记住“军训是累的，收获是甜的”吧!</w:t>
      </w:r>
      <w:r>
        <w:rPr>
          <w:lang w:eastAsia="zh-CN"/>
        </w:rPr>
        <w:br/>
      </w:r>
      <w:r>
        <w:rPr>
          <w:lang w:eastAsia="zh-CN"/>
        </w:rPr>
        <w:t xml:space="preserve">    2024初一新生军训心得体会及感悟 篇7 </w:t>
      </w:r>
      <w:r>
        <w:rPr>
          <w:lang w:eastAsia="zh-CN"/>
        </w:rPr>
        <w:br/>
      </w:r>
      <w:r>
        <w:rPr>
          <w:lang w:eastAsia="zh-CN"/>
        </w:rPr>
        <w:t>　　军训总是伴着炎热和累，太阳下我们汗如雨下。辛苦归辛苦，但今天的游戏让我感到很开心，也好像明白了人生的哲理。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我们做了一个非常难也非常考验团队合作的一个项目，我们要在规定时间内互相拍对方的肩膀，并一个字一个字说出“团队有你更精彩”，这要求速度和配合。第一次总教官给我们定了15秒完成的要求，结果我们慢了3秒，其他10个连里面也有没有一个达标的。因为不达标，我们所有的队旗都被收走了，总教官还声称我们不像一个团队。这时候我们的队长挺身而出，咬着牙做完了100个俯卧撑，夺回了队旗，她用她一个人的努力换取了我们全班所有同学的尊严。最后的机会我们把握住了，机会齐心协力完成了11秒的目标。这次事情里，我要特别感谢我们的队长，她有强大的领导能力，队伍里她的声音不是最响的，但她让我们的班级斗志昂扬。我们班那么多次的表扬离不开她的功劳，她是我们队里精神的顶梁柱。</w:t>
      </w:r>
      <w:r>
        <w:rPr>
          <w:lang w:eastAsia="zh-CN"/>
        </w:rPr>
        <w:br/>
      </w:r>
      <w:r>
        <w:rPr>
          <w:lang w:eastAsia="zh-CN"/>
        </w:rPr>
        <w:t>　　下午我们做了一个拉绳子画圆的游戏，我们都玩的不亦乐乎。</w:t>
      </w:r>
      <w:r>
        <w:rPr>
          <w:lang w:eastAsia="zh-CN"/>
        </w:rPr>
        <w:br/>
      </w:r>
      <w:r>
        <w:rPr>
          <w:lang w:eastAsia="zh-CN"/>
        </w:rPr>
        <w:t>　　今天的军训，虽然苦，虽然累，那这里面夹杂着一丝甜和一丝光荣。</w:t>
      </w:r>
      <w:r>
        <w:rPr>
          <w:lang w:eastAsia="zh-CN"/>
        </w:rPr>
        <w:br/>
      </w:r>
      <w:r>
        <w:rPr>
          <w:lang w:eastAsia="zh-CN"/>
        </w:rPr>
        <w:t xml:space="preserve">    2024初一新生军训心得体会及感悟 篇8 </w:t>
      </w:r>
      <w:r>
        <w:rPr>
          <w:lang w:eastAsia="zh-CN"/>
        </w:rPr>
        <w:br/>
      </w:r>
      <w:r>
        <w:rPr>
          <w:lang w:eastAsia="zh-CN"/>
        </w:rPr>
        <w:t>　　今天军训的内容是军姿、稍息、停止间转法，一听就很充实。</w:t>
      </w:r>
      <w:r>
        <w:rPr>
          <w:lang w:eastAsia="zh-CN"/>
        </w:rPr>
        <w:br/>
      </w:r>
      <w:r>
        <w:rPr>
          <w:lang w:eastAsia="zh-CN"/>
        </w:rPr>
        <w:t>　　分配完教官、场地之后，我们开始了军训。教官把我们领到指定的场地，然后让我们站军姿。教官不停的在队伍里穿梭，纠正我们的动作，可是第一排的男生总是很懒散，教官纠正好了动作，他又放松了。等教官走到队伍前时，一只像蜜蜂样的飞虫飞到了他的肩上，教官没有留意，继续在指点我们。而那只像蜜蜂的飞虫就像教官的小跟班，“嗡嗡”叫个不停，但声音很小，好像在说：“你们站好点，小心这教官一生气，让你们叫苦连天！”</w:t>
      </w:r>
      <w:r>
        <w:rPr>
          <w:lang w:eastAsia="zh-CN"/>
        </w:rPr>
        <w:br/>
      </w:r>
      <w:r>
        <w:rPr>
          <w:lang w:eastAsia="zh-CN"/>
        </w:rPr>
        <w:t>　　上午的军训我们有点懒散，可下午就不一样了。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下午一下到操场，指挥官就要我们排好队站20分钟军姿。前面几十分钟大家都气质昂扬的，没有一点小动作。又过了几分钟，指挥的老师叫有手表的同学把手表取掉，可这一取手表之后，我身体个别地方有点痒，痒得就像有很多只苍蝇、蚊子在你身上爬的感觉。这非常考验我们的毅力，可是想着自己已经不是小孩子，而是__中学的一名中学生了，我必须挺住，必须坚持到底！于是，咬咬牙关，一分钟，十分钟，二十分钟，我终于战胜了自己！</w:t>
      </w:r>
      <w:r>
        <w:rPr>
          <w:lang w:eastAsia="zh-CN"/>
        </w:rPr>
        <w:br/>
      </w:r>
      <w:r>
        <w:rPr>
          <w:lang w:eastAsia="zh-CN"/>
        </w:rPr>
        <w:t xml:space="preserve">    2024初一新生军训心得体会及感悟 篇9 </w:t>
      </w:r>
      <w:r>
        <w:rPr>
          <w:lang w:eastAsia="zh-CN"/>
        </w:rPr>
        <w:br/>
      </w:r>
      <w:r>
        <w:rPr>
          <w:lang w:eastAsia="zh-CN"/>
        </w:rPr>
        <w:t>　　军训不仅能培养人吃苦耐劳的精神，更能磨练人的坚强意志。苏轼有句名言：“古时立下大事者，不仅天赋过人，而且有毅力。”这句话的意思是，成功的大门向来是向意志坚强的人敞开的，甚至可以说只对意志坚强的人敞开。</w:t>
      </w:r>
      <w:r>
        <w:rPr>
          <w:lang w:eastAsia="zh-CN"/>
        </w:rPr>
        <w:br/>
      </w:r>
      <w:r>
        <w:rPr>
          <w:lang w:eastAsia="zh-CN"/>
        </w:rPr>
        <w:t>　　脑海中的军训充满了教官的训斥;我心目中的军训是紧张和艰辛的合奏;我心目中的军训，在集会哨声的响起，倾盆大雨下的大集会，更加的无常，严格的训练;脑海中的军训生活无数次浮现在脑海中，一闪而过。但我仍然怀着喜悦和信心拥抱期待已久的军训。</w:t>
      </w:r>
      <w:r>
        <w:rPr>
          <w:lang w:eastAsia="zh-CN"/>
        </w:rPr>
        <w:br/>
      </w:r>
      <w:r>
        <w:rPr>
          <w:lang w:eastAsia="zh-CN"/>
        </w:rPr>
        <w:t>　　我满怀信心地开始了真正的训练。教练一遍又一遍地给耐心的指导，而不是严厉的训斥。训练场上，不仅有我们整齐的步伐，还有我们响亮的口号，还有我们响亮的军营歌声。</w:t>
      </w:r>
      <w:r>
        <w:rPr>
          <w:lang w:eastAsia="zh-CN"/>
        </w:rPr>
        <w:br/>
      </w:r>
      <w:r>
        <w:rPr>
          <w:lang w:eastAsia="zh-CN"/>
        </w:rPr>
        <w:t>　　站在军姿，给了你炎黄后裔的不屈之身，也给了你龙后裔的不屈不挠。转身的实践体现了人类积极灵活的思维，也体现了集体主义的伟大。没有滴水的积累，就无法成为河流或大海。没有我们每个人的努力，就不可能有一支完整的、高素质的球队。训练中的每一个动作，都让我深刻体会到团结的力量、合作的力量、团队精神的重要性。相信无论身在何位，都会受益终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军训生活让我明白了“骄傲必败”的真谛，也非常适用我们的学习和生活。我们经常看到有的人学业有了一点进步，沾沾自喜，认为我们的知识已经很丰富了，这样的心态绝对是我们学业的绊脚石。取得成绩后，仍要寻找自己的不足，抓住每一个机会，孜孜不倦地学习，不断开拓自己的知识领域。</w:t>
      </w:r>
      <w:r>
        <w:rPr>
          <w:lang w:eastAsia="zh-CN"/>
        </w:rPr>
        <w:br/>
      </w:r>
      <w:r>
        <w:rPr>
          <w:lang w:eastAsia="zh-CN"/>
        </w:rPr>
        <w:t xml:space="preserve">    2024初一新生军训心得体会及感悟 篇10 </w:t>
      </w:r>
      <w:r>
        <w:rPr>
          <w:lang w:eastAsia="zh-CN"/>
        </w:rPr>
        <w:br/>
      </w:r>
      <w:r>
        <w:rPr>
          <w:lang w:eastAsia="zh-CN"/>
        </w:rPr>
        <w:t>　　军训第一天，往往是最辛苦的。特别是对刚刚迈入初中的学生来说。在军训前，曾多次幻想过军训：帅气的教官，稳健的军步，团结的同学，动听的军歌，一切都好像很美好。可真正军训后，才知道军训的辛苦。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一分钟!从高到矮，按照我排的站!快!这个狮吼声是从哪里传出来的呢?不用猜，绝对是教官。只见听了教官的话后，同学们立马排起来。在混乱的排队中总会有杀猪般的叫声传过来：啊!谁踩了我的脚!不要挤啊!最后，我们终于在55秒排好了队。接着，教官让我们站起了军姿。站军姿倒没什么大不了，但教官接着说：不要随便动!动打报告!一开始，大家都不好意思打报告，都在偷偷动，可是教官的眼却全都看见了。他愤怒地喊：动打报告!我们站了50分钟，终于到了集体休息时间。大夏天，站了50分钟，休息了，最想做的就是喝水。可是，教官却让我们一排一排去。我目不转睛地盯着我远处的水杯，舔了舔已经干裂的嘴唇，心里苦不难耐。心想：难道军训就是来受苦的吗?终于轮到了我们这一排，我小跑过去，拿起水杯，大口喝起来。第一次感到水如此重要，如此甜美，我想：以后还要多节约水啊!休息的时间段暂的过去了，又开始训练了。毫无疑问，又是站军姿。这次站，我明显要比以前舒服了不少，我想，可能已经慢慢适应了吧!</w:t>
      </w:r>
      <w:r>
        <w:rPr>
          <w:lang w:eastAsia="zh-CN"/>
        </w:rPr>
        <w:br/>
      </w:r>
      <w:r>
        <w:rPr>
          <w:lang w:eastAsia="zh-CN"/>
        </w:rPr>
        <w:t>　　中午，放学了。我的腿已经软了，慢慢走到了家，一屁股瘫倒在了沙发上。</w:t>
      </w:r>
      <w:r>
        <w:rPr>
          <w:lang w:eastAsia="zh-CN"/>
        </w:rPr>
        <w:br/>
      </w:r>
      <w:r>
        <w:rPr>
          <w:lang w:eastAsia="zh-CN"/>
        </w:rPr>
        <w:t>　　在中午短暂的休息后，下午继续开始了训练。在一上午共同吃苦下，同学们也已渐渐熟悉。一见面就开始亲热地聊了起来。不到一会儿，我们看到教官挺直了身板朝这里走来。我们立马站好了军姿等待教官。我们都在期待教官下午会给我们什么新的任务，可教官却一桶水浇灭了我们的愿望。只见教官严肃地说了声：站好!立军姿!!我们有气无力地站着。下午的阳光比早晨来得更猛烈，刺得眼睛都睁不开，滚滚汗珠从脸上流下。虽然比早上更热，但教官却丝毫没有增加我们的休息时间，结果，练完后，我们的校服以全部汗潮。</w:t>
      </w:r>
      <w:r>
        <w:rPr>
          <w:lang w:eastAsia="zh-CN"/>
        </w:rPr>
        <w:br/>
      </w:r>
      <w:r>
        <w:rPr>
          <w:lang w:eastAsia="zh-CN"/>
        </w:rPr>
        <w:t>　　这天晚上，我躺在床上，感受到全身的酸痛，叹了口气。军训，军训，受苦的命啊!这一天的汗水;这一天的辛苦;这一天友谊的升温;让我永生难忘!</w:t>
      </w:r>
      <w:r>
        <w:rPr>
          <w:lang w:eastAsia="zh-CN"/>
        </w:rPr>
        <w:br/>
      </w:r>
      <w:r>
        <w:rPr>
          <w:lang w:eastAsia="zh-CN"/>
        </w:rPr>
        <w:t xml:space="preserve">    2024初一新生军训心得体会及感悟 篇11 </w:t>
      </w:r>
      <w:r>
        <w:rPr>
          <w:lang w:eastAsia="zh-CN"/>
        </w:rPr>
        <w:br/>
      </w:r>
      <w:r>
        <w:rPr>
          <w:lang w:eastAsia="zh-CN"/>
        </w:rPr>
        <w:t>　　只有亲身经历，方可明白什么是苦，什么是累。</w:t>
      </w:r>
      <w:r>
        <w:rPr>
          <w:lang w:eastAsia="zh-CN"/>
        </w:rPr>
        <w:br/>
      </w:r>
      <w:r>
        <w:rPr>
          <w:lang w:eastAsia="zh-CN"/>
        </w:rPr>
        <w:t>　　第一天军训就是在太阳下站军姿，又累又热，那是一苦;一个动作不对或动了一下就会挨打，又是一苦;在地上练葡傅地上全是土和石子还有虫子，又是一苦;全身酸痛还得坚持训练，又是一苦。</w:t>
      </w:r>
      <w:r>
        <w:rPr>
          <w:lang w:eastAsia="zh-CN"/>
        </w:rPr>
        <w:br/>
      </w:r>
      <w:r>
        <w:rPr>
          <w:lang w:eastAsia="zh-CN"/>
        </w:rPr>
        <w:t>　　吃得苦中苦，方为人上人。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军训虽苦，但同学们都坚持下来了，这证明同学们都很坚强很有毅力。从刚开始的懒散到此刻的整齐;从刚开始的软弱到了此刻的坚强;从刚开始一个个做起动作来乱七八糟，到了此刻的一个个英姿飒爽，个个都很精神。军训锻炼了我们的意志、毅力。</w:t>
      </w:r>
      <w:r>
        <w:rPr>
          <w:lang w:eastAsia="zh-CN"/>
        </w:rPr>
        <w:br/>
      </w:r>
      <w:r>
        <w:rPr>
          <w:lang w:eastAsia="zh-CN"/>
        </w:rPr>
        <w:t>　　失去后才懂得珍惜。</w:t>
      </w:r>
      <w:r>
        <w:rPr>
          <w:lang w:eastAsia="zh-CN"/>
        </w:rPr>
        <w:br/>
      </w:r>
      <w:r>
        <w:rPr>
          <w:lang w:eastAsia="zh-CN"/>
        </w:rPr>
        <w:t>　　刚开始军训，都觉的很累很苦，曾觉的军训是无情的乏味的除了苦和累什么也没有，之后才慢慢觉察到军训也是快乐的也是完美的，一周的军训立刻就要结束了，心里还真有些许的不舍，想想从开始到结束我们和教官们一起练一起受苦受累，晚上教官教我们唱歌，一段段每好的回忆在我脑海里浮现，我们是那么的不舍那么的留恋。“军中绿花”这首歌在我心中唱起。一首歌，一个故事。讲述了所有当兵人的心话。</w:t>
      </w:r>
      <w:r>
        <w:rPr>
          <w:lang w:eastAsia="zh-CN"/>
        </w:rPr>
        <w:br/>
      </w:r>
      <w:r>
        <w:rPr>
          <w:lang w:eastAsia="zh-CN"/>
        </w:rPr>
        <w:t>　　军训是苦涩的但也是完美的，军训教会了我们很多的道理。记忆最深的就是教官说的“流血流汗不流泪，掉皮掉肉不掉队”</w:t>
      </w:r>
      <w:r>
        <w:rPr>
          <w:lang w:eastAsia="zh-CN"/>
        </w:rPr>
        <w:br/>
      </w:r>
      <w:r>
        <w:rPr>
          <w:lang w:eastAsia="zh-CN"/>
        </w:rPr>
        <w:t>　　军训更让我对我的理想有了自信。此刻的吃苦是为以后更加幸福，为了将来的幸福，我选取此刻吃苦。</w:t>
      </w:r>
      <w:r>
        <w:rPr>
          <w:lang w:eastAsia="zh-CN"/>
        </w:rPr>
        <w:br/>
      </w:r>
      <w:r>
        <w:rPr>
          <w:lang w:eastAsia="zh-CN"/>
        </w:rPr>
        <w:t>　　我必须会努力奋斗考取警校。</w:t>
      </w:r>
      <w:r>
        <w:rPr>
          <w:lang w:eastAsia="zh-CN"/>
        </w:rPr>
        <w:br/>
      </w:r>
      <w:r>
        <w:rPr>
          <w:lang w:eastAsia="zh-CN"/>
        </w:rPr>
        <w:t xml:space="preserve">    2024初一新生军训心得体会及感悟 篇12 </w:t>
      </w:r>
      <w:r>
        <w:rPr>
          <w:lang w:eastAsia="zh-CN"/>
        </w:rPr>
        <w:br/>
      </w:r>
      <w:r>
        <w:rPr>
          <w:lang w:eastAsia="zh-CN"/>
        </w:rPr>
        <w:t>　　每一天取得的进步，都是前些天不断努力的积累，有句话说“夫坏崖破岩之水，源自涓涓;千云蔽日之木，起于青葱。”无记做什么事情，每天的努力，每天的点滴积累都能换来成功。正如我们的军训，每次抬头，每次踢腿，每一个小小的动作累积，换来最后一定是军训汇演的圆满结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头顶烈日，太阳不知疲倦地散发着热量，让我们感受到军训热情。脚踩坚硬的水泥地，踏着强有力的正步，一下一下地撞击，更加坚定了每个人的信心，从侧面看去，外院一排排的同学们脸上的神情是坚定力的，踏出的步伐是认真不放弃的，哪怕太阳再大给我们再多的困难，我们的心里都明白，只要认认真真地撑过这几天，未来美好的初中生活前景无限。</w:t>
      </w:r>
      <w:r>
        <w:rPr>
          <w:lang w:eastAsia="zh-CN"/>
        </w:rPr>
        <w:br/>
      </w:r>
      <w:r>
        <w:rPr>
          <w:lang w:eastAsia="zh-CN"/>
        </w:rPr>
        <w:t>　　而除了军训是我们入初中的第一个挑战之外，我们也仍然要面对初中中各项事故，第一次离家在外，独立于父母;独立是自己去面对风吹雨打和各种困难，而初中仅是第一关，今晚听了团学会的学长学姐们的介绍后，看讲台土他们自信满满，一字一句顿挫有力，我的心中由衷地生起敬佩的情绪而，而正是此让我更加坚定地想要更好地独立，用自己的力量在初中越过越好。</w:t>
      </w:r>
      <w:r>
        <w:rPr>
          <w:lang w:eastAsia="zh-CN"/>
        </w:rPr>
        <w:br/>
      </w:r>
      <w:r>
        <w:rPr>
          <w:lang w:eastAsia="zh-CN"/>
        </w:rPr>
        <w:t>　　巾帼不让须眉，自古以来谁说女于不如男，即使外院女生多，但女生也能独当面，在炎炎烈日下坚持下去，努力完成这两周的军训历程!</w:t>
      </w:r>
      <w:r>
        <w:rPr>
          <w:lang w:eastAsia="zh-CN"/>
        </w:rPr>
        <w:br/>
      </w:r>
      <w:r>
        <w:rPr>
          <w:lang w:eastAsia="zh-CN"/>
        </w:rPr>
        <w:t>　　感谢使用本文，为使文章内容更具质量，欢迎提出宝贵意见，您的鼓励是作者前进的动力！“优悦小生”团队将能为您奉上更多、更精彩的优质内容！</w:t>
      </w:r>
      <w:r>
        <w:rPr>
          <w:lang w:eastAsia="zh-CN"/>
        </w:rPr>
        <w:br/>
      </w:r>
      <w:r>
        <w:rPr>
          <w:lang w:eastAsia="zh-CN"/>
        </w:rPr>
        <w:t xml:space="preserve">    2024初一新生军训心得体会及感悟 篇13 </w:t>
      </w:r>
      <w:r>
        <w:rPr>
          <w:lang w:eastAsia="zh-CN"/>
        </w:rPr>
        <w:br/>
      </w:r>
    </w:p>
    <w:p w:rsidR="001B1F19" w14:textId="27C3F48A">
      <w:pPr>
        <w:rPr>
          <w:rFonts w:hint="eastAsia"/>
          <w:lang w:eastAsia="zh-CN"/>
        </w:rPr>
      </w:pPr>
      <w:r>
        <w:rPr>
          <w:lang w:eastAsia="zh-CN"/>
        </w:rPr>
        <w:t>　　今天我告别了那个令我回味无穷的母校，升入了这个绚丽多彩的__中学，进入中学的每个新生都必须参加军训。军训&amp;&amp;多么可怕呀，令人有一种毛骨悚然的感觉，对军训产生了恐惧感。然而军训对我们这些娇生惯养的小孩也是有好处的。</w:t>
      </w:r>
      <w:r>
        <w:rPr>
          <w:lang w:eastAsia="zh-CN"/>
        </w:rPr>
        <w:br/>
      </w:r>
      <w:r>
        <w:rPr>
          <w:lang w:eastAsia="zh-CN"/>
        </w:rPr>
        <w:t>　　有人说：为什么要军训?军训有什么好处呢?军训能使我们养成不畏困难的精神;使我们身体素质等方面都得到发展，并有时间培养一技之长，创造新的财富，只有这样，我们将来才能在社会上找到立足之地。 回想那短短五天军训的日子，一种潜藏在心中已久的感受便由然而生。军训的感受像个五味瓶，酸，甜，苦，辣，咸样样都有。记得刚开始军训的第一天，教官就给我们一个下马威&amp;&amp;立定。</w:t>
      </w:r>
      <w:r>
        <w:rPr>
          <w:lang w:eastAsia="zh-CN"/>
        </w:rPr>
        <w:br/>
      </w:r>
      <w:r>
        <w:rPr>
          <w:lang w:eastAsia="zh-CN"/>
        </w:rPr>
        <w:t xml:space="preserve">    2024初一新生军训心得体会及感悟 篇14 </w:t>
      </w:r>
      <w:r>
        <w:rPr>
          <w:lang w:eastAsia="zh-CN"/>
        </w:rPr>
        <w:br/>
      </w:r>
      <w:r>
        <w:rPr>
          <w:lang w:eastAsia="zh-CN"/>
        </w:rPr>
        <w:t>　　生活源于磨练，生活需要实践。骏马因不断寻找强健的体魄而可以在无际的草原印下豪放的足迹;雏鹰因不断磨练而可以在蔚蓝的天空中自由地展翅飞翔;我们因在军训中实践而向着成才的道路奋勇直前。</w:t>
      </w:r>
      <w:r>
        <w:rPr>
          <w:lang w:eastAsia="zh-CN"/>
        </w:rPr>
        <w:br/>
      </w:r>
      <w:r>
        <w:rPr>
          <w:lang w:eastAsia="zh-CN"/>
        </w:rPr>
        <w:t>　　伴随着洪亮严厉的哨音，迈着年轻有力的步伐，我们开始了为期五天的军训。不容置疑，在军训中，很苦很累，但这是一种人生体验，战胜自我、锻炼意志的最佳良机。心里虽有说不出的酸甜苦辣，在烈日酷暑下的曝晒，皮肤变得黑黑的，但这何尝不是一种更好地朝人生目标前进的勇气，更增添了一份完善自我的信心吗?</w:t>
      </w:r>
      <w:r>
        <w:rPr>
          <w:lang w:eastAsia="zh-CN"/>
        </w:rPr>
        <w:br/>
      </w:r>
      <w:r>
        <w:rPr>
          <w:lang w:eastAsia="zh-CN"/>
        </w:rPr>
        <w:t>　　我们的夏教官给大家留下了深刻的印象，我们大家都很喜欢他。他有一张严肃的脸庞，一声口令可以让势气大震。训练时，他与我们一起流汗，一起奋斗。我们的教官很严格。他虽然很严格，但当我们累了时，总会让我们休息、喝水，和同学谈话时，他善于沟通;带领我们训练时，他正经严肃。</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https://d.book118.com/738011011055006033</w:t>
        </w:r>
      </w:hyperlink>
    </w:p>
    <w:p w:rsidR="001B1F19">
      <w:pPr>
        <w:rPr>
          <w:rFonts w:hint="eastAsia"/>
          <w:lang w:eastAsia="zh-CN"/>
        </w:rPr>
      </w:pPr>
    </w:p>
    <w:sectPr>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3801101105500603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