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图书馆职称年终总结（13篇）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 xml:space="preserve">    图书馆职称年终总结 1 </w:t>
      </w:r>
      <w:r>
        <w:rPr>
          <w:lang w:eastAsia="zh-CN"/>
        </w:rPr>
        <w:br/>
      </w:r>
      <w:r>
        <w:rPr>
          <w:lang w:eastAsia="zh-CN"/>
        </w:rPr>
        <w:t>　　20__年，在武馆长的领导和同志们的支持下，我以饱满的工作热情和高度的责任感，认真为读者和职工服务，立足岗位，恪尽职守，严于律己，兢兢业业，勤勉工作，认真完成各项工作任务。现汇报如下，敬请领导和同志们批评指正。</w:t>
      </w:r>
      <w:r>
        <w:rPr>
          <w:lang w:eastAsia="zh-CN"/>
        </w:rPr>
        <w:br/>
      </w:r>
      <w:r>
        <w:rPr>
          <w:lang w:eastAsia="zh-CN"/>
        </w:rPr>
        <w:t>　　一、努力学习，不断提高党性修养和思想政治素质</w:t>
      </w:r>
      <w:r>
        <w:rPr>
          <w:lang w:eastAsia="zh-CN"/>
        </w:rPr>
        <w:br/>
      </w:r>
      <w:r>
        <w:rPr>
          <w:lang w:eastAsia="zh-CN"/>
        </w:rPr>
        <w:t>　　工作中，能认真学习贯彻党的路线方针政策以及学院重要文件精神，在敏感和重大事件上保持清醒，在政治上、思想上、行动上始终与党中央、院党委保持高度一致。</w:t>
      </w:r>
      <w:r>
        <w:rPr>
          <w:lang w:eastAsia="zh-CN"/>
        </w:rPr>
        <w:br/>
      </w:r>
      <w:r>
        <w:rPr>
          <w:lang w:eastAsia="zh-CN"/>
        </w:rPr>
        <w:t>　　二、认真做好岗位和领导安排的工作任务</w:t>
      </w:r>
      <w:r>
        <w:rPr>
          <w:lang w:eastAsia="zh-CN"/>
        </w:rPr>
        <w:br/>
      </w:r>
      <w:r>
        <w:rPr>
          <w:lang w:eastAsia="zh-CN"/>
        </w:rPr>
        <w:t>　　作为职能服务部门，图书馆的工作平淡、平凡、单调而有序，如学生所言“兢兢业业、默默无闻”，被称为全天候的大课堂而为勇于求索、勤奋上进的人们所喜爱。我能按照工作的特点和要求，牢固树立责任意识、大局意识，忠于职守，勤奋努力，踏实工作，在服务师生等工作中默默奉献着。</w:t>
      </w:r>
      <w:r>
        <w:rPr>
          <w:lang w:eastAsia="zh-CN"/>
        </w:rPr>
        <w:br/>
      </w:r>
    </w:p>
    <w:p w:rsidR="001B1F19" w14:textId="0AE8485B">
      <w:pPr>
        <w:pStyle w:val="Heading1"/>
        <w:jc w:val="center"/>
        <w:rPr>
          <w:rFonts w:hint="eastAsia"/>
          <w:lang w:eastAsia="zh-CN"/>
        </w:rPr>
      </w:pPr>
      <w:r>
        <w:rPr>
          <w:sz w:val="44"/>
          <w:lang w:eastAsia="zh-CN"/>
        </w:rPr>
        <w:t>图书馆职称年终总结（13篇）</w:t>
      </w:r>
    </w:p>
    <w:p w:rsidR="001B1F19"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 xml:space="preserve">    图书馆职称年终总结 1 </w:t>
      </w:r>
      <w:r>
        <w:rPr>
          <w:lang w:eastAsia="zh-CN"/>
        </w:rPr>
        <w:br/>
      </w:r>
      <w:r>
        <w:rPr>
          <w:lang w:eastAsia="zh-CN"/>
        </w:rPr>
        <w:t>　　20__年，在武馆长的领导和同志们的支持下，我以饱满的工作热情和高度的责任感，认真为读者和职工服务，立足岗位，恪尽职守，严于律己，兢兢业业，勤勉工作，认真完成各项工作任务。现汇报如下，敬请领导和同志们批评指正。</w:t>
      </w:r>
      <w:r>
        <w:rPr>
          <w:lang w:eastAsia="zh-CN"/>
        </w:rPr>
        <w:br/>
      </w:r>
      <w:r>
        <w:rPr>
          <w:lang w:eastAsia="zh-CN"/>
        </w:rPr>
        <w:t>　　一、努力学习，不断提高党性修养和思想政治素质</w:t>
      </w:r>
      <w:r>
        <w:rPr>
          <w:lang w:eastAsia="zh-CN"/>
        </w:rPr>
        <w:br/>
      </w:r>
      <w:r>
        <w:rPr>
          <w:lang w:eastAsia="zh-CN"/>
        </w:rPr>
        <w:t>　　工作中，能认真学习贯彻党的路线方针政策以及学院重要文件精神，在敏感和重大事件上保持清醒，在政治上、思想上、行动上始终与党中央、院党委保持高度一致。</w:t>
      </w:r>
      <w:r>
        <w:rPr>
          <w:lang w:eastAsia="zh-CN"/>
        </w:rPr>
        <w:br/>
      </w:r>
      <w:r>
        <w:rPr>
          <w:lang w:eastAsia="zh-CN"/>
        </w:rPr>
        <w:t>　　二、认真做好岗位和领导安排的工作任务</w:t>
      </w:r>
      <w:r>
        <w:rPr>
          <w:lang w:eastAsia="zh-CN"/>
        </w:rPr>
        <w:br/>
      </w:r>
      <w:r>
        <w:rPr>
          <w:lang w:eastAsia="zh-CN"/>
        </w:rPr>
        <w:t>　　作为职能服务部门，图书馆的工作平淡、平凡、单调而有序，如学生所言“兢兢业业、默默无闻”，被称为全天候的大课堂而为勇于求索、勤奋上进的人们所喜爱。我能按照工作的特点和要求，牢固树立责任意识、大局意识，忠于职守，勤奋努力，踏实工作，在服务师生等工作中默默奉献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我主要在日常管理、读者服务、安全保障等方面做了一些事务性具体工作，协助领导做好队伍建设、文化建设、资源建设等工作，协助做好有关督查、协调和沟通等工作，认真做好有关党务和分工会的工作。</w:t>
      </w:r>
      <w:r>
        <w:rPr>
          <w:lang w:eastAsia="zh-CN"/>
        </w:rPr>
        <w:br/>
      </w:r>
      <w:r>
        <w:rPr>
          <w:lang w:eastAsia="zh-CN"/>
        </w:rPr>
        <w:t>　　(一)以高度责任心，积极做好有关馆务工作</w:t>
      </w:r>
      <w:r>
        <w:rPr>
          <w:lang w:eastAsia="zh-CN"/>
        </w:rPr>
        <w:br/>
      </w:r>
      <w:r>
        <w:rPr>
          <w:lang w:eastAsia="zh-CN"/>
        </w:rPr>
        <w:t>　　1.认真做好日常服务及保障等工作。加强值班检查，确保开放期间的服务和保障工作做到全天候、全覆盖，实现无缝对接。</w:t>
      </w:r>
      <w:r>
        <w:rPr>
          <w:lang w:eastAsia="zh-CN"/>
        </w:rPr>
        <w:br/>
      </w:r>
      <w:r>
        <w:rPr>
          <w:lang w:eastAsia="zh-CN"/>
        </w:rPr>
        <w:t>　　一是落实安保人员的消防安全值班检查制度，做到每日巡查、每周专项检查和每月汇总会评，认真做好消防、安全、卫生、秩序、环境以及水电、照明等的等工作，切实维护公共财产和读者安全；</w:t>
      </w:r>
      <w:r>
        <w:rPr>
          <w:lang w:eastAsia="zh-CN"/>
        </w:rPr>
        <w:br/>
      </w:r>
      <w:r>
        <w:rPr>
          <w:lang w:eastAsia="zh-CN"/>
        </w:rPr>
        <w:t>　　二是落实中层干部晚间值班制度，维护优雅文明的学习阅览环境；</w:t>
      </w:r>
      <w:r>
        <w:rPr>
          <w:lang w:eastAsia="zh-CN"/>
        </w:rPr>
        <w:br/>
      </w:r>
      <w:r>
        <w:rPr>
          <w:lang w:eastAsia="zh-CN"/>
        </w:rPr>
        <w:t>　　三是认真督查日常轮班的岗位阅览服务制度。</w:t>
      </w:r>
      <w:r>
        <w:rPr>
          <w:lang w:eastAsia="zh-CN"/>
        </w:rPr>
        <w:br/>
      </w:r>
      <w:r>
        <w:rPr>
          <w:lang w:eastAsia="zh-CN"/>
        </w:rPr>
        <w:t>　　2.协助做好“读书节”和“世界读书日”宣传等大型活动的.策划和组织等工作。10月中旬组织开展“读书节”活动，4月份组织开展“世界读书日”活动，对倡导良好读书风尚，促进校风学风建设均起到了积极作用。</w:t>
      </w:r>
      <w:r>
        <w:rPr>
          <w:lang w:eastAsia="zh-CN"/>
        </w:rPr>
        <w:br/>
      </w:r>
      <w:r>
        <w:rPr>
          <w:lang w:eastAsia="zh-CN"/>
        </w:rPr>
        <w:t>　　3.协调做好馆员的业务学习及培训等工作。制定馆员业务学习制度，做到每月有专题、定任务，督促检查。协助做好有关岗位技能比赛等工作，切实提高馆员的业务技能。</w:t>
      </w:r>
      <w:r>
        <w:rPr>
          <w:lang w:eastAsia="zh-CN"/>
        </w:rPr>
        <w:br/>
      </w:r>
      <w:r>
        <w:rPr>
          <w:lang w:eastAsia="zh-CN"/>
        </w:rPr>
        <w:t>　　4.协助做好省图书馆学会信息咨询研修培训班的筹备、协调、会务以及报道等工作。</w:t>
      </w:r>
      <w:r>
        <w:rPr>
          <w:lang w:eastAsia="zh-CN"/>
        </w:rPr>
        <w:br/>
      </w:r>
      <w:r>
        <w:rPr>
          <w:lang w:eastAsia="zh-CN"/>
        </w:rPr>
        <w:t>　　5.协助做好文化建设等工作，参与读书格言的遴选和制作等工作，协调做好文化名人字幅等的制作、布置等工作。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6.协助做好专题征文的组织等工作。参与和主持读者征文、读书心得征文及评选等工作。</w:t>
      </w:r>
      <w:r>
        <w:rPr>
          <w:lang w:eastAsia="zh-CN"/>
        </w:rPr>
        <w:br/>
      </w:r>
      <w:r>
        <w:rPr>
          <w:lang w:eastAsia="zh-CN"/>
        </w:rPr>
        <w:t>　　7.协助做好信息资源服务、利用等工作，主持和参与教师座谈会、优秀读者座谈会、专题座谈会等，较好地加强了馆-读双方的交流和沟通，促进服务工作。</w:t>
      </w:r>
      <w:r>
        <w:rPr>
          <w:lang w:eastAsia="zh-CN"/>
        </w:rPr>
        <w:br/>
      </w:r>
      <w:r>
        <w:rPr>
          <w:lang w:eastAsia="zh-CN"/>
        </w:rPr>
        <w:t>　　8.协助做好新生入馆教育等工作。协助做好“图书馆导航”等教育材料的编写工作，主持新生入馆教育7场3500余人次，对新生进行全员培训。</w:t>
      </w:r>
      <w:r>
        <w:rPr>
          <w:lang w:eastAsia="zh-CN"/>
        </w:rPr>
        <w:br/>
      </w:r>
      <w:r>
        <w:rPr>
          <w:lang w:eastAsia="zh-CN"/>
        </w:rPr>
        <w:t>　　9.协助做好制度建设等工作。建立工作月报制度，各部门建立工作台账，各岗位建立日常工作台账，部主任定期检查，推动日常工作制度化、规范化。</w:t>
      </w:r>
      <w:r>
        <w:rPr>
          <w:lang w:eastAsia="zh-CN"/>
        </w:rPr>
        <w:br/>
      </w:r>
      <w:r>
        <w:rPr>
          <w:lang w:eastAsia="zh-CN"/>
        </w:rPr>
        <w:t>　　10.协助做好图书馆“十二五”发展规划的制定等工作。</w:t>
      </w:r>
      <w:r>
        <w:rPr>
          <w:lang w:eastAsia="zh-CN"/>
        </w:rPr>
        <w:br/>
      </w:r>
      <w:r>
        <w:rPr>
          <w:lang w:eastAsia="zh-CN"/>
        </w:rPr>
        <w:t>　　11.在武馆长的领导下，自觉坚持做好馆内日常工作的督查、检查和协调等工作。除了处理日常办公事务性工作外，还积极主动地深入读者、深入服务前台、深入库区，认真负责、热心细致地做工作，记录和反馈有价值的信息，服务领导决策，维护良好的阅览秩序和文明安全的学习环境。在8小时工作之外和双休日，我主动并坚持做好馆区巡查、检查等工作，《常规运行巡查记录》每天作详细记录、坚持不辍。</w:t>
      </w:r>
      <w:r>
        <w:rPr>
          <w:lang w:eastAsia="zh-CN"/>
        </w:rPr>
        <w:br/>
      </w:r>
      <w:r>
        <w:rPr>
          <w:lang w:eastAsia="zh-CN"/>
        </w:rPr>
        <w:t>　　(二)切实围绕中心，认真做好支部有关工作</w:t>
      </w:r>
      <w:r>
        <w:rPr>
          <w:lang w:eastAsia="zh-CN"/>
        </w:rPr>
        <w:br/>
      </w:r>
      <w:r>
        <w:rPr>
          <w:lang w:eastAsia="zh-CN"/>
        </w:rPr>
        <w:t>　　作为支部委员，在武馆长的领导下，我能认真完成交办的有关党务工作。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一是认真做好支部创先争优活动方案的制定、有关工作总结等工作，认真开展“党员”和学党史、学先进等活动；</w:t>
      </w:r>
      <w:r>
        <w:rPr>
          <w:lang w:eastAsia="zh-CN"/>
        </w:rPr>
        <w:br/>
      </w:r>
      <w:r>
        <w:rPr>
          <w:lang w:eastAsia="zh-CN"/>
        </w:rPr>
        <w:t>　　二是认真做好有关材料的上报等工作；</w:t>
      </w:r>
      <w:r>
        <w:rPr>
          <w:lang w:eastAsia="zh-CN"/>
        </w:rPr>
        <w:br/>
      </w:r>
      <w:r>
        <w:rPr>
          <w:lang w:eastAsia="zh-CN"/>
        </w:rPr>
        <w:t>　　三是协助做好组织发展等工作；</w:t>
      </w:r>
      <w:r>
        <w:rPr>
          <w:lang w:eastAsia="zh-CN"/>
        </w:rPr>
        <w:br/>
      </w:r>
      <w:r>
        <w:rPr>
          <w:lang w:eastAsia="zh-CN"/>
        </w:rPr>
        <w:t>　　四是认真协助做好困难学生的联系帮扶工作；</w:t>
      </w:r>
      <w:r>
        <w:rPr>
          <w:lang w:eastAsia="zh-CN"/>
        </w:rPr>
        <w:br/>
      </w:r>
      <w:r>
        <w:rPr>
          <w:lang w:eastAsia="zh-CN"/>
        </w:rPr>
        <w:t>　　五是协助开展“党日”创建工作，取得很好效果；</w:t>
      </w:r>
      <w:r>
        <w:rPr>
          <w:lang w:eastAsia="zh-CN"/>
        </w:rPr>
        <w:br/>
      </w:r>
      <w:r>
        <w:rPr>
          <w:lang w:eastAsia="zh-CN"/>
        </w:rPr>
        <w:t>　　六是认真组织参加院党委组织的主题教育活动和其他重要活动。</w:t>
      </w:r>
      <w:r>
        <w:rPr>
          <w:lang w:eastAsia="zh-CN"/>
        </w:rPr>
        <w:br/>
      </w:r>
      <w:r>
        <w:rPr>
          <w:lang w:eastAsia="zh-CN"/>
        </w:rPr>
        <w:t>　　(三)满怀一腔热情，切实做好分工会等工作</w:t>
      </w:r>
      <w:r>
        <w:rPr>
          <w:lang w:eastAsia="zh-CN"/>
        </w:rPr>
        <w:br/>
      </w:r>
      <w:r>
        <w:rPr>
          <w:lang w:eastAsia="zh-CN"/>
        </w:rPr>
        <w:t>　　在武馆长的领导和支持下，与工会委员一道，切实把分工会打造成凝聚力量、促进和谐的重要平台，以提高服务质量、创建文明窗口、建设和谐部门为主题，充分调动广大职工的积极性、创造性，创新工作方法，促进中心工作扎实开展。</w:t>
      </w:r>
      <w:r>
        <w:rPr>
          <w:lang w:eastAsia="zh-CN"/>
        </w:rPr>
        <w:br/>
      </w:r>
      <w:r>
        <w:rPr>
          <w:lang w:eastAsia="zh-CN"/>
        </w:rPr>
        <w:t>　　一是坚持做好“暖心”工程和“关爱”工作，积极为群众办实事，关心职工寒苦。平时工作中，力倡互助互敬、互促互进。在学院组织女工体检的基础上，“五一”期间安排19名女职工体检，实现了全馆女工体检全覆盖，增强集体凝聚力。全年组织看望慰问婚、育、伤、病、困职工18人次，组织职工生日慰问46人次，及时送去组织的温暖和集体的关爱。</w:t>
      </w:r>
      <w:r>
        <w:rPr>
          <w:lang w:eastAsia="zh-CN"/>
        </w:rPr>
        <w:br/>
      </w:r>
      <w:r>
        <w:rPr>
          <w:lang w:eastAsia="zh-CN"/>
        </w:rPr>
        <w:t>　　二是积极组织并带头参加学院各项文体活动，在大型比赛中均取得较好成绩。</w:t>
      </w:r>
      <w:r>
        <w:rPr>
          <w:lang w:eastAsia="zh-CN"/>
        </w:rPr>
        <w:br/>
      </w:r>
      <w:r>
        <w:rPr>
          <w:lang w:eastAsia="zh-CN"/>
        </w:rPr>
        <w:t>　　三是组织职工为重伤患者义务献血，展示了职工良好的精神风貌。</w:t>
      </w:r>
      <w:r>
        <w:rPr>
          <w:lang w:eastAsia="zh-CN"/>
        </w:rPr>
        <w:br/>
      </w:r>
      <w:r>
        <w:rPr>
          <w:lang w:eastAsia="zh-CN"/>
        </w:rPr>
        <w:t>　　四是认真做好工会工作计划和有关总结等日常工作。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五是结合实际坚持开展活动，丰富职工业余生活。</w:t>
      </w:r>
      <w:r>
        <w:rPr>
          <w:lang w:eastAsia="zh-CN"/>
        </w:rPr>
        <w:br/>
      </w:r>
      <w:r>
        <w:rPr>
          <w:lang w:eastAsia="zh-CN"/>
        </w:rPr>
        <w:t>　　迎新年趣味体育系列活动等一直坚持，深受好评。</w:t>
      </w:r>
      <w:r>
        <w:rPr>
          <w:lang w:eastAsia="zh-CN"/>
        </w:rPr>
        <w:br/>
      </w:r>
      <w:r>
        <w:rPr>
          <w:lang w:eastAsia="zh-CN"/>
        </w:rPr>
        <w:t>　　三、严谨自律，勤勉工作，永葆政治本色</w:t>
      </w:r>
      <w:r>
        <w:rPr>
          <w:lang w:eastAsia="zh-CN"/>
        </w:rPr>
        <w:br/>
      </w:r>
      <w:r>
        <w:rPr>
          <w:lang w:eastAsia="zh-CN"/>
        </w:rPr>
        <w:t>　　永葆先进和追求优秀，是党员的鲜明特质。我时刻，恪尽职守，始终保持勤勉努力、奋发积极的精神状态。工作中尊重领导，团结同志，服从指挥，不避矛盾，认真负责，积极肯干，任劳任怨。始终清脑正位律己，勤奋奉公守法，勤勤恳恳工作、扎扎实实干事、清清白白做人，工作上比贡献，生活中不攀比，不争名利，坚持原则，清正廉洁，始终保持政治本色。</w:t>
      </w:r>
      <w:r>
        <w:rPr>
          <w:lang w:eastAsia="zh-CN"/>
        </w:rPr>
        <w:br/>
      </w:r>
      <w:r>
        <w:rPr>
          <w:lang w:eastAsia="zh-CN"/>
        </w:rPr>
        <w:t>　　四、存在不足和努力方向</w:t>
      </w:r>
      <w:r>
        <w:rPr>
          <w:lang w:eastAsia="zh-CN"/>
        </w:rPr>
        <w:br/>
      </w:r>
      <w:r>
        <w:rPr>
          <w:lang w:eastAsia="zh-CN"/>
        </w:rPr>
        <w:t>　　我的工作是与领导的大力支持和同志们的帮助、理解是分不开的。很多项工作靠一己之力是无法完成的。我深感自己创新服务能力有待提高，关心和服务群众力度有待加强，对学科研究前沿动态了解不多不深。</w:t>
      </w:r>
      <w:r>
        <w:rPr>
          <w:lang w:eastAsia="zh-CN"/>
        </w:rPr>
        <w:br/>
      </w:r>
      <w:r>
        <w:rPr>
          <w:lang w:eastAsia="zh-CN"/>
        </w:rPr>
        <w:t>　　雄关漫道，苍龙何缚!“远凳亦澡性，书香堪入茶。”今后我要不断加强学习，积极开拓积极，在平凡的岗位上为学院发展做出新的贡献。</w:t>
      </w:r>
      <w:r>
        <w:rPr>
          <w:lang w:eastAsia="zh-CN"/>
        </w:rPr>
        <w:br/>
      </w:r>
      <w:r>
        <w:rPr>
          <w:lang w:eastAsia="zh-CN"/>
        </w:rPr>
        <w:t>　　真诚欢迎领导和同志们的批评、指正!真诚祈愿学院在龙年实现质的腾飞!愿大家龙年吉祥、阖家幸福、万事如意！</w:t>
      </w:r>
      <w:r>
        <w:rPr>
          <w:lang w:eastAsia="zh-CN"/>
        </w:rPr>
        <w:br/>
      </w:r>
      <w:r>
        <w:rPr>
          <w:lang w:eastAsia="zh-CN"/>
        </w:rPr>
        <w:t>　　图书馆职称年终总结 2</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20__年以来，在各级领导的全面支持、关切下，在全体志愿者及各界爱心人士配合尽力下，__图书馆本着一切为了读者、为了读者一切的宗旨，环抱优化办事、拓展图书馆教导和信息的功能，从读者办事、业务治理、念书运动、进步人员素质入手，通过一年扎扎实实的尽力，圆满地完成了20__年的各项工作。</w:t>
      </w:r>
      <w:r>
        <w:rPr>
          <w:lang w:eastAsia="zh-CN"/>
        </w:rPr>
        <w:br/>
      </w:r>
      <w:r>
        <w:rPr>
          <w:lang w:eastAsia="zh-CN"/>
        </w:rPr>
        <w:t>　　一、优化根基办事</w:t>
      </w:r>
      <w:r>
        <w:rPr>
          <w:lang w:eastAsia="zh-CN"/>
        </w:rPr>
        <w:br/>
      </w:r>
      <w:r>
        <w:rPr>
          <w:lang w:eastAsia="zh-CN"/>
        </w:rPr>
        <w:t>　　在这一年中，我馆继承把一切为了读者、为了读者一切的宗旨贯穿到各项根基办事工作之中。</w:t>
      </w:r>
      <w:r>
        <w:rPr>
          <w:lang w:eastAsia="zh-CN"/>
        </w:rPr>
        <w:br/>
      </w:r>
      <w:r>
        <w:rPr>
          <w:lang w:eastAsia="zh-CN"/>
        </w:rPr>
        <w:t>　　满足读者需求，增加开馆光阴。随着社会的成长，需求步队壮大，读者人数增多，使图书馆直接面对的.读者工具达到12770余人，均匀每天到馆读者均在30人次以上。为满足读者必要，我们增加开放光阴，如法定节沐日照常开馆外，还为有需求的读者随时开放办事。</w:t>
      </w:r>
      <w:r>
        <w:rPr>
          <w:lang w:eastAsia="zh-CN"/>
        </w:rPr>
        <w:br/>
      </w:r>
      <w:r>
        <w:rPr>
          <w:lang w:eastAsia="zh-CN"/>
        </w:rPr>
        <w:t>　　二、拓展图书馆功能</w:t>
      </w:r>
      <w:r>
        <w:rPr>
          <w:lang w:eastAsia="zh-CN"/>
        </w:rPr>
        <w:br/>
      </w:r>
      <w:r>
        <w:rPr>
          <w:lang w:eastAsia="zh-CN"/>
        </w:rPr>
        <w:t>　　从传统的借还办事到教导和信息导航的功能转化，是当前形式下对图书馆工作的全新要求，基于这一要求，我馆尽力探索工作新路子。</w:t>
      </w:r>
      <w:r>
        <w:rPr>
          <w:lang w:eastAsia="zh-CN"/>
        </w:rPr>
        <w:br/>
      </w:r>
      <w:r>
        <w:rPr>
          <w:lang w:eastAsia="zh-CN"/>
        </w:rPr>
        <w:t>　　今年馆办各类运动240场，此中妇女之家91场，儿童之家亲子运动108场，书法笔会4场，讲座、演出、交流8场，外出参不雅、学习、考察23次，室外运动2场，主题念书运动3场，展览展示1场，大型室外运动1场，运动介入人数跨越万人次。</w:t>
      </w:r>
      <w:r>
        <w:rPr>
          <w:lang w:eastAsia="zh-CN"/>
        </w:rPr>
        <w:br/>
      </w:r>
      <w:r>
        <w:rPr>
          <w:lang w:eastAsia="zh-CN"/>
        </w:rPr>
        <w:t>　　全年网站宣布信息622条，订阅号宣布信息256次(天)，每天宣布5条，此中每日荐书宣布256条，全年共计保举新书1280本。</w:t>
      </w:r>
      <w:r>
        <w:rPr>
          <w:lang w:eastAsia="zh-CN"/>
        </w:rPr>
        <w:br/>
      </w:r>
      <w:r>
        <w:rPr>
          <w:lang w:eastAsia="zh-CN"/>
        </w:rPr>
        <w:t>　　三、媒体报道与荣誉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全年电视台、报社报道六次，国家级二次，此中市级三次，区级二次。</w:t>
      </w:r>
      <w:r>
        <w:rPr>
          <w:lang w:eastAsia="zh-CN"/>
        </w:rPr>
        <w:br/>
      </w:r>
      <w:r>
        <w:rPr>
          <w:lang w:eastAsia="zh-CN"/>
        </w:rPr>
        <w:t>　　全年得到荣誉七项，此中市级六项，区级一项。</w:t>
      </w:r>
      <w:r>
        <w:rPr>
          <w:lang w:eastAsia="zh-CN"/>
        </w:rPr>
        <w:br/>
      </w:r>
      <w:r>
        <w:rPr>
          <w:lang w:eastAsia="zh-CN"/>
        </w:rPr>
        <w:t>　　四、社会捐赠</w:t>
      </w:r>
      <w:r>
        <w:rPr>
          <w:lang w:eastAsia="zh-CN"/>
        </w:rPr>
        <w:br/>
      </w:r>
      <w:r>
        <w:rPr>
          <w:lang w:eastAsia="zh-CN"/>
        </w:rPr>
        <w:t>　　全年接收社会各界爱心人士捐赠图书及物资124次，此中接收捐赠图书、期刊16225本.接收捐赠衣服已于12月31日前全部发放给必要的人，部分物资留作馆内自用。</w:t>
      </w:r>
      <w:r>
        <w:rPr>
          <w:lang w:eastAsia="zh-CN"/>
        </w:rPr>
        <w:br/>
      </w:r>
      <w:r>
        <w:rPr>
          <w:lang w:eastAsia="zh-CN"/>
        </w:rPr>
        <w:t>　　五、20__年重点工作</w:t>
      </w:r>
      <w:r>
        <w:rPr>
          <w:lang w:eastAsia="zh-CN"/>
        </w:rPr>
        <w:br/>
      </w:r>
      <w:r>
        <w:rPr>
          <w:lang w:eastAsia="zh-CN"/>
        </w:rPr>
        <w:t>　　1、继承实施流动图书馆计划</w:t>
      </w:r>
      <w:r>
        <w:rPr>
          <w:lang w:eastAsia="zh-CN"/>
        </w:rPr>
        <w:br/>
      </w:r>
      <w:r>
        <w:rPr>
          <w:lang w:eastAsia="zh-CN"/>
        </w:rPr>
        <w:t>　　20__年新建流动图书馆一家，在原有六家流动图书馆根基上，在昌平有条件的地区争取再开办二家，力图启动流动图书车，把图书馆办事送到庶民家门口，办事更多的读者。</w:t>
      </w:r>
      <w:r>
        <w:rPr>
          <w:lang w:eastAsia="zh-CN"/>
        </w:rPr>
        <w:br/>
      </w:r>
      <w:r>
        <w:rPr>
          <w:lang w:eastAsia="zh-CN"/>
        </w:rPr>
        <w:t>　　2、__期刊馆</w:t>
      </w:r>
      <w:r>
        <w:rPr>
          <w:lang w:eastAsia="zh-CN"/>
        </w:rPr>
        <w:br/>
      </w:r>
      <w:r>
        <w:rPr>
          <w:lang w:eastAsia="zh-CN"/>
        </w:rPr>
        <w:t>　　到目前为止，200平方米期刊馆馆舍已经停当，正在室内装饰，力图在20__年4月初正式款待读者，建成后的__图书期刊馆，馆藏期刊三百种，报纸二百种。</w:t>
      </w:r>
      <w:r>
        <w:rPr>
          <w:lang w:eastAsia="zh-CN"/>
        </w:rPr>
        <w:br/>
      </w:r>
      <w:r>
        <w:rPr>
          <w:lang w:eastAsia="zh-CN"/>
        </w:rPr>
        <w:t>　　3、项目评估、项目申请</w:t>
      </w:r>
      <w:r>
        <w:rPr>
          <w:lang w:eastAsia="zh-CN"/>
        </w:rPr>
        <w:br/>
      </w:r>
      <w:r>
        <w:rPr>
          <w:lang w:eastAsia="zh-CN"/>
        </w:rPr>
        <w:t>　　昌平社工委丰大族庭文化，升级智慧人生项目于20__年3月解散，做好材料汇总，接收专家组评估。</w:t>
      </w:r>
      <w:r>
        <w:rPr>
          <w:lang w:eastAsia="zh-CN"/>
        </w:rPr>
        <w:br/>
      </w:r>
      <w:r>
        <w:rPr>
          <w:lang w:eastAsia="zh-CN"/>
        </w:rPr>
        <w:t>　　组建项目组，组织谋划、申请、实施当局购买社会组织办事。</w:t>
      </w:r>
      <w:r>
        <w:rPr>
          <w:lang w:eastAsia="zh-CN"/>
        </w:rPr>
        <w:br/>
      </w:r>
      <w:r>
        <w:rPr>
          <w:lang w:eastAsia="zh-CN"/>
        </w:rPr>
        <w:t>　　3、念书会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在20__年__念书会胜利经验的根基上，巩固、扩张在__图书馆各馆与校园开展__念书会，通过开展念书会让更多的人爱念书、读好书，准时保举新书。</w:t>
      </w:r>
      <w:r>
        <w:rPr>
          <w:lang w:eastAsia="zh-CN"/>
        </w:rPr>
        <w:br/>
      </w:r>
      <w:r>
        <w:rPr>
          <w:lang w:eastAsia="zh-CN"/>
        </w:rPr>
        <w:t>　　回首一年的工作，在取得造诣的同时，我们也找到了工作中的不够和问题，展望新的一年，我们将继承尽力，力图各项工作更上一个新台阶。</w:t>
      </w:r>
      <w:r>
        <w:rPr>
          <w:lang w:eastAsia="zh-CN"/>
        </w:rPr>
        <w:br/>
      </w:r>
      <w:r>
        <w:rPr>
          <w:lang w:eastAsia="zh-CN"/>
        </w:rPr>
        <w:t>　　图书馆职称年终总结 3</w:t>
      </w:r>
      <w:r>
        <w:rPr>
          <w:lang w:eastAsia="zh-CN"/>
        </w:rPr>
        <w:br/>
      </w:r>
      <w:r>
        <w:rPr>
          <w:lang w:eastAsia="zh-CN"/>
        </w:rPr>
        <w:t>　　20__年，在全体馆员的共同努力下，在学院领导的全面支持、关心下，图书馆全面履行了学院赋予的各项工作职责，根据年初制定的20__年的责任目标，图书馆本着一切为读者服务的宗旨，围绕优化服务、拓展图书馆教育和信息的功能，从读者服务、业务管理、提高人员素质入手，通过一年扎扎实实的努力，圆满地完成了20__年的各项工作。至12月中旬，各项工作全部按计划完成。</w:t>
      </w:r>
      <w:r>
        <w:rPr>
          <w:lang w:eastAsia="zh-CN"/>
        </w:rPr>
        <w:br/>
      </w:r>
      <w:r>
        <w:rPr>
          <w:lang w:eastAsia="zh-CN"/>
        </w:rPr>
        <w:t>　　一、思想政治业务素质学习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图书馆始终把思想业务工作作为主要工作来抓，深感一个良好团队的重要性，只有一个精神面貌、业务素质良好的工作队伍才是做好工作的前提。我馆每周二下午为政治业务学习时间，学习院方的制度及文件精神，使我馆人员及时了解院方指示，时刻与院方步调保持一致。同时又加强馆方规章制度及业务知识的学习，使工作人员对自己的工作有了更深的了解，对自己的职责有了更深的认识，更好的做好本职工作。经过了多方面的学习，工作人员在思想和业务方面得到了提高，现有工作人员28人，党员11人，积极分子6人，中级职称2人，初级职称13人，形成了一支良好精神面貌的`专业队伍。全体工作人员每天按时上下班，不迟到，不早退，不无故离岗，不串岗。每天下班各部室都会关好电源，门窗，认真做好防火、防盗、防潮等工作，确保公共财产的安全。</w:t>
      </w:r>
      <w:r>
        <w:rPr>
          <w:lang w:eastAsia="zh-CN"/>
        </w:rPr>
        <w:br/>
      </w:r>
      <w:r>
        <w:rPr>
          <w:lang w:eastAsia="zh-CN"/>
        </w:rPr>
        <w:t>　　二、工作方面</w:t>
      </w:r>
      <w:r>
        <w:rPr>
          <w:lang w:eastAsia="zh-CN"/>
        </w:rPr>
        <w:br/>
      </w:r>
      <w:r>
        <w:rPr>
          <w:lang w:eastAsia="zh-CN"/>
        </w:rPr>
        <w:t>　　1、主要工作全馆工作人员在新馆筹建期间(8月5日——10月15日)完成了354615册图书的搬迁和上架工作，同时各部门还完成了以下工作：</w:t>
      </w:r>
      <w:r>
        <w:rPr>
          <w:lang w:eastAsia="zh-CN"/>
        </w:rPr>
        <w:br/>
      </w:r>
      <w:r>
        <w:rPr>
          <w:lang w:eastAsia="zh-CN"/>
        </w:rPr>
        <w:t>　　采编部：修改加工图书2414册；整理修补破损图书608册；打印复印图书馆其他资料709张；对6485册期刊回溯建库。</w:t>
      </w:r>
      <w:r>
        <w:rPr>
          <w:lang w:eastAsia="zh-CN"/>
        </w:rPr>
        <w:br/>
      </w:r>
      <w:r>
        <w:rPr>
          <w:lang w:eastAsia="zh-CN"/>
        </w:rPr>
        <w:t>　　流通部：接受借书178953册，还书178131册；上架图书182131册；修补破损图书4000多册；催还图书2354册；期刊部：接受期刊10302本，修补破损期刊350本。输入期刊数据1195条，修改数据957条；打印架标1512份，贴小卡片2096张；对__年8035本杂志进行整理送去装订；征订09年期刊1180种，报纸113种；接待读者61281人次。</w:t>
      </w:r>
      <w:r>
        <w:rPr>
          <w:lang w:eastAsia="zh-CN"/>
        </w:rPr>
        <w:br/>
      </w:r>
      <w:r>
        <w:rPr>
          <w:lang w:eastAsia="zh-CN"/>
        </w:rPr>
        <w:t>　　信息部：整理报纸8216份，装订2472册；以教改为主题办《信息之窗》6期，以图书馆主导作用为主题出板报7期。技术部：完成新图书馆网络布线；硬件设备安装和调试；软件安装与调试；系统及硬件维护；图书馆网站制作；数据备份及统计。自修室：接待读者136850人次。图书馆10年共接待读者377084人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2、新馆筹建由于学院的发展壮大，图书馆规模也在扩大，新图书馆已于10年5月份竣工。为使图书馆布局更合理，按照计划，将成立以社科为主的老馆和以自科为主的新馆布局，这就表示图书馆516892册图书要进行库室调整，将近一半的图书要搬迁到新馆。虽说一半图书在老馆，但却带动整个库室的调整，意味着516892册图书要重新下架打包再重新上架，也就是1033784册图书重新上架，任务繁重可想而知。为了使新馆早日利用，早日为教学科研服务，19个工作人员在炎热的天气加班加点的投入了紧张的打包中。天气炎热，书库没有风扇，别说干活，就是站在那里不动浑身都流汗，但同志们没一个说苦的，累的回去吃饭时拿筷子的手都在发抖，但没一个退却的。就这样，在15天时间内就完成了3个书库，354165册图书的打包工作，一百多斤的书包打了4000多包。对于4000多包图书的搬迁，现在回想起来也有种恐怖的感觉，我们忘不了工作人员那一双双磨破的手套，忘不了被袋子割破的双手，忘不了同学们在老师的带领下连续几天搬迁图书的壮观感人的场面，没有电梯，一楼到五楼，一百多斤重的袋子全靠各系部同学人工搬迁，工程浩大，让人为之震惊。同学们三五人搬一包，一个方队累了，就换另一个方队，就这样，像“蚂蚁搬家”，像“愚公移山”一样，在同志们的共同努力和各系部的大力协助下，在短短10天时间顺利的完成了搬迁任务。而后，19个工作人员在15天时间对这些图书进行了分库室上架，老馆成立了2个书库，新馆成立了5个书库。15天的日子更是难熬，为了按计划完成，工作人员白天没回去吃过饭，都是在书库里面吃一个饼解决，一直到晚上9点多才拖着疲惫的身子回去。苦虽苦，累虽累，但看到焕然一新的图书馆，分工详细的书库，能给读者一个全新的阅览环境，大家感觉到了欣慰，感觉付出所换回的价值。</w:t>
      </w:r>
      <w:r>
        <w:rPr>
          <w:lang w:eastAsia="zh-CN"/>
        </w:rPr>
        <w:br/>
      </w:r>
      <w:r>
        <w:rPr>
          <w:lang w:eastAsia="zh-CN"/>
        </w:rPr>
        <w:t>　　三、管理工作</w:t>
      </w:r>
      <w:r>
        <w:rPr>
          <w:lang w:eastAsia="zh-CN"/>
        </w:rPr>
        <w:br/>
      </w:r>
      <w:r>
        <w:rPr>
          <w:lang w:eastAsia="zh-CN"/>
        </w:rPr>
        <w:t>　　在图书馆硬环境建设取得了极大改观的基础上，我馆及时调整建设思路，把工作重点从硬环境建设转移到软环境建设，明确发展目标，健全各项制度，优化管理软环境。</w:t>
      </w:r>
      <w:r>
        <w:rPr>
          <w:lang w:eastAsia="zh-CN"/>
        </w:rPr>
        <w:br/>
      </w:r>
      <w:r>
        <w:rPr>
          <w:lang w:eastAsia="zh-CN"/>
        </w:rPr>
        <w:t>　　1、遵循馆章制度，明确工作目标。我馆人员认真遵循《图书馆岗位职责和业务工作细则》、《图书馆20__年工作计划》等一系列制度计划，并以此来规范服务行为，减少工作盲点，做到“人人有责任，事事有程序，科学化、现代化管理”的工作标准。</w:t>
      </w:r>
      <w:r>
        <w:rPr>
          <w:lang w:eastAsia="zh-CN"/>
        </w:rPr>
        <w:br/>
      </w:r>
      <w:r>
        <w:rPr>
          <w:lang w:eastAsia="zh-CN"/>
        </w:rPr>
        <w:t>　　2、充分借助计算机技术和图书馆管理软件来提升图书馆各项业务工作管理。目前，我馆已全面实现图书采编、流通、检索自动化管理，图书馆的各项内务统计都已实现电脑操作、有序化管理。我馆建立馆藏书目数据库已有四年，目前数据库中藏书种数数据已达105022条，即有516982册图书，为了确保数据库数据安全与规范，我们采取必要措施，对数据库进行经常性的、制度性的维护，同时做好2台服务器、40台工作机、14台公共查询检索机的维护保养工作。除此之外，我馆利用完备的现代化设施和信息技术手段，为师生提供复印及检索服务。</w:t>
      </w:r>
      <w:r>
        <w:rPr>
          <w:lang w:eastAsia="zh-CN"/>
        </w:rPr>
        <w:br/>
      </w:r>
      <w:r>
        <w:rPr>
          <w:lang w:eastAsia="zh-CN"/>
        </w:rPr>
        <w:t>　　3、认真做好巡架、整架工作。为节省师生的时间，我们在提高工作效率上作文章、下功夫。</w:t>
      </w:r>
      <w:r>
        <w:rPr>
          <w:lang w:eastAsia="zh-CN"/>
        </w:rPr>
        <w:br/>
      </w:r>
      <w:r>
        <w:rPr>
          <w:lang w:eastAsia="zh-CN"/>
        </w:rPr>
        <w:t>　　一是勤整理，对师生归还的图书每天及时归类上架；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二是勤检查，对师生在借阅时抽乱、插错的书籍勤查找；</w:t>
      </w:r>
      <w:r>
        <w:rPr>
          <w:lang w:eastAsia="zh-CN"/>
        </w:rPr>
        <w:br/>
      </w:r>
      <w:r>
        <w:rPr>
          <w:lang w:eastAsia="zh-CN"/>
        </w:rPr>
        <w:t>　　三是勤过目，到书架旁勤看一看，对图书的位置了如指掌，为师生查找资料时节省了时间，提高了效率，获得了师生们的好评和赞誉。</w:t>
      </w:r>
      <w:r>
        <w:rPr>
          <w:lang w:eastAsia="zh-CN"/>
        </w:rPr>
        <w:br/>
      </w:r>
      <w:r>
        <w:rPr>
          <w:lang w:eastAsia="zh-CN"/>
        </w:rPr>
        <w:t>　　4、延长开馆时间，使图书馆更好的为教学科研服务。新馆自11月1日开馆后，白天8：00——晚上9：30，全天开放，使阅览时间达到了74个小时以上。</w:t>
      </w:r>
      <w:r>
        <w:rPr>
          <w:lang w:eastAsia="zh-CN"/>
        </w:rPr>
        <w:br/>
      </w:r>
      <w:r>
        <w:rPr>
          <w:lang w:eastAsia="zh-CN"/>
        </w:rPr>
        <w:t>　　5、开展勤工助学工作。在图书馆开展了勤工助学岗位，本年22位同学参加了勤工助学，缓解了工作人员少的紧张局面，又为同学提供了助学机会。</w:t>
      </w:r>
      <w:r>
        <w:rPr>
          <w:lang w:eastAsia="zh-CN"/>
        </w:rPr>
        <w:br/>
      </w:r>
      <w:r>
        <w:rPr>
          <w:lang w:eastAsia="zh-CN"/>
        </w:rPr>
        <w:t>　　四、环境卫生</w:t>
      </w:r>
      <w:r>
        <w:rPr>
          <w:lang w:eastAsia="zh-CN"/>
        </w:rPr>
        <w:br/>
      </w:r>
      <w:r>
        <w:rPr>
          <w:lang w:eastAsia="zh-CN"/>
        </w:rPr>
        <w:t>　　为了给读者，创造一个窗明几净的学习环境，我馆对各部室及馆外环境卫生要求严格，每天上班后的第一件事情就是整理内务打扫卫生，室内要求图书摆放整齐，书架无灰尘，地面无纸屑，室外要求扶手无灰尘，地面无纸屑。自修室要求每天早晨8：00以前清洁完毕，清洁员每天是早上7：00上班。根据要求，每一个工作人员形成习惯，每天无论室外还是室内都保持一个良好的环境，为学生们提供了一个幽雅干净的学习环境，得到了学生的好评</w:t>
      </w:r>
      <w:r>
        <w:rPr>
          <w:lang w:eastAsia="zh-CN"/>
        </w:rPr>
        <w:br/>
      </w:r>
      <w:r>
        <w:rPr>
          <w:lang w:eastAsia="zh-CN"/>
        </w:rPr>
        <w:t>　　五、工作中存在的问题及改进措施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新馆的投入使用，大大的改善学院图书馆内部管理和对外服务的馆舍基础设施条件，但由于新馆的刚启用及历史造成的原因，使工作中还存在诸多不足。业务管理还不够细致，不够严谨，读者服务水平还比较低，馆内工作人员的整体素质还有待进一步提高。随着图书馆规模的扩大、服务部门的增多，馆内业务管理部门还需要再作相应调整，专业技术人员还需进一步充实。我们必须重视自身存在的问题，根据领导要求和读者意见，根据馆内工作中出现的新情况，针对自身工作中存在的问题，采取相应的措施多方改进工作，进一步提高内部管理和对外服务水平，为学院的教学科研提供良好的文献服务。</w:t>
      </w:r>
      <w:r>
        <w:rPr>
          <w:lang w:eastAsia="zh-CN"/>
        </w:rPr>
        <w:br/>
      </w:r>
      <w:r>
        <w:rPr>
          <w:lang w:eastAsia="zh-CN"/>
        </w:rPr>
        <w:t>　　图书馆职称年终总结 4</w:t>
      </w:r>
      <w:r>
        <w:rPr>
          <w:lang w:eastAsia="zh-CN"/>
        </w:rPr>
        <w:br/>
      </w:r>
      <w:r>
        <w:rPr>
          <w:lang w:eastAsia="zh-CN"/>
        </w:rPr>
        <w:t>　　今年以来，在全体馆员的共同努力下，在学校领导的全面支持、关心下，图书馆本着一切为读者服务的宗旨，围绕优化服务、拓展图书馆教育和信息的功能，从读者服务、业务管理、读书活动、提高人员素质入手，经过一年扎扎实实的努力，圆满地完成了20__年的各项工作。</w:t>
      </w:r>
      <w:r>
        <w:rPr>
          <w:lang w:eastAsia="zh-CN"/>
        </w:rPr>
        <w:br/>
      </w:r>
      <w:r>
        <w:rPr>
          <w:lang w:eastAsia="zh-CN"/>
        </w:rPr>
        <w:t>　　一、优化基础服务</w:t>
      </w:r>
      <w:r>
        <w:rPr>
          <w:lang w:eastAsia="zh-CN"/>
        </w:rPr>
        <w:br/>
      </w:r>
      <w:r>
        <w:rPr>
          <w:lang w:eastAsia="zh-CN"/>
        </w:rPr>
        <w:t>　　在这一年中，我馆继续把读者至上，服务第一的服务宗旨贯穿到各项基础服务工作之中。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1.满足读者需求，增加开放时间。随着学校的发展，师资队伍壮大，学生人数增多，使图书馆直接应对的读者对象到达2400余人。为满足读者需要，我们增加各室的开放时间，如文科、理科借阅室实现每一天连续11小时开放制度，电子阅览室实现每一天中、晚3小时开放制度，此外，还为外省市学生增加周末、节假日、寒暑假的开放服务。全年借阅图书量为32028册，接待师生借阅数为70329人次，和去年全年44377人次相比有较大幅度提高。</w:t>
      </w:r>
      <w:r>
        <w:rPr>
          <w:lang w:eastAsia="zh-CN"/>
        </w:rPr>
        <w:br/>
      </w:r>
      <w:r>
        <w:rPr>
          <w:lang w:eastAsia="zh-CN"/>
        </w:rPr>
        <w:t>　　2.完善排架，更新导引标识。为了使各项服务工作更加贴近读者，我馆遵循图书分类排架规则，对文科借阅室39125册图书进行全面倒架、整架，实现严密规范排架。为了让读者利用图书资源更加得心应手，我馆还对全馆书架进行了重新标识，设置各类图书导引本133种，使图书标引更加规范。</w:t>
      </w:r>
      <w:r>
        <w:rPr>
          <w:lang w:eastAsia="zh-CN"/>
        </w:rPr>
        <w:br/>
      </w:r>
      <w:r>
        <w:rPr>
          <w:lang w:eastAsia="zh-CN"/>
        </w:rPr>
        <w:t>　　图书馆的基础服务还包括教材分发、期刊订购、新书采购、书刊加工等诸多工作，全馆人员都在各自的岗位上，以高涨工作热情及吃苦耐劳精神，做好读者服务工作。</w:t>
      </w:r>
      <w:r>
        <w:rPr>
          <w:lang w:eastAsia="zh-CN"/>
        </w:rPr>
        <w:br/>
      </w:r>
      <w:r>
        <w:rPr>
          <w:lang w:eastAsia="zh-CN"/>
        </w:rPr>
        <w:t>　　二、优化管理软环境</w:t>
      </w:r>
      <w:r>
        <w:rPr>
          <w:lang w:eastAsia="zh-CN"/>
        </w:rPr>
        <w:br/>
      </w:r>
      <w:r>
        <w:rPr>
          <w:lang w:eastAsia="zh-CN"/>
        </w:rPr>
        <w:t>　　在图书馆硬环境建设取得了极大改观的基础上，我馆及时调整建设思路，把工作重点从硬环境建设转移到软环境建设，明确发展目标，健全各项制度，优化管理软环境。</w:t>
      </w:r>
      <w:r>
        <w:rPr>
          <w:lang w:eastAsia="zh-CN"/>
        </w:rPr>
        <w:br/>
      </w:r>
      <w:r>
        <w:rPr>
          <w:lang w:eastAsia="zh-CN"/>
        </w:rPr>
        <w:t>　　1.遵循馆章制度，明确工作目标。我馆人员认真遵循《图书馆岗位职责和业务工作细则》、《图书馆三年发展规划》、等一系列制度计划，并以此来规范服务行为，减少工作盲点，做到“人人有职责，事事有程序，科学化、现代化管理”的工作标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2.充分借助计算机技术和图书馆管理软件来提升图书馆各项业务工作管理。目前，我馆已全面实现图书采编、流通、检索自动化管理，图书馆的各项内务统计都已实现电脑操作、有序化管理。我馆建立馆藏书目数据库已有三年，数据库数据已达34884条，即有60086册图书，为了确保数据库数据安全与规范，我们采取必要措施，对数据库进行经常性的'、制度性的维护，同时做好1台服务器、6台工作机、5台公共查询检索机、79台师生用电脑的维护保养工作。除此之外，我馆利用完备的现代化设施和信息技术手段，为师生供给课题研究资料检索及复印、刻录等服务，并坚持每月更新图书馆网页，建立信息服务平台，实现资料服务及信息发布的网络化。</w:t>
      </w:r>
      <w:r>
        <w:rPr>
          <w:lang w:eastAsia="zh-CN"/>
        </w:rPr>
        <w:br/>
      </w:r>
      <w:r>
        <w:rPr>
          <w:lang w:eastAsia="zh-CN"/>
        </w:rPr>
        <w:t>　　三、拓展图书馆功能</w:t>
      </w:r>
      <w:r>
        <w:rPr>
          <w:lang w:eastAsia="zh-CN"/>
        </w:rPr>
        <w:br/>
      </w:r>
      <w:r>
        <w:rPr>
          <w:lang w:eastAsia="zh-CN"/>
        </w:rPr>
        <w:t>　　从传统的借还服务到教育和信息导航的功能转化，是当前教育形式下对学校图书馆工作的全新要，基于这一要求，我馆努力探索工作新路子，不断拓展图书馆的各项教育功能。</w:t>
      </w:r>
      <w:r>
        <w:rPr>
          <w:lang w:eastAsia="zh-CN"/>
        </w:rPr>
        <w:br/>
      </w:r>
      <w:r>
        <w:rPr>
          <w:lang w:eastAsia="zh-CN"/>
        </w:rPr>
        <w:t>　　1.开展利用图书馆教育。对高一全体学生进行入馆教育；组织学生图管员，开展图书情报知识、怎样利用图书馆资源及读者借阅制度等培训；参与学生图书资源利用研究型课题研究；开设网络资源信息检索拓展性课程。经过一系列培训教育，吸引了更多学生走进图书馆、利用图书馆。</w:t>
      </w:r>
      <w:r>
        <w:rPr>
          <w:lang w:eastAsia="zh-CN"/>
        </w:rPr>
        <w:br/>
      </w:r>
      <w:r>
        <w:rPr>
          <w:lang w:eastAsia="zh-CN"/>
        </w:rPr>
        <w:t>　　2.开展丰富多彩的读书活动。今年馆办读书活动4次，主题是：《传统阅读与电子阅读比较》读书讲座、《我与学校图书馆》征文交流、《博览群书》知识竞赛、《读书笔记》展示，累计参与学生达313人。组织学生参加区中小学文学社团刊物比赛，我校20__年5月号刊获得区高中组一等奖。组织学生参加上海市中小学生网上读书活动，如《让精神世界更完美》读书征文及《电脑作品》制作，参加学生30人，其中1人获得二等奖，7人获得三等奖，我馆荣获学校优秀组织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3.开展图书馆宣传。开展对400名各年级的学生进行课外阅读调查，了解学生阅读需求，定期向学生推荐新书和优秀书。每月经过本馆网页、《图书苑》小报及新书专架，向学生报道图书馆动态，发布新书通报，发布好书借阅排行榜，开展图书评论及阅读交流。</w:t>
      </w:r>
      <w:r>
        <w:rPr>
          <w:lang w:eastAsia="zh-CN"/>
        </w:rPr>
        <w:br/>
      </w:r>
      <w:r>
        <w:rPr>
          <w:lang w:eastAsia="zh-CN"/>
        </w:rPr>
        <w:t>　　4.开展教育情报服务。坚持每年编制各学科教育期刊题录及有关教育文摘，开展教师课题研究或教学用资料检索服务，为学校《城郊新建寄宿制高中“和谐发展“的教育资源优化的实践研究》分课题及子课题供给有关资料检索服务。</w:t>
      </w:r>
      <w:r>
        <w:rPr>
          <w:lang w:eastAsia="zh-CN"/>
        </w:rPr>
        <w:br/>
      </w:r>
      <w:r>
        <w:rPr>
          <w:lang w:eastAsia="zh-CN"/>
        </w:rPr>
        <w:t>　　四、提升馆员素质</w:t>
      </w:r>
      <w:r>
        <w:rPr>
          <w:lang w:eastAsia="zh-CN"/>
        </w:rPr>
        <w:br/>
      </w:r>
      <w:r>
        <w:rPr>
          <w:lang w:eastAsia="zh-CN"/>
        </w:rPr>
        <w:t>　　为了更好地适应图书馆现代化管理的岗位职责要求，学校引进了两位图书信息管理本科专业人员，充实了图书馆的技术力量，同时也激发了全馆人员学习业务的积极性。</w:t>
      </w:r>
      <w:r>
        <w:rPr>
          <w:lang w:eastAsia="zh-CN"/>
        </w:rPr>
        <w:br/>
      </w:r>
      <w:r>
        <w:rPr>
          <w:lang w:eastAsia="zh-CN"/>
        </w:rPr>
        <w:t>　　1.加强业务学习。不少馆员利用业余时间，积极进行图书情报知识、计算机应用知识、图书馆自动化管理系统应用的学习。今年，我馆人员参加各类学习有：《新课程背景下中小学图书馆的现代化建设》讲座、《中小学图书馆人员图情知识》上岗培训、《图书馆学基础、信息组织及检索、信息资源分类与编目》职称培训、《学科资源库建设》培训，全年参加培训有5人次，累计培训时数达245学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2.重视工作研究。积极参加市、区图工委组织的各项工作研讨活动，开展图书馆工作交流及研究。以学校发展为契机，积极思考图书馆现代化管理建设，开展课题研究，经过工作研究来促进馆员学习业务、提高业务，从而改善图书馆工作，提升馆员素质。今年，我们针对图书馆现状，开展如何加强学生课外阅读引导以及如何完善图书馆的功能，为师生服务、为课改服务、为教科研服务两个方面工作研究，2名馆员撰写的论文《浅析中学阅读指导》、浅谈新课程背景下中学图书馆功能的完善》参加区中小学图书馆论文评选，并作为我区优秀论文选送上海市中小学图书馆工作研究论文评选。</w:t>
      </w:r>
      <w:r>
        <w:rPr>
          <w:lang w:eastAsia="zh-CN"/>
        </w:rPr>
        <w:br/>
      </w:r>
      <w:r>
        <w:rPr>
          <w:lang w:eastAsia="zh-CN"/>
        </w:rPr>
        <w:t>　　回顾一年的工作，在取得成绩的同时，我们也找到了工作中的不足和问题，主要反映于电子资源建设及电子阅览室管理服务有待进一步探索，教师资料室管理服务应充分体现教育科研信息导航的功能发挥。展望新的一年，我们将继续努力，力争各项工作更上一个新台阶。</w:t>
      </w:r>
      <w:r>
        <w:rPr>
          <w:lang w:eastAsia="zh-CN"/>
        </w:rPr>
        <w:br/>
      </w:r>
      <w:r>
        <w:rPr>
          <w:lang w:eastAsia="zh-CN"/>
        </w:rPr>
        <w:t>　　图书馆职称年终总结 5</w:t>
      </w:r>
      <w:r>
        <w:rPr>
          <w:lang w:eastAsia="zh-CN"/>
        </w:rPr>
        <w:br/>
      </w:r>
      <w:r>
        <w:rPr>
          <w:lang w:eastAsia="zh-CN"/>
        </w:rPr>
        <w:t>　　一、增强服务意识，供给优质服务</w:t>
      </w:r>
      <w:r>
        <w:rPr>
          <w:lang w:eastAsia="zh-CN"/>
        </w:rPr>
        <w:br/>
      </w:r>
      <w:r>
        <w:rPr>
          <w:lang w:eastAsia="zh-CN"/>
        </w:rPr>
        <w:t>　　一年来，在工作中自始自终强调读者第一、服务育人、礼貌规范、科学现代化的服务理念。师生是学校图书馆的主要服务对象，在服务过程中，经过图书馆供给的书刊对学生进行思想品德教育，拓宽学生的知识面，培养学生的创新精神和实践能力，在图书馆工作实践中，作为图书馆的管理员，努力为师生营造一个礼貌、整洁、清新的馆容馆貌，学生阅览室为学生开拓视野、增长知识、培养学生个性和创造性造就良好的阅读场所。</w:t>
      </w:r>
      <w:r>
        <w:rPr>
          <w:lang w:eastAsia="zh-CN"/>
        </w:rPr>
        <w:br/>
      </w:r>
      <w:r>
        <w:rPr>
          <w:lang w:eastAsia="zh-CN"/>
        </w:rPr>
        <w:t>　　二、做好图书馆的日常管理工作</w:t>
      </w:r>
      <w:r>
        <w:rPr>
          <w:lang w:eastAsia="zh-CN"/>
        </w:rPr>
        <w:br/>
      </w:r>
    </w:p>
    <w:p w:rsidR="001B1F19" w14:textId="27C3F48A">
      <w:pPr>
        <w:rPr>
          <w:rFonts w:hint="eastAsia"/>
          <w:lang w:eastAsia="zh-CN"/>
        </w:rPr>
      </w:pPr>
      <w:r>
        <w:rPr>
          <w:lang w:eastAsia="zh-CN"/>
        </w:rPr>
        <w:t>　　1.开学初忙而不乱，建立建全了各项管理工作；高效率，快节奏完成发放教辅用书和作业本以及教师用书工作，认真做好教材验收、分发和统计等工作，热情接待每一位师生。耐心细致处理好每一个班级教材余缺调剂。保证了学校教育教学工作的正常进行。</w:t>
      </w:r>
      <w:r>
        <w:rPr>
          <w:lang w:eastAsia="zh-CN"/>
        </w:rPr>
        <w:br/>
      </w:r>
      <w:r>
        <w:rPr>
          <w:lang w:eastAsia="zh-CN"/>
        </w:rPr>
        <w:t>　　2.及时办理新生和新进教师的借书证工作；为学校师生的书报、刊物借阅工作供给最大的方便。还加快了图书、报刊的新进电脑登记录入工作。认真分析了学校图书的藏书结构、针对学校教育教学工作的特点和需要，上半年完成了新书的选购并于暑假之前协助编目员完成编目上架等很多工作。向广大师生推荐介绍好书、新书。对新到的报刊及时展出，决可是夜，让广大师生及时看到最新的报刊资料，并对过期的报刊及时装订入库，让每一种图书报刊都真正地发挥出效益。从而激发了广大师生的阅读兴趣和热情。为节省师生的时间，在提高工作效率上作文章、下功夫。实行了边工作、边学习、加强练兵的“三步曲”。</w:t>
      </w:r>
      <w:r>
        <w:rPr>
          <w:lang w:eastAsia="zh-CN"/>
        </w:rPr>
        <w:br/>
      </w:r>
      <w:r>
        <w:rPr>
          <w:lang w:eastAsia="zh-CN"/>
        </w:rPr>
        <w:t>　　一是勤整理，对师生归还的图书每一天及时归类上架；</w:t>
      </w:r>
      <w:r>
        <w:rPr>
          <w:lang w:eastAsia="zh-CN"/>
        </w:rPr>
        <w:br/>
      </w:r>
      <w:r>
        <w:rPr>
          <w:lang w:eastAsia="zh-CN"/>
        </w:rPr>
        <w:t>　　二是勤检查，对师生在借阅时抽乱、插错的书籍勤查找；</w:t>
      </w:r>
      <w:r>
        <w:rPr>
          <w:lang w:eastAsia="zh-CN"/>
        </w:rPr>
        <w:br/>
      </w:r>
      <w:r>
        <w:rPr>
          <w:lang w:eastAsia="zh-CN"/>
        </w:rPr>
        <w:t>　　三是勤过目，到书架旁勤看一看，对图书的.位置了如指掌。从而为师生查找资料时节省了时间，提高效率。</w:t>
      </w:r>
      <w:r>
        <w:rPr>
          <w:lang w:eastAsia="zh-CN"/>
        </w:rPr>
        <w:br/>
      </w:r>
      <w:r>
        <w:rPr>
          <w:lang w:eastAsia="zh-CN"/>
        </w:rPr>
        <w:t>　　3.认真完成图书的剔旧换新的任务。目前学校藏书量是4.5万多册图书，为了不误学生阅读、教师借阅的情景下，对那些流通率高容易坏的书本及时修补上架。由于图书书脊上的标贴大部分已经脱落，故本学期对全书库的图书标贴进行修理，这是一项比较大的、比较苦累的工作，可是工作起来没有一句怨言。</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https://d.book118.com/738015013047006044</w:t>
        </w:r>
      </w:hyperlink>
    </w:p>
    <w:p w:rsidR="001B1F19">
      <w:pPr>
        <w:rPr>
          <w:rFonts w:hint="eastAsia"/>
          <w:lang w:eastAsia="zh-CN"/>
        </w:rPr>
      </w:pPr>
    </w:p>
    <w:sectPr>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3801501304700604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