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毕业实习心得体会范文[锦集15篇]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t>毕业实习心得体会范文1</w:t>
      </w:r>
      <w:r>
        <w:rPr>
          <w:lang w:eastAsia="zh-CN"/>
        </w:rPr>
        <w:br/>
      </w:r>
      <w:r>
        <w:rPr>
          <w:lang w:eastAsia="zh-CN"/>
        </w:rPr>
        <w:t xml:space="preserve">    经过在银行的1个半月的实习，我从客观上对自己在学校里所学的知识有了感性的认识，使自己更加充分地理解了理论与实际的关系。我这次实习所涉及的内容，主要是第三方存管业务，其他一般了解的有储蓄业务、信用卡业务。工作包括最先简单的录入、统计和后来的前台营销、接待工作。 </w:t>
      </w:r>
      <w:r>
        <w:rPr>
          <w:lang w:eastAsia="zh-CN"/>
        </w:rPr>
        <w:br/>
      </w:r>
      <w:r>
        <w:rPr>
          <w:lang w:eastAsia="zh-CN"/>
        </w:rPr>
        <w:t>　　实习内容</w:t>
      </w:r>
      <w:r>
        <w:rPr>
          <w:lang w:eastAsia="zh-CN"/>
        </w:rPr>
        <w:br/>
      </w:r>
      <w:r>
        <w:rPr>
          <w:lang w:eastAsia="zh-CN"/>
        </w:rPr>
        <w:t>　　在实习的前两个星期，我在五角场支行的电子产品部学习银行的最基本工作，如录入、统计、制表、复核等。通过这些简单的工作，我了解了银行卡业务的基本操作流程，未接触银行工作前看似简单的一张信用卡，是必须经过评估、审核、录入、复核、存档、编制、打印等一系列完整严密的手续才能完成的。当中任何一个环节出了差错，都会带来繁琐的纠正工作。刚开始认为对于简单的电脑操作完全可以胜任的我，慢慢明白，最重要的不是快，而是准。除了银行卡的操作流程，在做一些杂事，如电话联络各所业务人员、大堂经理等工作时，我也深刻体会到银行不是简单的存款取款的渠道，而是一个具有权威性的完整的金融机构。银行的后台业务也包罗万象，每个部门都有自己工作的操作流程，而我这次接触的是电子产品部，主要学习的是第三方存管业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经过两个星期的学习，我有幸有机会被分配到黄兴所营业网点进行前台的第三方存管业务处理。每天我和一名银行操作人员还有三名实习生一组人来到营口路上的中心建投证券所，推广第三方存管业务。第三方存管是指证券公司客户证券交易结算资金交由银行存管，由存管银行按照法律、法规的要求，负责客户资金的存取与资金交收，证券交易操作保持不变。对于这个国家刚出台的新型业务，我们要做好介绍和营销工作。在证券所，接触到的大部分人都是退休离职人员，年长的不在少数。我们除了需要耐心讲解外，还会根据他们的需要为他们提供各种便利帮助他们申请和使用。介绍、答疑、填表、复印、装订、跑上跑下这些看似简单的活拼凑在一起，比起在办公室里的电脑录入工作可是辛苦多了。不过这样的亲民实习让我学习到了很多，收获颇丰：要做好一份工作甚至一个业务，要从顾客的`角度切实为他们着想，要用诚心感动他们，尤其是银行这样一个公立的角色，更要时时以认真严谨的态度要求自己服务大众。</w:t>
      </w:r>
      <w:r>
        <w:rPr>
          <w:lang w:eastAsia="zh-CN"/>
        </w:rPr>
        <w:br/>
      </w:r>
      <w:r>
        <w:rPr>
          <w:lang w:eastAsia="zh-CN"/>
        </w:rPr>
        <w:t>　　第三方存管作为一个新出台的业务，不仅给了证券市场一股新的气象，也给了我全新的力量，让我收获的不仅仅是简单的业务操作方法，且是工作背后那份深刻的认知体会该如何做好一个银行人员。</w:t>
      </w:r>
      <w:r>
        <w:rPr>
          <w:lang w:eastAsia="zh-CN"/>
        </w:rPr>
        <w:br/>
      </w:r>
      <w:r>
        <w:rPr>
          <w:lang w:eastAsia="zh-CN"/>
        </w:rPr>
        <w:t>　　实习收获与体会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这次实习，除了让我对农业银行的基本业务有了一定了解，并且能进行基本操作外，我觉得自己在其他方面的收获也是挺大的。作为一名一直生活在单纯的大学校园的我，这次的实习无疑成为了我踏入社会前的一个平台，为我今后踏入社会奠定了基础。</w:t>
      </w:r>
      <w:r>
        <w:rPr>
          <w:lang w:eastAsia="zh-CN"/>
        </w:rPr>
        <w:br/>
      </w:r>
      <w:r>
        <w:rPr>
          <w:lang w:eastAsia="zh-CN"/>
        </w:rPr>
        <w:t>　　首先，我觉得在学校和单位的很大一个不同就是进入社会以后必须要有很强的责任心。在工作岗位上，我们必须要有强烈的责任感，要对自己的岗位负责，要对自己办理的业务负责。如果没有完成当天应该完成的工作，那职员必须得加班;如果不小心出现了错误，也必须负责纠正。</w:t>
      </w:r>
      <w:r>
        <w:rPr>
          <w:lang w:eastAsia="zh-CN"/>
        </w:rPr>
        <w:br/>
      </w:r>
      <w:r>
        <w:rPr>
          <w:lang w:eastAsia="zh-CN"/>
        </w:rPr>
        <w:t>　　其次，我觉得工作后每个人都必须要坚守自己的职业道德和努力提高自己的职业素养，正所谓做一行就要懂一行的行规。在这一点上我从实习单位同事那里深有体会。比如，有的业务办理需要身份证件，虽然客户可能是自己认识的人，他们也会要求对方出示证件，而当对方有所微词时，他们也总是耐心的解释为什么必须得这么做。现在银行已经类似于服务行业，所以职员的工作态度问题尤为重要，这点我有亲身感受。</w:t>
      </w:r>
      <w:r>
        <w:rPr>
          <w:lang w:eastAsia="zh-CN"/>
        </w:rPr>
        <w:br/>
      </w:r>
      <w:r>
        <w:rPr>
          <w:lang w:eastAsia="zh-CN"/>
        </w:rPr>
        <w:t>　　最后，我觉得到了实际工作中以后，学历并不显得最重要，主要看的是个人的业务能力和交际能力。任何工作，做得时间久了是谁都会做的，在实际工作中动手能力更重要。</w:t>
      </w:r>
      <w:r>
        <w:rPr>
          <w:lang w:eastAsia="zh-CN"/>
        </w:rPr>
        <w:br/>
      </w:r>
      <w:r>
        <w:rPr>
          <w:lang w:eastAsia="zh-CN"/>
        </w:rPr>
        <w:t>　　因此，我体会到，如果将我们在大学里所学的知识与更多的实践结合在一起，用实践来检验真理，使一个本科生具备较强的处理基本实务的能力与比较系统的专业知识，这才是我们实习的真正目的。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很感谢实习单位给我这个这么好的实习机会，让我学习很多、成长很多、收获很多。</w:t>
      </w:r>
      <w:r>
        <w:rPr>
          <w:lang w:eastAsia="zh-CN"/>
        </w:rPr>
        <w:br/>
      </w:r>
      <w:r>
        <w:rPr>
          <w:lang w:eastAsia="zh-CN"/>
        </w:rPr>
        <w:t>毕业实习心得体会范文2</w:t>
      </w:r>
      <w:r>
        <w:rPr>
          <w:lang w:eastAsia="zh-CN"/>
        </w:rPr>
        <w:br/>
      </w:r>
      <w:r>
        <w:rPr>
          <w:lang w:eastAsia="zh-CN"/>
        </w:rPr>
        <w:t xml:space="preserve">    化工实习及收获一这次能有机会去工厂实习，我感到非常荣幸。虽然只有一个礼拜的时间，但是在这段时间里，在老师和工人师傅的帮助和指导下，对于一些平常理论的东西，有了感性的认识，感觉受益匪浅。这对我们以后的学习和工作有很大的帮助，我在此感谢学院的领导和老师能给我们这样一次学习的机会，也感谢老师和各位工人师傅的的悉心指导. </w:t>
      </w:r>
      <w:r>
        <w:rPr>
          <w:lang w:eastAsia="zh-CN"/>
        </w:rPr>
        <w:br/>
      </w:r>
      <w:r>
        <w:rPr>
          <w:lang w:eastAsia="zh-CN"/>
        </w:rPr>
        <w:t>　　我们这次实习，主要在玉龙的尿素生产厂。在转化，脱碳，碳化，合成氨，尿素合成等五个车间共六个工段都进行了半天的实习，在车间师傅的详细讲解和悉心指导下，我们详细的了解了每个工段的设备和操控系统，初步了解了工厂各个工段的工艺指标，对工厂的管理制度也进行了简单的了解，在实习的最后一天，我们还参观了研究生产销售化学纤维、精制二硫化碳、漂白玻璃纸、彩色玻璃纸及其加工产品、经营企业自产产品及技术的出口业务的成都华明玻璃纸股份有限公司。初步认识了玻璃纸的制作流程和车间的情况。</w:t>
      </w:r>
      <w:r>
        <w:rPr>
          <w:lang w:eastAsia="zh-CN"/>
        </w:rPr>
        <w:br/>
      </w:r>
      <w:r>
        <w:rPr>
          <w:lang w:eastAsia="zh-CN"/>
        </w:rPr>
        <w:t>　　成都化肥厂是1958年全国首批兴建的13套年产__吨合成氨的小氮肥厂之一，__年改制后更名为成都玉龙化工有限公司，__年与省农司合作，实现资产重组，为企业发展打下更为坚实的基础。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__多年的艰苦创业，公司多次受到原化工部、四川省和成都市各级领导的表彰，荣获原化工部首批命名的六好企业、精神文明工厂、全国环境优美工厂等殊荣。裕农牌碳铵、尿素获部优、省优。98年以来公司不断进行技术改造，先后采用四套先进的进口和国产dcs计算机控制系统，使产品产量、质量不断提高，成本不断降低。目前，公司具有年产10万吨合成氨、13万吨尿素、10万吨碳铵、10万吨复合肥的化肥生产能力。在质量第一、用户至上的生产经营宗旨指导下，产品深得用户好评和市场亲睐，__年荣获四川化学原料及化学制品制造业工业企业最大市场占有份额30强，__年公司裕农牌尿素被四川省质量技术监督局列入免检产品，__年被评为成都市模范企业。</w:t>
      </w:r>
      <w:r>
        <w:rPr>
          <w:lang w:eastAsia="zh-CN"/>
        </w:rPr>
        <w:br/>
      </w:r>
      <w:r>
        <w:rPr>
          <w:lang w:eastAsia="zh-CN"/>
        </w:rPr>
        <w:t>　　玉龙公司控股1个子公司和3个分厂，成都科创精细化工有限公司生产水处理剂、聚丙烯酸脂特种橡胶等多种精细化工产品，成都化肥厂生产尿素和碳铵。成都玉龙化工有限公司复合肥分厂生产复混肥。宝鸡市川龙化工有限公司生产碳铵、甲醇、初甲醇。</w:t>
      </w:r>
      <w:r>
        <w:rPr>
          <w:lang w:eastAsia="zh-CN"/>
        </w:rPr>
        <w:br/>
      </w:r>
      <w:r>
        <w:rPr>
          <w:lang w:eastAsia="zh-CN"/>
        </w:rPr>
        <w:t>　　作为一个迄今有__余年的老化肥厂，玉龙公司位于古蜀商贾道上的驿站，也是诸葛孔明用兵布阵设旱八阵的军事要地青白江，一个具有诗意的名字，一块富庶的宝地，成都市的工业区，在这里云集了众多大小规模的国有企业，直到本世纪初，在历经各种变革以后，留存下来且有活力的企业已屈指可数。其中，成都玉龙化工有限公司，不仅是一家很有活力的企业，也成了青白江区的纳税大户之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玉树临风立大地，蛟龙出水腾长空。成都市技术监督管理局青白江分局副局长、著名书法家沈宗富为成都玉龙化工有限公司题写的一幅对联，以说明今天的玉龙公司如一棵参天的大树，任凭风吹雨打，它都坚定不移地挺立于大地，又如出水的蛟龙正腾飞于长空，比喻该公司的发展前景广阔。</w:t>
      </w:r>
      <w:r>
        <w:rPr>
          <w:lang w:eastAsia="zh-CN"/>
        </w:rPr>
        <w:br/>
      </w:r>
      <w:r>
        <w:rPr>
          <w:lang w:eastAsia="zh-CN"/>
        </w:rPr>
        <w:t>　　化工实习心得体会及收获二石化行业的蓬勃发展标志着一个国家工业水平的繁荣昌盛。燕山石化是中国石化集团下属特大型石油化工联合企业之一，在国内外石化领域占有十分重要的地位。作为一名化工型学子，我有幸两次亲临燕山石油化工有限公司，第一次只是从感观上认识燕化，而这一次则亲临操作现场，亲自动手参与生产实践，确实深有感触。在学校里的理论学习或许比较深刻和透彻，但缺乏了动手实践的机会，可能就会显得有些枯燥乏味，这次的生产实习让我们体会到，实践出真知。唯有理论知识与生产实践相互结合起来，才会让我们意识到学以所用的巨大魅力，这正如马克思主义哲学思想，理论与实际相联系。实践的观点是马哲首要和基本的观点，实践的原则是马哲的建构原则，所以，建立一套正确、完善的理论体系，就是建立在一次又一次的实践经历之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燕化的第一周，我们学习了对二甲苯临氢异构化装置的生产原理、工艺流程和相关设备的工作原理和结构，其中较为常见的精馏塔和换热器等，我们都有机会亲眼目睹到真实的各类大型设备，甚至能亲自动手操作和控制。在老师傅的细心讲解之下，我们都主动参与实践，参与问题讨论，也许是第一次面对这些功能各异的化工仪器设备，大家都很新奇，也很积极地去学习，在室内操作中，各组人员有序地进行工作，虽然只是一次仿真模拟的经历，我们都各自绷紧神经，生怕自己的操作会出现问题，小心谨慎地去调整各个参数。当然，这一方面是需要带队老师的精心指导，另一方面也要充分发挥自己所学的理论知识。面对实践的考验，也就是对我们所学知识的检验，这是了解一个化工生产工艺过程的关键步骤，有机会进入到每个流程，这是在学校里不可能有的机会。怀着这种好奇心，我爬高钻低，去观察一些设计的细节，正好上学期刚学完了化工课程设计，这次实习，正好加深了一些概念上和实物上的联系理解。在理论的设计过程中，我总会有一些不能理解的专业问题慢慢积累，虽然问过老师，却总是不能从根本上去理解和记忆，这次实习，所有问题几乎都能迎刃而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在燕化实习的第二周，我们通过仿真软件学习了常减压装置的工作原理和工艺流程，这是一套模拟炼油厂的精馏过程装置，常减压是石油加工行业中的龙头装置，也就是说，只要是从石油中提炼出来的化工产品，这个常减压蒸馏处理是第一步。现场也是一个模拟界面，DCS集散控制系统控制界面，通过控制现场和系统，将整个流程实现正常开车和维持平稳状态。这个操作过程相比上一周的要复杂，但也因为有了上一周的学习，在理解方面也有很大的帮助。按照生产工艺流程，逐步开启和调整，最后还要将生产维持在一个平稳安全的状态。开始每次开车都得用三四个小时的时间，一个星期的实习，我们渐渐从生疏到熟练，一次比一次开得稳，时间也渐渐缩短。在整个过程中，我体会到了很多很多实践工作中的乐趣，一种思考问题和寻找答案的乐趣。同时，也领悟到了很多道理，人们在实践中犯了错误，遭到了失败，也许就是没有坚持主体与客体的统一，将理论知识推崇于基石之上，甚至违背了实际情况。从客体方面来说，客体发展的无限性和过程性决定了这种统一的不协调。从主体方面来说，脱离了客观发展情况，也是不合理的。所以，在仿真过程中，加之深入到实际的生产中，两者相互结合统一，才能推动整个事物的发展。</w:t>
      </w:r>
      <w:r>
        <w:rPr>
          <w:lang w:eastAsia="zh-CN"/>
        </w:rPr>
        <w:br/>
      </w:r>
      <w:r>
        <w:rPr>
          <w:lang w:eastAsia="zh-CN"/>
        </w:rPr>
        <w:t>　　在燕山的实习虽然只有两周，此次实习很短暂，单讲实习，能学到的东西也是有限的，不过在感性认识上我们对化工厂的情况有了更详细的认识。从实习中，也发现了自己还有很多地方需要去学习和巩固，认识到理论与实际的差距，同时也找到自身情况和社会实际需要的差距。我会在以后的工作和学习中，加强锻炼，为走向社会、服务社会做好准备，在实践中也要不断去创新，才会不断发展，为石化行业做出自己的贡献！</w:t>
      </w:r>
      <w:r>
        <w:rPr>
          <w:lang w:eastAsia="zh-CN"/>
        </w:rPr>
        <w:br/>
      </w:r>
      <w:r>
        <w:rPr>
          <w:lang w:eastAsia="zh-CN"/>
        </w:rPr>
        <w:t>　　化工实习心得体会及收获三半个学期的校内化工模拟仿真实验结束了，这段时间的实验心情是复杂的。从这里可以看出，这个实验让我学到了很多，获得了很多以前单纯从课堂上无法获得的知识、经验。对于半个学期来的实验，在这里我以一种总结和自省的心态来完成这份报告。也以此纪念我在校内的实验生活。</w:t>
      </w:r>
      <w:r>
        <w:rPr>
          <w:lang w:eastAsia="zh-CN"/>
        </w:rPr>
        <w:br/>
      </w:r>
      <w:r>
        <w:rPr>
          <w:lang w:eastAsia="zh-CN"/>
        </w:rPr>
        <w:t>　　仿真实验是以仿真机为工具，用实时运行的动态数学模型代替真实工厂进行教学实习的一门新技术。仿真机是基于电子计算机、网络或多媒体部件，由人工建造的，模拟工厂操作与控制或工业过程的.设备，同时也是动态数学模型实时运行的环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仿真实验为学生提供了充分动手的机会，可在仿真机上反复进行开车、停车训练，在仿真机上，学生变成学习的主体。学生可以根据自己的具体情况有选择地学习。例如自行设计、试验不同的开、停车方案，试验复杂控制方案、优化操作方案等。可以设定各种事故和极限运行状态，提高学生分析能力和在复杂情况下的决策能力。真实工厂决不允许这样做。高质量的仿真器具有较强的交互性能，使学生在仿真实验过程中能够发挥学习主动性，实验效果突出。主要内容为精选化工单元操作与典型的工业生产装置，如离心泵、换热器、压缩、吸收、精馏、间歇反应、连续反应、加热炉及石油化工中的催化裂化装置、常减压装置、合成氨中的转化装置等。采用计算机进行仿真操作的方式。</w:t>
      </w:r>
      <w:r>
        <w:rPr>
          <w:lang w:eastAsia="zh-CN"/>
        </w:rPr>
        <w:br/>
      </w:r>
      <w:r>
        <w:rPr>
          <w:lang w:eastAsia="zh-CN"/>
        </w:rPr>
        <w:t>　　在实验的过程中，使学生对装置的工艺流程，正常工况的工艺参数范围，控制系统的原理，阀门及操作点的作用以及开车规程等更加详细的了解，并掌握典型化工生产过程的开车、停车、运行和排除事故的能力。</w:t>
      </w:r>
      <w:r>
        <w:rPr>
          <w:lang w:eastAsia="zh-CN"/>
        </w:rPr>
        <w:br/>
      </w:r>
      <w:r>
        <w:rPr>
          <w:lang w:eastAsia="zh-CN"/>
        </w:rPr>
        <w:t>　　在这里我举一些具体的实验例子来说明我们学习的内容:</w:t>
      </w:r>
      <w:r>
        <w:rPr>
          <w:lang w:eastAsia="zh-CN"/>
        </w:rPr>
        <w:br/>
      </w:r>
      <w:r>
        <w:rPr>
          <w:lang w:eastAsia="zh-CN"/>
        </w:rPr>
        <w:t>　　精馏、吸收是化学工业中进行混合物分离的两种单元操作，在化学工业中占有重要的地位。这两部分理论较抽象，只在课堂上向学生传授相应的理论知识，学生觉得难以理解。由于没有实物参照，教师在教授这部分内容时也感到有些被动。因此学生在学习这两部分内容的同时，进行相应的实践课就显得尤为必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通过仿真实验，学生在学习了精馏、吸收两章的理论知识后，到实验室实际操作筛板精馏塔和填料吸收塔。实验室内精馏、吸收流程小巧、简洁，方便学生观察物料的反应。学生在实训时，边操作、边观察、边思索、边讨论，不但可以解决课堂的遗留问题，还可以将课本上的理论知识应用于实际的操作中。这样一方面增强了学生的学习兴趣，激发了他们的学习积极性。一方面给教学工作增添了许多色彩。</w:t>
      </w:r>
      <w:r>
        <w:rPr>
          <w:lang w:eastAsia="zh-CN"/>
        </w:rPr>
        <w:br/>
      </w:r>
      <w:r>
        <w:rPr>
          <w:lang w:eastAsia="zh-CN"/>
        </w:rPr>
        <w:t>　　实验课对我们理解精馏、吸收两章起了重要的作用，实验前在课堂上听到塔，感到抽象，难以想象塔内气液两相相互接触后各组分分离的过程。实验后他们感到这两部分内容也不是那么难。</w:t>
      </w:r>
      <w:r>
        <w:rPr>
          <w:lang w:eastAsia="zh-CN"/>
        </w:rPr>
        <w:br/>
      </w:r>
      <w:r>
        <w:rPr>
          <w:lang w:eastAsia="zh-CN"/>
        </w:rPr>
        <w:t>　　还有通过仿真实验，能让学生更深入地了解生产装置的工艺过程，理解理论与生产实际相结合的作用，在减少对实际生产干扰的情况下，提高操作水平，为企业培养高水平的人才，让学生熟练掌握一些常见事故的处理方法，减少突发性事故和误操作，可以方便地让学生掌握不同岗位的生产运行操作技能，达到一人适合多个岗位的生产操作要求，提升学生的全面生产操作技能。</w:t>
      </w:r>
      <w:r>
        <w:rPr>
          <w:lang w:eastAsia="zh-CN"/>
        </w:rPr>
        <w:br/>
      </w:r>
      <w:r>
        <w:rPr>
          <w:lang w:eastAsia="zh-CN"/>
        </w:rPr>
        <w:t>　　实验过程中我们要注意以下问题:</w:t>
      </w:r>
      <w:r>
        <w:rPr>
          <w:lang w:eastAsia="zh-CN"/>
        </w:rPr>
        <w:br/>
      </w:r>
      <w:r>
        <w:rPr>
          <w:lang w:eastAsia="zh-CN"/>
        </w:rPr>
        <w:t>　　1、进行仿真实习操作前，必须认真阅读化工仿真实验教材，了解操作内容和生产背景。</w:t>
      </w:r>
      <w:r>
        <w:rPr>
          <w:lang w:eastAsia="zh-CN"/>
        </w:rPr>
        <w:br/>
      </w:r>
      <w:r>
        <w:rPr>
          <w:lang w:eastAsia="zh-CN"/>
        </w:rPr>
        <w:t>　　2、务必保持安静。有问题时，可举手单独与指导老师交流。</w:t>
      </w:r>
      <w:r>
        <w:rPr>
          <w:lang w:eastAsia="zh-CN"/>
        </w:rPr>
        <w:br/>
      </w:r>
      <w:r>
        <w:rPr>
          <w:lang w:eastAsia="zh-CN"/>
        </w:rPr>
        <w:t>　　3、化工仿真教学软件系统是专用软件，禁止改变该软件的固定参数。严禁改变仿真机原有设置。</w:t>
      </w:r>
      <w:r>
        <w:rPr>
          <w:lang w:eastAsia="zh-CN"/>
        </w:rPr>
        <w:br/>
      </w:r>
      <w:r>
        <w:rPr>
          <w:lang w:eastAsia="zh-CN"/>
        </w:rPr>
        <w:t>　　4、严禁在仿真机上进行与化工仿真无关的操作。</w:t>
      </w:r>
      <w:r>
        <w:rPr>
          <w:lang w:eastAsia="zh-CN"/>
        </w:rPr>
        <w:br/>
      </w:r>
      <w:r>
        <w:rPr>
          <w:lang w:eastAsia="zh-CN"/>
        </w:rPr>
        <w:t>　　5、严禁在仿真机上进行任何外来软盘、光盘、移动盘等操作。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6、每次实验操作完成后，需举手示意指导老师，经老师检查同意记录操作成绩后方可退</w:t>
      </w:r>
      <w:r>
        <w:rPr>
          <w:lang w:eastAsia="zh-CN"/>
        </w:rPr>
        <w:br/>
      </w:r>
      <w:r>
        <w:rPr>
          <w:lang w:eastAsia="zh-CN"/>
        </w:rPr>
        <w:t>　　半个学期的仿真实验，模拟了这许多的化工过程的操作流程。这种经历使得我们这些即将面向社会，走向工作岗位的毕业生们对各种过程的流程和相关程序有了感性上深刻的认识和了解，也让我们接触到了企业实际生产的去盘工作流程，将书本上的知识与实际情况很好的结合，做到学以致用。感谢学校能给我们提供这么好的学习机会！也感谢老师的悉心指导。</w:t>
      </w:r>
      <w:r>
        <w:rPr>
          <w:lang w:eastAsia="zh-CN"/>
        </w:rPr>
        <w:br/>
      </w:r>
      <w:r>
        <w:rPr>
          <w:lang w:eastAsia="zh-CN"/>
        </w:rPr>
        <w:t>毕业实习心得体会范文3</w:t>
      </w:r>
      <w:r>
        <w:rPr>
          <w:lang w:eastAsia="zh-CN"/>
        </w:rPr>
        <w:br/>
      </w:r>
      <w:r>
        <w:rPr>
          <w:lang w:eastAsia="zh-CN"/>
        </w:rPr>
        <w:t xml:space="preserve">    不知不觉我们已在产科呆了一个月了，在这一个月来，使我充分扎实的学到了不少专业学问。妇产科不同于其他科室，它的专业功底是很雄厚的，只有真正的去努力学会吃透，才算得上是精益求精。 </w:t>
      </w:r>
      <w:r>
        <w:rPr>
          <w:lang w:eastAsia="zh-CN"/>
        </w:rPr>
        <w:br/>
      </w:r>
      <w:r>
        <w:rPr>
          <w:lang w:eastAsia="zh-CN"/>
        </w:rPr>
        <w:t>　　在带教王老师的指导下，每个星期我们都获得了理论的'灌输，如：专科的学问要点，留意事项，护理操作。从而使我更深化地理论联系到实践中去，比方说，给婴儿洗澡时应留意什么，虽然还轮不到我们为婴儿洗澡，但我可从中学习，此外在产房的时候，为病人消毒皮肤，之中我有不足的地方，但我更情愿吸取教训，努力更正，争取做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通过妇产科实习，巩固妇产科的理论学问，熟识妊娠、分娩、产后的正常过程及其护理，异样过程及患病妇女的护理、安排生育和妇女保健指导内容等，同时要了解国内外新技术、新疗法的进展状况，如互动式亲情沐浴、导乐分娩、婴儿抚触、婴儿游泳等以家庭为中心的护理技术，开展护理科研，撰写论文，培育学生的综合素养，提高学生的实践技能。</w:t>
      </w:r>
      <w:r>
        <w:rPr>
          <w:lang w:eastAsia="zh-CN"/>
        </w:rPr>
        <w:br/>
      </w:r>
      <w:r>
        <w:rPr>
          <w:lang w:eastAsia="zh-CN"/>
        </w:rPr>
        <w:t>　　产科的实习工作虽然忙，但忙有所得。不管任何科室，我都会努力主动地去做好！</w:t>
      </w:r>
      <w:r>
        <w:rPr>
          <w:lang w:eastAsia="zh-CN"/>
        </w:rPr>
        <w:br/>
      </w:r>
      <w:r>
        <w:rPr>
          <w:lang w:eastAsia="zh-CN"/>
        </w:rPr>
        <w:t>毕业实习心得体会范文4</w:t>
      </w:r>
      <w:r>
        <w:rPr>
          <w:lang w:eastAsia="zh-CN"/>
        </w:rPr>
        <w:br/>
      </w:r>
      <w:r>
        <w:rPr>
          <w:lang w:eastAsia="zh-CN"/>
        </w:rPr>
        <w:t xml:space="preserve">    0__年__月__日至5月_日，我在思南三中进行了将近三个月的实习。在指导老师的帮助下，我较好地完成了教育实习任务，实习工作得到了较为圆满的成功。在此期间，我看到了一片未曾接触的新天地，触及了未曾涉及的新领域；在此期间，做好每一件事都是我的信念，完成每一项任务都是我的执着；在此期间，竭尽我的心智，细细思考，认真品味，找寻着我的每一份感想，每一份领悟，思索着我的得与失，进行着成长自我的.每一步。回味这短暂而充实快乐的日子，我只是觉得日子真如白驹过隙一般，匆匆滑过指尖，不容我挽留，而我唯一可以做的，唯一可以挽留的是这段日子以来，我心灵的感悟，思想上迈出的几大步。 </w:t>
      </w:r>
      <w:r>
        <w:rPr>
          <w:lang w:eastAsia="zh-CN"/>
        </w:rPr>
        <w:br/>
      </w:r>
      <w:r>
        <w:rPr>
          <w:lang w:eastAsia="zh-CN"/>
        </w:rPr>
        <w:t>　　我于3月_日到思南三中报到，正式开始了实习生活，实习班级为八年级（9）班。在近三个月的实习生活中，作为一名实习老师，我以一名正式教师的标准严格要求自己，以高度的责任心、积极的态度投入到课堂教学中。</w:t>
      </w:r>
      <w:r>
        <w:rPr>
          <w:lang w:eastAsia="zh-CN"/>
        </w:rPr>
        <w:br/>
      </w:r>
      <w:r>
        <w:rPr>
          <w:lang w:eastAsia="zh-CN"/>
        </w:rPr>
        <w:t>毕业实习心得体会范文5</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毕业实习是每个大学本科毕业生必修的一门课程，也是十分重要的一门人生必修课。这短短的在宁波罗蒙实习的两个月，我获益匪浅，也为毕业后正式走进罗蒙做了很好的准备。</w:t>
      </w:r>
      <w:r>
        <w:rPr>
          <w:lang w:eastAsia="zh-CN"/>
        </w:rPr>
        <w:t xml:space="preserve"> </w:t>
      </w:r>
      <w:r>
        <w:rPr>
          <w:lang w:eastAsia="zh-CN"/>
        </w:rPr>
        <w:br/>
      </w:r>
      <w:r>
        <w:rPr>
          <w:lang w:eastAsia="zh-CN"/>
        </w:rPr>
        <w:t>　　一、关于实习公司</w:t>
      </w:r>
      <w:r>
        <w:rPr>
          <w:lang w:eastAsia="zh-CN"/>
        </w:rPr>
        <w:br/>
      </w:r>
      <w:r>
        <w:rPr>
          <w:lang w:eastAsia="zh-CN"/>
        </w:rPr>
        <w:t>　　我所实习的罗蒙集团股份有限公司简称罗蒙集团，始创于1984年，是国家工商总局核准的全国性、无区域、跨行业、现代化的著名大型服装企业集团。主导产品罗蒙西服年销量居全国第一。西服国内市场综合占有率排名第二，公司通过iso9002国际质量体系认证和iso14001国际环境管理体系认证。“罗蒙”现为美国、法国、意大利、俄罗斯、日本等20多个国家的注册商标，为中国驰名商标、中国名牌。集团旗下已有品牌：“罗蒙(男装)”“"romon”(女装)“luoguan”(罗冠)“_lms”罗蒙集团通过罗蒙品牌oem模式与国际大企业集团强强合作，加快国际化步伐，进而成为挤身世界著名服装品牌企业的行列。</w:t>
      </w:r>
      <w:r>
        <w:rPr>
          <w:lang w:eastAsia="zh-CN"/>
        </w:rPr>
        <w:br/>
      </w:r>
      <w:r>
        <w:rPr>
          <w:lang w:eastAsia="zh-CN"/>
        </w:rPr>
        <w:t>　　二、实习的内容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由于我是应届毕业生，本身对企业的经营方式等都很陌生，公司让我们的北方区经理刘总带我学习，以师傅带徒弟的方式，指导我的日常实习。在刘总的热心指导下，我依次对公司的基本产品、产业结构、信息化实施进行了了解，并积极参与相关工作，注意把书本上学到的管理理论知识以及信息管理的相关知识对照实际工作，用理论知识加深对实际工作的认识，用实践验证大学所学确实有用。以双重身份完成了学习与工作两重任务。跟公司同事一样上下班，协助同事完成部门工作;又以学生身份虚心学习，努力汲取实践知识。我心里明白我要以良好的工作态度以及较强的工作能力和勤奋好学来适应公司的工作，完成公司的任务。简短的实习生活，既紧张，又新奇，收获也很多。通过实习，使我对宁波服装企业的生产、管理工作以及发展前景有了深层次的感性与理性的认识。</w:t>
      </w:r>
      <w:r>
        <w:rPr>
          <w:lang w:eastAsia="zh-CN"/>
        </w:rPr>
        <w:br/>
      </w:r>
      <w:r>
        <w:rPr>
          <w:lang w:eastAsia="zh-CN"/>
        </w:rPr>
        <w:t>　　在公司我主要的工作任务是与华北区分公司的联系，统计每周的销售情况，还有参与了公司春夏、秋冬产品的发布、订货会。罗蒙的春夏、秋冬产品订货会是公司的重要活动，决定了公司春夏、秋冬产品的区域性分配情况，以及每个分公司能够上架的物品情况。为了扩大公司对分公司的控制力，公司将每年的订货---生产----发货机制改为了，市场调研---生产----分配机制，加强了公司对终端市场卖场的控制力。由于缺乏经验，我在期间做数据统计的时间走了很多弯路，给同事的工作带来了很多麻烦，但是我们经理没批评我，而是让我继续认真的把事情做好，我很受鼓舞，同时也很努力的去把事情做好。</w:t>
      </w:r>
      <w:r>
        <w:rPr>
          <w:lang w:eastAsia="zh-CN"/>
        </w:rPr>
        <w:br/>
      </w:r>
      <w:r>
        <w:rPr>
          <w:lang w:eastAsia="zh-CN"/>
        </w:rPr>
        <w:t>　　三、实习的提高与收获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实习生活，感触是很深的，提高的方面很多，但对我来说最主要的是工作能力的进步。毕业实习主要的目的就是提高我们应届毕业生社会工作的能力，如何学以致用，给我们一次将自己在大学期间所学习的各种书面以及实际的知识，实际操作、演练的机会。自走进罗蒙开始我本着积极肯干，虚心好学、工作认真负责的态度，积极主动的参与企业市场调查、产品跟踪、产品销售、以及对企业的各种产品的了解，对企业分公司的熟悉，让自己以最快的.速度融入公司，发挥自己特长。同时认真完成实习日记、撰写实习报告，成绩良好。实习单位的反馈情况表明，在实习期间反映出我具有较强的适应能力，具备了一定的组织能力和沟通能力，能很好的完成企业在实习期间给我布置的工作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实习收获。主要有四个方面。一是通过直接参与企业的运作过程，学到了实践知识，同时进一步加深了对理论知识的理解，使理论与实践知识都有所提高，圆满地完成了本科教学的实践任务。二是提高了实际工作能力，为就业和将来的工作取得了一些宝贵的实践经验。三是一些学生在实习单位受到认可并促成就业。四是为毕业后的正式工作作好了准备。四、实习后的转变总结创新。通过实习，我对我国服装行业品牌的发展有了大致的了解，也准备在实习结束后，借回校的机会，抓紧时间，学习更多相关的理论知识，提高自己的专业水平，为正式工作准好准备思想上的转变，我本次实习还有的收获是通过自己的观察和与同事的交谈思想有一个很大的进步，人生的价值观。一直以为现实生活中人都是为了金钱在活，为金钱在工作，几乎没有人在为除金钱之外的事情在努力，而这些金钱的拿来干嘛呢？要买房子，要买车子，要享受生活……记得在和公司领导的依次交谈中他说过这样一句话：“一个优秀的男人，所追求的就是房子这么简单？他所追求的是能呼风唤雨！”的确，一个优秀的男人所追求的就是表面上的东西吗？“钱多少无所谓，关键在于一个人的档次问题！”档次？什么是档次，就是你素养，你所懂得的，你所成就的……很多，这些才是真正的实力，这些才是一个优秀的男人的所要追求的，作为优秀的男人更多应该追求深层次的东西，一个人要有他自己的内涵！从一开始赤裸裸的来，到现在即将沉甸甸的回去，惟有短短的两个月时间，就让我如此受益匪浅，如此感慨万分！就像我们罗蒙的一句广告词:细节中，见真章，的确罗蒙的成功并非偶然，能让我学习的东西远非两个月就可以的。毕业后我即将成为一个真正的罗蒙人，希望那时我能以实习所学，更好的融入公司的体系，为罗蒙的前进做出自己的贡献。</w:t>
      </w:r>
      <w:r>
        <w:rPr>
          <w:lang w:eastAsia="zh-CN"/>
        </w:rPr>
        <w:br/>
      </w:r>
      <w:r>
        <w:rPr>
          <w:lang w:eastAsia="zh-CN"/>
        </w:rPr>
        <w:t>毕业实习心得体会范文6</w:t>
      </w:r>
      <w:r>
        <w:rPr>
          <w:lang w:eastAsia="zh-CN"/>
        </w:rPr>
        <w:br/>
      </w:r>
      <w:r>
        <w:rPr>
          <w:lang w:eastAsia="zh-CN"/>
        </w:rPr>
        <w:t xml:space="preserve">      通过这段时间的实习，我从无知到认知到深入了解了单位和社会，从开始的磕磕碰碰到后来的工作起来还算顺利。在整个实习过程中，我每天都有很多的新的体会，想说的很多，我总结下来主要有以下几点： </w:t>
      </w:r>
      <w:r>
        <w:rPr>
          <w:lang w:eastAsia="zh-CN"/>
        </w:rPr>
        <w:br/>
      </w:r>
      <w:r>
        <w:rPr>
          <w:lang w:eastAsia="zh-CN"/>
        </w:rPr>
        <w:t>　　1、心态的转变</w:t>
      </w:r>
      <w:r>
        <w:rPr>
          <w:lang w:eastAsia="zh-CN"/>
        </w:rPr>
        <w:br/>
      </w:r>
      <w:r>
        <w:rPr>
          <w:lang w:eastAsia="zh-CN"/>
        </w:rPr>
        <w:t>　　学校的生活相对而言较为单纯，无需我们担忧很多的问题，学校三点一线的生活，学习跟得上就可以，而在实际的运作中当中则不然，实际中，我们要考虑的则更多，及时的转变心态会让我们工作更加顺利。</w:t>
      </w:r>
      <w:r>
        <w:rPr>
          <w:lang w:eastAsia="zh-CN"/>
        </w:rPr>
        <w:br/>
      </w:r>
      <w:r>
        <w:rPr>
          <w:lang w:eastAsia="zh-CN"/>
        </w:rPr>
        <w:t>　　2、不以事小而不为。</w:t>
      </w:r>
      <w:r>
        <w:rPr>
          <w:lang w:eastAsia="zh-CN"/>
        </w:rPr>
        <w:br/>
      </w:r>
      <w:r>
        <w:rPr>
          <w:lang w:eastAsia="zh-CN"/>
        </w:rPr>
        <w:t>　　做大事小事有不同的阶段，要想做大事，小事情必须做好。我们正是实习的阶段，做一些繁琐的小事情，很有必要。这些小事情值得我去做。事情虽小，可过程至关重要。</w:t>
      </w:r>
      <w:r>
        <w:rPr>
          <w:lang w:eastAsia="zh-CN"/>
        </w:rPr>
        <w:br/>
      </w:r>
      <w:r>
        <w:rPr>
          <w:lang w:eastAsia="zh-CN"/>
        </w:rPr>
        <w:t>　　3、多听、多看、多想、多做、少说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我们到实习单位工作以后，要知道自己能否胜任这份工作，关键是看你自己对待工作的态度。态度对了，即使自己以前没学过的知识也可以在工作中逐渐的掌握。态度不好，就算自己有知识基础也不会把工作做好，我刚到这个岗位工作，根本不清楚该做些什么。刚开始我觉得很头痛，可经过工作过程中多看别人怎样做，多听别人怎样说，多想自己应该怎样做，然后自己亲自动手去多做，终于在短短几天里对工作有了一个较系统的认识，慢慢的自己也可以完成相关的工作了，光用嘴巴去说是不行的，所以，我们今后不管干什么都要端正自己的态度，这样才能把事情做好。</w:t>
      </w:r>
      <w:r>
        <w:rPr>
          <w:lang w:eastAsia="zh-CN"/>
        </w:rPr>
        <w:br/>
      </w:r>
      <w:r>
        <w:rPr>
          <w:lang w:eastAsia="zh-CN"/>
        </w:rPr>
        <w:t>　　4、少埋怨</w:t>
      </w:r>
      <w:r>
        <w:rPr>
          <w:lang w:eastAsia="zh-CN"/>
        </w:rPr>
        <w:br/>
      </w:r>
      <w:r>
        <w:rPr>
          <w:lang w:eastAsia="zh-CN"/>
        </w:rPr>
        <w:t>　　在条件艰苦的实习地方，也许有的人会觉得这里不好那里不好，同事也不好相处工作也不如愿，经常埋怨，这样只会影响自己的工作情绪，不但做不好工作，还增加了自己的压力，所以，我们应该少埋怨，要看到好的一面，对存在的问题应该想办法去解决而不是去埋怨，这样才能保持工作的激情。</w:t>
      </w:r>
      <w:r>
        <w:rPr>
          <w:lang w:eastAsia="zh-CN"/>
        </w:rPr>
        <w:br/>
      </w:r>
      <w:r>
        <w:rPr>
          <w:lang w:eastAsia="zh-CN"/>
        </w:rPr>
        <w:t>　　5、与他人和睦相处，加强和同事以及他人之间的沟通</w:t>
      </w:r>
      <w:r>
        <w:rPr>
          <w:lang w:eastAsia="zh-CN"/>
        </w:rPr>
        <w:br/>
      </w:r>
    </w:p>
    <w:p w:rsidR="001B1F19" w14:textId="27C3F48A">
      <w:pPr>
        <w:rPr>
          <w:rFonts w:hint="eastAsia"/>
          <w:lang w:eastAsia="zh-CN"/>
        </w:rPr>
      </w:pPr>
      <w:r>
        <w:rPr>
          <w:lang w:eastAsia="zh-CN"/>
        </w:rPr>
        <w:t>　　学校里成绩不错的学生变成了未知领域里从头学起的`实习生，而熟悉的校园也变成了陌生的企业单位，身边接触的人同样改变了角色：老师变成了领导，同学变成了同事，相处之道完全不同。在这样的转变中，对于沟通的认知显得非常苍白。于是第一次觉得自己并没有本以为的那么善于沟通。当然，适应新的环境是需要过程的，所以我相信时间和实践会让我很快完成这种角色的转变，真正融入到工作单位这个与学校全然不同的社会大环境中。在很多地方，由于地区和文化的差异，会存在语言交流的障碍。我们说什么，他们不知道;他们说什么，我们也是模糊不清。这不仅影响到和他们之间的知识交流，更会影响到一切工作顺利完成。另外，和同事之间如果没有共同的语言，不能正常的交流，在工作的时候，每个人之间就不能相互配合，影响工作效率，同事之间也会感觉很陌生。</w:t>
      </w:r>
      <w:r>
        <w:rPr>
          <w:lang w:eastAsia="zh-CN"/>
        </w:rPr>
        <w:br/>
      </w:r>
      <w:r>
        <w:rPr>
          <w:lang w:eastAsia="zh-CN"/>
        </w:rPr>
        <w:t>　　6、虚心学习</w:t>
      </w:r>
      <w:r>
        <w:rPr>
          <w:lang w:eastAsia="zh-CN"/>
        </w:rPr>
        <w:br/>
      </w:r>
      <w:r>
        <w:rPr>
          <w:lang w:eastAsia="zh-CN"/>
        </w:rPr>
        <w:t>　　在这次实习过程中，我们碰到很多问题，有的是我们懂得的，也有很多是我们不懂的，不懂的东西我们要虚心向同事或领导请教，当别人教我们知识的时候，我们也应该虚心的接受，不要认为自己懂得一点鸡毛蒜皮就飘飘然，要把社会实践当着我们真实的老师。</w:t>
      </w:r>
      <w:r>
        <w:rPr>
          <w:lang w:eastAsia="zh-CN"/>
        </w:rPr>
        <w:br/>
      </w:r>
      <w:r>
        <w:rPr>
          <w:lang w:eastAsia="zh-CN"/>
        </w:rPr>
        <w:t>　　7、错不可怕，就怕一错再错</w:t>
      </w:r>
      <w:r>
        <w:rPr>
          <w:lang w:eastAsia="zh-CN"/>
        </w:rPr>
        <w:br/>
      </w:r>
      <w:r>
        <w:rPr>
          <w:lang w:eastAsia="zh-CN"/>
        </w:rPr>
        <w:t>　　每一个人都有犯错的时候，工作中第一次做错了不要紧，领导会纠正并原谅你，但下次你还在同一个问题上犯错误，那你就享受不到第一次犯错时的待遇了。</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https://d.book118.com/738112015111006033</w:t>
        </w:r>
      </w:hyperlink>
    </w:p>
    <w:p w:rsidR="001B1F19">
      <w:pPr>
        <w:rPr>
          <w:rFonts w:hint="eastAsia"/>
          <w:lang w:eastAsia="zh-CN"/>
        </w:rPr>
      </w:pPr>
    </w:p>
    <w:sectPr>
      <w:type w:val="nextPage"/>
      <w:pgSz w:w="11906" w:h="16838"/>
      <w:pgMar w:top="1440" w:right="1800" w:bottom="1440" w:left="1800" w:header="851" w:footer="992" w:gutter="0"/>
      <w:pgNumType w:start="1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3811201511100603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