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2024年图书馆年终工作总结范例（31篇）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2024年图书馆年终工作总结范例（通用31篇）</w:t>
      </w:r>
      <w:r>
        <w:rPr>
          <w:lang w:eastAsia="zh-CN"/>
        </w:rPr>
        <w:br/>
      </w:r>
      <w:r>
        <w:rPr>
          <w:lang w:eastAsia="zh-CN"/>
        </w:rPr>
        <w:t xml:space="preserve">    2024年图书馆年终工作总结范例 篇1 </w:t>
      </w:r>
      <w:r>
        <w:rPr>
          <w:lang w:eastAsia="zh-CN"/>
        </w:rPr>
        <w:br/>
      </w:r>
      <w:r>
        <w:rPr>
          <w:lang w:eastAsia="zh-CN"/>
        </w:rPr>
        <w:t>　　图书是人类宝贵的精神财富，学校图书馆担负着知识信息的收集、整理和传播等重要职能，是学生学习成长的第二课堂，是教师教育科研的加油站，是学校领导管理、决策的重要参谋。随着学校教育教学改革的深入，图书馆的职能不断得到凸显，因此，学校必须加强图书馆建设，提高图书馆的服务质量，更好地发挥图书馆的功能，为师生提供不断完善自我、超越自我的源头活水。</w:t>
      </w:r>
      <w:r>
        <w:rPr>
          <w:lang w:eastAsia="zh-CN"/>
        </w:rPr>
        <w:br/>
      </w:r>
      <w:r>
        <w:rPr>
          <w:lang w:eastAsia="zh-CN"/>
        </w:rPr>
        <w:t>　　一、健全管理制度，提高服务质量</w:t>
      </w:r>
      <w:r>
        <w:rPr>
          <w:lang w:eastAsia="zh-CN"/>
        </w:rPr>
        <w:br/>
      </w:r>
      <w:r>
        <w:rPr>
          <w:lang w:eastAsia="zh-CN"/>
        </w:rPr>
        <w:t>　　质量来自于科学管理，而科学管理离不开一系列规章制度。为了提高图书馆的服务质量，我校图书馆先后制订并逐步完善了一系列规章制度及工作细则：文献资料的采编、加工、保管、赔偿、清点、剔旧等图书馆业务操作规定；图书馆工作人员（包括馆长、各部门和学生管理员）的岗位职责；读者的借阅规定等。各项规章制度的健全，使图书馆工作有章可循、循序渐进，减少了工作的随意性、盲目性，促进了图书馆工作的规范化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有了这些规章制度，还要让读者人人知晓，宣传与培训是让读者了解这些规章制度的有效途径，我们注重做好“三项培训”。一是教师培训：每学期期初，我们在备课班期间向教师宣讲图书馆各项制度，本学期师生的借阅时间、借阅要求等，通过教师向学生宣讲，让所有学生都了解借阅制度。二是新生培训：这里的“新生”是指第一次借书的学生，为了让他们能顺利借到书，每学期图书馆都要对这样的“新生”进行借书培训，首先对他们进行图书排架方面的辅导，让学生知道哪类图书适合他们阅读；其次要教育学生爱书，对学生提出看书的要求，如看书前要先洗手，并要把手擦干，养成夹书签的习惯，看到哪一页把书签夹在那一页，不给书折角，知道如何保管图书，对损坏的书怎样修补；最后要让学生知道借阅的要求及一些赔偿办法，明确什么是应该做的，什么是不能做的。三是班级图书管理员培训，图书馆要加强对小图书管理员的培养，我们在各班选择了四名学习成绩优秀、工作负责、乐于奉献的学生担任学校图书管理员，协助学校图书管理员工作，负责学生阅览室的读者服务和图书的借还整理工作。由于学校图书馆加强了培训，充分发挥了学生服务员的作用，确保了图书正常流通，提高了服务的质量。</w:t>
      </w:r>
      <w:r>
        <w:rPr>
          <w:lang w:eastAsia="zh-CN"/>
        </w:rPr>
        <w:br/>
      </w:r>
      <w:r>
        <w:rPr>
          <w:lang w:eastAsia="zh-CN"/>
        </w:rPr>
        <w:t>　　二、提升馆员素质，提高服务水平</w:t>
      </w:r>
      <w:r>
        <w:rPr>
          <w:lang w:eastAsia="zh-CN"/>
        </w:rPr>
        <w:br/>
      </w:r>
      <w:r>
        <w:rPr>
          <w:lang w:eastAsia="zh-CN"/>
        </w:rPr>
        <w:t>　　图书管理员是图馆形象的代言人，只有高素质的图书管理员，才能真正发挥出图书馆效益。图书管理员要加强学习、深入研究、及时反思，努力提高自身素质和业务水平。</w:t>
      </w:r>
      <w:r>
        <w:rPr>
          <w:lang w:eastAsia="zh-CN"/>
        </w:rPr>
        <w:br/>
      </w:r>
      <w:r>
        <w:rPr>
          <w:lang w:eastAsia="zh-CN"/>
        </w:rPr>
        <w:t>　　1.加强学习研究，提高业务能力。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图书管理员要积极参加各级各类图书馆业务培训、研讨活动，通过各种途径学习业务，提高业务能力，做到“三经常”：即经常参加市级组织的学习培训活动，学习先进的管理方法；经常与其他学校联系、交流，学习他校好的经验；经常开展图书馆专题研讨活动，集思广益，共同把图书馆工作做好。</w:t>
      </w:r>
      <w:r>
        <w:rPr>
          <w:lang w:eastAsia="zh-CN"/>
        </w:rPr>
        <w:br/>
      </w:r>
      <w:r>
        <w:rPr>
          <w:lang w:eastAsia="zh-CN"/>
        </w:rPr>
        <w:t>　　2.加强职业道德建设，树立服务意识。</w:t>
      </w:r>
      <w:r>
        <w:rPr>
          <w:lang w:eastAsia="zh-CN"/>
        </w:rPr>
        <w:br/>
      </w:r>
      <w:r>
        <w:rPr>
          <w:lang w:eastAsia="zh-CN"/>
        </w:rPr>
        <w:t>　　图书管理员有了较高的业务素质，还要努力提高思想素质，树立服务意识，做好“三勤”。勤推荐：学校新购了书籍，要及时进行新书推荐，结合学校中心工作和主题活动，及时做好优秀书籍的推荐，使学生在最短的时间内借阅到最满意、最需要的书。勤整理：开架借阅容易出现乱架现象，这就需要管理员尽快把师生归还的图书还到书架，并及时整理，方便学生借阅。勤询问：就是要善于观察，从学生的面部表情理解学生的内心活动，从学生所借图书的类型分析学生的阅读倾向，从学生的言谈中了解学生的阅读要求，同时对学生的询问要耐心细致地解答。</w:t>
      </w:r>
      <w:r>
        <w:rPr>
          <w:lang w:eastAsia="zh-CN"/>
        </w:rPr>
        <w:br/>
      </w:r>
      <w:r>
        <w:rPr>
          <w:lang w:eastAsia="zh-CN"/>
        </w:rPr>
        <w:t>　　3.加强检查考核，调动服务积极性。</w:t>
      </w:r>
      <w:r>
        <w:rPr>
          <w:lang w:eastAsia="zh-CN"/>
        </w:rPr>
        <w:br/>
      </w:r>
      <w:r>
        <w:rPr>
          <w:lang w:eastAsia="zh-CN"/>
        </w:rPr>
        <w:t>　　为了提高图书馆工作人员的工作能力、工作责任心，我们制订了图书馆工作人员考核细则，建立读者监督制度，让老师、学生参与到图书馆工作人员的考评，对馆员全面考察，公开评价，对服务态度好、工作能力强的图书馆工作人员进行表扬和奖励，真正做到奖罚分明，限度的'调动工作人员的积极性，为提高图书馆工作效益奠定基础。</w:t>
      </w:r>
      <w:r>
        <w:rPr>
          <w:lang w:eastAsia="zh-CN"/>
        </w:rPr>
        <w:br/>
      </w:r>
      <w:r>
        <w:rPr>
          <w:lang w:eastAsia="zh-CN"/>
        </w:rPr>
        <w:t xml:space="preserve">    2024年图书馆年终工作总结范例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今年以来，在各级领导的全面支持、关心下，在全体志愿者及各界爱心人士共同努力下，圣学图书馆本着一切为了读者、为了读者一切的宗旨，围绕优化服务、拓展图书馆教育和信息的功能，从读者服务、业务管理、读书活动、提高人员素质入手，通过一年扎扎实实的努力，圆满地完成了20__年的各项工作。</w:t>
      </w:r>
      <w:r>
        <w:rPr>
          <w:lang w:eastAsia="zh-CN"/>
        </w:rPr>
        <w:br/>
      </w:r>
      <w:r>
        <w:rPr>
          <w:lang w:eastAsia="zh-CN"/>
        </w:rPr>
        <w:t>　　一、优化基础服务</w:t>
      </w:r>
      <w:r>
        <w:rPr>
          <w:lang w:eastAsia="zh-CN"/>
        </w:rPr>
        <w:br/>
      </w:r>
      <w:r>
        <w:rPr>
          <w:lang w:eastAsia="zh-CN"/>
        </w:rPr>
        <w:t>　　在这一年中，我馆继续把一切为了读者、为了读者一切的宗旨贯穿到各项基础服务工作之中。</w:t>
      </w:r>
      <w:r>
        <w:rPr>
          <w:lang w:eastAsia="zh-CN"/>
        </w:rPr>
        <w:br/>
      </w:r>
      <w:r>
        <w:rPr>
          <w:lang w:eastAsia="zh-CN"/>
        </w:rPr>
        <w:t>　　满足读者需求，增加开馆时间。随着社会的发展，需求队伍壮大，读者人数增多，使图书馆直接面对的读者对象达到12770余人，平均每天到馆读者均在30人次以上。为满足读者需要，我们增加开放时间，如法定节假日照常开馆外，还为有需求的读者随时开放服务。</w:t>
      </w:r>
      <w:r>
        <w:rPr>
          <w:lang w:eastAsia="zh-CN"/>
        </w:rPr>
        <w:br/>
      </w:r>
      <w:r>
        <w:rPr>
          <w:lang w:eastAsia="zh-CN"/>
        </w:rPr>
        <w:t>　　二、拓展图书馆功能</w:t>
      </w:r>
      <w:r>
        <w:rPr>
          <w:lang w:eastAsia="zh-CN"/>
        </w:rPr>
        <w:br/>
      </w:r>
      <w:r>
        <w:rPr>
          <w:lang w:eastAsia="zh-CN"/>
        </w:rPr>
        <w:t>　　从传统的借还服务到教育和信息导航的功能转化，是当前形式下对图书馆工作的全新要求，基于这一要求，我馆努力探索工作新路子，不断拓展图书馆的各项功能。</w:t>
      </w:r>
      <w:r>
        <w:rPr>
          <w:lang w:eastAsia="zh-CN"/>
        </w:rPr>
        <w:br/>
      </w:r>
      <w:r>
        <w:rPr>
          <w:lang w:eastAsia="zh-CN"/>
        </w:rPr>
        <w:t>　　1、两家建设</w:t>
      </w:r>
      <w:r>
        <w:rPr>
          <w:lang w:eastAsia="zh-CN"/>
        </w:rPr>
        <w:br/>
      </w:r>
      <w:r>
        <w:rPr>
          <w:lang w:eastAsia="zh-CN"/>
        </w:rPr>
        <w:t>　　年初我馆向昌平区妇联提出申请，开始筹建圣学儿童之家和圣学妇女之家，3月我馆出资近四万元，对馆舍基础设施进行改造与扩建。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5月儿童之家正式揭牌，9月20日顺利通过国务院儿童之家委员会、北京市妇联验收评估。11月16日，北京市妇联党组副书记副主席常红岩主席亲自为圣学妇女之家授牌。</w:t>
      </w:r>
      <w:r>
        <w:rPr>
          <w:lang w:eastAsia="zh-CN"/>
        </w:rPr>
        <w:br/>
      </w:r>
      <w:r>
        <w:rPr>
          <w:lang w:eastAsia="zh-CN"/>
        </w:rPr>
        <w:t>　　2、开展丰富多彩的读书活动。</w:t>
      </w:r>
      <w:r>
        <w:rPr>
          <w:lang w:eastAsia="zh-CN"/>
        </w:rPr>
        <w:br/>
      </w:r>
      <w:r>
        <w:rPr>
          <w:lang w:eastAsia="zh-CN"/>
        </w:rPr>
        <w:t>　　今年馆办各种活动186场，其中妇女之家4场，儿童之家亲子活动80场，室外活动19场，展览展示3场，书法交流4场，培训、学习21场，讲座40场，读书会14场，活动参与人数6932人次。</w:t>
      </w:r>
      <w:r>
        <w:rPr>
          <w:lang w:eastAsia="zh-CN"/>
        </w:rPr>
        <w:br/>
      </w:r>
      <w:r>
        <w:rPr>
          <w:lang w:eastAsia="zh-CN"/>
        </w:rPr>
        <w:t>　　三、媒体报道与荣誉</w:t>
      </w:r>
      <w:r>
        <w:rPr>
          <w:lang w:eastAsia="zh-CN"/>
        </w:rPr>
        <w:br/>
      </w:r>
      <w:r>
        <w:rPr>
          <w:lang w:eastAsia="zh-CN"/>
        </w:rPr>
        <w:t>　　全年电视台、报社报道26次。</w:t>
      </w:r>
      <w:r>
        <w:rPr>
          <w:lang w:eastAsia="zh-CN"/>
        </w:rPr>
        <w:br/>
      </w:r>
      <w:r>
        <w:rPr>
          <w:lang w:eastAsia="zh-CN"/>
        </w:rPr>
        <w:t>　　20__年10月接受北京市民政局专家组评估，我馆被评为AAAA级社会组织。11月被北京市妇联授予“家庭文明建设优秀合作机构”和北京市“市级示范儿童之家。”</w:t>
      </w:r>
      <w:r>
        <w:rPr>
          <w:lang w:eastAsia="zh-CN"/>
        </w:rPr>
        <w:br/>
      </w:r>
      <w:r>
        <w:rPr>
          <w:lang w:eastAsia="zh-CN"/>
        </w:rPr>
        <w:t>　　全年获得荣誉六项，其中市级三项，区级三项。</w:t>
      </w:r>
      <w:r>
        <w:rPr>
          <w:lang w:eastAsia="zh-CN"/>
        </w:rPr>
        <w:br/>
      </w:r>
      <w:r>
        <w:rPr>
          <w:lang w:eastAsia="zh-CN"/>
        </w:rPr>
        <w:t>　　四、社会捐赠</w:t>
      </w:r>
      <w:r>
        <w:rPr>
          <w:lang w:eastAsia="zh-CN"/>
        </w:rPr>
        <w:br/>
      </w:r>
      <w:r>
        <w:rPr>
          <w:lang w:eastAsia="zh-CN"/>
        </w:rPr>
        <w:t>　　全年接受社会各界爱心人士捐赠图书及物资178次，其中接受捐赠图书15822本，期刊8234本，接受社会捐款1700元。接受捐赠物资已于12月31日前全部发放给需要的人，剩余物资转捐给昌平京瑞打工子弟学校，捐款分别用于购置新书、办公用品、活动经费等。</w:t>
      </w:r>
      <w:r>
        <w:rPr>
          <w:lang w:eastAsia="zh-CN"/>
        </w:rPr>
        <w:br/>
      </w:r>
      <w:r>
        <w:rPr>
          <w:lang w:eastAsia="zh-CN"/>
        </w:rPr>
        <w:t>　　五、20__年重点工作</w:t>
      </w:r>
      <w:r>
        <w:rPr>
          <w:lang w:eastAsia="zh-CN"/>
        </w:rPr>
        <w:br/>
      </w:r>
      <w:r>
        <w:rPr>
          <w:lang w:eastAsia="zh-CN"/>
        </w:rPr>
        <w:t>　　1、完成第二届理事会换届工作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圣学图书馆第一届理事会已经完成了预计工作，三月底前，完成第二届理事会换届工作。《公共图书馆法》已于20__年1月1日起正式实施，为了借助社会力量办馆，本届理事会将面向社会招募常务理事会员单位、理事单位、理事，让真正有实力、有能力、热爱图书馆事业的人士加入到圣学图书馆，参与圣学图书馆的管理工作，保障圣学图书馆可持续发展。</w:t>
      </w:r>
      <w:r>
        <w:rPr>
          <w:lang w:eastAsia="zh-CN"/>
        </w:rPr>
        <w:br/>
      </w:r>
      <w:r>
        <w:rPr>
          <w:lang w:eastAsia="zh-CN"/>
        </w:rPr>
        <w:t>　　2、完善组织框架</w:t>
      </w:r>
      <w:r>
        <w:rPr>
          <w:lang w:eastAsia="zh-CN"/>
        </w:rPr>
        <w:br/>
      </w:r>
      <w:r>
        <w:rPr>
          <w:lang w:eastAsia="zh-CN"/>
        </w:rPr>
        <w:t>　　圣学图书馆组织框架基本确定，我们将用半年时间细化框架人员，做到每项工作有专人来管理。</w:t>
      </w:r>
      <w:r>
        <w:rPr>
          <w:lang w:eastAsia="zh-CN"/>
        </w:rPr>
        <w:br/>
      </w:r>
      <w:r>
        <w:rPr>
          <w:lang w:eastAsia="zh-CN"/>
        </w:rPr>
        <w:t>　　3、建立健全志愿者团队</w:t>
      </w:r>
      <w:r>
        <w:rPr>
          <w:lang w:eastAsia="zh-CN"/>
        </w:rPr>
        <w:br/>
      </w:r>
      <w:r>
        <w:rPr>
          <w:lang w:eastAsia="zh-CN"/>
        </w:rPr>
        <w:t>　　20__年11月，我们已经在志愿北京网站申请、注册成功了圣学图书馆志愿者团队，并正式运营，现在已经开始招募固定、长期的志愿者，志愿者的加入，将使圣学图书馆管理更规范、服务更周全、工作更细化。</w:t>
      </w:r>
      <w:r>
        <w:rPr>
          <w:lang w:eastAsia="zh-CN"/>
        </w:rPr>
        <w:br/>
      </w:r>
      <w:r>
        <w:rPr>
          <w:lang w:eastAsia="zh-CN"/>
        </w:rPr>
        <w:t>　　4、继续实施流动图书馆计划</w:t>
      </w:r>
      <w:r>
        <w:rPr>
          <w:lang w:eastAsia="zh-CN"/>
        </w:rPr>
        <w:br/>
      </w:r>
      <w:r>
        <w:rPr>
          <w:lang w:eastAsia="zh-CN"/>
        </w:rPr>
        <w:t>　　在原有五家流动图书馆基础上，在昌平有条件的地区争取再开办五家，力争启动流动图书车，把图书馆服务送到百姓家门口，服务更多的读者。</w:t>
      </w:r>
      <w:r>
        <w:rPr>
          <w:lang w:eastAsia="zh-CN"/>
        </w:rPr>
        <w:br/>
      </w:r>
      <w:r>
        <w:rPr>
          <w:lang w:eastAsia="zh-CN"/>
        </w:rPr>
        <w:t>　　5、项目评估、项目申请</w:t>
      </w:r>
      <w:r>
        <w:rPr>
          <w:lang w:eastAsia="zh-CN"/>
        </w:rPr>
        <w:br/>
      </w:r>
      <w:r>
        <w:rPr>
          <w:lang w:eastAsia="zh-CN"/>
        </w:rPr>
        <w:t>　　昌平社工委《圣学大讲堂》和北京市社工委《图书馆+创客空间》两个项目于20__年4月终结，做好资料汇总，接受专家组评估。</w:t>
      </w:r>
      <w:r>
        <w:rPr>
          <w:lang w:eastAsia="zh-CN"/>
        </w:rPr>
        <w:br/>
      </w:r>
      <w:r>
        <w:rPr>
          <w:lang w:eastAsia="zh-CN"/>
        </w:rPr>
        <w:t>　　组建项目组，组织策划、申请、实施政府购买社会组织服务。</w:t>
      </w:r>
      <w:r>
        <w:rPr>
          <w:lang w:eastAsia="zh-CN"/>
        </w:rPr>
        <w:br/>
      </w:r>
      <w:r>
        <w:rPr>
          <w:lang w:eastAsia="zh-CN"/>
        </w:rPr>
        <w:t>　　6、感恩20年庆典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20__年4月是圣学图书馆建馆20周年，从现在开始进行筹备，组建《感恩20年》工作小组。</w:t>
      </w:r>
      <w:r>
        <w:rPr>
          <w:lang w:eastAsia="zh-CN"/>
        </w:rPr>
        <w:br/>
      </w:r>
      <w:r>
        <w:rPr>
          <w:lang w:eastAsia="zh-CN"/>
        </w:rPr>
        <w:t>　　7、读书会</w:t>
      </w:r>
      <w:r>
        <w:rPr>
          <w:lang w:eastAsia="zh-CN"/>
        </w:rPr>
        <w:br/>
      </w:r>
      <w:r>
        <w:rPr>
          <w:lang w:eastAsia="zh-CN"/>
        </w:rPr>
        <w:t>　　在20__年圣学读书会成功经验的基础上，巩固、扩大在圣学图书馆各馆与校园开展圣学读书会，通过开展读书会让更多的人爱读书、读好书，定时推荐新书。</w:t>
      </w:r>
      <w:r>
        <w:rPr>
          <w:lang w:eastAsia="zh-CN"/>
        </w:rPr>
        <w:br/>
      </w:r>
      <w:r>
        <w:rPr>
          <w:lang w:eastAsia="zh-CN"/>
        </w:rPr>
        <w:t>　　回顾一年的工作，在取得成绩的同时，我们也找到了工作中的不足和问题，展望新的一年，我们将继续努力，力争各项工作更上一个新台阶。</w:t>
      </w:r>
      <w:r>
        <w:rPr>
          <w:lang w:eastAsia="zh-CN"/>
        </w:rPr>
        <w:br/>
      </w:r>
      <w:r>
        <w:rPr>
          <w:lang w:eastAsia="zh-CN"/>
        </w:rPr>
        <w:t xml:space="preserve">    2024年图书馆年终工作总结范例 篇3 </w:t>
      </w:r>
      <w:r>
        <w:rPr>
          <w:lang w:eastAsia="zh-CN"/>
        </w:rPr>
        <w:br/>
      </w:r>
      <w:r>
        <w:rPr>
          <w:lang w:eastAsia="zh-CN"/>
        </w:rPr>
        <w:t>　　200_年是我馆承上启下、再创辉煌的一年。在这一年里，我们克服了任务重、人员紧的困难，在馆领导的正确领导下，在兄弟部门的支持下，经过报刊部全体工作人员的共同努力，较圆满地完成了年初制订的工作计划。现将一年工作总结如下：</w:t>
      </w:r>
      <w:r>
        <w:rPr>
          <w:lang w:eastAsia="zh-CN"/>
        </w:rPr>
        <w:br/>
      </w:r>
      <w:r>
        <w:rPr>
          <w:lang w:eastAsia="zh-CN"/>
        </w:rPr>
        <w:t>　　一、开拓创新，开创图书馆工作新局面</w:t>
      </w:r>
      <w:r>
        <w:rPr>
          <w:lang w:eastAsia="zh-CN"/>
        </w:rPr>
        <w:br/>
      </w:r>
      <w:r>
        <w:rPr>
          <w:lang w:eastAsia="zh-CN"/>
        </w:rPr>
        <w:t>　　1、实现中文报纸自动化管理，建立“天津市公共图书馆中文报纸联合目录数据库”，并开通网上查询功能</w:t>
      </w:r>
      <w:r>
        <w:rPr>
          <w:lang w:eastAsia="zh-CN"/>
        </w:rPr>
        <w:br/>
      </w:r>
      <w:r>
        <w:rPr>
          <w:lang w:eastAsia="zh-CN"/>
        </w:rPr>
        <w:t>　　⑴将报纸由过去的手工卡片记到改为电脑记到。这样读者可直接通过网上书目查询检索到各种报纸的订购、到馆情况，方便读者阅览。</w:t>
      </w:r>
      <w:r>
        <w:rPr>
          <w:lang w:eastAsia="zh-CN"/>
        </w:rPr>
        <w:br/>
      </w:r>
      <w:r>
        <w:rPr>
          <w:lang w:eastAsia="zh-CN"/>
        </w:rPr>
        <w:t>　　⑵做好报纸数据库回溯建库工作。部门全体同志在不影响各组工作的前提下，利用周一上午闭馆时间，将馆藏中文报纸合订本逐一核对贴条码、做工作单。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⑶对馆藏中文报纸进行回溯建库，共录入馆藏数据47107条。</w:t>
      </w:r>
      <w:r>
        <w:rPr>
          <w:lang w:eastAsia="zh-CN"/>
        </w:rPr>
        <w:br/>
      </w:r>
      <w:r>
        <w:rPr>
          <w:lang w:eastAsia="zh-CN"/>
        </w:rPr>
        <w:t>　　⑷将我馆及各区县图书馆数据录入“联合目录”，共录入馆藏数据608种，48332条。</w:t>
      </w:r>
      <w:r>
        <w:rPr>
          <w:lang w:eastAsia="zh-CN"/>
        </w:rPr>
        <w:br/>
      </w:r>
      <w:r>
        <w:rPr>
          <w:lang w:eastAsia="zh-CN"/>
        </w:rPr>
        <w:t>　　⑸年底完成全市所有公共图书馆馆藏数据的录入，开通网上查询功能。</w:t>
      </w:r>
      <w:r>
        <w:rPr>
          <w:lang w:eastAsia="zh-CN"/>
        </w:rPr>
        <w:br/>
      </w:r>
      <w:r>
        <w:rPr>
          <w:lang w:eastAsia="zh-CN"/>
        </w:rPr>
        <w:t>　　⑹多方论证，已确定中文报纸库的合理排架，待我馆装修方案确定后再做调整。</w:t>
      </w:r>
      <w:r>
        <w:rPr>
          <w:lang w:eastAsia="zh-CN"/>
        </w:rPr>
        <w:br/>
      </w:r>
      <w:r>
        <w:rPr>
          <w:lang w:eastAsia="zh-CN"/>
        </w:rPr>
        <w:t>　　2、在没有增加人员的前提下，不仅完成了“联采中心”工作，而且进一步拓展了服务领域</w:t>
      </w:r>
      <w:r>
        <w:rPr>
          <w:lang w:eastAsia="zh-CN"/>
        </w:rPr>
        <w:br/>
      </w:r>
      <w:r>
        <w:rPr>
          <w:lang w:eastAsia="zh-CN"/>
        </w:rPr>
        <w:t>　　该项工作于200_年底筹建，共有8个成员馆参加，订刊码洋16余万（不含天津图书馆及为成员馆代订部分）。200_年为扩展中心规模，我们在馆领导的直接领导下，做出具体规划并制定任务指标，向馆领导承诺，力争在本年度将中心成员馆扩展为20家，订刊码洋翻番。一年来我们在不增加人员的情况下，多方式、多渠道地推广介绍中心服务宗旨，</w:t>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仅电话联系、亲自走访高校、科研机构、区县图书馆就达数十家，对天津市报刊发行市场及各单位订刊现状有了基本的了解，将有意向参加中心的单位及去年的成员馆，召集到馆，组织联谊会，在馆长亲自介绍中心情况后，我们耐心解答咨询，竭诚为成员馆提供一站式服务，如：应成员馆需求，代订非“中心”提供的期刊，免费向成员馆提供marc数据等。我们真诚的承诺及去年良好的工作业绩得到了大家的认可，今年中心成员馆扩展到28家，征订码洋增加到63余万码洋（不含天津图书馆），代订非“中心”提供的期刊码洋约11余万元，圆满地、超额地完成了计划任务指标。“联采中心”业务的拓展，不仅增加了经济效益，而且还通过这个窗口，向社会及同行展示了天津图书馆报刊部各项业务工作成果，在一定程度上提高了天津图书馆中心馆的地位。</w:t>
      </w:r>
      <w:r>
        <w:rPr>
          <w:lang w:eastAsia="zh-CN"/>
        </w:rPr>
        <w:br/>
      </w:r>
      <w:r>
        <w:rPr>
          <w:lang w:eastAsia="zh-CN"/>
        </w:rPr>
        <w:t>　　3、加强特色服务的宣传，注重市场调研，发展会员及特约用户</w:t>
      </w:r>
      <w:r>
        <w:rPr>
          <w:lang w:eastAsia="zh-CN"/>
        </w:rPr>
        <w:br/>
      </w:r>
      <w:r>
        <w:rPr>
          <w:lang w:eastAsia="zh-CN"/>
        </w:rPr>
        <w:t>　　200_年服装中心加大了特色服务的宣传力度，工作人员带着新编制的《天津图书馆服装资料信息中心简介》、《天津图书馆馆藏服装资料目录光盘》等资料，到劝业场、华联、滨江、新世纪百货等大型商场作宣传的同时，掌握了最新服装企业名称、品牌产品、及其主打款式等第一手信息，回馆后，针对不同企业的具体情况，查找出最适合其生产的相关材料，再通过电话与厂家联系，进行上门服务。一年来我们注重市场调研，投入了大量的时间和精力，带着精选的资料不仅走访了爱之如、米盖尔、斯必得、阔佬、飞尼克斯、凡力制衣等服饰厂家60多家，还深入到业之峰、阳光世纪、龙发等30多家大型装饰公司。经过我们的不懈努力，200_年共发展特约用户11个，创收12888元，其中单笔最大金额有所突破，达到4750元，服装中心共有特约用户15家，用户数量、创收效益较去年都有了一个大幅度的提高。</w:t>
      </w:r>
      <w:r>
        <w:rPr>
          <w:lang w:eastAsia="zh-CN"/>
        </w:rPr>
        <w:br/>
      </w:r>
      <w:r>
        <w:rPr>
          <w:lang w:eastAsia="zh-CN"/>
        </w:rPr>
        <w:t>　　4、整理文革期间出版的报纸</w:t>
      </w:r>
      <w:r>
        <w:rPr>
          <w:lang w:eastAsia="zh-CN"/>
        </w:rPr>
        <w:br/>
      </w:r>
      <w:r>
        <w:rPr>
          <w:lang w:eastAsia="zh-CN"/>
        </w:rPr>
        <w:t>　　⑴向机房提供著录用macr字段、marc定长数据格式、控制号、馆藏项等系统参数，使这部分数据独立于我馆的书目数据库之外，为读者提供特色馆藏书目。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⑵由于出版地区分散、出版形式不规范、主办单位名称变化频繁等因素，整理起来相当繁琐，为了便于管理和查找，将报纸按地区集中、正本与复本集中的方法装盒、在盒外标明报名、馆藏、盒号，按流水号顺序上架的同时，在书目数据的905字段增加盒号标识，累积整理文护</w:t>
      </w:r>
      <w:r>
        <w:rPr>
          <w:lang w:eastAsia="zh-CN"/>
        </w:rPr>
        <w:br/>
      </w:r>
      <w:r>
        <w:rPr>
          <w:lang w:eastAsia="zh-CN"/>
        </w:rPr>
        <w:t>　　⑴连续出版物系统书目数据库</w:t>
      </w:r>
      <w:r>
        <w:rPr>
          <w:lang w:eastAsia="zh-CN"/>
        </w:rPr>
        <w:br/>
      </w:r>
      <w:r>
        <w:rPr>
          <w:lang w:eastAsia="zh-CN"/>
        </w:rPr>
        <w:t>　　200_年数据库维护工作以自编为主，从国家图书馆下载数据480条，自行完成数据更新：中文期刊4000余条，中文报纸568条，外文期刊400余条；新刊编目：中文期刊240条，外文期刊132条。</w:t>
      </w:r>
      <w:r>
        <w:rPr>
          <w:lang w:eastAsia="zh-CN"/>
        </w:rPr>
        <w:br/>
      </w:r>
      <w:r>
        <w:rPr>
          <w:lang w:eastAsia="zh-CN"/>
        </w:rPr>
        <w:t>　　⑵更新维护“天津市公共图书馆中文期刊联合目录”：区县馆549条，本馆11000条；外文期刊联合目录数据更新160条。</w:t>
      </w:r>
      <w:r>
        <w:rPr>
          <w:lang w:eastAsia="zh-CN"/>
        </w:rPr>
        <w:br/>
      </w:r>
      <w:r>
        <w:rPr>
          <w:lang w:eastAsia="zh-CN"/>
        </w:rPr>
        <w:t>　　⑶更新“津版”期刊数据300余条。</w:t>
      </w:r>
      <w:r>
        <w:rPr>
          <w:lang w:eastAsia="zh-CN"/>
        </w:rPr>
        <w:br/>
      </w:r>
      <w:r>
        <w:rPr>
          <w:lang w:eastAsia="zh-CN"/>
        </w:rPr>
        <w:t>　　二、提高安全意识，加强检查监督</w:t>
      </w:r>
      <w:r>
        <w:rPr>
          <w:lang w:eastAsia="zh-CN"/>
        </w:rPr>
        <w:br/>
      </w:r>
      <w:r>
        <w:rPr>
          <w:lang w:eastAsia="zh-CN"/>
        </w:rPr>
        <w:t>　　各组认真做好天津图书馆安全检查自查记录，发现问题及时整改，从而杜绝了各种火险隐患，防止了各种严重问题的发生，确保了各项工作和活动的顺利开展。</w:t>
      </w:r>
      <w:r>
        <w:rPr>
          <w:lang w:eastAsia="zh-CN"/>
        </w:rPr>
        <w:br/>
      </w:r>
      <w:r>
        <w:rPr>
          <w:lang w:eastAsia="zh-CN"/>
        </w:rPr>
        <w:t>　　以上部分工作的圆满完成依赖于兄弟部门的支持和配合，借此机会对兄弟部门给予我们的支持表示感谢。</w:t>
      </w:r>
      <w:r>
        <w:rPr>
          <w:lang w:eastAsia="zh-CN"/>
        </w:rPr>
        <w:br/>
      </w:r>
      <w:r>
        <w:rPr>
          <w:lang w:eastAsia="zh-CN"/>
        </w:rPr>
        <w:t xml:space="preserve">    2024年图书馆年终工作总结范例 篇4 </w:t>
      </w:r>
      <w:r>
        <w:rPr>
          <w:lang w:eastAsia="zh-CN"/>
        </w:rPr>
        <w:br/>
      </w:r>
      <w:r>
        <w:rPr>
          <w:lang w:eastAsia="zh-CN"/>
        </w:rPr>
        <w:t>　　一、增强服务意识，提供优质服务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一年来，在工作中自始自终强调读者第一、服务育人、文明规范、科学现代化的服务理念。师生是学校图书馆的主要服务对象，在服务过程中，通过图书馆提供的书刊对学生进行思想品德教育，拓宽学生的知识面，培养学生的创新精神和实践能力，在图书馆工作实践中，作为图书馆的管理员，努力为师生营造一个文明、整洁、清新的馆容馆貌，学生阅览室为学生开拓视野、增长知识、培养学生个性和创造性造就良好的阅读场所。</w:t>
      </w:r>
      <w:r>
        <w:rPr>
          <w:lang w:eastAsia="zh-CN"/>
        </w:rPr>
        <w:br/>
      </w:r>
      <w:r>
        <w:rPr>
          <w:lang w:eastAsia="zh-CN"/>
        </w:rPr>
        <w:t>　　二、做好图书馆的日常管理工作。</w:t>
      </w:r>
      <w:r>
        <w:rPr>
          <w:lang w:eastAsia="zh-CN"/>
        </w:rPr>
        <w:br/>
      </w:r>
      <w:r>
        <w:rPr>
          <w:lang w:eastAsia="zh-CN"/>
        </w:rPr>
        <w:t>　　1.开学初忙而不乱，建立建全了各项管理工作;高效率，快节奏完成发放教辅用书和作业本以及教师用书工作，认真做好教材验收、分发和统计等工作，热情接待每一位师生。耐心细致处理好每一个班级教材余缺调剂。保证了学校教育教学工作的正常进行。</w:t>
      </w:r>
      <w:r>
        <w:rPr>
          <w:lang w:eastAsia="zh-CN"/>
        </w:rPr>
        <w:br/>
      </w:r>
      <w:r>
        <w:rPr>
          <w:lang w:eastAsia="zh-CN"/>
        </w:rPr>
        <w:t>　　2.及时办理新生和新进教师的借书证工作;为学校师生的书报、刊物借阅工作提供最大的方便。还加快了图书、报刊的新进电脑登记录入工作。认真分析了学校图书的藏书结构、针对学校教育教学工作的特点和需要，上半年完成了新书的选购并于暑假之前协助编目员完成编目上架等大量工作。向广大师生推荐介绍好书、新书。对新到的报刊及时展出，决不过夜，让广大师生及时看到最新的报刊内容，并对过期的报刊及时装订入库，让每一种图书报刊都真正地发挥出效益。从而激发了广大师生的阅读兴趣和热情。为节省师生的时间，在提高工作效率上作文章、下功夫。实行了边工作、边学习、加强练兵的“三步曲”。</w:t>
      </w:r>
      <w:r>
        <w:rPr>
          <w:lang w:eastAsia="zh-CN"/>
        </w:rPr>
        <w:br/>
      </w:r>
      <w:r>
        <w:rPr>
          <w:lang w:eastAsia="zh-CN"/>
        </w:rPr>
        <w:t>　　一是勤整理，对师生归还的图书每天及时归类上架;</w:t>
      </w:r>
      <w:r>
        <w:rPr>
          <w:lang w:eastAsia="zh-CN"/>
        </w:rPr>
        <w:br/>
      </w:r>
      <w:r>
        <w:rPr>
          <w:lang w:eastAsia="zh-CN"/>
        </w:rPr>
        <w:t>　　二是勤检查，对师生在借阅时抽乱、插错的书籍勤查找;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三是勤过目，到书架旁勤看一看，对图书的位置了如指掌。从而为师生查找资料时节省了时间，提高效率。</w:t>
      </w:r>
      <w:r>
        <w:rPr>
          <w:lang w:eastAsia="zh-CN"/>
        </w:rPr>
        <w:br/>
      </w:r>
      <w:r>
        <w:rPr>
          <w:lang w:eastAsia="zh-CN"/>
        </w:rPr>
        <w:t>　　3 .认真完成图书的剔旧换新的任务。目前学校藏书量是4.5万多册图书，为了不误学生阅读、教师借阅的情况下，对那些流通率高容易坏的书本及时修补上架。由于图书书脊上的标贴大部分已经脱落，故本学期对全书库的图书标贴进行修理，这是一项比较大的、比较苦累的工作，但是工作起来没有一句怨言。</w:t>
      </w:r>
      <w:r>
        <w:rPr>
          <w:lang w:eastAsia="zh-CN"/>
        </w:rPr>
        <w:br/>
      </w:r>
      <w:r>
        <w:rPr>
          <w:lang w:eastAsia="zh-CN"/>
        </w:rPr>
        <w:t>　　4.及时高效地完成了报刊的征订工作。在做好报刊征订的同时，注重搞好服务，每天收发的报刊几十种，不管时间再晚，工作再累，只要报刊到校，马上动手，每次都准确无误地于当天分发到师生手中，并在放假前开始回笼已借出的图书，安排停当假期前的师生借阅工作。</w:t>
      </w:r>
      <w:r>
        <w:rPr>
          <w:lang w:eastAsia="zh-CN"/>
        </w:rPr>
        <w:br/>
      </w:r>
      <w:r>
        <w:rPr>
          <w:lang w:eastAsia="zh-CN"/>
        </w:rPr>
        <w:t>　　四、注重充分发挥学生家长的优势</w:t>
      </w:r>
      <w:r>
        <w:rPr>
          <w:lang w:eastAsia="zh-CN"/>
        </w:rPr>
        <w:br/>
      </w:r>
      <w:r>
        <w:rPr>
          <w:lang w:eastAsia="zh-CN"/>
        </w:rPr>
        <w:t>　　学生人数一年多于一年，为了图书的借阅及学生来馆阅读等工作做得更好，图书管理单凭领导重视，图书馆管理员努力还是不够的。因此，在忍受紧缺的条件下，我们想到学生家长，请他们来图书馆帮忙管理，在我一番简单介绍，他们能很快上手，尽心尽职，在借书期间他们还会耐心的跟学生说如何爱护书籍和合理地保管书籍： 注意防潮、防折、不涂划、不污损，一年来，图书室的图书完好无损。</w:t>
      </w:r>
      <w:r>
        <w:rPr>
          <w:lang w:eastAsia="zh-CN"/>
        </w:rPr>
        <w:br/>
      </w:r>
      <w:r>
        <w:rPr>
          <w:lang w:eastAsia="zh-CN"/>
        </w:rPr>
        <w:t>　　五、利用业余时间认真学习业务知识，不断进行思想教育，端正服务态度。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边工作，边学习，不断提高专业理论水平和工作实践能力。在图书馆管理中既注重“管”，又不忘“理”，认真探讨指导学生阅读的方法，在学生阅读过程中，积极对学生进行阅读指导。这些工作看似简单，做起来比较麻烦，但从没有怨言，努力使图书馆真正成为广大师生最愿意来的地方。</w:t>
      </w:r>
      <w:r>
        <w:rPr>
          <w:lang w:eastAsia="zh-CN"/>
        </w:rPr>
        <w:br/>
      </w:r>
      <w:r>
        <w:rPr>
          <w:lang w:eastAsia="zh-CN"/>
        </w:rPr>
        <w:t>　　图书管理工作是非常繁琐而又神圣的。管理的是图书，传播的是文化和思想。因此，在今后工作中，我要以满腔的热情更加努力地工作，始终如一为教育教学服务，为广大师生服务的宗旨，管理要有章有序，有始有终，使图书馆所有图书资料最大限度的得到利用，让图书馆成为我校的文明窗口单位做出我应有的贡献。</w:t>
      </w:r>
      <w:r>
        <w:rPr>
          <w:lang w:eastAsia="zh-CN"/>
        </w:rPr>
        <w:br/>
      </w:r>
      <w:r>
        <w:rPr>
          <w:lang w:eastAsia="zh-CN"/>
        </w:rPr>
        <w:t>　　一年来总觉得自己整天在忙碌中，有做不完的事情。不过还是有不足之处，比如如何将图书馆管理得更好，再上一个水平，还要不断地学习和研究摸索。今后争取不断改进，努力做得更好!</w:t>
      </w:r>
      <w:r>
        <w:rPr>
          <w:lang w:eastAsia="zh-CN"/>
        </w:rPr>
        <w:br/>
      </w:r>
      <w:r>
        <w:rPr>
          <w:lang w:eastAsia="zh-CN"/>
        </w:rPr>
        <w:t>　　现代化教育理念要求学生学会学习，图书馆正好为学生的课余读书生活提供了一段较为宽裕的时间和一个较为宽绰的空间，尤其是研究性学习课程的设置更凸现了图书馆的育人服务功能，素质教育把图书馆提升到现代化学校三根支柱之一的重要地位。我校在“以育人为本”、“让每一个学生得到最优发展”的办学思想指导下，图书馆馆舍、内部设施等硬件建设和规范管理、优质服务等软件建设随着学校教育事业取得骄人成绩的同时，也迅速跃上了新的台阶。现汇报如下：</w:t>
      </w:r>
      <w:r>
        <w:rPr>
          <w:lang w:eastAsia="zh-CN"/>
        </w:rPr>
        <w:br/>
      </w:r>
      <w:r>
        <w:rPr>
          <w:lang w:eastAsia="zh-CN"/>
        </w:rPr>
        <w:t>　　一、加大投入，强化硬件建设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根据国家、省、市有关图书馆 ( 室 ) 建设的文件精神和标准，结合学校实际，我们对图书馆建设工作进行了统筹规划，采取切实可行的措施，使“硬件”建设达到丁标准化，实观了整体水平共同提高的目的。</w:t>
      </w:r>
      <w:r>
        <w:rPr>
          <w:lang w:eastAsia="zh-CN"/>
        </w:rPr>
        <w:br/>
      </w:r>
      <w:r>
        <w:rPr>
          <w:lang w:eastAsia="zh-CN"/>
        </w:rPr>
        <w:t>　　现在图书使用面积达到 1024平方米，设有藏书库，教师资料室，教师阅览室，学生阅览室，学生图书外借室，采编室，办公室等，教师资料室面积达 243.75 平方米，设有座位 84 个，占总教师人数的37.84% ，学生阅览室面积达 341.25平方米，设有座位 220 个，占总人数的8.5 %，并且，教师每座占地 2.2 平方米，学生每座占地 1.55 平方米。到 20__ 年为止，学校图书馆共有图书98528万多册，其中工具书、教学参考书为 423 多种类，生均图书达到 37 册.年递增量为每生 2 册。同时，文艺类图书 12761 册占总藏书量的 30% 以下。报刊种类为 167 以上。图书馆又设有能容纳 500 —— 800 册图书的标准书架 173 个，书柜 23 个，还有出纳台、文件柜、目录柜、陈列柜、报刊架多个。馆内有良好的通风、换气、采光照明、防尘、防火、防潮、防盗、防蛀、防高温等保护设施。学校配置了 4 台联想计算机，规划了电子阅览室，实行了校园网络化管理：另外还配置了复印机、激光打印机、塑封机、装订机等设备。</w:t>
      </w:r>
      <w:r>
        <w:rPr>
          <w:lang w:eastAsia="zh-CN"/>
        </w:rPr>
        <w:br/>
      </w:r>
      <w:r>
        <w:rPr>
          <w:lang w:eastAsia="zh-CN"/>
        </w:rPr>
        <w:t>　　二、规范管理，提高管理水平</w:t>
      </w:r>
      <w:r>
        <w:rPr>
          <w:lang w:eastAsia="zh-CN"/>
        </w:rPr>
        <w:br/>
      </w:r>
      <w:r>
        <w:rPr>
          <w:lang w:eastAsia="zh-CN"/>
        </w:rPr>
        <w:t>　　1</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管理人员专业化。要管理出效益，关键在于提高图书馆管理人员的素质，为了加强和充实管理队伍，充分利用各种机会，参加图书分类、编目专业培训。积极参加福建省图书馆员网络在线培训。现在图书馆的6位管理人员都具有大专及本科以上学历，且都具有中级及其以上职称：4</w:t>
      </w:r>
      <w:r>
        <w:rPr>
          <w:lang w:eastAsia="zh-CN"/>
        </w:rPr>
        <w:t xml:space="preserve"> 位取得专业培训结业证书。</w:t>
      </w:r>
      <w:r>
        <w:rPr>
          <w:lang w:eastAsia="zh-CN"/>
        </w:rPr>
        <w:br/>
      </w:r>
      <w:r>
        <w:rPr>
          <w:lang w:eastAsia="zh-CN"/>
        </w:rPr>
        <w:t>　　2 、抓好常规管理。图书馆的常规工作主要是图书的采购、编目、登记、加工、流通、阅览等业务，我们根据市教委的有关文件，结合馆具体情况，制定了“莆田第十二中学图书馆管理制度”等十来份规章制度。体现我馆特色的主要有：</w:t>
      </w:r>
      <w:r>
        <w:rPr>
          <w:lang w:eastAsia="zh-CN"/>
        </w:rPr>
        <w:br/>
      </w:r>
      <w:r>
        <w:rPr>
          <w:lang w:eastAsia="zh-CN"/>
        </w:rPr>
        <w:t>　　(1)购买新书实行报批制度。</w:t>
      </w:r>
      <w:r>
        <w:rPr>
          <w:lang w:eastAsia="zh-CN"/>
        </w:rPr>
        <w:br/>
      </w:r>
      <w:r>
        <w:rPr>
          <w:lang w:eastAsia="zh-CN"/>
        </w:rPr>
        <w:t>　　先列出购书清单，经微机查询核准确无该书，或确认需要增加复本，经分管校长审查同意后，委托当地新华书店办理，少量邮购选择正轨出版社或大型书店，先到货后付款，杜绝了非法出版物的流入。</w:t>
      </w:r>
      <w:r>
        <w:rPr>
          <w:lang w:eastAsia="zh-CN"/>
        </w:rPr>
        <w:br/>
      </w:r>
      <w:r>
        <w:rPr>
          <w:lang w:eastAsia="zh-CN"/>
        </w:rPr>
        <w:t>　　(2)严格把好新书入库关。</w:t>
      </w:r>
      <w:r>
        <w:rPr>
          <w:lang w:eastAsia="zh-CN"/>
        </w:rPr>
        <w:br/>
      </w:r>
      <w:r>
        <w:rPr>
          <w:lang w:eastAsia="zh-CN"/>
        </w:rPr>
        <w:t>　　须由经办人填写“固定资产验收单”，一式三份，按单据时序入帐，杜绝了帐、物不符和因疏忽造成的漏洞。</w:t>
      </w:r>
      <w:r>
        <w:rPr>
          <w:lang w:eastAsia="zh-CN"/>
        </w:rPr>
        <w:br/>
      </w:r>
      <w:r>
        <w:rPr>
          <w:lang w:eastAsia="zh-CN"/>
        </w:rPr>
        <w:t>　　(3)编目严格按“LZJ3000”软件要求录入。</w:t>
      </w:r>
      <w:r>
        <w:rPr>
          <w:lang w:eastAsia="zh-CN"/>
        </w:rPr>
        <w:br/>
      </w:r>
      <w:r>
        <w:rPr>
          <w:lang w:eastAsia="zh-CN"/>
        </w:rPr>
        <w:t>　　符合国家《文献著录总则》标准，能从题名、作者、书号、主题四个方面查询书目。</w:t>
      </w:r>
      <w:r>
        <w:rPr>
          <w:lang w:eastAsia="zh-CN"/>
        </w:rPr>
        <w:br/>
      </w:r>
      <w:r>
        <w:rPr>
          <w:lang w:eastAsia="zh-CN"/>
        </w:rPr>
        <w:t>　　(4)全方位的借阅方式。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图书馆的借阅方式越方便，读者越多，图书和图书馆发挥的作用也就越大。反之则死气沉沉，形同虚设，谈何发挥作用和参与教育教学?我们由集体借阅、半开架借阅过渡到全开架借阅，让馆藏图书直接与学生见面。借阅方式又向更高层次发展，做到借阅合一，即在图书馆里布置书库区和阅览区，功能既有不同，二者又相合一。学生读者可以空手进图书馆，可以还了书进去，也可以自带学习资料进。在这个空间里，可以借书，可以找了书在一旁阅读不借走，也可以找了资料自主学习。这样就方便了学生，提高了馆藏文献的利用率，真正体现了以读者为本，以学生为本的办馆思想。</w:t>
      </w:r>
      <w:r>
        <w:rPr>
          <w:lang w:eastAsia="zh-CN"/>
        </w:rPr>
        <w:br/>
      </w:r>
      <w:r>
        <w:rPr>
          <w:lang w:eastAsia="zh-CN"/>
        </w:rPr>
        <w:t>　　(5)见缝插针的开放时间。</w:t>
      </w:r>
      <w:r>
        <w:rPr>
          <w:lang w:eastAsia="zh-CN"/>
        </w:rPr>
        <w:br/>
      </w:r>
      <w:r>
        <w:rPr>
          <w:lang w:eastAsia="zh-CN"/>
        </w:rPr>
        <w:t>　　学生每天的在校时间是固定的，他们的课务较满，自由活动时间也不多，有时就连下课的十分钟也得用于完成上节课遗留下来的课堂作业，去图书馆自由借阅图书的权益就难得到保障。在这种大环境下，图书馆只有充分利用中午、课间、放学后的时间，“见缝插针”，在“夹缝中求发展”。</w:t>
      </w:r>
      <w:r>
        <w:rPr>
          <w:lang w:eastAsia="zh-CN"/>
        </w:rPr>
        <w:br/>
      </w:r>
      <w:r>
        <w:rPr>
          <w:lang w:eastAsia="zh-CN"/>
        </w:rPr>
        <w:t>　　(6)制度化的学生管理员队伍。</w:t>
      </w:r>
      <w:r>
        <w:rPr>
          <w:lang w:eastAsia="zh-CN"/>
        </w:rPr>
        <w:br/>
      </w:r>
      <w:r>
        <w:rPr>
          <w:lang w:eastAsia="zh-CN"/>
        </w:rPr>
        <w:t>　　现任图书馆教师管理员除了图书的采编及教学工作外，还要对近三千位师生借阅，如果没有一支学生图书管理员队伍当助手，单凭几个人，对学生大流量借阅的开放是不能持之以恒的。自本学期起，对学生管理员需经过选拔、培训，相对固定，形成制度，轮流值日，对这支队伍要给予鼓励、指导和帮助，同时在__年学校及图书馆开展的各项读书活动中，要以他们为主力军，这既能促使这些学生更加热爱图书馆工作，又形成了图书馆的特色。</w:t>
      </w:r>
      <w:r>
        <w:rPr>
          <w:lang w:eastAsia="zh-CN"/>
        </w:rPr>
        <w:br/>
      </w:r>
      <w:r>
        <w:rPr>
          <w:lang w:eastAsia="zh-CN"/>
        </w:rPr>
        <w:t>　　三、开展活动，提高服务水准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为了积极推进学校素质教育实施，配合教育教学工作，更好地开发利用图书资源，激发学生读书兴趣，图书馆开展了形式多样，内容丰富的各种宣传教育活动，图书馆工作人员牢记“读者第一，服务至上”的宗旨，提出“上帝永远是对的”服务理念，做好学生管理员的表率，要求在“准时、热情、细心、负责”上下功夫。认识到为师生服务要得理且让人，办事讲效率，服务求卓越，一句话，只有服务不到位，没有服务过了头。我们主要做了以下几点：</w:t>
      </w:r>
      <w:r>
        <w:rPr>
          <w:lang w:eastAsia="zh-CN"/>
        </w:rPr>
        <w:br/>
      </w:r>
      <w:r>
        <w:rPr>
          <w:lang w:eastAsia="zh-CN"/>
        </w:rPr>
        <w:t>　　(1) 明确分工，全力合作。</w:t>
      </w:r>
      <w:r>
        <w:rPr>
          <w:lang w:eastAsia="zh-CN"/>
        </w:rPr>
        <w:br/>
      </w:r>
      <w:r>
        <w:rPr>
          <w:lang w:eastAsia="zh-CN"/>
        </w:rPr>
        <w:t>　　1人在三楼专管师生电子阅览室，其余4人共同负责轮值师生借阅服务，有具体的分工细则，同时，加强学生管理员队伍的培训，每学年新学期初在高一新生中由班主任推荐，集中培训，明确要求，岗位督促，尤其对操作微机的学生，要求其严格执行操作程序，严禁违规操作，以免造成失误。</w:t>
      </w:r>
      <w:r>
        <w:rPr>
          <w:lang w:eastAsia="zh-CN"/>
        </w:rPr>
        <w:br/>
      </w:r>
      <w:r>
        <w:rPr>
          <w:lang w:eastAsia="zh-CN"/>
        </w:rPr>
        <w:t>　　(2)开设专题讲座，指导课外阅读。</w:t>
      </w:r>
      <w:r>
        <w:rPr>
          <w:lang w:eastAsia="zh-CN"/>
        </w:rPr>
        <w:br/>
      </w:r>
      <w:r>
        <w:rPr>
          <w:lang w:eastAsia="zh-CN"/>
        </w:rPr>
        <w:t>　　每新学年开学初，为高一新生开设图情课和专题讲座，图情课主要内容有图书基础知识介绍，如图书分类法简介、微机查阅书目方法简介等。读书专题讲座有“借书与读书”、“为学生的学习服务—谈研究性学习中培养学生收集处理资料信息的能力”、“图书馆教会你学做‘聪明鸟!”等。</w:t>
      </w:r>
      <w:r>
        <w:rPr>
          <w:lang w:eastAsia="zh-CN"/>
        </w:rPr>
        <w:br/>
      </w:r>
      <w:r>
        <w:rPr>
          <w:lang w:eastAsia="zh-CN"/>
        </w:rPr>
        <w:t>　　(3)开展读书征文活动，举办省太高“我最喜爱的十本书(套)”评选暨书展活动。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学生读书征文活动自新馆开馆以来先后举办了4次(以前大多参与政教处或语文组联合举办)，参与面和稿件质量逐次扩大和提高，收到了一定效果。我们把推荐馆藏图书、编制馆藏书目寓活动之中，收到了良好的效果。从张贴并下发推荐100本图书目录导读到集中时间展读到评出结果，时间先后跨度近3个月，既提倡平时经常性阅读，又相对集中两周时间在馆浏览速读。在这期间，学生读书热情高涨，所荐图书外借率明显上升。</w:t>
      </w:r>
      <w:r>
        <w:rPr>
          <w:lang w:eastAsia="zh-CN"/>
        </w:rPr>
        <w:br/>
      </w:r>
      <w:r>
        <w:rPr>
          <w:lang w:eastAsia="zh-CN"/>
        </w:rPr>
        <w:t>　　(4)开设书市、新书展览。</w:t>
      </w:r>
      <w:r>
        <w:rPr>
          <w:lang w:eastAsia="zh-CN"/>
        </w:rPr>
        <w:br/>
      </w:r>
      <w:r>
        <w:rPr>
          <w:lang w:eastAsia="zh-CN"/>
        </w:rPr>
        <w:t>　　每学期和新华书店联手举办，书店把新书运到学校，辟出场所，每次至少有半数学生入市，成交金额在3-5千元，图书馆顺便购入一批新书。</w:t>
      </w:r>
      <w:r>
        <w:rPr>
          <w:lang w:eastAsia="zh-CN"/>
        </w:rPr>
        <w:br/>
      </w:r>
      <w:r>
        <w:rPr>
          <w:lang w:eastAsia="zh-CN"/>
        </w:rPr>
        <w:t>　　(5) 做好新书介绍，扩大宣传，提高借阅率。</w:t>
      </w:r>
      <w:r>
        <w:rPr>
          <w:lang w:eastAsia="zh-CN"/>
        </w:rPr>
        <w:br/>
      </w:r>
      <w:r>
        <w:rPr>
          <w:lang w:eastAsia="zh-CN"/>
        </w:rPr>
        <w:t>　　我们改变了以往黑板报宣传、张贴书目的简单化做法，变为有选择地重点介绍。要求每学期3期，目前，已编制至12期，每期张贴并下发至教研组和每个班级。</w:t>
      </w:r>
      <w:r>
        <w:rPr>
          <w:lang w:eastAsia="zh-CN"/>
        </w:rPr>
        <w:br/>
      </w:r>
      <w:r>
        <w:rPr>
          <w:lang w:eastAsia="zh-CN"/>
        </w:rPr>
        <w:t>　　(6)为研究性学习开好绿灯，指导学生收集和处理资料信息，并开设资料复印服务。</w:t>
      </w:r>
      <w:r>
        <w:rPr>
          <w:lang w:eastAsia="zh-CN"/>
        </w:rPr>
        <w:br/>
      </w:r>
      <w:r>
        <w:rPr>
          <w:lang w:eastAsia="zh-CN"/>
        </w:rPr>
        <w:t>　　走出课堂，学生花时间最多的是重研究过程中的课题调查研究和有关资料查阅，因而，广大学生切切实实感到离不开图书馆。我们不厌其烦地为其查阅，一时查不到，作好备忘;教师有时电话请求，我们查到后并为其复印好送货上门;对学生的复印，我们酌情收取纸张成本费。</w:t>
      </w:r>
      <w:r>
        <w:rPr>
          <w:lang w:eastAsia="zh-CN"/>
        </w:rPr>
        <w:br/>
      </w:r>
      <w:r>
        <w:rPr>
          <w:lang w:eastAsia="zh-CN"/>
        </w:rPr>
        <w:t>　　(7)更新导读方法，激发阅读兴趣。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学生一旦对阅读产生了兴趣，在阅读过程中就会处于高度自觉状态，会以惊人的毅力去学习。因此，我们要求教师通过更新导读方法来诱发学生阅读的兴趣。</w:t>
      </w:r>
      <w:r>
        <w:rPr>
          <w:lang w:eastAsia="zh-CN"/>
        </w:rPr>
        <w:br/>
      </w:r>
      <w:r>
        <w:rPr>
          <w:lang w:eastAsia="zh-CN"/>
        </w:rPr>
        <w:t>　　设疑诱读法</w:t>
      </w:r>
      <w:r>
        <w:rPr>
          <w:lang w:eastAsia="zh-CN"/>
        </w:rPr>
        <w:br/>
      </w:r>
      <w:r>
        <w:rPr>
          <w:lang w:eastAsia="zh-CN"/>
        </w:rPr>
        <w:t>　　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r>
        <w:rPr>
          <w:lang w:eastAsia="zh-CN"/>
        </w:rPr>
        <w:br/>
      </w:r>
      <w:r>
        <w:rPr>
          <w:lang w:eastAsia="zh-CN"/>
        </w:rPr>
        <w:t>　　竞赛促读法</w:t>
      </w:r>
      <w:r>
        <w:rPr>
          <w:lang w:eastAsia="zh-CN"/>
        </w:rPr>
        <w:br/>
      </w:r>
      <w:r>
        <w:rPr>
          <w:lang w:eastAsia="zh-CN"/>
        </w:rPr>
        <w:t>　　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r>
        <w:rPr>
          <w:lang w:eastAsia="zh-CN"/>
        </w:rPr>
        <w:br/>
      </w:r>
      <w:r>
        <w:rPr>
          <w:lang w:eastAsia="zh-CN"/>
        </w:rPr>
        <w:t>　　美文诵读法</w:t>
      </w:r>
      <w:r>
        <w:rPr>
          <w:lang w:eastAsia="zh-CN"/>
        </w:rPr>
        <w:br/>
      </w:r>
      <w:r>
        <w:rPr>
          <w:lang w:eastAsia="zh-CN"/>
        </w:rPr>
        <w:t>　　为了引导学生多读好书，会读好书，我们进行了图书漂流活动。引导学生品赏优美的诗歌、散文、小说等佳作，从中获得美的发现和感悟，提高学生的人文素养，激发学生课外阅读的积极性，提升他们的阅读品位。</w:t>
      </w:r>
      <w:r>
        <w:rPr>
          <w:lang w:eastAsia="zh-CN"/>
        </w:rPr>
        <w:br/>
      </w:r>
      <w:r>
        <w:rPr>
          <w:lang w:eastAsia="zh-CN"/>
        </w:rPr>
        <w:t>　　学科推荐法</w:t>
      </w:r>
      <w:r>
        <w:rPr>
          <w:lang w:eastAsia="zh-CN"/>
        </w:rPr>
        <w:br/>
      </w:r>
      <w:r>
        <w:rPr>
          <w:lang w:eastAsia="zh-CN"/>
        </w:rPr>
        <w:t>　　课内与课外相结合是提高学生阅读能力和实践能力的重要途径。我们的语文教师能够根据课文的内容特点推荐学生借阅有关图书。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(8)调整藏书结构，争取为我们的教师和学生在学习每一门课程时，提供一连串的参考书目。</w:t>
      </w:r>
      <w:r>
        <w:rPr>
          <w:lang w:eastAsia="zh-CN"/>
        </w:rPr>
        <w:br/>
      </w:r>
      <w:r>
        <w:rPr>
          <w:lang w:eastAsia="zh-CN"/>
        </w:rPr>
        <w:t>　　只有“尊重并满足学生学习的需求”，图书馆为学生的学习服务的效能才能真正地发挥出来。首先，从采购图书起，就要围绕对学生进行思想政治教育及学校教学的需要。在学生读物方面，加紧对丰富课余生活、拓展学科知识、普及美育和德育方面的图书。教师用书方面，首先就增加新的教育思想、教育心理方面的图书;其次是配合学校有关活动，熟悉各学科教学发展和变化，结合书刊发行选择新书，使之既与学校教育教学内容相衔接，又是它们内容的延伸和辐射，然后是教师进行继续教育深造的学科专著。而古今中外的文学名著、文史地、科技方向的普及读物，是师生均喜爱的。我们要挖掘现有藏书的潜力，采取师生共享的办法，以缓解学生书少和购书经费不足的矛盾。</w:t>
      </w:r>
      <w:r>
        <w:rPr>
          <w:lang w:eastAsia="zh-CN"/>
        </w:rPr>
        <w:br/>
      </w:r>
      <w:r>
        <w:rPr>
          <w:lang w:eastAsia="zh-CN"/>
        </w:rPr>
        <w:t>　　(9)建立了电子图书馆。</w:t>
      </w:r>
      <w:r>
        <w:rPr>
          <w:lang w:eastAsia="zh-CN"/>
        </w:rPr>
        <w:br/>
      </w:r>
      <w:r>
        <w:rPr>
          <w:lang w:eastAsia="zh-CN"/>
        </w:rPr>
        <w:t>　　将图书馆的规章制度、新书介绍、借阅安排等在网上公布，并下载一定数量、较高质量的电子图书，师生通过登陆访问，能了解学校图书馆的藏书等情况，并进行电子图书的阅览。</w:t>
      </w:r>
      <w:r>
        <w:rPr>
          <w:lang w:eastAsia="zh-CN"/>
        </w:rPr>
        <w:br/>
      </w:r>
      <w:r>
        <w:rPr>
          <w:lang w:eastAsia="zh-CN"/>
        </w:rPr>
        <w:t>　　(10)梳理了已有材料，建立了图书馆网上主页。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开辟五个版块：图书馆介绍、读者服务、图书信息查询、读者指南、读者信箱。把师生经常性使用的报刊、光盘、像带目录，把已有的须届届使用、基本不变的内容，如图书分类法、各类检索方法等，把网上下载的和资料摘编的进行分类整理，输入到主页上;同时精选读者的稿件和建议，也不断予以输入。锱铢累积，渐增渐多，逐步实现图书馆与师生读者的网上双向交流，提高信息的重复有效使用率。</w:t>
      </w:r>
      <w:r>
        <w:rPr>
          <w:lang w:eastAsia="zh-CN"/>
        </w:rPr>
        <w:br/>
      </w:r>
      <w:r>
        <w:rPr>
          <w:lang w:eastAsia="zh-CN"/>
        </w:rPr>
        <w:t xml:space="preserve">    2024年图书馆年终工作总结范例 篇5 </w:t>
      </w:r>
      <w:r>
        <w:rPr>
          <w:lang w:eastAsia="zh-CN"/>
        </w:rPr>
        <w:br/>
      </w:r>
      <w:r>
        <w:rPr>
          <w:lang w:eastAsia="zh-CN"/>
        </w:rPr>
        <w:t>　　新河县图书馆在市文化局和县委县政府的关心、重视下，在教文体局领导的支持、帮忙下，全馆职工，本着一切为读者服务的宗旨，围绕优化服务功能、增强业务管理、提高人员素质入手，加大力度拓展图书馆教育和信息功能，从日常工作、读者活动、读者服务、文化资源共享等几方面入手，透过一年扎实的努力，顺利完成了本年度的各项工作，具体汇报如下：</w:t>
      </w:r>
      <w:r>
        <w:rPr>
          <w:lang w:eastAsia="zh-CN"/>
        </w:rPr>
        <w:br/>
      </w:r>
      <w:r>
        <w:rPr>
          <w:lang w:eastAsia="zh-CN"/>
        </w:rPr>
        <w:t>　　一、日常工作。</w:t>
      </w:r>
      <w:r>
        <w:rPr>
          <w:lang w:eastAsia="zh-CN"/>
        </w:rPr>
        <w:br/>
      </w:r>
      <w:r>
        <w:rPr>
          <w:lang w:eastAsia="zh-CN"/>
        </w:rPr>
        <w:t>　　保障开馆时间；坚持做好借阅记录，确保书籍不流失；为给读者营造良好的读书氛围，我们努力创设干净、美观、安静、整洁的读书环境，做到了标牌标准明显，室内清净安逸，图书摆放整齐有序；对新进的5000册图书进行整理、盖馆藏章、分类、上架，并利用图书管理软件对新书逐一进行登记。</w:t>
      </w:r>
      <w:r>
        <w:rPr>
          <w:lang w:eastAsia="zh-CN"/>
        </w:rPr>
        <w:br/>
      </w:r>
      <w:r>
        <w:rPr>
          <w:lang w:eastAsia="zh-CN"/>
        </w:rPr>
        <w:t>　　二、读者活动工作。</w:t>
      </w:r>
      <w:r>
        <w:rPr>
          <w:lang w:eastAsia="zh-CN"/>
        </w:rPr>
        <w:br/>
      </w:r>
      <w:r>
        <w:rPr>
          <w:lang w:eastAsia="zh-CN"/>
        </w:rPr>
        <w:t>　　以4月23号世界读书日为契机，组织各中小学校，举办了“读经典，学史诗”的诵读活动；为庆祝建党94周年，举办了“党在我心中”的演讲比赛；用心参加省市图书馆组织的“阅读红色经典，传承红色精神”燕赵少年读书系列活动，共征集到卡通画作品50余幅，经典阅读卡120份，上报省市参加评比。</w:t>
      </w:r>
      <w:r>
        <w:rPr>
          <w:lang w:eastAsia="zh-CN"/>
        </w:rPr>
        <w:br/>
      </w:r>
      <w:r>
        <w:rPr>
          <w:lang w:eastAsia="zh-CN"/>
        </w:rPr>
        <w:t>　　三、读者服务工作。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做好读者推荐新书、编制新书目录、开展送书服务、解答读者咨询、电子阅览室查询等服务，为读者带给便捷的条件。利用图书馆读者服务宣传周，透过印制宣传单，制作展览，让群众了解图书馆，走进图书馆，利用图书馆，发挥图书馆的社会教育职能。</w:t>
      </w:r>
      <w:r>
        <w:rPr>
          <w:lang w:eastAsia="zh-CN"/>
        </w:rPr>
        <w:br/>
      </w:r>
      <w:r>
        <w:rPr>
          <w:lang w:eastAsia="zh-CN"/>
        </w:rPr>
        <w:t>　　四、文化资源共享工作。</w:t>
      </w:r>
      <w:r>
        <w:rPr>
          <w:lang w:eastAsia="zh-CN"/>
        </w:rPr>
        <w:br/>
      </w:r>
      <w:r>
        <w:rPr>
          <w:lang w:eastAsia="zh-CN"/>
        </w:rPr>
        <w:t>　　图书馆是我县文化信息资源共享工程县级支中心。20__年已收到35万元的河北省文化共享工程县级支中心平台建设项目设备，但至今还未安装使用。现正用心争取各级领导支持，准备安装这批设备的各项事宜，以充分发挥其作用，填补我县图书馆没有电子阅览室这项空白。</w:t>
      </w:r>
      <w:r>
        <w:rPr>
          <w:lang w:eastAsia="zh-CN"/>
        </w:rPr>
        <w:br/>
      </w:r>
      <w:r>
        <w:rPr>
          <w:lang w:eastAsia="zh-CN"/>
        </w:rPr>
        <w:t>　　总之，透过全馆同志共同努力，在县局领导的关怀支持下，我们的工作取得了必须成绩，办馆条件进一步改善，业务素质进一步提高。但不容忽视的是，在基础设施建设、经费投入、业务人员配备、服务水平上，与其他县市相比，还有很大的差距，与上级的要求还有必须距离。我们将继续虚心学习，以争先创优为契机，以更加饱满的热情投入到工作之中，迎接更大的挑战，努力取得更大的成绩。</w:t>
      </w:r>
      <w:r>
        <w:rPr>
          <w:lang w:eastAsia="zh-CN"/>
        </w:rPr>
        <w:br/>
      </w:r>
      <w:r>
        <w:rPr>
          <w:lang w:eastAsia="zh-CN"/>
        </w:rPr>
        <w:t xml:space="preserve">    2024年图书馆年终工作总结范例 篇6 </w:t>
      </w:r>
      <w:r>
        <w:rPr>
          <w:lang w:eastAsia="zh-CN"/>
        </w:rPr>
        <w:br/>
      </w:r>
      <w:r>
        <w:rPr>
          <w:lang w:eastAsia="zh-CN"/>
        </w:rPr>
        <w:t>　　一年来，__县图书馆充分发挥图书馆精神文明建设窗口作用，积极开展文明创建工作，实施免费开放、美化学习环境、增加服务窗口，受到广大读者欢迎与认可。</w:t>
      </w:r>
      <w:r>
        <w:rPr>
          <w:lang w:eastAsia="zh-CN"/>
        </w:rPr>
        <w:br/>
      </w:r>
      <w:r>
        <w:rPr>
          <w:lang w:eastAsia="zh-CN"/>
        </w:rPr>
        <w:t>　　1、优化服务、促进图书馆公共事业健康发展方面。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图书馆充分利用馆藏资源，努力提高服务水平，免费开放图书室。一年来共接待读者一万人次，阅览图书16800册次，电子阅览室接待读者19703人次。新办借书证33个，为读者解答咨询100余次。</w:t>
      </w:r>
      <w:r>
        <w:rPr>
          <w:lang w:eastAsia="zh-CN"/>
        </w:rPr>
        <w:br/>
      </w:r>
      <w:r>
        <w:rPr>
          <w:lang w:eastAsia="zh-CN"/>
        </w:rPr>
        <w:t>　　2、创新机制、免费开放。</w:t>
      </w:r>
      <w:r>
        <w:rPr>
          <w:lang w:eastAsia="zh-CN"/>
        </w:rPr>
        <w:br/>
      </w:r>
      <w:r>
        <w:rPr>
          <w:lang w:eastAsia="zh-CN"/>
        </w:rPr>
        <w:t>　　__县图书馆心系读者，站在读者立场上，延长服务时间，每天晚上7：00——8：00开放电子阅览室。并于2月份免费开放电子阅览室，进一步丰富中小学生假期文化生活。</w:t>
      </w:r>
      <w:r>
        <w:rPr>
          <w:lang w:eastAsia="zh-CN"/>
        </w:rPr>
        <w:br/>
      </w:r>
      <w:r>
        <w:rPr>
          <w:lang w:eastAsia="zh-CN"/>
        </w:rPr>
        <w:t>　　3、与时俱进，及时增加现代化服务窗口。</w:t>
      </w:r>
      <w:r>
        <w:rPr>
          <w:lang w:eastAsia="zh-CN"/>
        </w:rPr>
        <w:br/>
      </w:r>
      <w:r>
        <w:rPr>
          <w:lang w:eastAsia="zh-CN"/>
        </w:rPr>
        <w:t>　　共享工程县级支中心通过半年运行，各项工作逐步走向正规轨道。今年共接待读者19703人次。乡镇基层服务点建设工作共完成3个（遮岛、曩宋、勐养），并为勐养镇基层点解决服务器降温设备一台。</w:t>
      </w:r>
      <w:r>
        <w:rPr>
          <w:lang w:eastAsia="zh-CN"/>
        </w:rPr>
        <w:br/>
      </w:r>
      <w:r>
        <w:rPr>
          <w:lang w:eastAsia="zh-CN"/>
        </w:rPr>
        <w:t>　　4、深入农村，服务基层。</w:t>
      </w:r>
      <w:r>
        <w:rPr>
          <w:lang w:eastAsia="zh-CN"/>
        </w:rPr>
        <w:br/>
      </w:r>
      <w:r>
        <w:rPr>
          <w:lang w:eastAsia="zh-CN"/>
        </w:rPr>
        <w:t>　　图书馆抽调业务骨干三人负责全县12个点农家书屋建设工作，在规定期限内配合新华书店把12个点的图书资料发送到位，并为各个点制作了借阅制度、管理员工作职责、图书管理制度。在永和自然村建立农家书屋示范点，积极筹措资金4000元制做了书架、阅览桌椅，并组织工作人员到书屋进行图书分类、贴书标和图书上架工作，对管理员进行现场培训，为农家书屋建设和管理提供了示范作用。</w:t>
      </w:r>
      <w:r>
        <w:rPr>
          <w:lang w:eastAsia="zh-CN"/>
        </w:rPr>
        <w:br/>
      </w:r>
      <w:r>
        <w:rPr>
          <w:lang w:eastAsia="zh-CN"/>
        </w:rPr>
        <w:t xml:space="preserve">    2024年图书馆年终工作总结范例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一、增强服务意识，提供优质服务</w:t>
      </w:r>
      <w:r>
        <w:rPr>
          <w:lang w:eastAsia="zh-CN"/>
        </w:rPr>
        <w:br/>
      </w:r>
      <w:r>
        <w:rPr>
          <w:lang w:eastAsia="zh-CN"/>
        </w:rPr>
        <w:t>　　一年来，在工作中自始自终强调读者第一、服务育人、文明规范、科学现代化的服务理念。师生是学校图书馆的主要服务对象，在服务过程中，通过图书馆提供的书刊对学生进行思想品德教育，拓宽学生的知识面，培养学生的创新精神和实践能力，在图书馆工作实践中，作为图书馆的管理员，努力为师生营造一个文明、整洁、清新的馆容馆貌，学生阅览室为学生开拓视野、增长知识、培养学生个性和创造性造就良好的阅读场所。</w:t>
      </w:r>
      <w:r>
        <w:rPr>
          <w:lang w:eastAsia="zh-CN"/>
        </w:rPr>
        <w:br/>
      </w:r>
      <w:r>
        <w:rPr>
          <w:lang w:eastAsia="zh-CN"/>
        </w:rPr>
        <w:t>　　二、做好图书馆的日常管理工作。</w:t>
      </w:r>
      <w:r>
        <w:rPr>
          <w:lang w:eastAsia="zh-CN"/>
        </w:rPr>
        <w:br/>
      </w:r>
      <w:r>
        <w:rPr>
          <w:lang w:eastAsia="zh-CN"/>
        </w:rPr>
        <w:t>　　1.开学初忙而不乱，建立建全了各项管理工作;高效率，快节奏完成发放教辅用书和作业本以及教师用书工作，认真做好教材验收、分发和统计等工作，热情接待每一位师生。耐心细致处理好每一个班级教材余缺调剂。保证了学校教育教学工作的正常进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及时办理新生和新进教师的借书证工作;为学校师生的书报、刊物借阅工作提供最大的方便。还加快了图书、报刊的新进电脑登记录入工作。认真分析了学校图书的藏书结构、针对学校教育教学工作的特点和需要，上半年完成了新书的选购并于暑假之前协助编目员完成编目上架等大量工作。向广大师生推荐介绍好书、新书。对新到的报刊及时展出，决不过夜，让广大师生及时看到最新的报刊内容，并对过期的报刊及时装订入库，让每一种图书报刊都真正地发挥出效益。从而激发了广大师生的阅读兴趣和热情。为节省师生的时间，在提高工作效率上作文章、下功夫。实行了边工作、边学习、加强练兵的三步曲。一是勤整理，对师生归还的图书每天及时归类上架;二是勤检查，对师生在借阅时抽乱、插错的书籍勤查找;三是勤过目，到书架旁勤看一看，对图书的位置了如指掌。从而为师生查找资料时节省了时间，提高效率。</w:t>
      </w:r>
      <w:r>
        <w:rPr>
          <w:lang w:eastAsia="zh-CN"/>
        </w:rPr>
        <w:br/>
      </w:r>
      <w:r>
        <w:rPr>
          <w:lang w:eastAsia="zh-CN"/>
        </w:rPr>
        <w:t>　　3 .认真完成图书的剔旧换新的任务。目前学校藏书量是4.5万多册图书，为了不误学生阅读、教师借阅的情况下，对那些流通率高容易坏的书本及时修补上架。由于图书书脊上的标贴大部分已经脱落，故本学期对全书库的图书标贴进行修理，这是一项比较大的、比较苦累的工作，但是工作起来没有一句怨言。</w:t>
      </w:r>
      <w:r>
        <w:rPr>
          <w:lang w:eastAsia="zh-CN"/>
        </w:rPr>
        <w:br/>
      </w:r>
      <w:r>
        <w:rPr>
          <w:lang w:eastAsia="zh-CN"/>
        </w:rPr>
        <w:t>　　4.及时高效地完成了报刊的征订工作。在做好报刊征订的同时，注重搞好服务，每天收发的报刊几十种，不管时间再晚，工作再累，只要报刊到校，马上动手，每次都准确无误地于当天分发到师生手中，并在放假前开始回笼已借出的图书，安排停当假期前的师生借阅工作。</w:t>
      </w:r>
      <w:r>
        <w:rPr>
          <w:lang w:eastAsia="zh-CN"/>
        </w:rPr>
        <w:br/>
      </w:r>
      <w:r>
        <w:rPr>
          <w:lang w:eastAsia="zh-CN"/>
        </w:rPr>
        <w:t>　　四、注重充分发挥学生家长的优势</w:t>
      </w:r>
      <w:r>
        <w:rPr>
          <w:lang w:eastAsia="zh-CN"/>
        </w:rPr>
        <w:br/>
      </w:r>
      <w:r>
        <w:rPr>
          <w:lang w:eastAsia="zh-CN"/>
        </w:rPr>
        <w:t>　　学生人数一年多于一年，为了图书的借阅及学生来馆阅读等工作做得更好，图书管理单凭领导重视，图书馆管理员努力还是不够的。因此，在忍受紧缺的条件下，我们想到学生家长，请他们来图书馆帮忙管理，在我一番简单介绍，他们能很快上手，尽心尽职，在借书期间他们还会耐心的跟学生说如何爱护书籍和合理地保管书籍： 注意防潮、防折、不涂划、不污损，一年来，图书室的图书完好无损。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五、利用业余时间认真学习业务知识，不断进行思想教育，端正服务态度。</w:t>
      </w:r>
      <w:r>
        <w:rPr>
          <w:lang w:eastAsia="zh-CN"/>
        </w:rPr>
        <w:br/>
      </w:r>
      <w:r>
        <w:rPr>
          <w:lang w:eastAsia="zh-CN"/>
        </w:rPr>
        <w:t>　　我边工作，边学习，不断提高专业理论水平和工作实践能力。在图书馆管理中既注重管，又不忘理，认真探讨指导学生阅读的方法，在学生阅读过程中，积极对学生进行阅读指导。这些工作看似简单，做起来比较麻烦，但从没有怨言，努力使图书馆真正成为广大师生最愿意来的地方。</w:t>
      </w:r>
      <w:r>
        <w:rPr>
          <w:lang w:eastAsia="zh-CN"/>
        </w:rPr>
        <w:br/>
      </w:r>
      <w:r>
        <w:rPr>
          <w:lang w:eastAsia="zh-CN"/>
        </w:rPr>
        <w:t>　　图书管理工作是非常繁琐而又神圣的。管理的是图书，传播的是文化和思想。因此，在今后工作中，我要以满腔的热情更加努力地工作，始终如一为教育教学服务，为广大师生服务的宗旨，管理要有章有序，有始有终，使图书馆所有图书资料最大限度的得到利用，让图书馆成为我校的文明窗口单位做出我应有的贡献。</w:t>
      </w:r>
      <w:r>
        <w:rPr>
          <w:lang w:eastAsia="zh-CN"/>
        </w:rPr>
        <w:br/>
      </w:r>
      <w:r>
        <w:rPr>
          <w:lang w:eastAsia="zh-CN"/>
        </w:rPr>
        <w:t>　　一年来总觉得自己整天在忙碌中，有做不完的事情。不过还是有不足之处，比如如何将图书馆管理得更好，再上一个水平，还要不断地学习和研究摸索。今后争取不断改进，努力做得更好!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现代化教育理念要求学生学会学习，图书馆正好为学生的课余读书生活提供了一段较为宽裕的时间和一个较为宽绰的空间，尤其是研究性学习课程的设置更凸现了图书馆的育人服务功能，素质教育把图书馆提升到现代化学校三根支柱之一的重要地位。我校在以育人为本、让每一个学生得到最优发展的办学思想指导下，图书馆馆舍、内部设施等硬件建设和规范管理、优质服务等软件建设随着学校教育事业取得骄人成绩的同时，也迅速跃上了新的台阶。现汇报如下：</w:t>
      </w:r>
      <w:r>
        <w:rPr>
          <w:lang w:eastAsia="zh-CN"/>
        </w:rPr>
        <w:br/>
      </w:r>
      <w:r>
        <w:rPr>
          <w:lang w:eastAsia="zh-CN"/>
        </w:rPr>
        <w:t>　　一、加大投入，强化硬件建设</w:t>
      </w:r>
      <w:r>
        <w:rPr>
          <w:lang w:eastAsia="zh-CN"/>
        </w:rPr>
        <w:br/>
      </w:r>
      <w:r>
        <w:rPr>
          <w:lang w:eastAsia="zh-CN"/>
        </w:rPr>
        <w:t>　　根据国家、省、市有关图书馆 ( 室 ) 建设的文件精神和标准，结合学校实际，我们对图书馆建设工作进行了统筹规划，采取切实可行的措施，使硬件建设达到丁标准化，实观了整体水平共同提高的目的。</w:t>
      </w:r>
      <w:r>
        <w:rPr>
          <w:lang w:eastAsia="zh-CN"/>
        </w:rPr>
        <w:br/>
      </w:r>
      <w:r>
        <w:rPr>
          <w:lang w:eastAsia="zh-CN"/>
        </w:rPr>
        <w:t>　　现在图书使用面积达到 1024平方米，设有藏书库，教师资料室，教师阅览室，学生阅览室，学生图书外借室，采编室，办公室等，教师资料室面积达 243.75 平方米，设有座位 84 个，占总教师人数的37.84% ，学生阅览室面积达 341.25平方米，设有座位 220 个，占总人数的8.5 %，并且，教师每座占地 2.2 平方米，学生每座占地 1.55 平方米。到 2019 年为止，学校图书馆共有图书98528万多册，其中工具书、教学参考书为 423 多种类，生均图书达到 37 册.年递增量为每生 2 册。同时，文艺类图书 12761 册占总藏书量的 30% 以下。报刊种类为 167 以上。图书馆又设有能容纳 500 &amp;&amp; 800 册图书的标准书架 173 个，书柜 23 个，还有出纳台、文件柜、目录柜、陈列柜、报刊架多个。馆内有良好的通风、换气、采光照明、防尘、防火、防潮、防盗、防蛀、防高温等保护设施。学校配置了 4 台联想计算机，规划了电子阅览室，实行了校园网络化管理：另外还配置了复印机、激光打印机、塑封机、装订机等设备。</w:t>
      </w:r>
      <w:r>
        <w:rPr>
          <w:lang w:eastAsia="zh-CN"/>
        </w:rPr>
        <w:br/>
      </w:r>
      <w:r>
        <w:rPr>
          <w:lang w:eastAsia="zh-CN"/>
        </w:rPr>
        <w:t>　　二、规范管理，提高管理水平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1 、管理人员专业化。要管理出效益，关键在于提高图书馆管理人员的素质，为了加强和充实管理队伍，充分利用各种机会，参加图书分类、编目专业培训。积极参加福建省图书馆员网络在线培训。现在图书馆的6位管理人员都具有大专及本科以上学历，且都具有中级及其以上职称： 4 位取得专业培训结业证书。</w:t>
      </w:r>
      <w:r>
        <w:rPr>
          <w:lang w:eastAsia="zh-CN"/>
        </w:rPr>
        <w:br/>
      </w:r>
      <w:r>
        <w:rPr>
          <w:lang w:eastAsia="zh-CN"/>
        </w:rPr>
        <w:t>　　2 、抓好常规管理。图书馆的常规工作主要是图书的采购、编目、登记、加工、流通、阅览等业务，我们根据市教委的有关文件，结合馆具体情况，制定了莆田第十二中学图书馆管理制度等十来份规章制度。体现我馆特色的主要有：</w:t>
      </w:r>
      <w:r>
        <w:rPr>
          <w:lang w:eastAsia="zh-CN"/>
        </w:rPr>
        <w:br/>
      </w:r>
      <w:r>
        <w:rPr>
          <w:lang w:eastAsia="zh-CN"/>
        </w:rPr>
        <w:t>　　(1)购买新书实行报批制度。先列出购书清单，经微机查询核准确无该书，或确认需要增加复本，经分管校长审查同意后，委托当地新华书店办理，少量邮购选择正轨出版社或大型书店，先到货后付款，杜绝了非法出版物的流入。</w:t>
      </w:r>
      <w:r>
        <w:rPr>
          <w:lang w:eastAsia="zh-CN"/>
        </w:rPr>
        <w:br/>
      </w:r>
      <w:r>
        <w:rPr>
          <w:lang w:eastAsia="zh-CN"/>
        </w:rPr>
        <w:t>　　(2)严格把好新书入库关。须由经办人填写固定资产验收单，一式三份，按单据时序入帐，杜绝了帐、物不符和因疏忽造成的漏洞。</w:t>
      </w:r>
      <w:r>
        <w:rPr>
          <w:lang w:eastAsia="zh-CN"/>
        </w:rPr>
        <w:br/>
      </w:r>
      <w:r>
        <w:rPr>
          <w:lang w:eastAsia="zh-CN"/>
        </w:rPr>
        <w:t>　　(3)编目严格按LZJ3000软件要求录入。符合国家《文献著录总则》标准，能从题名、作者、书号、主题四个方面查询书目。</w:t>
      </w:r>
      <w:r>
        <w:rPr>
          <w:lang w:eastAsia="zh-CN"/>
        </w:rPr>
        <w:br/>
      </w:r>
      <w:r>
        <w:rPr>
          <w:lang w:eastAsia="zh-CN"/>
        </w:rPr>
        <w:t>　　(4)全方位的借阅方式。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图书馆的借阅方式越方便，读者越多，图书和图书馆发挥的作用也就越大。反之则死气沉沉，形同虚设，谈何发挥作用和参与教育教学?我们由集体借阅、半开架借阅过渡到全开架借阅，让馆藏图书直接与学生见面。借阅方式又向更高层次发展，做到借阅合一，即在图书馆里布置书库区和阅览区，功能既有不同，二者又相合一。学生读者可以空手进图书馆，可以还了书进去，也可以自带学习资料进。在这个空间里，可以借书，可以找了书在一旁阅读不借走，也可以找了资料自主学习。这样就方便了学生，提高了馆藏文献的利用率，真正体现了以读者为本，以学生为本的办馆思想。</w:t>
      </w:r>
      <w:r>
        <w:rPr>
          <w:lang w:eastAsia="zh-CN"/>
        </w:rPr>
        <w:br/>
      </w:r>
      <w:r>
        <w:rPr>
          <w:lang w:eastAsia="zh-CN"/>
        </w:rPr>
        <w:t>　　(5)见缝插针的开放时间。</w:t>
      </w:r>
      <w:r>
        <w:rPr>
          <w:lang w:eastAsia="zh-CN"/>
        </w:rPr>
        <w:br/>
      </w:r>
      <w:r>
        <w:rPr>
          <w:lang w:eastAsia="zh-CN"/>
        </w:rPr>
        <w:t>　　学生每天的在校时间是固定的，他们的课务较满，自由活动时间也不多，有时就连下课的十分钟也得用于完成上节课遗留下来的课堂作业，去图书馆自由借阅图书的权益就难得到保障。在这种大环境下，图书馆只有充分利用中午、课间、放学后的时间，见缝插针，在夹缝中求发展。</w:t>
      </w:r>
      <w:r>
        <w:rPr>
          <w:lang w:eastAsia="zh-CN"/>
        </w:rPr>
        <w:br/>
      </w:r>
      <w:r>
        <w:rPr>
          <w:lang w:eastAsia="zh-CN"/>
        </w:rPr>
        <w:t>　　(6)制度化的学生管理员队伍。</w:t>
      </w:r>
      <w:r>
        <w:rPr>
          <w:lang w:eastAsia="zh-CN"/>
        </w:rPr>
        <w:br/>
      </w:r>
      <w:r>
        <w:rPr>
          <w:lang w:eastAsia="zh-CN"/>
        </w:rPr>
        <w:t>　　现任图书馆教师管理员除了图书的采编及教学工作外，还要对近三千位师生借阅，如果没有一支学生图书管理员队伍当助手，单凭几个人，对学生大流量借阅的开放是不能持之以恒的。自本学期起，对学生管理员需经过选拔、培训，相对固定，形成制度，轮流值日，对这支队伍要给予鼓励、指导和帮助，同时在2019年学校及图书馆开展的各项读书活动中，要以他们为主力军，这既能促使这些学生更加热爱图书馆工作，又形成了图书馆的特色。</w:t>
      </w:r>
      <w:r>
        <w:rPr>
          <w:lang w:eastAsia="zh-CN"/>
        </w:rPr>
        <w:br/>
      </w:r>
      <w:r>
        <w:rPr>
          <w:lang w:eastAsia="zh-CN"/>
        </w:rPr>
        <w:t>　　三、开展活动，提高服务水准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为了积极推进学校素质教育实施，配合教育教学工作，更好地开发利用图书资源，激发学生读书兴趣，图书馆开展了形式多样，内容丰富的各种宣传教育活动，图书馆工作人员牢记读者第一，服务至上的宗旨，提出上帝永远是对的服务理念，做好学生管理员的表率，要求在准时、热情、细心、负责上下功夫。认识到为师生服务要得理且让人，办事讲效率，服务求卓越，一句话，只有服务不到位，没有服务过了头。我们主要做了以下几点：</w:t>
      </w:r>
      <w:r>
        <w:rPr>
          <w:lang w:eastAsia="zh-CN"/>
        </w:rPr>
        <w:br/>
      </w:r>
      <w:r>
        <w:rPr>
          <w:lang w:eastAsia="zh-CN"/>
        </w:rPr>
        <w:t>　　(1) 明确分工，全力合作。1人在三楼专管师生电子阅览室，其余4人共同负责轮值师生借阅服务，有具体的分工细则，同时，加强学生管理员队伍的培训，每学年新学期初在高一新生中由班主任推荐，集中培训，明确要求，岗位督促，尤其对操作微机的学生，要求其严格执行操作程序，严禁违规操作，以免造成失误。</w:t>
      </w:r>
      <w:r>
        <w:rPr>
          <w:lang w:eastAsia="zh-CN"/>
        </w:rPr>
        <w:br/>
      </w:r>
      <w:r>
        <w:rPr>
          <w:lang w:eastAsia="zh-CN"/>
        </w:rPr>
        <w:t>　　(2)开设专题讲座，指导课外阅读。每新学年开学初，为高一新生开设图情课和专题讲座，图情课主要内容有图书基础知识介绍，如图书分类法简介、微机查阅书目方法简介等。读书专题讲座有借书与读书、为学生的学习服务&amp;谈研究性学习中培养学生收集处理资料信息的能力、图书馆教会你学做聪明鸟!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(3)开展读书征文活动，举办省太高我最喜爱的十本书(套)评选暨书展活动。学生读书征文活动自新馆开馆以来先后举办了4次(以前大多参与政教处或语文组联合举办)，参与面和稿件质量逐次扩大和提高，收到了一定效果。我们把推荐馆藏图书、编制馆藏书目寓活动之中，收到了良好的效果。从张贴并下发推荐100本图书目录导读到集中时间展读到评出结果，时间先后跨度近3个月，既提倡平时经常性阅读，又相对集中两周时间在馆浏览速读。在这期间，学生读书热情高涨，所荐图书外借率明显上升。</w:t>
      </w:r>
      <w:r>
        <w:rPr>
          <w:lang w:eastAsia="zh-CN"/>
        </w:rPr>
        <w:br/>
      </w:r>
      <w:r>
        <w:rPr>
          <w:lang w:eastAsia="zh-CN"/>
        </w:rPr>
        <w:t>　　(4)开设书市、新书展览。每学期和新华书店联手举办，书店把新书运到学校，辟出场所，每次至少有半数学生入市，成交金额在3-5千元，图书馆顺便购入一批新书。</w:t>
      </w:r>
      <w:r>
        <w:rPr>
          <w:lang w:eastAsia="zh-CN"/>
        </w:rPr>
        <w:br/>
      </w:r>
      <w:r>
        <w:rPr>
          <w:lang w:eastAsia="zh-CN"/>
        </w:rPr>
        <w:t>　　(5) 做好新书介绍，扩大宣传，提高借阅率。我们改变了以往黑板报宣传、张贴书目的简单化做法，变为有选择地重点介绍。要求每学期3期，目前，已编制至12期，每期张贴并下发至教研组和每个班级。</w:t>
      </w:r>
      <w:r>
        <w:rPr>
          <w:lang w:eastAsia="zh-CN"/>
        </w:rPr>
        <w:br/>
      </w:r>
      <w:r>
        <w:rPr>
          <w:lang w:eastAsia="zh-CN"/>
        </w:rPr>
        <w:t>　　(6)为研究性学习开好绿灯，指导学生收集和处理资料信息，并开设资料复印服务。走出课堂，学生花时间最多的是重研究过程中的课题调查研究和有关资料查阅，因而，广大学生切切实实感到离不开图书馆。我们不厌其烦地为其查阅，一时查不到，作好备忘;教师有时电话请求，我们查到后并为其复印好送货上门;对学生的复印，我们酌情收取纸张成本费。</w:t>
      </w:r>
      <w:r>
        <w:rPr>
          <w:lang w:eastAsia="zh-CN"/>
        </w:rPr>
        <w:br/>
      </w:r>
      <w:r>
        <w:rPr>
          <w:lang w:eastAsia="zh-CN"/>
        </w:rPr>
        <w:t>　　(7)更新导读方法，激发阅读兴趣</w:t>
      </w:r>
      <w:r>
        <w:rPr>
          <w:lang w:eastAsia="zh-CN"/>
        </w:rPr>
        <w:br/>
      </w:r>
      <w:r>
        <w:rPr>
          <w:lang w:eastAsia="zh-CN"/>
        </w:rPr>
        <w:t>　　学生一旦对阅读产生了兴趣，在阅读过程中就会处于高度自觉状态，会以惊人的毅力去学习。因此，我们要求教师通过更新导读方法来诱发学生阅读的兴趣。</w:t>
      </w:r>
      <w:r>
        <w:rPr>
          <w:lang w:eastAsia="zh-CN"/>
        </w:rPr>
        <w:br/>
      </w:r>
      <w:r>
        <w:rPr>
          <w:lang w:eastAsia="zh-CN"/>
        </w:rPr>
        <w:t>　　设疑诱读法。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r>
        <w:rPr>
          <w:lang w:eastAsia="zh-CN"/>
        </w:rPr>
        <w:br/>
      </w:r>
      <w:r>
        <w:rPr>
          <w:lang w:eastAsia="zh-CN"/>
        </w:rPr>
        <w:t>　　竞赛促读法。</w:t>
      </w:r>
      <w:r>
        <w:rPr>
          <w:lang w:eastAsia="zh-CN"/>
        </w:rPr>
        <w:br/>
      </w:r>
      <w:r>
        <w:rPr>
          <w:lang w:eastAsia="zh-CN"/>
        </w:rPr>
        <w:t>　　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r>
        <w:rPr>
          <w:lang w:eastAsia="zh-CN"/>
        </w:rPr>
        <w:br/>
      </w:r>
      <w:r>
        <w:rPr>
          <w:lang w:eastAsia="zh-CN"/>
        </w:rPr>
        <w:t>　　美文诵读法</w:t>
      </w:r>
      <w:r>
        <w:rPr>
          <w:lang w:eastAsia="zh-CN"/>
        </w:rPr>
        <w:br/>
      </w:r>
      <w:r>
        <w:rPr>
          <w:lang w:eastAsia="zh-CN"/>
        </w:rPr>
        <w:t>　　为了引导学生多读好书，会读好书，我们进行了图书漂流活动。引导学生品赏优美的诗歌、散文、小说等佳作，从中获得美的发现和感悟，提高学生的人文素养，激发学生课外阅读的积极性，提升他们的阅读品位。</w:t>
      </w:r>
      <w:r>
        <w:rPr>
          <w:lang w:eastAsia="zh-CN"/>
        </w:rPr>
        <w:br/>
      </w:r>
      <w:r>
        <w:rPr>
          <w:lang w:eastAsia="zh-CN"/>
        </w:rPr>
        <w:t>　　学科推荐法</w:t>
      </w:r>
      <w:r>
        <w:rPr>
          <w:lang w:eastAsia="zh-CN"/>
        </w:rPr>
        <w:br/>
      </w:r>
      <w:r>
        <w:rPr>
          <w:lang w:eastAsia="zh-CN"/>
        </w:rPr>
        <w:t>　　课内与课外相结合是提高学生阅读能力和实践能力的重要途径。我们的语文教师能够根据课文的内容特点推荐学生借阅有关图书。</w:t>
      </w:r>
      <w:r>
        <w:rPr>
          <w:lang w:eastAsia="zh-CN"/>
        </w:rPr>
        <w:br/>
      </w:r>
      <w:r>
        <w:rPr>
          <w:lang w:eastAsia="zh-CN"/>
        </w:rPr>
        <w:t>　　(8)调整藏书结构，争取为我们的教师和学生在学习每一门课程时，提供一连串的参考书目。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只有尊重并满足学生学习的需求，图书馆为学生的学习服务的效能才能真正地发挥出来。首先，从采购图书起，就要围绕对学生进行思想政治教育及学校教学的需要。在学生读物方面，加紧对丰富课余生活、拓展学科知识、普及美育和德育方面的图书。教师用书方面，首先就增加新的教育思想、教育心理方面的图书;其次是配合学校有关活动，熟悉各学科教学发展和变化，结合书刊发行选择新书，使之既与学校教育教学内容相衔接，又是它们内容的延伸和辐射，然后是教师进行继续教育深造的学科专著。而古今中外的文学名著、文史地、科技方向的普及读物，是师生均喜爱的。我们要挖掘现有藏书的潜力，采取师生共享的办法，以缓解学生书少和购书经费不足的矛盾。</w:t>
      </w:r>
      <w:r>
        <w:rPr>
          <w:lang w:eastAsia="zh-CN"/>
        </w:rPr>
        <w:br/>
      </w:r>
      <w:r>
        <w:rPr>
          <w:lang w:eastAsia="zh-CN"/>
        </w:rPr>
        <w:t>　　(9)建立了电子图书馆，将图书馆的规章制度、新书介绍、借阅安排等在网上公布，并下载一定数量、较高质量的电子图书，师生通过登陆访问，能了解学校图书馆的藏书等情况，并进行电子图书的阅览。</w:t>
      </w:r>
      <w:r>
        <w:rPr>
          <w:lang w:eastAsia="zh-CN"/>
        </w:rPr>
        <w:br/>
      </w:r>
      <w:r>
        <w:rPr>
          <w:lang w:eastAsia="zh-CN"/>
        </w:rPr>
        <w:t>　　(10)梳理了已有材料，建立了图书馆网上主页，开辟五个版块：图书馆介绍、读者服务、图书信息查询、读者指南、读者信箱。把师生经常性使用的报刊、光盘、像带目录，把已有的须届届使用、基本不变的内容，如图书分类法、各类检索方法等，把网上下载的和资料摘编的进行分类整理，输入到主页上;同时精选读者的稿件和建议，也不断予以输入。锱铢累积，渐增渐多，逐步实现图书馆与师生读者的网上双向交流，提高信息的重复有效使用率。</w:t>
      </w:r>
      <w:r>
        <w:rPr>
          <w:lang w:eastAsia="zh-CN"/>
        </w:rPr>
        <w:br/>
      </w:r>
      <w:r>
        <w:rPr>
          <w:lang w:eastAsia="zh-CN"/>
        </w:rPr>
        <w:t xml:space="preserve">    2024年图书馆年终工作总结范例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20__年，新河县图书馆在市文化局和县委县政府的关心、重视下,在教文体局领导的支持、帮助下，全馆职工，本着一切为读者服务的宗旨，围绕优化服务功能、增强业务管理、提高人员素质入手，加大力度拓展图书馆教育和信息功能，从日常工作、读者活动、读者服务、文化资源共享等几方面入手，通过一年扎实的努力，顺利完成了本年度的各项工作，具体总结如下：</w:t>
      </w:r>
      <w:r>
        <w:rPr>
          <w:lang w:eastAsia="zh-CN"/>
        </w:rPr>
        <w:br/>
      </w:r>
      <w:r>
        <w:rPr>
          <w:lang w:eastAsia="zh-CN"/>
        </w:rPr>
        <w:t>　　一、日常工作。</w:t>
      </w:r>
      <w:r>
        <w:rPr>
          <w:lang w:eastAsia="zh-CN"/>
        </w:rPr>
        <w:br/>
      </w:r>
      <w:r>
        <w:rPr>
          <w:lang w:eastAsia="zh-CN"/>
        </w:rPr>
        <w:t>　　保障开馆时间；坚持做好借阅记录，确保书籍不流失；为给读者营造良好的读书氛围，我们努力创设干净、美观、安静、整洁的读书环境，做到了标牌标准明显，室内清净安逸，图书摆放整齐有序；对新进的5000册图书进行整理、盖馆藏章、分类、上架，并利用图书管理软件对新书逐一进行登记。</w:t>
      </w:r>
      <w:r>
        <w:rPr>
          <w:lang w:eastAsia="zh-CN"/>
        </w:rPr>
        <w:br/>
      </w:r>
      <w:r>
        <w:rPr>
          <w:lang w:eastAsia="zh-CN"/>
        </w:rPr>
        <w:t>　　二、读者活动工作。</w:t>
      </w:r>
      <w:r>
        <w:rPr>
          <w:lang w:eastAsia="zh-CN"/>
        </w:rPr>
        <w:br/>
      </w:r>
      <w:r>
        <w:rPr>
          <w:lang w:eastAsia="zh-CN"/>
        </w:rPr>
        <w:t>　　以4月23号世界读书日为契机，组织各中小学校，举办了“读经典，学史诗”的诵读活动；为庆祝中国共产党成立__周年，举办了“党在我心中”的演讲比赛；积极参加省市图书馆组织的“阅读红色经典，传承红色精神”燕赵少年读书系列活动，共征集到卡通画作品50余幅，经典阅读卡120份，上报省市参加评比。</w:t>
      </w:r>
      <w:r>
        <w:rPr>
          <w:lang w:eastAsia="zh-CN"/>
        </w:rPr>
        <w:br/>
      </w:r>
      <w:r>
        <w:rPr>
          <w:lang w:eastAsia="zh-CN"/>
        </w:rPr>
        <w:t>　　三、读者服务工作。</w:t>
      </w:r>
      <w:r>
        <w:rPr>
          <w:lang w:eastAsia="zh-CN"/>
        </w:rPr>
        <w:br/>
      </w:r>
      <w:r>
        <w:rPr>
          <w:lang w:eastAsia="zh-CN"/>
        </w:rPr>
        <w:t>　　做好读者推荐新书、编制新书目录、开展送书服务、解答读者咨询、电子阅览室查询等服务，为读者提供便捷的条件。利用图书馆读者服务宣传周，通过印制宣传单，制作展览，让群众了解图书馆，走进图书馆，利用图书馆，发挥图书馆的社会教育职能。</w:t>
      </w:r>
      <w:r>
        <w:rPr>
          <w:lang w:eastAsia="zh-CN"/>
        </w:rPr>
        <w:br/>
      </w:r>
      <w:r>
        <w:rPr>
          <w:lang w:eastAsia="zh-CN"/>
        </w:rPr>
        <w:t>　　四、文化资源共享工作。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图书馆是我县文化信息资源共享工程县级支中心。20__年已收到35万元的河北省文化共享工程县级支中心平台建设项目设备，但至今还未安装使用。现正积极争取各级领导支持，准备安装这批设备的各项事宜，以充分发挥其作用，填补我县图书馆没有电子阅览室这项空白。</w:t>
      </w:r>
      <w:r>
        <w:rPr>
          <w:lang w:eastAsia="zh-CN"/>
        </w:rPr>
        <w:br/>
      </w:r>
      <w:r>
        <w:rPr>
          <w:lang w:eastAsia="zh-CN"/>
        </w:rPr>
        <w:t>　　总之，通过全馆同志共同努力，在县局领导的关怀支持下，我们的工作取得了一定成绩，办馆条件进一步改善，业务素质进一步提高。但不容忽视的是，在基础设施建设、经费投入、业务人员配备、服务水平上，与其他县市相比，还有很大的差距，与上级的要求还有一定距离。我们将继续虚心学习，以争先创优为契机，以更加饱满的热情投入到工作之中，迎接更大的挑战，努力取得更大的成绩。</w:t>
      </w:r>
      <w:r>
        <w:rPr>
          <w:lang w:eastAsia="zh-CN"/>
        </w:rPr>
        <w:br/>
      </w:r>
      <w:r>
        <w:rPr>
          <w:lang w:eastAsia="zh-CN"/>
        </w:rPr>
        <w:t xml:space="preserve">    2024年图书馆年终工作总结范例 篇9 </w:t>
      </w:r>
      <w:r>
        <w:rPr>
          <w:lang w:eastAsia="zh-CN"/>
        </w:rPr>
        <w:br/>
      </w:r>
      <w:r>
        <w:rPr>
          <w:lang w:eastAsia="zh-CN"/>
        </w:rPr>
        <w:t>　　一、坚持理论学习，夯实业务基础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处长的带领下，全体财务处人员认真学习了党的十八大精神，加深了对十八大精神的理解，能保持先进的思想意识，更好的为本职工作服务。通过学习我们意识到作为高校财务工作者要重视提高自己的理论水平、思想道德修养和业务能力，提高为全校师生服务的意识，改进工作作风不能只停留在工作态度上，还应在服务内容、服务质量上下功夫，提高工作成效，坚持理论学习和实际工作相结合，做到“学习一个专题，解决一个问题，推动一项工作”。在实际工作中，我们及时落实省教育厅各项文件的精神，掌握并正确执行了财经政策法规，领导注重提高我们全体财务人员的政策执行能力及业务水平，为更好、更熟练的掌握新业务，我们财务处各科室人员利用业余时间学习规章制度、操作流程、风险提示和管理办法等，在日常工作中重视对我处科员的业务水平和服务效率的进行系统培养，尤其是对刚参加工作的年轻同志给予极大帮助，鼓励我们参与各项业务培训活动，保证了各项业务处理规范，流程清晰，各类会计业务差错率低，真正提高了科室的整体业务能力和专业素质。</w:t>
      </w:r>
      <w:r>
        <w:rPr>
          <w:lang w:eastAsia="zh-CN"/>
        </w:rPr>
        <w:br/>
      </w:r>
      <w:r>
        <w:rPr>
          <w:lang w:eastAsia="zh-CN"/>
        </w:rPr>
        <w:t>　　二、完善制度，保证财产安全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根据《事业单位财务规则》、《高等学校财务制度》等，结合《预算法》和省财政厅关于部门预算改革的相关要求，我处不断完善制度，依法规范学校经费的管理和使用。认真对照梳理已制定的各项财务管理制度，对于已不适用的，及时废止，需要重新制定或修订的，及时进行了补充完善。重点是加强了内控制度建设，强化预算执行和预算绩效管理，确保专款专用，提高专项资金使用效益，进一步加强了资产管理，杜绝了教育资产处置流失、配置不合理等现象。规范学校科研经费管理体制，真正做到财务管理的科学化、信息化建设。我们还通过网络平台，及时向各单位、部门公布经费的收支情况，提升了我们财务工作的透明度，同时得到了校领导的肯定。为了保护学校的财产安全，注重健全和完善各单位的安全责任制，坚持“谁主管、谁负责”的原则，实行一把手负责制，和重特大事故责任追究制。各科室的重要凭证和印鉴，制定专人负责，营业终了入保险柜保管。各类会计档案，要妥善保管，防火、防水、防潮，确保会计档案万无一失。此外，在资金方面，各科室必须严格遵守国家有关现金管理的规定，加强和健全对现金的管理，几年来，三个校区兄弟部门的相互配合，全年安全无事故。</w:t>
      </w:r>
      <w:r>
        <w:rPr>
          <w:lang w:eastAsia="zh-CN"/>
        </w:rPr>
        <w:br/>
      </w:r>
      <w:r>
        <w:rPr>
          <w:lang w:eastAsia="zh-CN"/>
        </w:rPr>
        <w:t>　　三、加强监管，提高经费管理水平</w:t>
      </w:r>
      <w:r>
        <w:rPr>
          <w:lang w:eastAsia="zh-CN"/>
        </w:rPr>
        <w:br/>
      </w:r>
      <w:r>
        <w:rPr>
          <w:lang w:eastAsia="zh-CN"/>
        </w:rPr>
        <w:t>　　为加强日常监督与专项监督相结合的财务监督机制，我们财务处着力加强“化债”后的风险管理，严格执行《高等教育信息公开办法》，切实担负起信息公开的主体责任，建立“三公”经费公开公示制度，建立健全财务信息披露等监督制度，发挥内部审计的监督作用，积极主动开展多形式的日常审计和专项审计工作，严格执行《会计法》和国家有关财经法规，按国家财务规定对每一笔收支票据的真实性、完整性进行认真审核，对重大开支项目实行会签制度，并由主管、分管校长审批后下达，对经费支出的审查监督严格按照财经规定审批使用。严格控制现金的支出，对超过现金定额的支出按国家相关规定严格控制现金的使用，加强了财务印章的管理和使用，确保学院资金的安全、完整。</w:t>
      </w:r>
      <w:r>
        <w:rPr>
          <w:lang w:eastAsia="zh-CN"/>
        </w:rPr>
        <w:br/>
      </w:r>
      <w:r>
        <w:rPr>
          <w:lang w:eastAsia="zh-CN"/>
        </w:rPr>
        <w:t>　　四、抓好队伍建设，提高服务意识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财务管理人员的素质和能力是影响财务管理水平的两项关键因素，应采取多种方法和途径加强对财务人员的教育。结合新修订的《高等学校财务制度》的实施工作，财务处组织我们全体财务人员加强学习培训，加强政治理论学习，提高服务认识，统一思想，加强业务学习，积极参加有关会计工作培训，加强职业道德教育，树立财务人员服务意识。要求我们妥善安排好工作计划，保证财务管理人员的学习时间和质量，注重学习和培训的效果，不断提高财务人员的业务素质，对相关财务制度做到全面了解、熟练应用、严格执行。</w:t>
      </w:r>
      <w:r>
        <w:rPr>
          <w:lang w:eastAsia="zh-CN"/>
        </w:rPr>
        <w:br/>
      </w:r>
      <w:r>
        <w:rPr>
          <w:lang w:eastAsia="zh-CN"/>
        </w:rPr>
        <w:t>　　我处一直要求财务人员说文明语、办文明事、做文明人，争做文明科室，对每一位老师和同学，都以饱满的精神和热情的服务对待，耐心为他们办理业务，细心解答他们的疑问。我处一直十分重视对部门人员的文明礼貌教育，微笑服务集体，一直是我们的称号，真正在工作中做到了微笑待人，同时也受到了学校其他部门的肯定和支持。根据学校20__年建设精神文明工作的要求，我校开展了处内文明教育活动，激励财务人员奋发向上、爱岗敬业，妥善安排好工作。</w:t>
      </w:r>
      <w:r>
        <w:rPr>
          <w:lang w:eastAsia="zh-CN"/>
        </w:rPr>
        <w:br/>
      </w:r>
      <w:r>
        <w:rPr>
          <w:lang w:eastAsia="zh-CN"/>
        </w:rPr>
        <w:t>　　五、继续加强学习，做好精神文明工作</w:t>
      </w:r>
      <w:r>
        <w:rPr>
          <w:lang w:eastAsia="zh-CN"/>
        </w:rPr>
        <w:br/>
      </w:r>
      <w:r>
        <w:rPr>
          <w:lang w:eastAsia="zh-CN"/>
        </w:rPr>
        <w:t>　　在今后的工作中，我们财务人员会继续加强学习，努力提高自己的政治思想素质和专业技术水平，树立改革创新观念和服务新理念，把学习当作作人、修身的头等大事。定期组织学习政治知识，增强政治敏锐性;学习上级政策，把握好正确的发展方向;学习业务知识，提高财务管理及核算水平，不断增强大局意识和整体观念;作决策、办事情，要坚持集体的利益高于一切，把对上负责和对下负责有机的结合起来，全心全意为全校师生服务，当好校领导的参谋助手，做好承上启下的工作。 20__年，在做好本职工作，完成本职工作计划的同时，我们会继续加强学习，全方位提升自己能力和水平，做好精神文明建设工作，继续服务于全校师生。</w:t>
      </w:r>
      <w:r>
        <w:rPr>
          <w:lang w:eastAsia="zh-CN"/>
        </w:rPr>
        <w:br/>
      </w:r>
      <w:r>
        <w:rPr>
          <w:lang w:eastAsia="zh-CN"/>
        </w:rPr>
        <w:t xml:space="preserve">    2024年图书馆年终工作总结范例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20__年即将过去了，图书馆的工作有时轻松，有时候也很辛苦，但是在大家的努力下，我们把任务完成的很好，以下是我图书馆工作的总结。</w:t>
      </w:r>
      <w:r>
        <w:rPr>
          <w:lang w:eastAsia="zh-CN"/>
        </w:rPr>
        <w:br/>
      </w:r>
      <w:r>
        <w:rPr>
          <w:lang w:eastAsia="zh-CN"/>
        </w:rPr>
        <w:t>　　20__年，在学校领导的正确领导和主管校长的直接指导下，在同志们的大力支持下，图书馆领导班子坚持以邓小平理论和科学发展观为指导，认真学习贯彻十八大及三中全会精神，按照学校提出的着力抓好内涵建设，积极充实升本条件，积极改进作风，更加关注民生，打造平安和谐校园，稳步推进学校改革发展的总体布署，团结带领全馆干部职工，解放思想，抢抓机遇，夯实基础，创建特色，使各项工作稳健、协调发展，较好地完成了本年度的工作任务。现简要总结报告如下：</w:t>
      </w:r>
      <w:r>
        <w:rPr>
          <w:lang w:eastAsia="zh-CN"/>
        </w:rPr>
        <w:br/>
      </w:r>
      <w:r>
        <w:rPr>
          <w:lang w:eastAsia="zh-CN"/>
        </w:rPr>
        <w:t>　　一、加强理论学习，强化思想引导，不断提高班子的凝聚力、向心力，不断提高领导水平和能力。</w:t>
      </w:r>
      <w:r>
        <w:rPr>
          <w:lang w:eastAsia="zh-CN"/>
        </w:rPr>
        <w:br/>
      </w:r>
      <w:r>
        <w:rPr>
          <w:lang w:eastAsia="zh-CN"/>
        </w:rPr>
        <w:t>　　1、领导班子长期坚持理论学习制度，认真组织干部职工学习党的十八大及三中全会精神，把握内涵，吃透精神，统一思想，明晰方向，使全馆教职工的思想和行动始终与学校党委保持一致，上下齐心，形成合力，为各项工作的开展提供了坚强的政治保障，思想保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2、按照党委部署，认真开展党的群众路线教育实践活动，走基层、接地气、找问题、订措施，努力化解实际工作中的困难和问题。按照上级要求，领导班子认真准备和召开了民主生活会，按照照镜子、正衣冠、洗洗澡、治治病的要求，真真切切地开展了批评与自我批评。班子成员态度端正、准备充分，不表功不谈成绩，坦率而尖锐地互相指出各自的缺点和短板，既认真负责，又实事求是，找出了差距和不足，明确了整改努力的方向，增进了团结，大家精神面貌焕然一新。</w:t>
      </w:r>
      <w:r>
        <w:rPr>
          <w:lang w:eastAsia="zh-CN"/>
        </w:rPr>
        <w:br/>
      </w:r>
      <w:r>
        <w:rPr>
          <w:lang w:eastAsia="zh-CN"/>
        </w:rPr>
        <w:t>　　3、认真学习本科办学条例和办学理念，持之以恒地学习现代化科学知识，组织专业技术骨干深入探讨和研究本专业的前沿课题及新技术、新模式、新思维，不断丰富和充实队伍的创新能力。在加强学习的同时，注重理论联系实际，注重普遍性与校情的结合，注重理论指导实践，有力地提高了学习的效果。</w:t>
      </w:r>
      <w:r>
        <w:rPr>
          <w:lang w:eastAsia="zh-CN"/>
        </w:rPr>
        <w:br/>
      </w:r>
      <w:r>
        <w:rPr>
          <w:lang w:eastAsia="zh-CN"/>
        </w:rPr>
        <w:t>　　二、坚持民主管理、科学决策，做好馆务公开。</w:t>
      </w:r>
      <w:r>
        <w:rPr>
          <w:lang w:eastAsia="zh-CN"/>
        </w:rPr>
        <w:br/>
      </w:r>
      <w:r>
        <w:rPr>
          <w:lang w:eastAsia="zh-CN"/>
        </w:rPr>
        <w:t>　　领导班子坚持民主集中制，重大问题集体决策。在工作中，班子成员既分工又合作，事关全局的重大工作，提交馆长办公会议或党政联席会议研究，避免了决策的盲目性。在实际工作中，班子成员讲团结、讲风格、讲协调，一方面放手，充分相信和依靠广大干部职工，让干事的人有职有权;另一方面相互的捧台撑腰，当副职和科室主任遇到困难时，主动协调解决，出现问题或失误时，领导勇于承担责任，干群之间平等相处，思想上经常沟通，保证了工作上的步调一致。</w:t>
      </w:r>
      <w:r>
        <w:rPr>
          <w:lang w:eastAsia="zh-CN"/>
        </w:rPr>
        <w:br/>
      </w:r>
      <w:r>
        <w:rPr>
          <w:lang w:eastAsia="zh-CN"/>
        </w:rPr>
        <w:t>　　三、强化廉政建设，确保行风健康。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班子不断加强反腐倡廉制度建设，切实落实党风廉政建设责任制，创新教育载体，拓展教育形式，不断增强反腐倡廉教育的针对性和有效性。认真落实切实改进工作作风密切联系群众规定的实施意见，深入开展五抓五促创建活动，促进作风建设，认真做好民主评议学校行风活动，促进党员干部廉政自律、全年未发生违规违纪案件和公款吃喝、送礼现象。</w:t>
      </w:r>
      <w:r>
        <w:rPr>
          <w:lang w:eastAsia="zh-CN"/>
        </w:rPr>
        <w:br/>
      </w:r>
      <w:r>
        <w:rPr>
          <w:lang w:eastAsia="zh-CN"/>
        </w:rPr>
        <w:t>　　四、本年度完成的主要工作</w:t>
      </w:r>
      <w:r>
        <w:rPr>
          <w:lang w:eastAsia="zh-CN"/>
        </w:rPr>
        <w:br/>
      </w:r>
      <w:r>
        <w:rPr>
          <w:lang w:eastAsia="zh-CN"/>
        </w:rPr>
        <w:t>　　1、学习本科办学理念，充实完善升本条件。</w:t>
      </w:r>
      <w:r>
        <w:rPr>
          <w:lang w:eastAsia="zh-CN"/>
        </w:rPr>
        <w:br/>
      </w:r>
      <w:r>
        <w:rPr>
          <w:lang w:eastAsia="zh-CN"/>
        </w:rPr>
        <w:t>　　根据本馆馆员素质参差不齐的实际，馆里组织专业技术骨干对流动性较大的临时工进行服务理念和专业技能培训，定期考核，按培训教育计划逐步提高馆员的综合素质和实际工作能力，做到了每个人都基本熟练地进行一般性常规工作。</w:t>
      </w:r>
      <w:r>
        <w:rPr>
          <w:lang w:eastAsia="zh-CN"/>
        </w:rPr>
        <w:br/>
      </w:r>
      <w:r>
        <w:rPr>
          <w:lang w:eastAsia="zh-CN"/>
        </w:rPr>
        <w:t>　　2、完善行政和业务管理，提高工作效率。</w:t>
      </w:r>
      <w:r>
        <w:rPr>
          <w:lang w:eastAsia="zh-CN"/>
        </w:rPr>
        <w:br/>
      </w:r>
      <w:r>
        <w:rPr>
          <w:lang w:eastAsia="zh-CN"/>
        </w:rPr>
        <w:t>　　不断加强规章制度建设，规范工作行为，强化工作纪律，加强督促检查，提高工作质量和效率。全年正常开放率达100%，数字图书资源除停电、断网等不可抗因素停机外，实现每天24小时服务。</w:t>
      </w:r>
      <w:r>
        <w:rPr>
          <w:lang w:eastAsia="zh-CN"/>
        </w:rPr>
        <w:br/>
      </w:r>
      <w:r>
        <w:rPr>
          <w:lang w:eastAsia="zh-CN"/>
        </w:rPr>
        <w:t>　　3、加强经费管理，科学控制运行成本和管理成本，厉行节约，从严控制办公经费的支出，在经费缺口很大的情况下，基本保证了全年工作的正常运行，</w:t>
      </w:r>
      <w:r>
        <w:rPr>
          <w:lang w:eastAsia="zh-CN"/>
        </w:rPr>
        <w:br/>
      </w:r>
      <w:r>
        <w:rPr>
          <w:lang w:eastAsia="zh-CN"/>
        </w:rPr>
        <w:t>　　4、扎实开展民主评议行风工作，以服务教学科研、服务师生为出发点和落脚点，廉洁服务、文明服务，按学校需要和师生需要改进服务。在上级和学校开展的民主评议行风活动中，除因客观条件不能做到的之外，通过整改能达到的都得到很好的改进。在各层级的民主行风评议活动中，全馆未发生一起违规违纪事件，馆务公开情况令人满意。</w:t>
      </w:r>
      <w:r>
        <w:rPr>
          <w:lang w:eastAsia="zh-CN"/>
        </w:rPr>
        <w:br/>
      </w:r>
      <w:r>
        <w:rPr>
          <w:lang w:eastAsia="zh-CN"/>
        </w:rPr>
        <w:t>　　5、关心职工，努力解决好职工学习，生活和工作的具体问题。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根据本馆残疾人、4050人员和女同志较多，双休日、夜晚上班的实际情况，馆里每天都安排科长以上干部带夜班，遇到天气不好就安排车辆送夜班女职工回家，对中午和晚上值班职工就餐不离岗的困难，馆里也采取多种措施，尽可能地保证职工吃上熟饭、热饭。全年没发生一起职工工伤或安全事故。</w:t>
      </w:r>
      <w:r>
        <w:rPr>
          <w:lang w:eastAsia="zh-CN"/>
        </w:rPr>
        <w:br/>
      </w:r>
      <w:r>
        <w:rPr>
          <w:lang w:eastAsia="zh-CN"/>
        </w:rPr>
        <w:t>　　6、完成了多批次上级领导和兄弟单位的检查，参观的接待工作。</w:t>
      </w:r>
      <w:r>
        <w:rPr>
          <w:lang w:eastAsia="zh-CN"/>
        </w:rPr>
        <w:br/>
      </w:r>
      <w:r>
        <w:rPr>
          <w:lang w:eastAsia="zh-CN"/>
        </w:rPr>
        <w:t>　　7、完成了全年各项业务工作，实现零事故、零纠纷。</w:t>
      </w:r>
      <w:r>
        <w:rPr>
          <w:lang w:eastAsia="zh-CN"/>
        </w:rPr>
        <w:br/>
      </w:r>
      <w:r>
        <w:rPr>
          <w:lang w:eastAsia="zh-CN"/>
        </w:rPr>
        <w:t>　　8、加强综合治理，确保安全稳定，全年未发生责任安全事故。排球比赛连续六年夺冠，乒乓球比赛获得优异成绩。</w:t>
      </w:r>
      <w:r>
        <w:rPr>
          <w:lang w:eastAsia="zh-CN"/>
        </w:rPr>
        <w:br/>
      </w:r>
      <w:r>
        <w:rPr>
          <w:lang w:eastAsia="zh-CN"/>
        </w:rPr>
        <w:t>　　9、完成上级交办的其它工作多项。</w:t>
      </w:r>
      <w:r>
        <w:rPr>
          <w:lang w:eastAsia="zh-CN"/>
        </w:rPr>
        <w:br/>
      </w:r>
      <w:r>
        <w:rPr>
          <w:lang w:eastAsia="zh-CN"/>
        </w:rPr>
        <w:t>　　上述成绩的取得是学校领导英明领导的结果，是全体图书馆干部职工共同努力的结果，得之不易，应倍加珍惜。在此，我代表馆领导班子向一年来辛勤工作、默默奉献的所有同志表示真诚的感谢!</w:t>
      </w:r>
      <w:r>
        <w:rPr>
          <w:lang w:eastAsia="zh-CN"/>
        </w:rPr>
        <w:br/>
      </w:r>
      <w:r>
        <w:rPr>
          <w:lang w:eastAsia="zh-CN"/>
        </w:rPr>
        <w:t>　　20__年也要到来了，在新的一年里，我们会继续努力，改善不足之处。</w:t>
      </w:r>
      <w:r>
        <w:rPr>
          <w:lang w:eastAsia="zh-CN"/>
        </w:rPr>
        <w:br/>
      </w:r>
      <w:r>
        <w:rPr>
          <w:lang w:eastAsia="zh-CN"/>
        </w:rPr>
        <w:t xml:space="preserve">    2024年图书馆年终工作总结范例 篇11 </w:t>
      </w:r>
      <w:r>
        <w:rPr>
          <w:lang w:eastAsia="zh-CN"/>
        </w:rPr>
        <w:br/>
      </w:r>
      <w:r>
        <w:rPr>
          <w:lang w:eastAsia="zh-CN"/>
        </w:rPr>
        <w:t>　　图书是人类宝贵的精神财富，学校图书馆担负着知识信息的收集、整理和传播等重要职能，是学生学习成长的第二课堂，是教师教育科研的加油站，是学校领导管理、决策的重要参谋。随着学校教育教学改革的深入，图书馆的职能不断得到凸显，因此，学校必须加强图书馆建设，提高图书馆的服务质量，更好地发挥图书馆的功能，为师生提供不断完善自我、超越自我的源头活水。</w:t>
      </w:r>
      <w:r>
        <w:rPr>
          <w:lang w:eastAsia="zh-CN"/>
        </w:rPr>
        <w:br/>
      </w:r>
    </w:p>
    <w:p w:rsidR="001B1F19" w14:textId="27C3F48A">
      <w:pPr>
        <w:rPr>
          <w:rFonts w:hint="eastAsia"/>
          <w:lang w:eastAsia="zh-CN"/>
        </w:rPr>
      </w:pPr>
      <w:r>
        <w:rPr>
          <w:lang w:eastAsia="zh-CN"/>
        </w:rPr>
        <w:t>　　一、健全管理制度，提高服务质量</w:t>
      </w:r>
      <w:r>
        <w:rPr>
          <w:lang w:eastAsia="zh-CN"/>
        </w:rPr>
        <w:br/>
      </w:r>
      <w:r>
        <w:rPr>
          <w:lang w:eastAsia="zh-CN"/>
        </w:rPr>
        <w:t>　　质量来自于科学管理，而科学管理离不开一系列规章制度。为了提高图书馆的服务质量，我校图书馆先后制订并逐步完善了一系列规章制度及工作细则：文献资料的采编、加工、保管、赔偿、清点、剔旧等图书馆业务操作规定;图书馆工作人员(包括馆长、各部门和学生管理员)的岗位职责;读者的借阅规定等。各项规章制度的健全，使图书馆工作有章可循、循序渐进，减少了工作的随意性、盲目性，促进了图书馆工作的规范化管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https://d.book118.com/745112333013011112</w:t>
        </w:r>
      </w:hyperlink>
    </w:p>
    <w:p w:rsidR="001B1F19">
      <w:pPr>
        <w:rPr>
          <w:rFonts w:hint="eastAsia"/>
          <w:lang w:eastAsia="zh-CN"/>
        </w:rPr>
      </w:pPr>
    </w:p>
    <w:sectPr>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511233301301111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