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2024年手术室护士年终工作总结（32篇）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2024年手术室护士年终工作总结（通用32篇）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篇1 </w:t>
      </w:r>
      <w:r>
        <w:rPr>
          <w:lang w:eastAsia="zh-CN"/>
        </w:rPr>
        <w:br/>
      </w:r>
      <w:r>
        <w:rPr>
          <w:lang w:eastAsia="zh-CN"/>
        </w:rPr>
        <w:t>　　手术室护士年终总结__年在院领导的正确指引下，在科主任，护士长及科室同志的辛苦栽培和指导帮助下，我在思想和工作上取得了很大进步。</w:t>
      </w:r>
      <w:r>
        <w:rPr>
          <w:lang w:eastAsia="zh-CN"/>
        </w:rPr>
        <w:br/>
      </w:r>
      <w:r>
        <w:rPr>
          <w:lang w:eastAsia="zh-CN"/>
        </w:rPr>
        <w:t>　　现总结如下：</w:t>
      </w:r>
      <w:r>
        <w:rPr>
          <w:lang w:eastAsia="zh-CN"/>
        </w:rPr>
        <w:br/>
      </w:r>
      <w:r>
        <w:rPr>
          <w:lang w:eastAsia="zh-CN"/>
        </w:rPr>
        <w:t>　　一、在思想政治方面，积极拥护医院的各项方针和规章制度，以病人为中心，严格按一名优秀合格护士的`标准要求自己，视病人如亲人，坚持以质量为核心，病人的满意度为标准，牢固树立团队精神。</w:t>
      </w:r>
      <w:r>
        <w:rPr>
          <w:lang w:eastAsia="zh-CN"/>
        </w:rPr>
        <w:br/>
      </w:r>
      <w:r>
        <w:rPr>
          <w:lang w:eastAsia="zh-CN"/>
        </w:rPr>
        <w:t>　　二、积极学习各项新技术、新业务。作为一名手术室护士，在工作中严格执行各项操作规程，遵守医院科室的规章制度，时刻注意保持无菌观念，对待工作认真负责，一丝不苟，加班加点，树立高度的集体责任感和荣誉感，团结同志，凡事以工作为重.为患者提供全方位优质服务，与手术医生积极密切配合,团结协作,打造和谐的工作氛围,保证手术顺利完成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三、积极参加科室组织的危重病人抢救工作,配合各科室做好抢救工作,工作中团结同事，积极进取，严格查对，严谨细致，杜绝差错事故的发生，在保质保量完成手术过程的同时，还要不断提高自己的操作水平，积极参加各项新业务的开展。参加工作一年来，我在科室同志们指导下刻苦学习积极进取，掌握了各科手术配合步骤如：普外、骨科、胸科、妇产科及脑外科等等，加深了自己的无菌观念和操作要求。</w:t>
      </w:r>
      <w:r>
        <w:rPr>
          <w:lang w:eastAsia="zh-CN"/>
        </w:rPr>
        <w:br/>
      </w:r>
      <w:r>
        <w:rPr>
          <w:lang w:eastAsia="zh-CN"/>
        </w:rPr>
        <w:t>　　新的一年即将来到,回顾过去的一年我感慨万千，展望__年我信心百倍，在新一年的工作中我将克服__年度自身的一切不足，取长补短，戒骄戒躁，不断完善自己，提高自己业务水平，争取在新的一年在各方面都更上一层楼，取得辉煌业绩.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篇2 </w:t>
      </w:r>
      <w:r>
        <w:rPr>
          <w:lang w:eastAsia="zh-CN"/>
        </w:rPr>
        <w:br/>
      </w:r>
      <w:r>
        <w:rPr>
          <w:lang w:eastAsia="zh-CN"/>
        </w:rPr>
        <w:t>　　总结如下：</w:t>
      </w:r>
      <w:r>
        <w:rPr>
          <w:lang w:eastAsia="zh-CN"/>
        </w:rPr>
        <w:br/>
      </w:r>
      <w:r>
        <w:rPr>
          <w:lang w:eastAsia="zh-CN"/>
        </w:rPr>
        <w:t>　　一、在思想政治方面，积极拥护医院的各项方针和规章制度，以病人为中心，严格按一名优秀合格护士的标准要求自己，视病人如亲人，坚持以质量为核心，病人的满意度为标准，牢固树立团队精神。</w:t>
      </w:r>
      <w:r>
        <w:rPr>
          <w:lang w:eastAsia="zh-CN"/>
        </w:rPr>
        <w:br/>
      </w:r>
      <w:r>
        <w:rPr>
          <w:lang w:eastAsia="zh-CN"/>
        </w:rPr>
        <w:t>　　二、积极学习各项新技术、新业务。作为一名手术室护士，在工作中严格执行各项操作规程，遵守医院科室的规章制度，时刻注意保持无菌观念，对待工作认真负责，一丝不苟，加班加点，树立高度的集体责任感和荣誉感，团结同志，凡事以工作为重，为患者提供全方位优质服务，与手术医生积极密切配合,团结协作,打造和谐的工作氛围,保证手术顺利完成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三、积极参加科室组织的危重病人抢救工作,配合各科室做好抢救工作,工作中团结同事，积极进取，严格查对，严谨细致，杜绝差错事故的发生，在保质保量完成手术过程的同时，还要不断提高自己的操作水平，积极参加各项新业务的开展。参加工作一年来，我在科室同志们指导下刻苦学习积极进取，掌握了各科手术配合步骤如：普外、骨科、胸科、妇产科及脑外科等等，加深了自己的无菌观念和操作要求。</w:t>
      </w:r>
      <w:r>
        <w:rPr>
          <w:lang w:eastAsia="zh-CN"/>
        </w:rPr>
        <w:br/>
      </w:r>
      <w:r>
        <w:rPr>
          <w:lang w:eastAsia="zh-CN"/>
        </w:rPr>
        <w:t>　　新的一年即将来到,回顾过去的一年我感慨万千，展望__年我信心百倍，在新一年的工作中我将克服__年度自身的一切不足，取长补短，戒骄戒躁，不断完善自己，提高自己业务水平，争取在新的一年在各方面都更上一层楼，取得辉煌业绩。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篇3 </w:t>
      </w:r>
      <w:r>
        <w:rPr>
          <w:lang w:eastAsia="zh-CN"/>
        </w:rPr>
        <w:br/>
      </w:r>
      <w:r>
        <w:rPr>
          <w:lang w:eastAsia="zh-CN"/>
        </w:rPr>
        <w:t>　　一年来，在院领导和护理院长及科护士长的领导、帮助和指点下，完成了20__年护理计划90%以上，现将工作情况总结如下：</w:t>
      </w:r>
      <w:r>
        <w:rPr>
          <w:lang w:eastAsia="zh-CN"/>
        </w:rPr>
        <w:br/>
      </w:r>
      <w:r>
        <w:rPr>
          <w:lang w:eastAsia="zh-CN"/>
        </w:rPr>
        <w:t>　　提高护士长管理水平</w:t>
      </w:r>
      <w:r>
        <w:rPr>
          <w:lang w:eastAsia="zh-CN"/>
        </w:rPr>
        <w:br/>
      </w:r>
      <w:r>
        <w:rPr>
          <w:lang w:eastAsia="zh-CN"/>
        </w:rPr>
        <w:t>　　1、坚持了护士长手册的记录与考核：要求护士长手册每月5日前交护理部进行考核，并根据护士长订出的适合科室的年计划、季安排、月计划重点进行督促实施，并监测实施效果，要求护士长把每月工作做一小结，以利于总结经验，开展工作。</w:t>
      </w:r>
      <w:r>
        <w:rPr>
          <w:lang w:eastAsia="zh-CN"/>
        </w:rPr>
        <w:br/>
      </w:r>
      <w:r>
        <w:rPr>
          <w:lang w:eastAsia="zh-CN"/>
        </w:rPr>
        <w:t>　　2、坚持了护士长例会制度：按等级医院要求每周召开护士长例会一次，内容为：安排本周工作重点，总结上周工作中存在的优缺点，并提出相应的整改措施，向各护士长反馈护理质控检查情况，并学习护士长管理相关资料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3、每月对护理质量进行检查，并及时反馈，不断提高护士长的管理水平。</w:t>
      </w:r>
      <w:r>
        <w:rPr>
          <w:lang w:eastAsia="zh-CN"/>
        </w:rPr>
        <w:br/>
      </w:r>
      <w:r>
        <w:rPr>
          <w:lang w:eastAsia="zh-CN"/>
        </w:rPr>
        <w:t>　　4、组织护士长外出学习、参观，吸取兄弟单位先进经验，扩大知识面：5月底派三病区护士长参加了国际护理新进展学习班，学习结束后，向全体护士进行了汇报。</w:t>
      </w:r>
      <w:r>
        <w:rPr>
          <w:lang w:eastAsia="zh-CN"/>
        </w:rPr>
        <w:br/>
      </w:r>
      <w:r>
        <w:rPr>
          <w:lang w:eastAsia="zh-CN"/>
        </w:rPr>
        <w:t>　　医院手术室是一个充满朝气、勇于拼搏、乐于奉献的集体。伴随着新住院大楼的茁壮成长，我们又兢兢业业地走过了一年。在这一年里我们始终不忘“一切以病人为中心”的宗旨，用自己的爱心、热心、诚心满足每一位手术病人的需求，努力争创“社会满意、病人满意、自己满意”，把救死扶伤的工作作风贯穿于护理工作的全过程。在医院和护理部领导下，在各科的密切配合支持下，针对年初制定的目标规划，全体医护人员狠抓落实、认真实施、不懈努力，圆满地完成了各项任务，取得了社会效益和经济效益的双丰收。</w:t>
      </w:r>
      <w:r>
        <w:rPr>
          <w:lang w:eastAsia="zh-CN"/>
        </w:rPr>
        <w:br/>
      </w:r>
      <w:r>
        <w:rPr>
          <w:lang w:eastAsia="zh-CN"/>
        </w:rPr>
        <w:t>　　一、打造科室，树立团队精神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积极响应医院“打造医院文化，树立团队精神”的号召，科室坚持每月组织医护人员认真学习医疗法规、医院各项规章制度、接受爱岗敬业等各种医德医风教育，并有讨论记录;坚持以病人为中心，以质量为核心的护理服务理念，适应卫生改革、社会发展的新形势，积极参加一切政治活动，以服务人民奉献社会为宗旨，以病人满意为标准，全心全意为人民服务;积极参加各项社会公益活动，为人民多办实事;组织“、文化、卫生”三下乡活动，为老百姓义诊、送医送药、捐款等，并有多人多次无偿献血。爱心奉献社会，为科室增光添彩。</w:t>
      </w:r>
      <w:r>
        <w:rPr>
          <w:lang w:eastAsia="zh-CN"/>
        </w:rPr>
        <w:br/>
      </w:r>
      <w:r>
        <w:rPr>
          <w:lang w:eastAsia="zh-CN"/>
        </w:rPr>
        <w:t>　　二、以病人为中心，争创一流优质服务</w:t>
      </w:r>
      <w:r>
        <w:rPr>
          <w:lang w:eastAsia="zh-CN"/>
        </w:rPr>
        <w:br/>
      </w:r>
      <w:r>
        <w:rPr>
          <w:lang w:eastAsia="zh-CN"/>
        </w:rPr>
        <w:t>　　在日常工作中，护理人员时刻牢记“以病人为中心”的服务宗旨，设身处地为病人着想，做到凡事都来换位思考“假如我是病人”;积极推行年初规划的“一对一全程服务”，接待好每一个手术病人，做好每一项工作，关心每一个病人，当病人入手术室时，护士在手术室门口热情迎接，做好各项安抚工作，加强与病人沟通，减少病人对陌生环境的恐惧，增强对手术治疗的信心;护士长经常询问同事的工作技术，态度及病人的要求，对病人提出的和建议都能予以重视，及时解决。</w:t>
      </w:r>
      <w:r>
        <w:rPr>
          <w:lang w:eastAsia="zh-CN"/>
        </w:rPr>
        <w:br/>
      </w:r>
      <w:r>
        <w:rPr>
          <w:lang w:eastAsia="zh-CN"/>
        </w:rPr>
        <w:t>　　三、规范整体护理，争创一流管理</w:t>
      </w:r>
      <w:r>
        <w:rPr>
          <w:lang w:eastAsia="zh-CN"/>
        </w:rPr>
        <w:br/>
      </w:r>
      <w:r>
        <w:rPr>
          <w:lang w:eastAsia="zh-CN"/>
        </w:rPr>
        <w:t>　　有好的管理是优质服务的基础和前提，为了使管理更加规范化和专业化，我们坚持做到周周有计划、月月有小结;建立健全服务目标，自觉接受病入及社会的监督;深入开展整体护理，积极发挥责任护士的主观能动性，特别加强术中关爱、术后指导、护理措施的落实、对手术室护士的满意度调查等工作，从而大大增强了护士的工作责任心。</w:t>
      </w:r>
      <w:r>
        <w:rPr>
          <w:lang w:eastAsia="zh-CN"/>
        </w:rPr>
        <w:br/>
      </w:r>
      <w:r>
        <w:rPr>
          <w:lang w:eastAsia="zh-CN"/>
        </w:rPr>
        <w:t>　　四、提高护士素质、培养一流人才</w:t>
      </w:r>
      <w:r>
        <w:rPr>
          <w:lang w:eastAsia="zh-CN"/>
        </w:rPr>
        <w:br/>
      </w:r>
      <w:r>
        <w:rPr>
          <w:lang w:eastAsia="zh-CN"/>
        </w:rPr>
        <w:t>　　社会不断前进和发展，我们深刻体会到全面提高护理人员综合素质是科室发展的`重要环节;努力培养一支文化素质高、职业道德好、专业技术精的队伍。</w:t>
      </w:r>
      <w:r>
        <w:rPr>
          <w:lang w:eastAsia="zh-CN"/>
        </w:rPr>
        <w:br/>
      </w:r>
      <w:r>
        <w:rPr>
          <w:lang w:eastAsia="zh-CN"/>
        </w:rPr>
        <w:t>　　五、工作业绩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我们完成了多台大小手术，抢救多个危重病人，配合心胸外科实施了肺叶切除术，开展了腹腔镜下卵巢切除术等高难度手术。我科取得了“双赢”的佳绩，科室经济收入名列前茅，护理质量管理多次获得全院第一。</w:t>
      </w:r>
      <w:r>
        <w:rPr>
          <w:lang w:eastAsia="zh-CN"/>
        </w:rPr>
        <w:br/>
      </w:r>
      <w:r>
        <w:rPr>
          <w:lang w:eastAsia="zh-CN"/>
        </w:rPr>
        <w:t>　　成绩尤如金秋累累的硕果，虽然美满，但都已悄悄落下，在品味成功的同时，我们也应该清醒地看到存在的不足：在管理意识上还要大胆创新，持之以恒;在人性化护理方面，手术病人的访视和教育还流于形式;在规章制度执行方面，仍有少数同志意识淡漠;在撰写、护理科研方面几近空白;尤其在服务态度、病人满意度上还明显不足。</w:t>
      </w:r>
      <w:r>
        <w:rPr>
          <w:lang w:eastAsia="zh-CN"/>
        </w:rPr>
        <w:br/>
      </w:r>
      <w:r>
        <w:rPr>
          <w:lang w:eastAsia="zh-CN"/>
        </w:rPr>
        <w:t>　　病人的需要是我们服务的范围，病人的满意是我们服务的标准，病人的感动是我们追求的目标，优质服务是永无止境的。我们将不断总结经验、刻苦学习，使服务更情感化和人性化，为医院的服务水平登上新台阶而不懈努力。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篇4 </w:t>
      </w:r>
      <w:r>
        <w:rPr>
          <w:lang w:eastAsia="zh-CN"/>
        </w:rPr>
        <w:br/>
      </w:r>
      <w:r>
        <w:rPr>
          <w:lang w:eastAsia="zh-CN"/>
        </w:rPr>
        <w:t>　　手术室护士年终工作总结：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__医院手术室是一个充满朝气、勇于拼搏、乐于奉献的集体。伴随着新住院大楼的茁壮成长，我们又兢兢业业地走过了一年。在这一年里我们始终不忘“一切以病人为中心”的宗旨，用自己的爱心、热心、诚心满足每一位手术病人的需求，努力争创“社会满意、病人满意、自己满意”，把救死扶伤的工作作风贯穿于护理工作的全过程。在医院和护理部领导下，在各科的密切配合支持下，针对年初制定的目标规划，全体医护人员狠抓落实、认真实施、不懈努力，圆满地完成了各项任务，取得了社会效益和经济效益的双丰收。</w:t>
      </w:r>
      <w:r>
        <w:rPr>
          <w:lang w:eastAsia="zh-CN"/>
        </w:rPr>
        <w:br/>
      </w:r>
      <w:r>
        <w:rPr>
          <w:lang w:eastAsia="zh-CN"/>
        </w:rPr>
        <w:t>　　一、打造科室文化，树立团队精神</w:t>
      </w:r>
      <w:r>
        <w:rPr>
          <w:lang w:eastAsia="zh-CN"/>
        </w:rPr>
        <w:br/>
      </w:r>
      <w:r>
        <w:rPr>
          <w:lang w:eastAsia="zh-CN"/>
        </w:rPr>
        <w:t>　　积极响应医院“打造医院文化，树立团队精神”的号召，科室坚持每月组织医护人员认真学习医疗法律法规、医院各项规章制度、接受爱岗敬业等各种医德医风教育，并有讨论记录。坚持以病人为中心，以质量为核心的护理服务理念，适应卫生改革、社会发展的新形势，积极参加一切政治活动，以服务人民奉献社会为宗旨，以病人满意为标准，全心全意为人民服务。积极参加各项社会公益活动，为人民多办实事。组织“科技、文化、卫生”三下乡活动，为汉寿老百姓义诊、送医送药、体检、捐款等，并有多人多次无偿献血。爱心奉献社会，为科室增光添彩。</w:t>
      </w:r>
      <w:r>
        <w:rPr>
          <w:lang w:eastAsia="zh-CN"/>
        </w:rPr>
        <w:br/>
      </w:r>
      <w:r>
        <w:rPr>
          <w:lang w:eastAsia="zh-CN"/>
        </w:rPr>
        <w:t>　　二、以病人为中心，争创一流优质服务</w:t>
      </w:r>
      <w:r>
        <w:rPr>
          <w:lang w:eastAsia="zh-CN"/>
        </w:rPr>
        <w:br/>
      </w:r>
      <w:r>
        <w:rPr>
          <w:lang w:eastAsia="zh-CN"/>
        </w:rPr>
        <w:t>　　在日常工作中，护理人员时刻牢记“以病人为中心”的服务宗旨，设身处地为病人着想，做到凡事都来换位思考“假如我是病人”。积极推行年初规划的“一对一全程服务”，接待好每一个手术病人，做好每一项工作，关心每一个病人，当病人入手术室时，护士在手术室门口热情迎接，自我介绍，做好各项安抚工作，加强与病人沟通，减少病人对陌生环境的恐惧，增强对手术治疗的信心。护士长经常询问同事的工作技术，态度及病人的要求，对病人提出的意见和建议都能予以重视，及时解决。</w:t>
      </w:r>
      <w:r>
        <w:rPr>
          <w:lang w:eastAsia="zh-CN"/>
        </w:rPr>
        <w:br/>
      </w:r>
      <w:r>
        <w:rPr>
          <w:lang w:eastAsia="zh-CN"/>
        </w:rPr>
        <w:t>　　三、规范整体护理，争创一流管理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有好的管理是优质服务的基础和前提，为了使管理更加规范化和专业化，我们坚持做到周周有计划、月月有小结。建立健全服务目标，自觉接受病入及社会的监督。深入开展整体护理，积极发挥责任护士的主观能动性，特别加强术中关爱、术后指导、护理措施的落实、对手术室护士的满意度调查等工作，医.学教育网从而大大增强了护士的工作责任心。我科为了使整体护理做得更加完善，多次组织全体护士学习有关整体护理的相关知识及人性化护理、循证护理、舒适护理等新理论。严格执行查对制度及护理操作规程，无差错事故发生。严格消毒、灭菌、隔离措施的落实、管理和监测。狠抓了护理人员的无菌技术操作，注射做到一人一针一管一巾一带。严格了一次性医疗用品的管理，一次性无菌注射器、输血、输液器等用后，消毒、毁形、焚烧，半年手术切口感染率0.5%.</w:t>
      </w:r>
      <w:r>
        <w:rPr>
          <w:lang w:eastAsia="zh-CN"/>
        </w:rPr>
        <w:br/>
      </w:r>
      <w:r>
        <w:rPr>
          <w:lang w:eastAsia="zh-CN"/>
        </w:rPr>
        <w:t>　　四、提高护士素质、培养一流人才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社会不断前进和发展，我们深刻体会到全面提高护理人员综合素质是科室发展的重要环节。努力培养一支文化素质高、职业道德好、专业技术精的队伍。首先我们通过不间断的学习，提高护理专业理论水平，做到每月进行业务学习，每季进行操作考核和“三基”理论考试，不仅如此，医.学教育网护理人员为了使自己的文化层次再上一台阶，在百忙之中积极报名参加各种自学、成人考试，从中使大家的思维方式、文明礼貌、风度气质等方面在潜移默化中都得到明显提高，在医院组织的“七.一”汇演、“5.12”才艺表演和电脑打字比赛等活动中均取得优异成绩。被评为“县优秀护士”。我们相信，只有不断提高全体护士的文化素质、职业道德、专业技术，才能更好地服务于社会，为社会做贡献。</w:t>
      </w:r>
      <w:r>
        <w:rPr>
          <w:lang w:eastAsia="zh-CN"/>
        </w:rPr>
        <w:br/>
      </w:r>
      <w:r>
        <w:rPr>
          <w:lang w:eastAsia="zh-CN"/>
        </w:rPr>
        <w:t>　　五、工作业绩</w:t>
      </w:r>
      <w:r>
        <w:rPr>
          <w:lang w:eastAsia="zh-CN"/>
        </w:rPr>
        <w:br/>
      </w:r>
      <w:r>
        <w:rPr>
          <w:lang w:eastAsia="zh-CN"/>
        </w:rPr>
        <w:t>　　我们完成了多台大小手术，抢救多个危重病人，配合心胸外科实施了肺叶切除术，开展了腹腔镜下卵巢肿瘤切除术、turp等新技术以及脊椎骨折rf内固定等高难度手术。共接待了五批眼科专家到我科做白内障人工晶体植入术，均得到了他们的一致好评。随着护理条件，护理水平和服务质量的提高，我科取得了“双赢”的佳绩。科室经济收入名列前茅，护理质量管理多次获得全院第一。</w:t>
      </w:r>
      <w:r>
        <w:rPr>
          <w:lang w:eastAsia="zh-CN"/>
        </w:rPr>
        <w:br/>
      </w:r>
      <w:r>
        <w:rPr>
          <w:lang w:eastAsia="zh-CN"/>
        </w:rPr>
        <w:t>　　成绩尤如金秋累累的硕果，虽然美满，但都已悄悄落下， 在品味成功的同时，我们也应该清醒地看到存在的不足：在管理意识上还要大胆创新，持之以恒；在人性化护理方面，手术病人的访视和健康教育还流于形式；在规章制度执行方面，仍有少数同志意识淡漠；在论文撰写、护理科研方面几近空白；医.学教育网尤其在服务态度、病人满意度上还明显不足。病人的需要是我们服务的范围，病人的满意是我们服务的标准，病人的感动是我们追求的目标，优质服务是永无止境的。我们将不断总结经验、刻苦学习，使服务更情感化和人性化，为医院的服务水平登上新台阶而不懈努力。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篇5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岁末年初回顾ICU病房起步的这一年当中，我在担任ICU护士长这一年期间，在院领导的关心下，在科主任和护理部主任的帮助和支持下，使ICU的护理工作得以正常运行。这一年来，在继续深入开展创群众满意医院和打击商业贿赂的思想指导下，顺利完成了本职工作，现将一年来的工作做如下几方面总结：</w:t>
      </w:r>
      <w:r>
        <w:rPr>
          <w:lang w:eastAsia="zh-CN"/>
        </w:rPr>
        <w:br/>
      </w:r>
      <w:r>
        <w:rPr>
          <w:lang w:eastAsia="zh-CN"/>
        </w:rPr>
        <w:t>　　一、完善病房设施，加强病房管理</w:t>
      </w:r>
      <w:r>
        <w:rPr>
          <w:lang w:eastAsia="zh-CN"/>
        </w:rPr>
        <w:br/>
      </w:r>
      <w:r>
        <w:rPr>
          <w:lang w:eastAsia="zh-CN"/>
        </w:rPr>
        <w:t>　　ICU是危重病人进行抢救和严密监测的场所，要求病房环境合理、简洁、方便，利于观察和抢救，病房的抢救设施齐全，在原有ICU病房的简陋条件和设施下，在院领导的支持下，完善了各项设施和仪器，一年当中，增设了3台机，6台注射泵，2台输液泵，以及各种医疗用品。并安装了热水器，室内开水供应设施，以及各种生活设施，以优质的病房条件服务于患者，方便的工作条件利于医护人员，使得ICU的病房条件在本市以及周边地区处于领先水平。完善的设施离不开有效的管理，这一年中制定了：ICU贵重仪器管理制度，贵重药品管理制度，病房消毒。做到物品定点定位放置，固定了仪器管理人员，药品管理人员和物资管理人员。一年来，有效的病房管理保证了ICU的日常工作。</w:t>
      </w:r>
      <w:r>
        <w:rPr>
          <w:lang w:eastAsia="zh-CN"/>
        </w:rPr>
        <w:br/>
      </w:r>
      <w:r>
        <w:rPr>
          <w:lang w:eastAsia="zh-CN"/>
        </w:rPr>
        <w:t>　　二、建立、健全、落实各项规章制度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ICU在本院属新兴的一门，全院各科室以及外院的危重病人，机构庞杂，医疗护理任务繁重，而我科的护理人员均年龄较轻，资历浅，工作责任心不够强，且ICU护绷鞫较大，因此制订一套严格周密，切实可行的制度常规，以保证ICU的护理工作正常运转，本年度在原有20__年ICU护理工作试行草案中，不断完善和修改草案，增加了各项护理操作常规，急救药品毒麻药品每日每班清点制，无菌物品管理制度，护士培训计划，消毒隔离制度等，制定的同时督促，检查执行情况，各项制度常规保证了各项工作有章可循，从而使ICU秩序井然，忙而不乱，其工作效能得以充分发挥。</w:t>
      </w:r>
      <w:r>
        <w:rPr>
          <w:lang w:eastAsia="zh-CN"/>
        </w:rPr>
        <w:br/>
      </w:r>
      <w:r>
        <w:rPr>
          <w:lang w:eastAsia="zh-CN"/>
        </w:rPr>
        <w:t>　　三、提高护理人员业务素质，加强自身建设</w:t>
      </w:r>
      <w:r>
        <w:rPr>
          <w:lang w:eastAsia="zh-CN"/>
        </w:rPr>
        <w:br/>
      </w:r>
      <w:r>
        <w:rPr>
          <w:lang w:eastAsia="zh-CN"/>
        </w:rPr>
        <w:t>　　由于ICU的工作性质及严格要求，护士始终处于病人治疗及观察的第一线。因此，护理人员的素质如何，将直接关系到ICU的工作效率。这一年来，ICU护士的培训工作是我工作之重点，在ICU护士的后续教育中，我采取了在职培训，外出进修，与相结合等，并结合医疗定期举办科内业务讲座及参加护理查房，严格按照20__年ICU护士培训计划进行培训并考核，20__年度先后输送两名护理人员到上海北京进修，全科护理人员均参加了护理专科或本科的在职教育，一年的培训使得ICU护士能胜任日常工作，大多数护士成为ICU熟练人才。</w:t>
      </w:r>
      <w:r>
        <w:rPr>
          <w:lang w:eastAsia="zh-CN"/>
        </w:rPr>
        <w:br/>
      </w:r>
      <w:r>
        <w:rPr>
          <w:lang w:eastAsia="zh-CN"/>
        </w:rPr>
        <w:t>　　要做好ICU护士姐妹的领头雁，不加强自身学习是不行的，在繁忙的工作之余，我努力学习专业知识和熟练掌握操作技能，并在媒体和网络上查阅ICU相关资料，学习和探索，以提高自己的管理水平和业务水平，之外，本年度还参加了护理本科的在职教育，并取得良好成绩。与此同时，协助院长顺利完成了这一课题，并通过了市科委鉴定，除此之外，还参与了我科课题的研究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20__年度我科收治病余例，成功抢救了急重症，特重度颅脑外伤，心肺复苏后，多发伤等危重症患者，还配合心胸外科顺利完成了多例心外手术后的监护任务，取得了良好的社会效益和经济效益，一年来的护理工作由于院领导和科主任的重视，支持和帮助，内强管理，外塑形象，在护理质量，职业道德建设上取得一定成绩，但也存在许多的缺点，有待进一步改善。</w:t>
      </w:r>
      <w:r>
        <w:rPr>
          <w:lang w:eastAsia="zh-CN"/>
        </w:rPr>
        <w:br/>
      </w:r>
      <w:r>
        <w:rPr>
          <w:lang w:eastAsia="zh-CN"/>
        </w:rPr>
        <w:t>　　一年来，在院领导和护理院长及科护士长的领导、帮助和指点下，完成了20__年护理计划90%以上，现将工作情况总结如下：</w:t>
      </w:r>
      <w:r>
        <w:rPr>
          <w:lang w:eastAsia="zh-CN"/>
        </w:rPr>
        <w:br/>
      </w:r>
      <w:r>
        <w:rPr>
          <w:lang w:eastAsia="zh-CN"/>
        </w:rPr>
        <w:t>　　提高护士长管理水平</w:t>
      </w:r>
      <w:r>
        <w:rPr>
          <w:lang w:eastAsia="zh-CN"/>
        </w:rPr>
        <w:br/>
      </w:r>
      <w:r>
        <w:rPr>
          <w:lang w:eastAsia="zh-CN"/>
        </w:rPr>
        <w:t>　　1、坚持了护士长手册的记录与考核：要求护士长手册每月5日前交护理部进行考核，并根据护士长订出的适合科室的年计划、季安排、月计划重点进行督促实施，并监测实施效果，要求护士长把每月工作做一小结，以利于总结经验，开展工作。</w:t>
      </w:r>
      <w:r>
        <w:rPr>
          <w:lang w:eastAsia="zh-CN"/>
        </w:rPr>
        <w:br/>
      </w:r>
      <w:r>
        <w:rPr>
          <w:lang w:eastAsia="zh-CN"/>
        </w:rPr>
        <w:t>　　2、坚持了护士长例会制度：按等级医院要求每周召开护士长例会一次，内容为：安排本周工作重点，总结上周工作中存在的优缺点，并提出相应的整改措施，向各护士长反馈护理质控检查情况，并学习护士长管理相关资料。</w:t>
      </w:r>
      <w:r>
        <w:rPr>
          <w:lang w:eastAsia="zh-CN"/>
        </w:rPr>
        <w:br/>
      </w:r>
      <w:r>
        <w:rPr>
          <w:lang w:eastAsia="zh-CN"/>
        </w:rPr>
        <w:t>　　3、每月对护理质量进行检查，并及时反馈，不断提高护士长的管理水平。</w:t>
      </w:r>
      <w:r>
        <w:rPr>
          <w:lang w:eastAsia="zh-CN"/>
        </w:rPr>
        <w:br/>
      </w:r>
      <w:r>
        <w:rPr>
          <w:lang w:eastAsia="zh-CN"/>
        </w:rPr>
        <w:t>　　4、组织护士长外出学习、参观，吸取兄弟单位先进经验，扩大知识面：5月底派三病区护士长参加了国际护理新进展学习班，学习结束后，向全体护士进行了汇报。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篇6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20__年是全国卫生系统继续深化改革的一年，一年来，在院领导和护理院长及科护士长的领导、帮助和指点下，本着“一切以病人为中心，一切为病人”的服务宗旨，较好的完成了院领导布置的各项护理工作，完成了20__年护理计划90%以上，现将工作情况总结如下：</w:t>
      </w:r>
      <w:r>
        <w:rPr>
          <w:lang w:eastAsia="zh-CN"/>
        </w:rPr>
        <w:br/>
      </w:r>
      <w:r>
        <w:rPr>
          <w:lang w:eastAsia="zh-CN"/>
        </w:rPr>
        <w:t>　　一、认真落实各项规章制度</w:t>
      </w:r>
      <w:r>
        <w:rPr>
          <w:lang w:eastAsia="zh-CN"/>
        </w:rPr>
        <w:br/>
      </w:r>
      <w:r>
        <w:rPr>
          <w:lang w:eastAsia="zh-CN"/>
        </w:rPr>
        <w:t>　　严格执行规章制度是提高护理质量，确保安全医疗的根本保证。</w:t>
      </w:r>
      <w:r>
        <w:rPr>
          <w:lang w:eastAsia="zh-CN"/>
        </w:rPr>
        <w:br/>
      </w:r>
      <w:r>
        <w:rPr>
          <w:lang w:eastAsia="zh-CN"/>
        </w:rPr>
        <w:t>　　1、护理部重申了各级护理人员职责，明确了各类岗位责任制和护理工作制度，如责任护士、巡回护士各尽其职，杜绝了病人自换吊瓶，自拔针的不良现象。</w:t>
      </w:r>
      <w:r>
        <w:rPr>
          <w:lang w:eastAsia="zh-CN"/>
        </w:rPr>
        <w:br/>
      </w:r>
      <w:r>
        <w:rPr>
          <w:lang w:eastAsia="zh-CN"/>
        </w:rPr>
        <w:t>　　2、坚持了查对制度：</w:t>
      </w:r>
      <w:r>
        <w:rPr>
          <w:lang w:eastAsia="zh-CN"/>
        </w:rPr>
        <w:br/>
      </w:r>
      <w:r>
        <w:rPr>
          <w:lang w:eastAsia="zh-CN"/>
        </w:rPr>
        <w:t>　　(1)要求医嘱班班查对，每周护士长参加总核对1～2次，并有记录;</w:t>
      </w:r>
      <w:r>
        <w:rPr>
          <w:lang w:eastAsia="zh-CN"/>
        </w:rPr>
        <w:br/>
      </w:r>
      <w:r>
        <w:rPr>
          <w:lang w:eastAsia="zh-CN"/>
        </w:rPr>
        <w:t>　　(2)护理操作时要求三查七对;</w:t>
      </w:r>
      <w:r>
        <w:rPr>
          <w:lang w:eastAsia="zh-CN"/>
        </w:rPr>
        <w:br/>
      </w:r>
      <w:r>
        <w:rPr>
          <w:lang w:eastAsia="zh-CN"/>
        </w:rPr>
        <w:t>　　(3)坚持填写输液卡，一年来未发生大的护理差错。</w:t>
      </w:r>
      <w:r>
        <w:rPr>
          <w:lang w:eastAsia="zh-CN"/>
        </w:rPr>
        <w:br/>
      </w:r>
      <w:r>
        <w:rPr>
          <w:lang w:eastAsia="zh-CN"/>
        </w:rPr>
        <w:t>　　3、认真落实骨科护理常规及显微外科护理常规，坚持填写了各种信息数据登记本，配备五种操作处置盘。</w:t>
      </w:r>
      <w:r>
        <w:rPr>
          <w:lang w:eastAsia="zh-CN"/>
        </w:rPr>
        <w:br/>
      </w:r>
      <w:r>
        <w:rPr>
          <w:lang w:eastAsia="zh-CN"/>
        </w:rPr>
        <w:t>　　4、坚持床头交接班制度及晨间护理，预防了并发症的发生。</w:t>
      </w:r>
      <w:r>
        <w:rPr>
          <w:lang w:eastAsia="zh-CN"/>
        </w:rPr>
        <w:br/>
      </w:r>
      <w:r>
        <w:rPr>
          <w:lang w:eastAsia="zh-CN"/>
        </w:rPr>
        <w:t>　　二、提高护士长管理水平</w:t>
      </w:r>
      <w:r>
        <w:rPr>
          <w:lang w:eastAsia="zh-CN"/>
        </w:rPr>
        <w:br/>
      </w:r>
      <w:r>
        <w:rPr>
          <w:lang w:eastAsia="zh-CN"/>
        </w:rPr>
        <w:t>　　1、坚持了护士长手册的记录与考核：要求护士长手册每月5日前交护理部进行考核，并根据护士长订出的适合科室的年计划、季安排、月计划重点进行督促实施，并监测实施效果，要求护士长把每月工作做一小结，以利于总结经验，开展工作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2、坚持了护士长例会制度：按等级医院要求每周召开护士长例会一次，内容为：安排本周工作重点，总结上周工作中存在的优缺点，并提出相应的整改措施，向各护士长反馈护理质控检查情况，并学习护士长管理相关资料。</w:t>
      </w:r>
      <w:r>
        <w:rPr>
          <w:lang w:eastAsia="zh-CN"/>
        </w:rPr>
        <w:br/>
      </w:r>
      <w:r>
        <w:rPr>
          <w:lang w:eastAsia="zh-CN"/>
        </w:rPr>
        <w:t>　　3、每月对护理质量进行检查，并及时反馈，不断提高护士长的管理水平。</w:t>
      </w:r>
      <w:r>
        <w:rPr>
          <w:lang w:eastAsia="zh-CN"/>
        </w:rPr>
        <w:br/>
      </w:r>
      <w:r>
        <w:rPr>
          <w:lang w:eastAsia="zh-CN"/>
        </w:rPr>
        <w:t>　　4、组织护士长外出学习、参观，吸取兄弟单位先进经验，扩大知识面：5月底派三病区护士长参加了国际护理新进展学习班，学习结束后，向全体护士进行了汇报。</w:t>
      </w:r>
      <w:r>
        <w:rPr>
          <w:lang w:eastAsia="zh-CN"/>
        </w:rPr>
        <w:br/>
      </w:r>
      <w:r>
        <w:rPr>
          <w:lang w:eastAsia="zh-CN"/>
        </w:rPr>
        <w:t>　　三、加强护理人员医德医风建设</w:t>
      </w:r>
      <w:r>
        <w:rPr>
          <w:lang w:eastAsia="zh-CN"/>
        </w:rPr>
        <w:br/>
      </w:r>
      <w:r>
        <w:rPr>
          <w:lang w:eastAsia="zh-CN"/>
        </w:rPr>
        <w:t>　　1、继续落实护士行为规范，在日常工作中落实护士文明用语50句。</w:t>
      </w:r>
      <w:r>
        <w:rPr>
          <w:lang w:eastAsia="zh-CN"/>
        </w:rPr>
        <w:br/>
      </w:r>
      <w:r>
        <w:rPr>
          <w:lang w:eastAsia="zh-CN"/>
        </w:rPr>
        <w:t>　　2、分别于_月份、_月份组织全体护士参加宾馆、宾馆的礼仪培训。</w:t>
      </w:r>
      <w:r>
        <w:rPr>
          <w:lang w:eastAsia="zh-CN"/>
        </w:rPr>
        <w:br/>
      </w:r>
      <w:r>
        <w:rPr>
          <w:lang w:eastAsia="zh-CN"/>
        </w:rPr>
        <w:t>　　3、继续开展健康教育，对住院病人发放满意度调查表，(定期或不定期测评)满意度调查结果均在95%以上，并对满意度调查中存在的问题提出了整改措施，评选出了护士。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篇7 </w:t>
      </w:r>
      <w:r>
        <w:rPr>
          <w:lang w:eastAsia="zh-CN"/>
        </w:rPr>
        <w:br/>
      </w:r>
      <w:r>
        <w:rPr>
          <w:lang w:eastAsia="zh-CN"/>
        </w:rPr>
        <w:t>　　20__年在院领导的正确指引下，在科主任，护士长及科室同志的辛苦栽培和指导帮助下，我在思想和工作上取得了很大进步。现总结如下：</w:t>
      </w:r>
      <w:r>
        <w:rPr>
          <w:lang w:eastAsia="zh-CN"/>
        </w:rPr>
        <w:br/>
      </w:r>
      <w:r>
        <w:rPr>
          <w:lang w:eastAsia="zh-CN"/>
        </w:rPr>
        <w:t>　　积极拥护医院的各项方针和规章制度，以病人为中心，严格按一名优秀合格护士的标准要求自己，视病人如亲人，坚持以质量为核心，病人的满意度为标准，牢固树立团队精神。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作为一名手术室护士，在工作中严格执行各项操作规程，遵守医院科室的规章制度，时刻注意保持无菌观念，对待工作认真负责，一丝不苟，加班加点，树立高度的集体责任感和荣誉感，团结同志，凡事以工作为重。为患者提供全方位优质效劳，与手术医生积极密切配合，团结协作，打造和谐的工作气氛，保证手术顺利完成。</w:t>
      </w:r>
      <w:r>
        <w:rPr>
          <w:lang w:eastAsia="zh-CN"/>
        </w:rPr>
        <w:br/>
      </w:r>
      <w:r>
        <w:rPr>
          <w:lang w:eastAsia="zh-CN"/>
        </w:rPr>
        <w:t>　　配合各科室做好抢救工作，工作中团结同事，积极进取，严格查对，严谨细致，杜绝过失事故的发生，在保质保量完成手术过程的同时，还要不断提高自己的操作水平，积极参加各项新业务的开展。参加工作一年来，我在科室同志们指导下刻苦学习积极进取，掌握了各科手术配合步骤如：普外、骨科、胸科、妇产科及脑外科等等，加深了自己的无菌观念和操作要求。新的一年即将来到，回忆过去的一年我感慨万千，展望20__年我信心百倍，在新一年的工作中我将克服20__年度自身的一切缺乏，取长补短，戒骄戒躁，不断完善自己，提高自己业务水平，争取在新的一年在各方面都更上一层楼，取得辉煌业绩。伴随着新住院大楼的茁壮成长，我们又兢兢业业地走过了一年。在这一年里我们始终不忘“一切以病人为中心”的宗旨，用自己的爱心、热心、诚心满足每一位手术病人的需求，努力争创“社会满意、病人满意、自己满意”，把救死扶伤的工作作风贯穿于护理工作的全过程。在医院和护理部领导下，在各科的密切配合支持下，针对年初制定的目标规划，全体医护人员狠抓落实、认真实施、不懈努力，圆满地完成了各项任务，取得了社会效益和经济效益的双丰收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积极响应医院“打造医院文化，树立团队精神”的号召，科室坚持每月组织医护人员认真学习医疗法律法规、医院各项规章制度、承受爱岗敬业等各种医德医风教育，并有讨论记录。坚持以病人为中心，以质量为核心的护理效劳理念，适应卫生改革、社会开展的'新形势，积极参加一切政治活动，以效劳人民奉献社会为宗旨，以病人满意为标准，全心全意为人民效劳。积极参加各项社会公益活动，为人民多办实事。组织“科技、文化、卫生”三下乡活动，为老百姓义诊、送医送药、体检、捐款等，并有多人屡次无偿献血。爱心奉献社会，为科室增光添彩。</w:t>
      </w:r>
      <w:r>
        <w:rPr>
          <w:lang w:eastAsia="zh-CN"/>
        </w:rPr>
        <w:br/>
      </w:r>
      <w:r>
        <w:rPr>
          <w:lang w:eastAsia="zh-CN"/>
        </w:rPr>
        <w:t>　　在日常工作中，护理人员时刻牢记“以病人为中心”的效劳宗旨，设身处地为病人着想，做到凡事都来换位思考“假设我是病人”。积极推行年初规划的“一对一全程效劳”，接待好每一个手术病人，做好每一项工作，关心每一个病人，当病人入手术室时，护士在手术室门口热情迎接，做好各项安抚工作，加强与病人沟通，减少病人对陌生环境的恐惧，增强对手术治疗的信心。护士长经常询问同事的工作技术，态度及病人的要求，对病人提出的意见和建议都能予以重视，及时解决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有好的管理是优质效劳的根底和前提，为了使管理更加标准化和专业化，我们坚持做到周周有方案、月月有小结。建立健全效劳目标，自觉承受病入及社会的监视。深入开展整体护理，积极发挥责任护士的主观能动性，特别加强术中关爱、术后指导、护理措施的落实、对手术室护士的满意度调查等工作，从而大大增强了护士的工作责任心。我科为了使整体护理做得更加完善，屡次组织全体护士学习有关整体护理的相关知识及人性化护理、循证护理、舒适护理等新理论。严格执行查对制度及护理操作规程，无过失事故发生。严格消毒、灭菌、隔离措施的落实、管理和监测。狠抓了护理人员的无菌技术操作，注射做到一人一针一管一巾一带。严格了一次性医疗用品的管理，一次性无菌注射器、输血、输液器等用后，消毒、毁形、燃烧，半年手术切口感染率0.5%。</w:t>
      </w:r>
      <w:r>
        <w:rPr>
          <w:lang w:eastAsia="zh-CN"/>
        </w:rPr>
        <w:br/>
      </w:r>
      <w:r>
        <w:rPr>
          <w:lang w:eastAsia="zh-CN"/>
        </w:rPr>
        <w:t>　　社会不断前进和开展，我们深刻体会到全面提高护理人员综合素质是科室开展的重要环节。努力培养一支文化素质高、职业道德好、专业技术精的队伍。首先我们通过不连续的学习，提高护理专业理论水平，做到每月进展业务学习，每季进展操作考核和“三基”理论考试，不仅如此，护理人员为了使自己的文化层次再上一台阶，在百忙之中积极报名参加各种自学、成人考试，从中使大家的思维方式、文明礼貌、风度气质等方面在潜移默化中都得到明显提高，在医院组织的汇演、才艺表演和电脑打比赛等活动中均取得优异成绩。护师被评为“县优秀护士”。我们相信，只有不断提高全体护士的文化素质、职业道德、专业技术，才能更好地效劳于社会，为社会做奉献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>　　我们完成了多台大小手术，抢救多个危重病人，配合心胸外科实施了肺叶切除术，开展了腹腔镜下卵巢肿瘤切除术、turp等新技术以及脊椎骨折rf内固定等高难度手术。共接待了五批眼科专家到我科做白内障人工晶体植入术，均得到了他们的一致好评。随着护理条件，护理水平和效劳质量的提高，我科取得了“双赢”的佳绩。科室经济收入名列前茅，护理质量管理屡次获得全院第一。成绩尤如金秋累累的硕果，虽然美满，但都已悄悄落下，在品味成功的同时，我们也应该清醒地看到存在的缺乏：在管理意识上还要大胆创新，持之以恒；在人性化护理方面，手术病人的访视和安康教育还流于形式；在规章制度执行方面，仍有少数同志意识冷淡；在论文撰写、护理科研方面几近空白；尤其在效劳态度、病人满意度上还明显缺乏。病人的需要是我们效劳的范围，病人的满意是我们效劳的标准，病人的感动是我们追求的目标，优质效劳是永无止境的。我们将不断总结经历、刻苦学习，使效劳更情感化和人性化，为医院的效劳水平登上新台阶而不懈努力。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篇8 </w:t>
      </w:r>
      <w:r>
        <w:rPr>
          <w:lang w:eastAsia="zh-CN"/>
        </w:rPr>
        <w:br/>
      </w:r>
      <w:r>
        <w:rPr>
          <w:lang w:eastAsia="zh-CN"/>
        </w:rPr>
        <w:t>　　__年手术室护士年终工作总结范文？为了方便各位护士工作者撰写__年手术室护士年终工作总结范文，以下给大家提供一份__年手术室护士年终工作总结范文模板。</w:t>
      </w:r>
      <w:r>
        <w:rPr>
          <w:lang w:eastAsia="zh-CN"/>
        </w:rPr>
        <w:br/>
      </w:r>
      <w:r>
        <w:rPr>
          <w:lang w:eastAsia="zh-CN"/>
        </w:rPr>
        <w:t>　　手术中督促实施患者体位的摆放：脑、颈、胸、肾、肢体等部位以及疝的手术，应在手术单上注明手术体位。在手术过程中，如将左右侧位摆放错误，有可能引起重大医疗事故；上肢过度外展，可引起臂丛神经损伤；俯卧位时，颌面部没放置好，受压过久可导致面瘫；在电刀使用过程中，如果电极板放置有误或在使用过程中移位，接触金属物质，可引起患者灼伤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>　　术中记录：手术护理记录单是严肃的医疗文件，它不仅是护理工作的需要，而且在将来可能发生的法律纠纷中也有据可查，因此我们必须从法律的角度严格要求，规范书写，必须遵循科学性、真实性、完整性、及时性，并与其它医疗文件同步的原则。</w:t>
      </w:r>
      <w:r>
        <w:rPr>
          <w:lang w:eastAsia="zh-CN"/>
        </w:rPr>
        <w:br/>
      </w:r>
      <w:r>
        <w:rPr>
          <w:lang w:eastAsia="zh-CN"/>
        </w:rPr>
        <w:t>　　手术护理记录单中的内容与麻醉记录单内容如不相符，最易引起法律纠纷，使患者产生质疑，使手术护理记录单可信度有所下降，所以两者一定要保持一致。记录单中的字迹要清楚，不得随意涂改。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篇9 </w:t>
      </w:r>
      <w:r>
        <w:rPr>
          <w:lang w:eastAsia="zh-CN"/>
        </w:rPr>
        <w:br/>
      </w:r>
      <w:r>
        <w:rPr>
          <w:lang w:eastAsia="zh-CN"/>
        </w:rPr>
        <w:t>　　我是一名手术室护士，20__年的手术室生活也已接近尾声，回忆这段时间的生活，我感受很深。在这个科室里，有两个老师带过我，她们都很耐心，教会了我很多。</w:t>
      </w:r>
      <w:r>
        <w:rPr>
          <w:lang w:eastAsia="zh-CN"/>
        </w:rPr>
        <w:br/>
      </w:r>
      <w:r>
        <w:rPr>
          <w:lang w:eastAsia="zh-CN"/>
        </w:rPr>
        <w:t>　　在手术室实习期间，通过各位老师的帮助指导及自己的实践经历，我熟练掌握了手术室各项规章制度，严格遵守手术室要求的无菌操作原那么，熟记各项常用手术操作流程标准。通过自己的亲手实践，我学到了很多教科书上没有的实际手术配合经历。从术前对病人的访问开始，到手术当天的核对及对病人的心理护理，再到手术中做好各项手术准备工作，器械传递配合，以及手术完毕前的各项清点工作，甚至于麻醉病人清醒前的陪护观察，以及手术器械的清理和保养工作，每一个环节都是不可无视的部分。对我来说，每个部分都是一种考验和一份不可多得的珍贵经历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lang w:eastAsia="zh-CN"/>
        </w:rPr>
        <w:t>　　通过在手术室的这段时间，我特别感谢各位老师前辈的悉心指教，我会牢记她们以身作那么的优良作风，慎重严谨的工作态度。并将不断鞭策自己，不断提醒自己，努力改善自己的缺乏之处，保持自己的优点，争取在今后的工作中，取得更大的进步。</w:t>
      </w:r>
      <w:r>
        <w:rPr>
          <w:lang w:eastAsia="zh-CN"/>
        </w:rPr>
        <w:br/>
      </w:r>
      <w:r>
        <w:rPr>
          <w:lang w:eastAsia="zh-CN"/>
        </w:rPr>
        <w:t>　　护理工作是平凡的工作，然而，我们却用真诚的爱去抚平病人心灵的创伤，用火一样的热情去点燃患者战胜疾病的勇气。护理工作是一项崇高而神圣的事业，用有限的生命投入到无限的护理工作中。我为自己是护士队伍中的一员而自豪。在今后工作中，我将加倍努力，为人类的护理事业作出自己应有的奉献！虽然护理工作琐碎平淡，但有时我真的很为自己骄傲。我是生命的守候者，许许多多的人因为我的努力我的辛勤我的认真我的热情我的奉献，过着幸福快乐的日子。我的双手我的微笑我的善待让这个世界温暖！虽然他们不能记着我的名字，虽然他们不知道我的付出，虽然他们不了解我的辛苦，但赠人玫瑰手有余香！我们是那样的天使！</w:t>
      </w:r>
      <w:r>
        <w:rPr>
          <w:lang w:eastAsia="zh-CN"/>
        </w:rPr>
        <w:br/>
      </w:r>
      <w:r>
        <w:rPr>
          <w:lang w:eastAsia="zh-CN"/>
        </w:rPr>
        <w:t>　　手术室是一支默默无闻、乐于奉献的集体。正是这种团结协作的团队精神，才能有今天这样好的成绩。随着科室开展，我们忙碌而又充实的走过了一年。在这一年里我们发扬“吃苦、敬业、协作”的精神,时刻不忘病人的需求。在科领导及各级医生的配合和支持下，针对年初的目标。手术室全体医护人员，团结一致，共同奋进，较好地完成手术室的各项工作任务。在日常工作中，手术室人员爱岗敬业，用自己的爱心、诚心、满足每一位手术病人的需求，把救死扶伤的工作作风贯穿于护理和麻醉工作全过程。加强医护人员的无菌技术操作观念，一年来我们最忙一个月完成289例手术病人。虽然繁忙，但一年来无过失事故的发生。该年来,未发现手术室引起的伤口感染情况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>
        <w:rPr>
          <w:lang w:eastAsia="zh-CN"/>
        </w:rPr>
        <w:t>　　随着科室的开展.旧的手术室已不能适应日益增多的手术患者需求。科室领导建立科室的同时，也改善手术室的环境。扩大手术室一间,增加手术台一个。手术室全体人员积极配合手术室的扩建工作。使手术和扩建工作二不误。该年来新增加了自动气压止血器一个、电钻一个、更换新冰箱一台各种新的骨科内固定器材一批。各种器械的维修也做了大量的工作。给手术平安创造了良好的条件受到患者的欢迎。</w:t>
      </w:r>
      <w:r>
        <w:rPr>
          <w:lang w:eastAsia="zh-CN"/>
        </w:rPr>
        <w:br/>
      </w:r>
      <w:r>
        <w:rPr>
          <w:lang w:eastAsia="zh-CN"/>
        </w:rPr>
        <w:t>　　手术能定期对手术内进展平安检查〈氧、水电〉对有危险苗头的及时汇报领导，进展有效整改。对毒麻药做到专人、专用、专柜、专人登记。做到每日清点，交班有数，保管得当。确保手术室平安生产。</w:t>
      </w:r>
      <w:r>
        <w:rPr>
          <w:lang w:eastAsia="zh-CN"/>
        </w:rPr>
        <w:br/>
      </w:r>
      <w:r>
        <w:rPr>
          <w:lang w:eastAsia="zh-CN"/>
        </w:rPr>
        <w:t>　　一年共完成65岁老人患者26例。合并有心脑肾血管疾病、麻醉asa评分为ⅱ-ⅲ级患者24例。并收住急诊重度高血压患者术中行控制性降压并全麻下完全手术2例。手术顺利定完成。取得的较好的效果。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>
        <w:rPr>
          <w:lang w:eastAsia="zh-CN"/>
        </w:rPr>
        <w:t>　　接病人能及时准确核对、术中用药能做到三查三对、输血能准确核对病人病历、血袋及配血单。对各类消毒物品每日清查及时消毒供应。术前核对并检查物品。给手术平安创造良好的条件。手术室全体人员能认真执行岗位制。做到交接班清楚、心中有数。在科室的组织下，该年在科室组织下。集体学习了老年病人术前评估、骨科病人内科合并症治疗、创伤休克病人应激反响等。手术室护士在护士长的组织下进一步学习强化专业知识。使我们在急救工作中理论根底扎实。并能发挥积极参与，多方协调的精神。一年来术中及病房抢救达14次。无一例失误。取得较好的成绩。针对年前的科室的方案要求。重视创伤疼痛治疗的问题。手术室对每个手术病人。力所能及的让患者在无痛苦情况下承受手术。该年来开展硬膜外术后镇痛46例。解决一部分患者对术后患者痛苦恐怖的问题。受到患者的欢迎。</w:t>
      </w:r>
      <w:r>
        <w:rPr>
          <w:lang w:eastAsia="zh-CN"/>
        </w:rPr>
        <w:br/>
      </w:r>
      <w:r>
        <w:rPr>
          <w:lang w:eastAsia="zh-CN"/>
        </w:rPr>
        <w:t>　　科领导重视手术室工作的同时，也给手术室工作的支持。先后增加护士和麻醉人员各一名。有效缓解了手术室一直以来人员少、手术量大的场面。并对新来人员积极带教。从理论到实践循序渐进的给予全程教诲。使他们及早的容入手术室工作中。</w:t>
      </w:r>
      <w:r>
        <w:rPr>
          <w:lang w:eastAsia="zh-CN"/>
        </w:rPr>
        <w:br/>
      </w:r>
      <w:r>
        <w:rPr>
          <w:lang w:eastAsia="zh-CN"/>
        </w:rPr>
        <w:t>　　全年来手术室共完成大小手术2997台。二期手术725?台。完成麻醉臂丛1590台。硬膜外+腰麻547台。全麻116台。局麻827台。颈丛麻10台。硬膜外术后镇痛46例。硬膜外封闭治疗4例。开展新手术有各种筋膜办、严重创伤骨科病人多例、幼儿断指再植、腰间盘摘除术、人工股骨头置换及各种骨折畸形不愈的矫治手术多例。都顺利完成，取得一定的成绩。享受成功同时也看了到缺乏，我们在工作中还存在被动性.在管理力度方面比领导要求还有一定间隔。在今后的'工作中我将不断总结经历、刻苦学习。为医院的效劳水平和经济收入再上新台阶而不懈努力。争取明年工作完成的更好!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>
        <w:rPr>
          <w:lang w:eastAsia="zh-CN"/>
        </w:rPr>
        <w:t>　　__年手术室护士年终总结?__年手术室护士年终总结怎么写?了__年手术室护士年终总结文本范文供新老护士参考：我们的职业是被人尊称的“白衣天使”，也许只有同行们才清楚这天使背后的苦和累。工作对我们的要求是苛刻的。白大褂一穿，什么情绪和烦恼都得抛得远远的。在医院消毒水的气味中，我们走过了清纯的少女时代;从血淋淋的伤口边我们走过了炙热的青春年华;在白色的气氛中送走了无数个宁静的夜晚;在爱人的期待和孩子的埋怨中把自己奉献给了一个个伤痛病人。众所周知我们的工作辛苦，没有固顶的节假日;没有固顶休息时间。工作琐碎，责任重大。有的护士还需要跟麻风患者、精神病患者、传染病患者打交道。我们默默无闻的付出了很多。然而我们却经常遇到委屈和误解。但我们无怨无悔。因为我们深知效劳对象是一个个需要人帮助和同情、在病痛中苦苦挣扎的病人。</w:t>
      </w:r>
      <w:r>
        <w:rPr>
          <w:lang w:eastAsia="zh-CN"/>
        </w:rPr>
        <w:br/>
      </w:r>
      <w:r>
        <w:rPr>
          <w:lang w:eastAsia="zh-CN"/>
        </w:rPr>
        <w:t>　　“医生的嘴护士的腿”，不说别的，就是一个晚上，上急诊班的夜班护士全部走下来的就有四五十里路。腿都跑肿了。也许您不相信，但是请您看看护士姐妹们小腿上那盘曲的静脉曲张，您就明白了。在急诊科曾有一件这样真实的事情：下午快下班了，几声长笛送来了十几名乘坐小公共汽车出车祸的外伤病人。白班的护士都主动地留了下来，有条不紊地进展着抢救。直到晚上十点才回家。当饿着肚子拖着疲惫身体的小王问：“护士长，我们忙乎了一大顿却遭来一顿臭骂，那个醉汉还差点打着您!”护士长却大度地说：“那对小夫妻新婚燕儿，丈夫看到心爱的妻子伤得那么重，心里太焦急，加上又喝了酒。咱们就不要和他计较了。”象五一这样的长假，大家都留恋在如画的山水和浓浓的亲情中时，我们的急诊科却经常发生着这样的事情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>
        <w:rPr>
          <w:lang w:eastAsia="zh-CN"/>
        </w:rPr>
        <w:t xml:space="preserve">    2024年手术室护士年终工作总结 篇10 </w:t>
      </w:r>
      <w:r>
        <w:rPr>
          <w:lang w:eastAsia="zh-CN"/>
        </w:rPr>
        <w:br/>
      </w:r>
      <w:r>
        <w:rPr>
          <w:lang w:eastAsia="zh-CN"/>
        </w:rPr>
        <w:t>　　岁末年初回顾ICU病房起步的这一年当中，我在担任ICU护士长这一年期间，在院领导的关心下，在科主任和护理部主任的帮助和支持下，使ICU的护理工作得以正常运行。这一年来，在继续深入开展创群众满意医院和打击商业贿赂的思想指导下，顺利完成了本职工作，现将一年来的工作做如下几方面总结：</w:t>
      </w:r>
      <w:r>
        <w:rPr>
          <w:lang w:eastAsia="zh-CN"/>
        </w:rPr>
        <w:br/>
      </w:r>
      <w:r>
        <w:rPr>
          <w:lang w:eastAsia="zh-CN"/>
        </w:rPr>
        <w:t>　　一、完善病房设施，加强病房管理</w:t>
      </w:r>
      <w:r>
        <w:rPr>
          <w:lang w:eastAsia="zh-CN"/>
        </w:rPr>
        <w:br/>
      </w:r>
      <w:r>
        <w:rPr>
          <w:lang w:eastAsia="zh-CN"/>
        </w:rPr>
        <w:t>　　ICU是危重病人进行抢救和严密监测的场所，要求病房环境合理、简洁、方便，利于观察和抢救，病房的抢救设施齐全，在原有ICU病房的简陋条件和设施下，在院领导的支持下，完善了各项设施和仪器，一年当中，增设了3台机，6台注射泵，2台输液泵，以及各种医疗用品。并安装了热水器，室内开水供应设施，以及各种生活设施，以优质的病房条件服务于患者，方便的工作条件利于医护人员，使得ICU的病房条件在本市以及周边地区处于领先水平。完善的设施离不开有效的管理，这一年中制定了：ICU贵重仪器管理制度，贵重药品管理制度，病房消毒。做到物品定点定位放置，固定了仪器管理人员，药品管理人员和物资管理人员。一年来，有效的病房管理保证了ICU的日常工作。</w:t>
      </w:r>
      <w:r>
        <w:rPr>
          <w:lang w:eastAsia="zh-CN"/>
        </w:rPr>
        <w:br/>
      </w:r>
      <w:r>
        <w:rPr>
          <w:lang w:eastAsia="zh-CN"/>
        </w:rPr>
        <w:t>　　二、建立、健全、落实各项规章制度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  <w:r>
        <w:rPr>
          <w:lang w:eastAsia="zh-CN"/>
        </w:rPr>
        <w:t>　　ICU在本院属新兴的一门，全院各科室以及外院的危重病人，机构庞杂，医疗护理任务繁重，而我科的护理人员均年龄较轻，资历浅，工作责任心不够强，且ICU护绷鞫较大，因此制订一套严格周密，切实可行的制度常规，以保证ICU的护理工作正常运转，本年度在原有20__年ICU护理工作试行草案中，不断完善和修改草案，增加了各项护理操作常规，急救药品毒麻药品每日每班清点制，无菌物品管理制度，护士培训计划，消毒隔离制度等，制定的同时督促，检查执行情况，各项制度常规保证了各项工作有章可循，从而使ICU秩序井然，忙而不乱，其工作效能得以充分发挥。</w:t>
      </w:r>
      <w:r>
        <w:rPr>
          <w:lang w:eastAsia="zh-CN"/>
        </w:rPr>
        <w:br/>
      </w:r>
      <w:r>
        <w:rPr>
          <w:lang w:eastAsia="zh-CN"/>
        </w:rPr>
        <w:t>　　三、提高护理人员业务素质，加强自身建设</w:t>
      </w:r>
      <w:r>
        <w:rPr>
          <w:lang w:eastAsia="zh-CN"/>
        </w:rPr>
        <w:br/>
      </w:r>
      <w:r>
        <w:rPr>
          <w:lang w:eastAsia="zh-CN"/>
        </w:rPr>
        <w:t>　　由于ICU的工作性质及严格要求，护士始终处于病人治疗及观察的第一线。因此，护理人员的素质如何，将直接关系到ICU的工作效率。这一年来，ICU护士的培训工作是我工作之重点，在ICU护士的后续教育中，我采取了在职培训，外出进修，与相结合等，并结合医疗定期举办科内业务讲座及参加护理查房，严格按照20__年ICU护士培训计划进行培训并考核，20__年度先后输送两名护理人员到上海北京进修，全科护理人员均参加了护理专科或本科的在职教育，一年的培训使得ICU护士能胜任日常工作，大多数护士成为ICU熟练人才。</w:t>
      </w:r>
      <w:r>
        <w:rPr>
          <w:lang w:eastAsia="zh-CN"/>
        </w:rPr>
        <w:br/>
      </w:r>
      <w:r>
        <w:rPr>
          <w:lang w:eastAsia="zh-CN"/>
        </w:rPr>
        <w:t>　　要做好ICU护士姐妹的领头雁，不加强自身学习是不行的，在繁忙的工作之余，我努力学习专业知识和熟练掌握操作技能，并在媒体和网络上查阅ICU相关资料，学习和探索，以提高自己的管理水平和业务水平，之外，本年度还参加了护理本科的在职教育，并取得良好成绩。与此同时，协助院长顺利完成了这一课题，并通过了市科委鉴定，除此之外，还参与了我科课题的研究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  <w:r>
        <w:rPr>
          <w:lang w:eastAsia="zh-CN"/>
        </w:rPr>
        <w:t>　　20__年度我科收治病余例，成功抢救了急重症，特重度颅脑外伤，心肺复苏后，多发伤等危重症患者，还配合心胸外科顺利完成了多例心外手术后的监护任务，取得了良好的社会效益和经济效益，一年来的护理工作由于院领导和科主任的重视，支持和帮助，内强管理，外塑形象，在护理质量，职业道德建设上取得一定成绩，但也存在许多的缺点，有待进一步改善。</w:t>
      </w:r>
      <w:r>
        <w:rPr>
          <w:lang w:eastAsia="zh-CN"/>
        </w:rPr>
        <w:br/>
      </w:r>
      <w:r>
        <w:rPr>
          <w:lang w:eastAsia="zh-CN"/>
        </w:rPr>
        <w:t>　　20__年在院领导的正确指引下，在科主任，护士长及科室同志的'辛苦栽培和指导帮助下，我在思想和工作上取得了很大进步。现总结如下：</w:t>
      </w:r>
      <w:r>
        <w:rPr>
          <w:lang w:eastAsia="zh-CN"/>
        </w:rPr>
        <w:br/>
      </w:r>
      <w:r>
        <w:rPr>
          <w:lang w:eastAsia="zh-CN"/>
        </w:rPr>
        <w:t>　　一、在思想政治方面。</w:t>
      </w:r>
      <w:r>
        <w:rPr>
          <w:lang w:eastAsia="zh-CN"/>
        </w:rPr>
        <w:br/>
      </w:r>
      <w:r>
        <w:rPr>
          <w:lang w:eastAsia="zh-CN"/>
        </w:rPr>
        <w:t>　　积极拥护医院的各项方针和规章制度，以病人为中心，严格按一名优秀合格护士的标准要求自己，视病人如亲人，坚持以质量为核心，病人的满意度为标准，牢固树立团队精神。</w:t>
      </w:r>
      <w:r>
        <w:rPr>
          <w:lang w:eastAsia="zh-CN"/>
        </w:rPr>
        <w:br/>
      </w:r>
      <w:r>
        <w:rPr>
          <w:lang w:eastAsia="zh-CN"/>
        </w:rPr>
        <w:t>　　二、积极学习各项新技术、新业务。</w:t>
      </w:r>
      <w:r>
        <w:rPr>
          <w:lang w:eastAsia="zh-CN"/>
        </w:rPr>
        <w:br/>
      </w:r>
      <w:r>
        <w:rPr>
          <w:lang w:eastAsia="zh-CN"/>
        </w:rPr>
        <w:t>　　作为一名手术室护士，在工作中严格执行各项操作规程，遵守医院科室的规章制度，时刻注意保持无菌观念，对待工作认真负责，一丝不苟，加班加点，树立高度的集体责任感和荣誉感，团结同志，凡事以工作为重。为患者提供全方位优质服务，与手术医生积极密切配合，团结协作，打造和谐的工作氛围，保证手术顺利完成。</w:t>
      </w:r>
      <w:r>
        <w:rPr>
          <w:lang w:eastAsia="zh-CN"/>
        </w:rPr>
        <w:br/>
      </w:r>
      <w:r>
        <w:rPr>
          <w:lang w:eastAsia="zh-CN"/>
        </w:rPr>
        <w:t>　　三、积极参加科室组织的危重病人抢救工作。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  <w:r>
        <w:rPr>
          <w:lang w:eastAsia="zh-CN"/>
        </w:rPr>
        <w:t>　　配合各科室做好抢救工作，工作中团结同事，积极进取，严格查对，严谨细致，杜绝差错事故的发生，在保质保量完成手术过程的同时，还要不断提高自己的操作水平，积极参加各项新业务的开展。参加工作一年来，我在科室同志们指导下刻苦学习积极进取，掌握了各科手术配合步骤如：普外、骨科、胸科、妇产科及脑外科等等，加深了自己的无菌观念和操作要求。</w:t>
      </w:r>
      <w:r>
        <w:rPr>
          <w:lang w:eastAsia="zh-CN"/>
        </w:rPr>
        <w:br/>
      </w:r>
      <w:r>
        <w:rPr>
          <w:lang w:eastAsia="zh-CN"/>
        </w:rPr>
        <w:t>　　新的一年即将来到，回顾过去的一年我感慨万千，展望20——年我信心百倍，在新一年的工作中我将克服20——年度自身的一切不足，取长补短，戒骄戒躁，不断完善自己，提高自己业务水平，争取在新的一年在各方面都更上一层楼，取得辉煌业绩。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篇11 </w:t>
      </w:r>
      <w:r>
        <w:rPr>
          <w:lang w:eastAsia="zh-CN"/>
        </w:rPr>
        <w:br/>
      </w:r>
      <w:r>
        <w:rPr>
          <w:lang w:eastAsia="zh-CN"/>
        </w:rPr>
        <w:t>　　__县人民医院__科是一个充满朝气、勇于拼搏、乐于奉献的集体。伴随着新住院大楼的茁壮成长，我们又兢兢业业地走过了半年。在这半年里我们始终不忘“一切以病人为中心”的宗旨，用自己的爱心、热心、诚心满足每一位手术病人的需求，努力争创“社会满意、病人满意、自己满意”，把救死扶伤的工作作风贯穿于护理工作的全过程。在医院和护理部领导下，在各科的密切配合支持下，针对年初制定的目标规划，全体医护人员狠抓落实、认真实施、不懈努力，圆满地完成了各项任务，取得了社会效益和经济效益的双丰收。</w:t>
      </w:r>
      <w:r>
        <w:rPr>
          <w:lang w:eastAsia="zh-CN"/>
        </w:rPr>
        <w:br/>
      </w:r>
      <w:r>
        <w:rPr>
          <w:lang w:eastAsia="zh-CN"/>
        </w:rPr>
        <w:t>　　一、打造科室文化，树立团队精神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  <w:r>
        <w:rPr>
          <w:lang w:eastAsia="zh-CN"/>
        </w:rPr>
        <w:t>　　积极响应医院“打造医院文化，树立团队精神”的号召，科室坚持每月组织医护人员认真学习医疗法律法规、医院各项规章制度、接受爱岗敬业等各种医德医风教育，并有讨论记录。坚持以病人为中心，以质量为核心的护理服务理念，适应卫生改革、社会发展的新形势，积极参加一切政治活动，以服务人民奉献社会为宗旨，以病人满意为标准，全心全意为人民服务。积极参加各项社会公益活动，为人民多办实事。组织“科技、文化、卫生”三下乡活动，为汉寿老百姓义诊、送医送药、体检、捐款等，并有多人多次无偿献血。爱心奉献社会，为科室增光添彩。</w:t>
      </w:r>
      <w:r>
        <w:rPr>
          <w:lang w:eastAsia="zh-CN"/>
        </w:rPr>
        <w:br/>
      </w:r>
      <w:r>
        <w:rPr>
          <w:lang w:eastAsia="zh-CN"/>
        </w:rPr>
        <w:t>　　二、以病人为中心，争创一流优质服务</w:t>
      </w:r>
      <w:r>
        <w:rPr>
          <w:lang w:eastAsia="zh-CN"/>
        </w:rPr>
        <w:br/>
      </w:r>
      <w:r>
        <w:rPr>
          <w:lang w:eastAsia="zh-CN"/>
        </w:rPr>
        <w:t>　　在日常工作中，护理人员时刻牢记“以病人为中心”的服务宗旨，设身处地为病人着想，做到凡事都来换位思考“假如我是病人”。积极推行年初规划的“一对一全程服务”，接待好每一个手术病人，做好每一项工作，关心每一个病人，当病人入手术室时，护士在手术室门口热情迎接，自我介绍，做好各项安抚工作，加强与病人沟通，减少病人对陌生环境的恐惧，增强对手术治疗的信心。护士长经常询问同事的工作技术，态度及病人的'要求，对病人提出的意见和建议都能予以重视，及时解决。</w:t>
      </w:r>
      <w:r>
        <w:rPr>
          <w:lang w:eastAsia="zh-CN"/>
        </w:rPr>
        <w:br/>
      </w:r>
      <w:r>
        <w:rPr>
          <w:lang w:eastAsia="zh-CN"/>
        </w:rPr>
        <w:t>　　三、规范整体护理，争创一流管理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  <w:r>
        <w:rPr>
          <w:lang w:eastAsia="zh-CN"/>
        </w:rPr>
        <w:t>　　有好的管理是优质服务的基础和前提，为了使管理更加规范化和专业化，我们坚持做到周周有计划、月月有小结。建立健全服务目标，自觉接受病入及社会的监督。深入开展整体护理，积极发挥责任护士的主观能动性，特别加强术中关爱、术后指导、护理措施的落实、对手术室护士的满意度调查等工作，从而大大增强了护士的工作责任心。我科为了使整体护理做得更加完善，多次组织全体护士学习有关整体护理的相关知识及人性化护理、循证护理、舒适护理等新理论。严格执行查对制度及护理操作规程，无差错事故发生。严格消毒、灭菌、隔离措施的落实、管理和监测。狠抓了护理人员的无菌技术操作，注射做到一人一针一管一巾一带。严格了一次性医疗用品的管理，一次性无菌注射器、输血、输液器等用后，消毒、毁形、焚烧，半年手术切口感染率醒地看到存在的不足：在管理意识上还要大胆创新，持之以恒；在人性化护理方面，手术病人的访视和健康教育还流于形式；在规章制度执行方面，仍有少数同志意识淡漠；在论文撰写、护理科研方面几近空白；尤其在服务态度、病人满意度上还明显不足。病人的需要是我们服务的范围，病人的满意是我们服务的标准，病人的感动是我们追求的目标，优质服务是永无止境的。我们将不断总结经验、刻苦学习，使服务更情感化和人性化，为医院的服务水平登上新台阶而不懈努力。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篇12 </w:t>
      </w:r>
      <w:r>
        <w:rPr>
          <w:lang w:eastAsia="zh-CN"/>
        </w:rPr>
        <w:br/>
      </w:r>
      <w:r>
        <w:rPr>
          <w:lang w:eastAsia="zh-CN"/>
        </w:rPr>
        <w:t>　　20__是我在手术室工作的第一年！在这过去的一年里，在护士长及科室主任的领导下，在同事密切的配合和支持下，认真的完成咯工作任务。现总结如下：</w:t>
      </w:r>
      <w:r>
        <w:rPr>
          <w:lang w:eastAsia="zh-CN"/>
        </w:rPr>
        <w:br/>
      </w:r>
      <w:r>
        <w:rPr>
          <w:lang w:eastAsia="zh-CN"/>
        </w:rPr>
        <w:t>　　一、在思想政治方面</w:t>
      </w:r>
      <w:r>
        <w:rPr>
          <w:lang w:eastAsia="zh-CN"/>
        </w:rPr>
        <w:br/>
      </w:r>
      <w:r>
        <w:rPr>
          <w:lang w:eastAsia="zh-CN"/>
        </w:rPr>
        <w:t>　　积极拥护医院的各项方针和规章制度，以病人为中心，严格按一名优秀合格护士的标准要求自己，视病人如亲人，坚持以病人为核心，病人的满意度为标准。</w:t>
      </w:r>
      <w:r>
        <w:rPr>
          <w:lang w:eastAsia="zh-CN"/>
        </w:rPr>
        <w:br/>
      </w:r>
      <w:r>
        <w:rPr>
          <w:lang w:eastAsia="zh-CN"/>
        </w:rPr>
        <w:t>　　二、积极学习各项新技术、新业务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  <w:r>
        <w:rPr>
          <w:lang w:eastAsia="zh-CN"/>
        </w:rPr>
        <w:t>　　作为一名手术室护士，在工作中严格执行各项操作规程，遵守医院科室的规章制度，时刻注意保持无菌观念，对待工作认真负责，加班加点；树立高度的集体责任感和荣誉感，团结同事，凡事以工作为重；为患者提供全方位优质服务，与手术医生麻醉医生积极密切配合，团结协作，打造和谐的工作氛围，保证手术顺利完成。</w:t>
      </w:r>
      <w:r>
        <w:rPr>
          <w:lang w:eastAsia="zh-CN"/>
        </w:rPr>
        <w:br/>
      </w:r>
      <w:r>
        <w:rPr>
          <w:lang w:eastAsia="zh-CN"/>
        </w:rPr>
        <w:t>　　三、积极参加科室组织的危重病人抢救工作</w:t>
      </w:r>
      <w:r>
        <w:rPr>
          <w:lang w:eastAsia="zh-CN"/>
        </w:rPr>
        <w:br/>
      </w:r>
      <w:r>
        <w:rPr>
          <w:lang w:eastAsia="zh-CN"/>
        </w:rPr>
        <w:t>　　配合各科室做好抢救工作，工作中团结同事，积极进取，严格查对，严谨细致，严防差错事故的发生，在保质保量完成手术过程的同时，还要不断提高自己的.操作水平，积极参加各项新业务的开展；参加工作一年以来，我在科室同志们指导下刻苦学习积极进取，掌握了各科手术配合步骤如妇产科、泌尿外科、普外科、肝胆科等等，加深了自己的无菌观念和操作要求。</w:t>
      </w:r>
      <w:r>
        <w:rPr>
          <w:lang w:eastAsia="zh-CN"/>
        </w:rPr>
        <w:br/>
      </w:r>
      <w:r>
        <w:rPr>
          <w:lang w:eastAsia="zh-CN"/>
        </w:rPr>
        <w:t>　　新的一年即将来到，回顾过去的一年我感慨万千，展望我信心百倍，在新一年的工作中我将克服自身的一切不足，取长补短，不断完善自己，提高自己业务水平，争取在新的一年在各方面都更上一层楼，取得辉煌业绩。</w:t>
      </w:r>
      <w:r>
        <w:rPr>
          <w:lang w:eastAsia="zh-CN"/>
        </w:rPr>
        <w:br/>
      </w:r>
      <w:r>
        <w:rPr>
          <w:lang w:eastAsia="zh-CN"/>
        </w:rPr>
        <w:t>　　今后的目标：</w:t>
      </w:r>
      <w:r>
        <w:rPr>
          <w:lang w:eastAsia="zh-CN"/>
        </w:rPr>
        <w:br/>
      </w:r>
      <w:r>
        <w:rPr>
          <w:lang w:eastAsia="zh-CN"/>
        </w:rPr>
        <w:t>　　我决心进一步振奋精神，加强个人世界观的改造，努力克服自己存在的问题，做到：</w:t>
      </w:r>
      <w:r>
        <w:rPr>
          <w:lang w:eastAsia="zh-CN"/>
        </w:rPr>
        <w:br/>
      </w:r>
      <w:r>
        <w:rPr>
          <w:lang w:eastAsia="zh-CN"/>
        </w:rPr>
        <w:t>　　（1）扎实抓好理论学习，保持政治上的坚定性。</w:t>
      </w:r>
      <w:r>
        <w:rPr>
          <w:lang w:eastAsia="zh-CN"/>
        </w:rPr>
        <w:br/>
      </w:r>
      <w:r>
        <w:rPr>
          <w:lang w:eastAsia="zh-CN"/>
        </w:rPr>
        <w:t>　　（2）在护士长、科主任的关心和指导下，顺利完成医疗护理工作任务，认真履行职责，爱岗敬业。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  <w:r>
        <w:rPr>
          <w:lang w:eastAsia="zh-CN"/>
        </w:rPr>
        <w:t>　　（3）以科室为家，工作积极主动，对待病员热情、耐心，满足病人的需求。</w:t>
      </w:r>
      <w:r>
        <w:rPr>
          <w:lang w:eastAsia="zh-CN"/>
        </w:rPr>
        <w:br/>
      </w:r>
      <w:r>
        <w:rPr>
          <w:lang w:eastAsia="zh-CN"/>
        </w:rPr>
        <w:t>　　在即将到来的，我将用我的爱心、真心、仁心让你温心、舒心、放心。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篇13 </w:t>
      </w:r>
      <w:r>
        <w:rPr>
          <w:lang w:eastAsia="zh-CN"/>
        </w:rPr>
        <w:br/>
      </w:r>
      <w:r>
        <w:rPr>
          <w:lang w:eastAsia="zh-CN"/>
        </w:rPr>
        <w:t>　　1.手术室一般不接待参观，确需参观的须提前申请，征得同意后方可进入。</w:t>
      </w:r>
      <w:r>
        <w:rPr>
          <w:lang w:eastAsia="zh-CN"/>
        </w:rPr>
        <w:br/>
      </w:r>
      <w:r>
        <w:rPr>
          <w:lang w:eastAsia="zh-CN"/>
        </w:rPr>
        <w:t>　　2.手术严格限制参观人数，一般情况下每个工作日参观总人数≤10人次，其中每个手术间最多≤3人次。</w:t>
      </w:r>
      <w:r>
        <w:rPr>
          <w:lang w:eastAsia="zh-CN"/>
        </w:rPr>
        <w:br/>
      </w:r>
      <w:r>
        <w:rPr>
          <w:lang w:eastAsia="zh-CN"/>
        </w:rPr>
        <w:t>　　3.参观人员进入手术室必须穿参观服、戴口罩帽子、换隔离鞋及挂参观胸卡，待手术一切准备就绪后方可进入指定手术间，离开时将衣帽放回指定地点。</w:t>
      </w:r>
      <w:r>
        <w:rPr>
          <w:lang w:eastAsia="zh-CN"/>
        </w:rPr>
        <w:br/>
      </w:r>
      <w:r>
        <w:rPr>
          <w:lang w:eastAsia="zh-CN"/>
        </w:rPr>
        <w:t>　　4.本科医生或进修医生参观手术时，须所在科主任或总负责在手术通知单上注明参观者姓名、参观手术的'名称，由手术时法参观卡，凭卡参观。</w:t>
      </w:r>
      <w:r>
        <w:rPr>
          <w:lang w:eastAsia="zh-CN"/>
        </w:rPr>
        <w:br/>
      </w:r>
      <w:r>
        <w:rPr>
          <w:lang w:eastAsia="zh-CN"/>
        </w:rPr>
        <w:t>　　5.外院医生参观手术时，须提前与医务部联系，并填写“参观手术申请单”，由医务部与手术室护士长、术者联系，凭申请单换参观卡方可进入。</w:t>
      </w:r>
      <w:r>
        <w:rPr>
          <w:lang w:eastAsia="zh-CN"/>
        </w:rPr>
        <w:br/>
      </w:r>
      <w:r>
        <w:rPr>
          <w:lang w:eastAsia="zh-CN"/>
        </w:rPr>
        <w:t>　　6.电视教学、学员见习，须提前一日向医务部申请，由医务部与手术室护士长联系，原则上安排在电教室观摩，不得擅自进入手术间。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  <w:r>
        <w:rPr>
          <w:lang w:eastAsia="zh-CN"/>
        </w:rPr>
        <w:t>　　7.外来参观手术室建设或管理者，应提前一日向医务部申请，由医务部与手术室护士长联系，征得同意后方可参观。一般情况下，只允许参观手术室半限制区及经污物通道参观限制区;特殊情况确需进入手术限制区时，不得超过4人。正在进行手术的手术间禁止参观。</w:t>
      </w:r>
      <w:r>
        <w:rPr>
          <w:lang w:eastAsia="zh-CN"/>
        </w:rPr>
        <w:br/>
      </w:r>
      <w:r>
        <w:rPr>
          <w:lang w:eastAsia="zh-CN"/>
        </w:rPr>
        <w:t>　　8.参观者应服从手术室工作人员的管理，严格遵守无菌制度，不得在手术间内来回走动或进入非参观手术间;不得离手术台过近(应&gt;30cm)或站得太高，以免影响无菌操作及手术进行。</w:t>
      </w:r>
      <w:r>
        <w:rPr>
          <w:lang w:eastAsia="zh-CN"/>
        </w:rPr>
        <w:br/>
      </w:r>
      <w:r>
        <w:rPr>
          <w:lang w:eastAsia="zh-CN"/>
        </w:rPr>
        <w:t>　　9.患者亲友、无关手术人员、特殊感染手术谢绝参观。</w:t>
      </w:r>
      <w:r>
        <w:rPr>
          <w:lang w:eastAsia="zh-CN"/>
        </w:rPr>
        <w:br/>
      </w:r>
      <w:r>
        <w:rPr>
          <w:lang w:eastAsia="zh-CN"/>
        </w:rPr>
        <w:t>　　进修、实习生管理规定</w:t>
      </w:r>
      <w:r>
        <w:rPr>
          <w:lang w:eastAsia="zh-CN"/>
        </w:rPr>
        <w:br/>
      </w:r>
      <w:r>
        <w:rPr>
          <w:lang w:eastAsia="zh-CN"/>
        </w:rPr>
        <w:t>　　1.保持手术室肃静、整洁，工作认真负责。</w:t>
      </w:r>
      <w:r>
        <w:rPr>
          <w:lang w:eastAsia="zh-CN"/>
        </w:rPr>
        <w:br/>
      </w:r>
      <w:r>
        <w:rPr>
          <w:lang w:eastAsia="zh-CN"/>
        </w:rPr>
        <w:t>　　2.遵守手术各项管理规定和技术操作规程，虚心听取手术室工作人员的指导意见。</w:t>
      </w:r>
      <w:r>
        <w:rPr>
          <w:lang w:eastAsia="zh-CN"/>
        </w:rPr>
        <w:br/>
      </w:r>
      <w:r>
        <w:rPr>
          <w:lang w:eastAsia="zh-CN"/>
        </w:rPr>
        <w:t>　　3.遵守手术时间，准时到达指定手术间进行术前准备。</w:t>
      </w:r>
      <w:r>
        <w:rPr>
          <w:lang w:eastAsia="zh-CN"/>
        </w:rPr>
        <w:br/>
      </w:r>
      <w:r>
        <w:rPr>
          <w:lang w:eastAsia="zh-CN"/>
        </w:rPr>
        <w:t>　　4.严禁在手术间污物桶(盆)内丢弃纱布、纱垫或其他点数物品，以免混淆清点的数目。</w:t>
      </w:r>
      <w:r>
        <w:rPr>
          <w:lang w:eastAsia="zh-CN"/>
        </w:rPr>
        <w:br/>
      </w:r>
      <w:r>
        <w:rPr>
          <w:lang w:eastAsia="zh-CN"/>
        </w:rPr>
        <w:t>　　5.未经允许，不得随意搬弄手术室器械、设备及物品。</w:t>
      </w:r>
      <w:r>
        <w:rPr>
          <w:lang w:eastAsia="zh-CN"/>
        </w:rPr>
        <w:br/>
      </w:r>
      <w:r>
        <w:rPr>
          <w:lang w:eastAsia="zh-CN"/>
        </w:rPr>
        <w:t>　　6.参观手术室，距手术人员应&gt;30cm。不得在室内，尤其是器械台旁随意走动，不得进入非参观手术间。不在限制区内看书、闲聊或从事与手术无关的工作。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篇14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3"/>
          <w:cols w:space="425"/>
          <w:titlePg w:val="0"/>
          <w:docGrid w:type="lines" w:linePitch="312"/>
        </w:sectPr>
      </w:pPr>
      <w:r>
        <w:rPr>
          <w:lang w:eastAsia="zh-CN"/>
        </w:rPr>
        <w:t>　　手术室护士年终总结__年在院领导的正确指引下，在科主任，护士长及科室同志的辛苦栽培和指导帮助下，我在思想和工作上取得了很大进步。</w:t>
      </w:r>
      <w:r>
        <w:rPr>
          <w:lang w:eastAsia="zh-CN"/>
        </w:rPr>
        <w:br/>
      </w:r>
      <w:r>
        <w:rPr>
          <w:lang w:eastAsia="zh-CN"/>
        </w:rPr>
        <w:t>　　现总结如下：</w:t>
      </w:r>
      <w:r>
        <w:rPr>
          <w:lang w:eastAsia="zh-CN"/>
        </w:rPr>
        <w:br/>
      </w:r>
      <w:r>
        <w:rPr>
          <w:lang w:eastAsia="zh-CN"/>
        </w:rPr>
        <w:t>　　一、在思想政治方面，积极拥护医院的各项方针和规章制度，以病人为中心，严格按一名优秀合格护士的标准要求自己，视病人如亲人，坚持以质量为核心，病人的满意度为标准，牢固树立团队精神。</w:t>
      </w:r>
      <w:r>
        <w:rPr>
          <w:lang w:eastAsia="zh-CN"/>
        </w:rPr>
        <w:br/>
      </w:r>
      <w:r>
        <w:rPr>
          <w:lang w:eastAsia="zh-CN"/>
        </w:rPr>
        <w:t>　　二、积极学习各项新技术、新业务。作为一名手术室护士，在工作中严格执行各项操作规程，遵守医院科室的规章制度，时刻注意保持无菌观念，对待工作认真负责，一丝不苟，加班加点，树立高度的集体责任感和荣誉感，团结同志，凡事以工作为重为患者提供全方位优质服务，与手术医生积极密切配合,团结协作,打造和谐的工作氛围,保证手术顺利完成。</w:t>
      </w:r>
      <w:r>
        <w:rPr>
          <w:lang w:eastAsia="zh-CN"/>
        </w:rPr>
        <w:br/>
      </w:r>
      <w:r>
        <w:rPr>
          <w:lang w:eastAsia="zh-CN"/>
        </w:rPr>
        <w:t>　　三、积极参加科室组织的危重病人抢救工作,配合各科室做好抢救工作,工作中团结同事，积极积极，严格查对，严谨细致，杜绝差错事故的发生，在保质保量完成手术过程的同时，还要不断提高自己的操作水平，积极参加各项新业务的开展。参加工作一年来，我在科室同志们指导下刻苦学习积极积极，掌握了各科手术配合步骤如：普外、骨科、胸科、妇产科及脑外科等等，加深了自己的无菌观念和操作要求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4"/>
          <w:cols w:space="425"/>
          <w:titlePg w:val="0"/>
          <w:docGrid w:type="lines" w:linePitch="312"/>
        </w:sectPr>
      </w:pPr>
      <w:r>
        <w:rPr>
          <w:lang w:eastAsia="zh-CN"/>
        </w:rPr>
        <w:t>　　新的一年即将来到,回顾过去的一年我感慨万千，展望__年我信心百倍，在新一年的工作中我将克服__年度自身的一切不足，取长补短，戒骄戒躁，不断完善自己，提高自己业务水平，争取在新的一年在各方面都更上一层楼，取得辉煌业绩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篇15 </w:t>
      </w:r>
      <w:r>
        <w:rPr>
          <w:lang w:eastAsia="zh-CN"/>
        </w:rPr>
        <w:br/>
      </w:r>
      <w:r>
        <w:rPr>
          <w:lang w:eastAsia="zh-CN"/>
        </w:rPr>
        <w:t>　　一、术前的心理护理</w:t>
      </w:r>
      <w:r>
        <w:rPr>
          <w:lang w:eastAsia="zh-CN"/>
        </w:rPr>
        <w:br/>
      </w:r>
      <w:r>
        <w:rPr>
          <w:lang w:eastAsia="zh-CN"/>
        </w:rPr>
        <w:t>　　手术无论大小，患者在心理上都需要承受一定的压力。病人进手术室，往往有种“生命掌握在医护人手中”的心理，医护人员的言行举止会直接影响病人的情结。故手术室护士必须态度和蔼、仪表整洁、举止端庄。注意各方面的修养是做好心理护理的重要前提。不断学习新的的医学理论技术，总结经验，充实自己，弘扬敬业奉献的精神，提高护士的自身素质，消除病人紧张恐惧等心理，使病人能在心理状态下配合手术。</w:t>
      </w:r>
      <w:r>
        <w:rPr>
          <w:lang w:eastAsia="zh-CN"/>
        </w:rPr>
        <w:br/>
      </w:r>
      <w:r>
        <w:rPr>
          <w:lang w:eastAsia="zh-CN"/>
        </w:rPr>
        <w:t>　　二、术前防视护理</w:t>
      </w:r>
      <w:r>
        <w:rPr>
          <w:lang w:eastAsia="zh-CN"/>
        </w:rPr>
        <w:br/>
      </w:r>
      <w:r>
        <w:rPr>
          <w:lang w:eastAsia="zh-CN"/>
        </w:rPr>
        <w:t>　　术前到病房防视病人，用自己的言行与病人沟通，让病人表达自己的担忧，提出各种问题，并用科学诚信的态度耐心的解答，使他们消除顾虑，对手术充满信心。</w:t>
      </w:r>
      <w:r>
        <w:rPr>
          <w:lang w:eastAsia="zh-CN"/>
        </w:rPr>
        <w:br/>
      </w:r>
      <w:r>
        <w:rPr>
          <w:lang w:eastAsia="zh-CN"/>
        </w:rPr>
        <w:t>　　大多数患者急于了解麻醉和手术方法，我们就术前到病房防视病人，向病人介绍术和麻醉方法，示范手术时的体位，使其术前在病房床上预先进行训练，进入手术室后能立主动配合，提高麻醉成功率，保证手术的顺利进行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5"/>
          <w:cols w:space="425"/>
          <w:titlePg w:val="0"/>
          <w:docGrid w:type="lines" w:linePitch="312"/>
        </w:sectPr>
      </w:pPr>
      <w:r>
        <w:rPr>
          <w:lang w:eastAsia="zh-CN"/>
        </w:rPr>
        <w:t>　　阅读病历，询问病史，查看病人的一般情况和化验单据等辅助检查，手术名称、麻醉方法，充分掌握病人的病情，预测术中可能发生的意外情况，及时拟定解决问题的措施。讲解术前留置胃管、尿管、禁食、禁饮的时间和重要性，并告知有关注意事项，取得病人的主动配合。</w:t>
      </w:r>
      <w:r>
        <w:rPr>
          <w:lang w:eastAsia="zh-CN"/>
        </w:rPr>
        <w:br/>
      </w:r>
      <w:r>
        <w:rPr>
          <w:lang w:eastAsia="zh-CN"/>
        </w:rPr>
        <w:t>　　三、术中麻醉意外的配合护理</w:t>
      </w:r>
      <w:r>
        <w:rPr>
          <w:lang w:eastAsia="zh-CN"/>
        </w:rPr>
        <w:br/>
      </w:r>
      <w:r>
        <w:rPr>
          <w:lang w:eastAsia="zh-CN"/>
        </w:rPr>
        <w:t>　　常备器械和药物的准备，如麻醉机、气管插管用物、心电监测仪、吸引器等。抢救用药如肾上腺素、利多卡因、阿托品、多巴胺、间羟胺、碳酸氢钠等。</w:t>
      </w:r>
      <w:r>
        <w:rPr>
          <w:lang w:eastAsia="zh-CN"/>
        </w:rPr>
        <w:br/>
      </w:r>
      <w:r>
        <w:rPr>
          <w:lang w:eastAsia="zh-CN"/>
        </w:rPr>
        <w:t>　　麻醉期间严密观察病情，可早期发现，尽快进行抢救。保持呼吸道通畅，如口腔内有异物，协助麻醉医师吸引清除，如果发现气道堵塞，准备气管切开包，必要时作气管切开。在麻醉医师准备气管插管时，护士应先口对口人工呼吸，避免病人的通气中断。建立可行的静脉通道，为抢救时用药争取时间。</w:t>
      </w:r>
      <w:r>
        <w:rPr>
          <w:lang w:eastAsia="zh-CN"/>
        </w:rPr>
        <w:br/>
      </w:r>
      <w:r>
        <w:rPr>
          <w:lang w:eastAsia="zh-CN"/>
        </w:rPr>
        <w:t>　　如心跳骤停发生在手术前的麻醉中，护士应先行胸外心脏按压，同时加快输液速度，按医嘱准确无误地应用抢救药物。既往复苏病人用药时多用心内直接注射，现主张静脉注射及气管给药，起效时间及药物效果与心内注射相同，避免心内注射对心肌损伤的不利因素，及早进行心肌监测，并向医生准确提供各种数据。短短4周的手术室实习生活已接近尾声，回顾这段时间的实习生活，我感受很深。</w:t>
      </w:r>
      <w:r>
        <w:rPr>
          <w:lang w:eastAsia="zh-CN"/>
        </w:rPr>
        <w:br/>
      </w:r>
      <w:r>
        <w:rPr>
          <w:lang w:eastAsia="zh-CN"/>
        </w:rPr>
        <w:t>　　手术室是我来本院实习的第一个科室，在这个科室里，有两个老师带过我，她们都很耐心，教会了我很多。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6"/>
          <w:cols w:space="425"/>
          <w:titlePg w:val="0"/>
          <w:docGrid w:type="lines" w:linePitch="312"/>
        </w:sectPr>
      </w:pPr>
      <w:r>
        <w:rPr>
          <w:lang w:eastAsia="zh-CN"/>
        </w:rPr>
        <w:t>　　在手术室实习期间，通过各位老师的帮助指导及自己的实践，我熟练掌握了手术室各项规章制度，严格遵守手术室要求的无菌操作原则，熟记各项常用手术操作流程标准。通过自己的亲手实践，我学到了很多教科书上没有的实际手术配合经验。</w:t>
      </w:r>
      <w:r>
        <w:rPr>
          <w:lang w:eastAsia="zh-CN"/>
        </w:rPr>
        <w:br/>
      </w:r>
      <w:r>
        <w:rPr>
          <w:lang w:eastAsia="zh-CN"/>
        </w:rPr>
        <w:t>　　从术前对病人的访问开始，到手术当天的核对及对病人的心理护理，再到手术中做好各项手术准备工作，器械传递配合以及手术结束前的各项清点工作，甚至于麻醉病人清醒前的陪护观察，以及手术器械的清理和保养工作，每一个环节都是不可忽视的部分。对我来说，每个部分都是一种考验和一份不可多得的宝贵经验。</w:t>
      </w:r>
      <w:r>
        <w:rPr>
          <w:lang w:eastAsia="zh-CN"/>
        </w:rPr>
        <w:br/>
      </w:r>
      <w:r>
        <w:rPr>
          <w:lang w:eastAsia="zh-CN"/>
        </w:rPr>
        <w:t>　　通过在手术室这段时间的实习，我特别感谢各位老师前辈的悉心指教，我会牢记她们以身作则的优良作风，谨慎严谨的工作态度。并将不断鞭策自己，不断提醒自己，努力改善自己的不足之处，保持自己的优点，争取在今后的工作中，取得更大的进步。护士手术室实习自己小结：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篇16 </w:t>
      </w:r>
      <w:r>
        <w:rPr>
          <w:lang w:eastAsia="zh-CN"/>
        </w:rPr>
        <w:br/>
      </w:r>
      <w:r>
        <w:rPr>
          <w:lang w:eastAsia="zh-CN"/>
        </w:rPr>
        <w:t>　　常备器械和药物的准备，如医学专用机、气管插管用物、心电监测仪、吸引器等。抢救用药如肾上腺素、利多卡因、阿托品、多巴胺、间羟胺、碳酸氢钠等。</w:t>
      </w:r>
      <w:r>
        <w:rPr>
          <w:lang w:eastAsia="zh-CN"/>
        </w:rPr>
        <w:br/>
      </w:r>
      <w:r>
        <w:rPr>
          <w:lang w:eastAsia="zh-CN"/>
        </w:rPr>
        <w:t>　　医学专用期间严密观察病情，可早期发现，尽快进行抢救。保持呼吸道通畅，如口腔内有异物，协助医学专用医师吸引清除，如果发现气道堵塞，准备气管切开包，必要时作气管切开。在医学专用医师准备气管插管时，护士应先口对口人工呼吸，避免病人的通气中断。建立可行的静脉通道，为抢救时用药争取时间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7"/>
          <w:cols w:space="425"/>
          <w:titlePg w:val="0"/>
          <w:docGrid w:type="lines" w:linePitch="312"/>
        </w:sectPr>
      </w:pPr>
      <w:r>
        <w:rPr>
          <w:lang w:eastAsia="zh-CN"/>
        </w:rPr>
        <w:t>　　如心跳骤停发生在手术前的医学专用中，护士应先行胸外心脏按压，同时加快输液速度，按医嘱准确无误地应用抢救药物。既往复苏病人用药时多用心内直接注射，现主张静脉注射及气管给药，起效时间及药物效果与心内注射相同，避免心内注射对心肌损伤的不利因素，及早进行心肌监测，并向医生准确提供各种数据。</w:t>
      </w:r>
      <w:r>
        <w:rPr>
          <w:lang w:eastAsia="zh-CN"/>
        </w:rPr>
        <w:br/>
      </w:r>
      <w:r>
        <w:rPr>
          <w:lang w:eastAsia="zh-CN"/>
        </w:rPr>
        <w:t>　　我是一名手术室护士，20__年的手术室生活也已接近尾声，回顾这段时间的生活，我感受很深。在这个科室里，有两个老师带过我，她们都很耐心，教会了我很多。</w:t>
      </w:r>
      <w:r>
        <w:rPr>
          <w:lang w:eastAsia="zh-CN"/>
        </w:rPr>
        <w:br/>
      </w:r>
      <w:r>
        <w:rPr>
          <w:lang w:eastAsia="zh-CN"/>
        </w:rPr>
        <w:t>　　在手术室实习期间，通过各位老师的帮助指导及自己的实践经验，我熟练掌握了手术室各项规章制度，严格遵守手术室要求的无菌操作原则，熟记各项常用手术操作流程标准。通过自己的亲手实践，我学到了很多教科书上没有的实际手术配合经验。从术前对病人的`访问开始，到手术当天的核对及对病人的心理护理，再到手术中做好各项手术准备工作，器械传递配合，以及手术结束前的各项清点工作，甚至于麻醉病人清醒前的陪护观察，以及手术器械的清理和保养工作，每一个环节都是不可忽视的部分。对我来说，每个部分都是一种考验和一份不可多得的宝贵经验。</w:t>
      </w:r>
      <w:r>
        <w:rPr>
          <w:lang w:eastAsia="zh-CN"/>
        </w:rPr>
        <w:br/>
      </w:r>
      <w:r>
        <w:rPr>
          <w:lang w:eastAsia="zh-CN"/>
        </w:rPr>
        <w:t>　　通过在手术室的这段时间，我特别感谢各位老师前辈的悉心指教，我会牢记她们以身作则的优良作风，谨慎严谨的工作态度。并将不断鞭策自己，不断提醒自己，努力改善自己的不足之处，保持自己的优点，争取在今后的工作中，取得更大的进步。</w:t>
      </w:r>
      <w:r>
        <w:rPr>
          <w:lang w:eastAsia="zh-CN"/>
        </w:rPr>
        <w:br/>
      </w:r>
      <w:r>
        <w:rPr>
          <w:lang w:eastAsia="zh-CN"/>
        </w:rPr>
        <w:t>　　护理工作是平凡的工作，然而，我们却用真诚的爱去抚平病人心灵的创伤，用火一样的热情去点燃患者战胜疾病的勇气。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8"/>
          <w:cols w:space="425"/>
          <w:titlePg w:val="0"/>
          <w:docGrid w:type="lines" w:linePitch="312"/>
        </w:sectPr>
      </w:pPr>
      <w:r>
        <w:rPr>
          <w:lang w:eastAsia="zh-CN"/>
        </w:rPr>
        <w:t>　　护理工作是一项崇高而神圣的事业，用有限的生命投入到无限的护理工作中。我为自己是护士队伍中的一员而自豪。在今后工作中，我将加倍努力，为人类的护理事业作出自己应有的贡献！虽然护理工作琐碎平淡，但有时我真的很为自己骄傲。我是生命的守候者，许许多多的人因为我的努力我的辛勤我的认真我的热情我的奉献，过着幸福快乐的日子。我的双手我的微笑我的善待让这个世界温暖！虽然他们不能记着我的名字，虽然他们不知道我的付出，虽然他们不了解我的辛苦，但赠人玫瑰手有余香！我们是那样的天使！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篇17 </w:t>
      </w:r>
      <w:r>
        <w:rPr>
          <w:lang w:eastAsia="zh-CN"/>
        </w:rPr>
        <w:br/>
      </w:r>
      <w:r>
        <w:rPr>
          <w:lang w:eastAsia="zh-CN"/>
        </w:rPr>
        <w:t>　　__年，就是我工作的第五年了，这些年，我由一个蒙蒙憧憧的实习生，成长为一名有着丰富工作经验的护士。</w:t>
      </w:r>
      <w:r>
        <w:rPr>
          <w:lang w:eastAsia="zh-CN"/>
        </w:rPr>
        <w:br/>
      </w:r>
      <w:r>
        <w:rPr>
          <w:lang w:eastAsia="zh-CN"/>
        </w:rPr>
        <w:t>　　病人在一轮轮的换着，科里也在这几年中离开了不少老同事，来了好多新同事!不过相处的岁月中，工作的协调与配合中依然那么依然有序。又快过年了，感触不由得从心底像投幕电影一样，放映着这一年之中发生的一件又一件事情!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最有意义的事：今年我们分组了，这也许算得上是头等大事吧?我们科整个分了两组，我被分在了前组，虽然和从前一成不变的工作模式有了很多的差异，可是我们每个人都勇敢的尝试着新的工作重点。这未尝不是件好事啊，也许换一下方法，会使我们的科室变得更加有力、更加强大!在组长孙英的带领下，医学`教育网搜集整理我们组的每一个成员都紧紧地团结着!也许团结就是力量吧;以前有的事情拖拖拉拉，有的事情都不愿意去做!可是，自从分了组，大家都乐意去抢着去做，充分调动了大家的积极性，病人和家属的反映都非常好，使我们巡视病房和病人沟通的时间也相应增加。于是，我们的努力终于得到了病人的满意、和领导的肯定。所以在护士长的带领下，经过我们全科室的共同努力，我们光荣地获得了院第三季度护理质量考评的第一名(也是本年度最开心的事情吧!)最不安的事：“康复部要搬了，护士要合并了”。医学教育网`搜集整理这件事情在很长一段时间内牵扯着我们的心，随着一病区消化科合并到新大楼，相继是血液科、脑外科的搬迁，我们每个人的心里多多少少会有想法。“我们科会怎样?我会不会被踢出局?”我想这个事情是多是少都影响着每一个人!我在一病区支援这20天里深刻感触到一句话：如果你是一个好护士，没有人舍得放弃你!站好自己的岗位比什么都重要!所以我要更努力和认真地去工作!</w:t>
      </w:r>
      <w:r>
        <w:rPr>
          <w:lang w:eastAsia="zh-CN"/>
        </w:rPr>
        <w:br/>
      </w:r>
      <w:r>
        <w:rPr>
          <w:lang w:eastAsia="zh-CN"/>
        </w:rPr>
        <w:t xml:space="preserve">    2024年手术室护士年终工作总结 篇18 </w:t>
      </w:r>
      <w:r>
        <w:rPr>
          <w:lang w:eastAsia="zh-CN"/>
        </w:rPr>
        <w:br/>
      </w:r>
      <w:r>
        <w:rPr>
          <w:lang w:eastAsia="zh-CN"/>
        </w:rPr>
        <w:t>　　我院是一所三级甲等教学医院，综合性医院，手术室每日除完成各科择期手术外，还要应付各种急诊手术。每年我科接收实习人员120人。实习生是未来的护理力量，我们本着认真，细致，周密的态度对他们加以带教。制定一套具体方案，严格按照方案要求，一步步落实，集中学习，专人带教。收到比较满意的效果，体会深刻。现将方案介绍如下。</w:t>
      </w:r>
      <w:r>
        <w:rPr>
          <w:lang w:eastAsia="zh-CN"/>
        </w:rPr>
        <w:br/>
      </w:r>
      <w:r>
        <w:rPr>
          <w:lang w:eastAsia="zh-CN"/>
        </w:rPr>
        <w:t>　　1实习生培训要求［1］</w:t>
      </w:r>
      <w:r>
        <w:rPr>
          <w:lang w:eastAsia="zh-CN"/>
        </w:rPr>
        <w:br/>
      </w:r>
      <w:r>
        <w:rPr>
          <w:lang w:eastAsia="zh-CN"/>
        </w:rPr>
        <w:t>　　①巩固外科无菌概念，掌握无菌操作；</w:t>
      </w:r>
      <w:r>
        <w:rPr>
          <w:lang w:eastAsia="zh-CN"/>
        </w:rPr>
        <w:br/>
      </w:r>
      <w:r>
        <w:rPr>
          <w:lang w:eastAsia="zh-CN"/>
        </w:rPr>
        <w:t>　　②熟悉中小手术的术前准备，术中配合，术后处理；</w:t>
      </w:r>
      <w:r>
        <w:rPr>
          <w:lang w:eastAsia="zh-CN"/>
        </w:rPr>
        <w:br/>
      </w:r>
      <w:r>
        <w:rPr>
          <w:lang w:eastAsia="zh-CN"/>
        </w:rPr>
        <w:t>　　③熟悉各种体位；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https://d.book118.com/746013032113010043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3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46013032113010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59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