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班级安全工作计划</w:t>
      </w:r>
    </w:p>
    <w:p>
      <w:pPr>
        <w:spacing w:before="100" w:after="200" w:line="360" w:lineRule="auto"/>
        <w:ind w:firstLine="576"/>
        <w:jc w:val="left"/>
      </w:pPr>
      <w:r>
        <w:rPr>
          <w:rFonts w:ascii="宋体" w:eastAsia="宋体" w:hAnsi="宋体"/>
          <w:sz w:val="28"/>
        </w:rPr>
        <w:t>幼儿园食堂是小朋友和教职工平时就餐的地方，食品安全关系到小朋友和教职工的健康，所以要加强食品安全知识培训。</w:t>
      </w:r>
    </w:p>
    <w:p>
      <w:pPr>
        <w:spacing w:before="100" w:after="200" w:line="360" w:lineRule="auto"/>
        <w:jc w:val="left"/>
      </w:pPr>
      <w:r>
        <w:rPr>
          <w:rFonts w:ascii="宋体 (中文正文)" w:eastAsia="宋体" w:hAnsi="宋体 (中文正文)"/>
          <w:b/>
          <w:sz w:val="28"/>
        </w:rPr>
        <w:t>一、培训目的</w:t>
      </w:r>
    </w:p>
    <w:p>
      <w:pPr>
        <w:spacing w:before="100" w:after="200" w:line="360" w:lineRule="auto"/>
        <w:ind w:firstLine="576"/>
        <w:jc w:val="left"/>
      </w:pPr>
      <w:r>
        <w:rPr>
          <w:rFonts w:ascii="宋体" w:eastAsia="宋体" w:hAnsi="宋体"/>
          <w:sz w:val="28"/>
        </w:rPr>
        <w:t>为了进一步提高我校食堂从业人员的综合素质，做到文明、守纪、爱校、爱生、安全、卫生、有序、规范。尤其是：对食品安全卫生知识、业务知识要加培训力度，真正做好卫生工作、安全工作，应预防在先，防患于未然。为创造高质量、高水平一流服务的目标而共同努力。通过培训，要提高我园食堂从业人员的素质，加强他们的安全意识，使他们高质量地为教育、教学服务。在日常操作中更加严谨、规范，工作水平更上一层楼。让每一位师生吃的放心、舒心、开心，为我校的后勤安全工作提供有力的保障。</w:t>
      </w:r>
    </w:p>
    <w:p>
      <w:pPr>
        <w:spacing w:before="100" w:after="200" w:line="360" w:lineRule="auto"/>
        <w:jc w:val="left"/>
      </w:pPr>
      <w:r>
        <w:rPr>
          <w:rFonts w:ascii="宋体 (中文正文)" w:eastAsia="宋体" w:hAnsi="宋体 (中文正文)"/>
          <w:b/>
          <w:sz w:val="28"/>
        </w:rPr>
        <w:t>二、培训内容</w:t>
      </w:r>
    </w:p>
    <w:p>
      <w:pPr>
        <w:spacing w:before="100" w:after="200" w:line="360" w:lineRule="auto"/>
        <w:ind w:firstLine="576"/>
        <w:jc w:val="left"/>
      </w:pPr>
      <w:r>
        <w:rPr>
          <w:rFonts w:ascii="宋体" w:eastAsia="宋体" w:hAnsi="宋体"/>
          <w:sz w:val="28"/>
        </w:rPr>
        <w:t>食品卫生法律法规、食品卫生知识、业务知识、各项卫生管理制度及岗位职责。</w:t>
      </w:r>
    </w:p>
    <w:p>
      <w:pPr>
        <w:spacing w:before="100" w:after="200" w:line="360" w:lineRule="auto"/>
        <w:jc w:val="left"/>
      </w:pPr>
      <w:r>
        <w:rPr>
          <w:rFonts w:ascii="宋体 (中文正文)" w:eastAsia="宋体" w:hAnsi="宋体 (中文正文)"/>
          <w:b/>
          <w:sz w:val="28"/>
        </w:rPr>
        <w:t>三、培训安排</w:t>
      </w:r>
    </w:p>
    <w:p>
      <w:pPr>
        <w:spacing w:before="100" w:after="200" w:line="360" w:lineRule="auto"/>
        <w:ind w:firstLine="576"/>
        <w:jc w:val="left"/>
      </w:pPr>
      <w:r>
        <w:rPr>
          <w:rFonts w:ascii="宋体" w:eastAsia="宋体" w:hAnsi="宋体"/>
          <w:sz w:val="28"/>
        </w:rPr>
        <w:t>每学期开学前一个月安排一次培训学习</w:t>
      </w:r>
    </w:p>
    <w:p>
      <w:pPr>
        <w:spacing w:before="100" w:after="200" w:line="360" w:lineRule="auto"/>
        <w:ind w:firstLine="576"/>
        <w:jc w:val="left"/>
      </w:pPr>
      <w:r>
        <w:rPr>
          <w:rFonts w:ascii="宋体" w:eastAsia="宋体" w:hAnsi="宋体"/>
          <w:sz w:val="28"/>
        </w:rPr>
        <w:t>1、及时组织食堂工作人员进行食品卫生安全教育及岗位技能培训，严格执行食品卫生法，严防卫生事故的发生。</w:t>
      </w:r>
    </w:p>
    <w:p>
      <w:pPr>
        <w:spacing w:before="100" w:after="200" w:line="360" w:lineRule="auto"/>
        <w:ind w:firstLine="576"/>
        <w:jc w:val="left"/>
      </w:pPr>
      <w:r>
        <w:rPr>
          <w:rFonts w:ascii="宋体" w:eastAsia="宋体" w:hAnsi="宋体"/>
          <w:sz w:val="28"/>
        </w:rPr>
        <w:t>2、每学期进行一次有关食品卫生安全方面的知识问卷答题。</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3、从业人员必须爱岗敬业，互互学，钻研业务技术，通过不断的苦练基本功来提高服务质量和服务水平。</w:t>
      </w:r>
    </w:p>
    <w:p>
      <w:pPr>
        <w:spacing w:before="100" w:after="200" w:line="360" w:lineRule="auto"/>
        <w:ind w:firstLine="576"/>
        <w:jc w:val="left"/>
      </w:pPr>
      <w:r>
        <w:rPr>
          <w:rFonts w:ascii="宋体" w:eastAsia="宋体" w:hAnsi="宋体"/>
          <w:sz w:val="28"/>
        </w:rPr>
        <w:t>安全工作关系到师生生命安危，是学校开展正常教育教学工作社会稳定头等大事，每一位父母都希望孩子在学校安全渡过每一天，健康快乐成长，万一出现安全事故，都会成为家长老师心中永远痛。这万一概率要靠我们老师加强安全管理，才能能防患于未然，减少安全事故，使我们教育教学工作更轻松愉快。</w:t>
      </w:r>
    </w:p>
    <w:p>
      <w:pPr>
        <w:spacing w:before="100" w:after="200" w:line="360" w:lineRule="auto"/>
        <w:ind w:firstLine="576"/>
        <w:jc w:val="left"/>
      </w:pPr>
      <w:r>
        <w:rPr>
          <w:rFonts w:ascii="宋体" w:eastAsia="宋体" w:hAnsi="宋体"/>
          <w:sz w:val="28"/>
        </w:rPr>
        <w:t>为切实搞好这一工作，我制定了以下计划</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以县教育局指导思想为依据，认真贯彻落实各级教育安全工作法律法规会议精神，落实安全教育内容，努力创建班级安全氛围。</w:t>
      </w:r>
    </w:p>
    <w:p>
      <w:pPr>
        <w:spacing w:before="100" w:after="200" w:line="360" w:lineRule="auto"/>
        <w:jc w:val="left"/>
      </w:pPr>
      <w:r>
        <w:rPr>
          <w:rFonts w:ascii="宋体 (中文正文)" w:eastAsia="宋体" w:hAnsi="宋体 (中文正文)"/>
          <w:b/>
          <w:sz w:val="28"/>
        </w:rPr>
        <w:t>二、教育内容安排</w:t>
      </w:r>
    </w:p>
    <w:p>
      <w:pPr>
        <w:spacing w:before="100" w:after="200" w:line="360" w:lineRule="auto"/>
        <w:ind w:firstLine="576"/>
        <w:jc w:val="left"/>
      </w:pPr>
      <w:r>
        <w:rPr>
          <w:rFonts w:ascii="宋体" w:eastAsia="宋体" w:hAnsi="宋体"/>
          <w:sz w:val="28"/>
        </w:rPr>
        <w:t>1、交通安全教育交通安全教育是安全教育重中之重教育，要把交通安全教育摆在十分突出位置必须每周进行集中教育，以做好放学路对管理。</w:t>
      </w:r>
    </w:p>
    <w:p>
      <w:pPr>
        <w:spacing w:before="100" w:after="200" w:line="360" w:lineRule="auto"/>
        <w:ind w:firstLine="576"/>
        <w:jc w:val="left"/>
      </w:pPr>
      <w:r>
        <w:rPr>
          <w:rFonts w:ascii="宋体" w:eastAsia="宋体" w:hAnsi="宋体"/>
          <w:sz w:val="28"/>
        </w:rPr>
        <w:t>2、要求学生学习《学生守则》《学生日常行为规范》学校安全教育各项规定，增强学生学习执行规范守则自觉性。抓好学生公共安全意识，切实保障学生人生安全。</w:t>
      </w:r>
    </w:p>
    <w:p>
      <w:pPr>
        <w:spacing w:before="100" w:after="200" w:line="360" w:lineRule="auto"/>
        <w:ind w:firstLine="576"/>
        <w:jc w:val="left"/>
      </w:pPr>
      <w:r>
        <w:rPr>
          <w:rFonts w:ascii="宋体" w:eastAsia="宋体" w:hAnsi="宋体"/>
          <w:sz w:val="28"/>
        </w:rPr>
        <w:t>3、防溺水教育，要进行防溺水教育，开展以溺水后自救，溺水者救护为主要内容教育。</w:t>
      </w:r>
    </w:p>
    <w:p>
      <w:pPr>
        <w:spacing w:before="100" w:after="200" w:line="360" w:lineRule="auto"/>
        <w:ind w:firstLine="576"/>
        <w:jc w:val="left"/>
      </w:pPr>
      <w:r>
        <w:rPr>
          <w:rFonts w:ascii="宋体" w:eastAsia="宋体" w:hAnsi="宋体"/>
          <w:sz w:val="28"/>
        </w:rPr>
        <w:t>4、防触电教育，对同学们进行电基本知识讲座，预防触电事故发生以对触电后急救常用知识了解应用。</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5、防食物中毒教育，邀请医生来校进行饮食卫生防止食物中毒教育，以杜绝同学们食物中毒事件发生。</w:t>
      </w:r>
    </w:p>
    <w:p>
      <w:pPr>
        <w:spacing w:before="100" w:after="200" w:line="360" w:lineRule="auto"/>
        <w:ind w:firstLine="576"/>
        <w:jc w:val="left"/>
      </w:pPr>
      <w:r>
        <w:rPr>
          <w:rFonts w:ascii="宋体" w:eastAsia="宋体" w:hAnsi="宋体"/>
          <w:sz w:val="28"/>
        </w:rPr>
        <w:t>6、防病防体育运动伤害教育；重视同学们身体健康教育，建立个人健康档案，进行一次健康检查，体育活动应重视安全保护措施，积极做好运动前准备操，尽量避免运动伤害事故发生。</w:t>
      </w:r>
    </w:p>
    <w:p>
      <w:pPr>
        <w:spacing w:before="100" w:after="200" w:line="360" w:lineRule="auto"/>
        <w:ind w:firstLine="576"/>
        <w:jc w:val="left"/>
      </w:pPr>
      <w:r>
        <w:rPr>
          <w:rFonts w:ascii="宋体" w:eastAsia="宋体" w:hAnsi="宋体"/>
          <w:sz w:val="28"/>
        </w:rPr>
        <w:t>7、防火防盗防震防煤气中毒等安全教育；检查班里防电设施，落实专人负责，班里应经常开展防火防盗防震防煤气中毒等防范措施教育。</w:t>
      </w:r>
    </w:p>
    <w:p>
      <w:pPr>
        <w:spacing w:before="100" w:after="200" w:line="360" w:lineRule="auto"/>
        <w:jc w:val="left"/>
      </w:pPr>
      <w:r>
        <w:rPr>
          <w:rFonts w:ascii="宋体 (中文正文)" w:eastAsia="宋体" w:hAnsi="宋体 (中文正文)"/>
          <w:b/>
          <w:sz w:val="28"/>
        </w:rPr>
        <w:t>三、实施措施</w:t>
      </w:r>
    </w:p>
    <w:p>
      <w:pPr>
        <w:spacing w:before="100" w:after="200" w:line="360" w:lineRule="auto"/>
        <w:ind w:firstLine="576"/>
        <w:jc w:val="left"/>
      </w:pPr>
      <w:r>
        <w:rPr>
          <w:rFonts w:ascii="宋体" w:eastAsia="宋体" w:hAnsi="宋体"/>
          <w:sz w:val="28"/>
        </w:rPr>
        <w:t>1、加强放学路对管理，每队路对设立路队长，对该对进行负责管理。</w:t>
      </w:r>
    </w:p>
    <w:p>
      <w:pPr>
        <w:spacing w:before="100" w:after="200" w:line="360" w:lineRule="auto"/>
        <w:ind w:firstLine="576"/>
        <w:jc w:val="left"/>
      </w:pPr>
      <w:r>
        <w:rPr>
          <w:rFonts w:ascii="宋体" w:eastAsia="宋体" w:hAnsi="宋体"/>
          <w:sz w:val="28"/>
        </w:rPr>
        <w:t>2、通过看影碟课堂讲述等渠道，增强学生学会保护自我，学会生存。</w:t>
      </w:r>
    </w:p>
    <w:p>
      <w:pPr>
        <w:spacing w:before="100" w:after="200" w:line="360" w:lineRule="auto"/>
        <w:ind w:firstLine="576"/>
        <w:jc w:val="left"/>
      </w:pPr>
      <w:r>
        <w:rPr>
          <w:rFonts w:ascii="宋体" w:eastAsia="宋体" w:hAnsi="宋体"/>
          <w:sz w:val="28"/>
        </w:rPr>
        <w:t>3、围绕“消防安全周”出好第三期黑板报。教育学生加强安全防火意识。</w:t>
      </w:r>
    </w:p>
    <w:p>
      <w:pPr>
        <w:spacing w:before="100" w:after="200" w:line="360" w:lineRule="auto"/>
        <w:ind w:firstLine="576"/>
        <w:jc w:val="left"/>
      </w:pPr>
      <w:r>
        <w:rPr>
          <w:rFonts w:ascii="宋体" w:eastAsia="宋体" w:hAnsi="宋体"/>
          <w:sz w:val="28"/>
        </w:rPr>
        <w:t>4、平时重视交通饮食体育人身用电等安全，做到安全教育天天讲，时时讲，处处讲，努力营造“平安班级”，做到无意外事故发生。</w:t>
      </w:r>
    </w:p>
    <w:p>
      <w:pPr>
        <w:spacing w:before="100" w:after="200" w:line="360" w:lineRule="auto"/>
        <w:jc w:val="left"/>
      </w:pPr>
      <w:r>
        <w:rPr>
          <w:rFonts w:ascii="宋体 (中文正文)" w:eastAsia="宋体" w:hAnsi="宋体 (中文正文)"/>
          <w:sz w:val="28"/>
        </w:rPr>
        <w:t>一、指导思想：</w:t>
      </w:r>
    </w:p>
    <w:p>
      <w:pPr>
        <w:spacing w:before="100" w:after="200" w:line="360" w:lineRule="auto"/>
        <w:ind w:firstLine="576"/>
        <w:jc w:val="left"/>
      </w:pPr>
      <w:r>
        <w:rPr>
          <w:rFonts w:ascii="宋体" w:eastAsia="宋体" w:hAnsi="宋体"/>
          <w:sz w:val="28"/>
        </w:rPr>
        <w:t>以上级教育部门下发的有关安全工作文件和指示为宗旨,紧绷安全心弦，务实工作，教给学生安全常识，养成处处注意安全的好习惯，保证班内外学生安全，保证正常的教育教学秩序，为全面提高我班教育教学品质服务。</w:t>
      </w:r>
    </w:p>
    <w:p>
      <w:pPr>
        <w:spacing w:before="100" w:after="200" w:line="360" w:lineRule="auto"/>
        <w:jc w:val="left"/>
      </w:pPr>
      <w:r>
        <w:rPr>
          <w:rFonts w:ascii="宋体 (中文正文)" w:eastAsia="宋体" w:hAnsi="宋体 (中文正文)"/>
          <w:sz w:val="28"/>
        </w:rPr>
        <w:t>二、落实组织：</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建立安全工作承担责任小组。班主任为小组组长，班长担任副组长，各学习小组组长为承担责任小组成员。班主任全面承担责任班级安全工作，重点为安全制度的落实和监督，各组员承担责任学生活动安全和饮食卫生的安全。</w:t>
      </w:r>
    </w:p>
    <w:p>
      <w:pPr>
        <w:spacing w:before="100" w:after="200" w:line="360" w:lineRule="auto"/>
        <w:jc w:val="left"/>
      </w:pPr>
      <w:r>
        <w:rPr>
          <w:rFonts w:ascii="宋体 (中文正文)" w:eastAsia="宋体" w:hAnsi="宋体 (中文正文)"/>
          <w:sz w:val="28"/>
        </w:rPr>
        <w:t>三、工作措施：</w:t>
      </w:r>
    </w:p>
    <w:p>
      <w:pPr>
        <w:spacing w:before="100" w:after="200" w:line="360" w:lineRule="auto"/>
        <w:ind w:firstLine="576"/>
        <w:jc w:val="left"/>
      </w:pPr>
      <w:r>
        <w:rPr>
          <w:rFonts w:ascii="宋体" w:eastAsia="宋体" w:hAnsi="宋体"/>
          <w:sz w:val="28"/>
        </w:rPr>
        <w:t>1、继续抓好安全教育：我班将充分利用手抄报、红领巾广播台等宣传阵地，以及通过老师晨会和周一班会，继续宣传安全工作的重要性和必要性。让学生高度认识“安全第一”，。做到反复强调，确保学生人身安全。</w:t>
      </w:r>
    </w:p>
    <w:p>
      <w:pPr>
        <w:spacing w:before="100" w:after="200" w:line="360" w:lineRule="auto"/>
        <w:ind w:firstLine="576"/>
        <w:jc w:val="left"/>
      </w:pPr>
      <w:r>
        <w:rPr>
          <w:rFonts w:ascii="宋体" w:eastAsia="宋体" w:hAnsi="宋体"/>
          <w:sz w:val="28"/>
        </w:rPr>
        <w:t>2、进一步完善规范制度：</w:t>
      </w:r>
    </w:p>
    <w:p>
      <w:pPr>
        <w:spacing w:before="100" w:after="200" w:line="360" w:lineRule="auto"/>
        <w:ind w:firstLine="576"/>
        <w:jc w:val="left"/>
      </w:pPr>
      <w:r>
        <w:rPr>
          <w:rFonts w:ascii="宋体" w:eastAsia="宋体" w:hAnsi="宋体"/>
          <w:sz w:val="28"/>
        </w:rPr>
        <w:t>我班将进一步完善各项规章制度，学生做操、集会、上课、下课、上学放学、劳动等等都将作出明确规定，规范程序。同时，还将频繁对存在的安全隐患及时排查，发现问题，尽快解决。</w:t>
      </w:r>
    </w:p>
    <w:p>
      <w:pPr>
        <w:spacing w:before="100" w:after="200" w:line="360" w:lineRule="auto"/>
        <w:jc w:val="left"/>
      </w:pPr>
      <w:r>
        <w:rPr>
          <w:rFonts w:ascii="宋体 (中文正文)" w:eastAsia="宋体" w:hAnsi="宋体 (中文正文)"/>
          <w:sz w:val="28"/>
        </w:rPr>
        <w:t>3、加强落实防范措施：</w:t>
      </w:r>
    </w:p>
    <w:p>
      <w:pPr>
        <w:spacing w:before="100" w:after="200" w:line="360" w:lineRule="auto"/>
        <w:ind w:firstLine="576"/>
        <w:jc w:val="left"/>
      </w:pPr>
      <w:r>
        <w:rPr>
          <w:rFonts w:ascii="宋体" w:eastAsia="宋体" w:hAnsi="宋体"/>
          <w:sz w:val="28"/>
        </w:rPr>
        <w:t>我班将进一步加强和落实防盗、防火、防水、防毒、防活动伤害等防范措施严格按上级规定办事，发现安全隐患及时向上级领导反映，并作好妥善处理，确保师生安全。</w:t>
      </w:r>
    </w:p>
    <w:p>
      <w:pPr>
        <w:spacing w:before="100" w:after="200" w:line="360" w:lineRule="auto"/>
        <w:ind w:firstLine="576"/>
        <w:jc w:val="left"/>
      </w:pPr>
      <w:r>
        <w:rPr>
          <w:rFonts w:ascii="宋体" w:eastAsia="宋体" w:hAnsi="宋体"/>
          <w:sz w:val="28"/>
        </w:rPr>
        <w:t>4、加强校内学生活动的安全工作，规定教师对学生开展安全教育，不做危险性游戏。体育课上，教师要工作到位，思想集中，严格督促学生的动作规范，办法科学。开展活动前，我班将认真组织，确保安全，不管是教师还是学生，都要把安全放在第一位，不得离群，不得上危险地段，不得做危险行动，保证活动安全顺利地开展。</w:t>
      </w:r>
    </w:p>
    <w:p>
      <w:pPr>
        <w:spacing w:before="100" w:after="200" w:line="360" w:lineRule="auto"/>
        <w:jc w:val="left"/>
        <w:sectPr w:rsidSect="00034616">
          <w:type w:val="nextPage"/>
          <w:pgSz w:w="11906" w:h="16838"/>
          <w:pgMar w:top="1440" w:right="1440" w:bottom="1440" w:left="1440" w:header="720" w:footer="720" w:gutter="0"/>
          <w:pgNumType w:start="4"/>
          <w:cols w:space="720"/>
          <w:titlePg w:val="0"/>
          <w:docGrid w:linePitch="360"/>
        </w:sectPr>
      </w:pPr>
      <w:r>
        <w:rPr>
          <w:rFonts w:ascii="宋体 (中文正文)" w:eastAsia="宋体" w:hAnsi="宋体 (中文正文)"/>
          <w:sz w:val="28"/>
        </w:rPr>
        <w:t>5、总结经验：</w:t>
      </w:r>
    </w:p>
    <w:p>
      <w:pPr>
        <w:spacing w:before="100" w:after="200" w:line="360" w:lineRule="auto"/>
        <w:ind w:firstLine="576"/>
        <w:jc w:val="left"/>
      </w:pPr>
      <w:r>
        <w:rPr>
          <w:rFonts w:ascii="宋体" w:eastAsia="宋体" w:hAnsi="宋体"/>
          <w:sz w:val="28"/>
        </w:rPr>
        <w:t>学期完毕时要对学校安全工作开展总结，积累经验，找出差距，不断完善措施，改进工作办法。对在这地方有突出成绩的学生，要给予表扬或者奖励，以推动班级安全工作的开展。</w:t>
      </w:r>
    </w:p>
    <w:p>
      <w:pPr>
        <w:spacing w:before="100" w:after="200" w:line="360" w:lineRule="auto"/>
        <w:ind w:firstLine="576"/>
        <w:jc w:val="left"/>
      </w:pPr>
      <w:r>
        <w:rPr>
          <w:rFonts w:ascii="宋体" w:eastAsia="宋体" w:hAnsi="宋体"/>
          <w:sz w:val="28"/>
        </w:rPr>
        <w:t>安全工作人命关天，责任重于泰山。学生人身安全工作事关学校的教育、教学秩序，要把班级安全教育和管理作为一项频繁性工作来抓，建立有效的长效管理机制，避免发生各类安全责任事故，确保教育教学秩序的稳定以及全班师生生命和班级集体财产的安全。</w:t>
      </w:r>
    </w:p>
    <w:p>
      <w:pPr>
        <w:spacing w:before="100" w:after="200" w:line="360" w:lineRule="auto"/>
        <w:ind w:firstLine="576"/>
        <w:jc w:val="left"/>
      </w:pPr>
      <w:r>
        <w:rPr>
          <w:rFonts w:ascii="宋体" w:eastAsia="宋体" w:hAnsi="宋体"/>
          <w:sz w:val="28"/>
        </w:rPr>
        <w:t>为了认真贯彻上级有关部门关于安全工作的教育方针，抓好安全工作，确保师生安全和学校教育工作的正常进行，现结合本园实际情况，制定安全工作计划：</w:t>
      </w:r>
    </w:p>
    <w:p>
      <w:pPr>
        <w:spacing w:before="100" w:after="200" w:line="360" w:lineRule="auto"/>
        <w:jc w:val="left"/>
      </w:pPr>
      <w:r>
        <w:rPr>
          <w:rFonts w:ascii="宋体 (中文正文)" w:eastAsia="宋体" w:hAnsi="宋体 (中文正文)"/>
          <w:b/>
          <w:sz w:val="28"/>
        </w:rPr>
        <w:t>一、领导重视，认识到位。</w:t>
      </w:r>
    </w:p>
    <w:p>
      <w:pPr>
        <w:spacing w:before="100" w:after="200" w:line="360" w:lineRule="auto"/>
        <w:ind w:firstLine="576"/>
        <w:jc w:val="left"/>
      </w:pPr>
      <w:r>
        <w:rPr>
          <w:rFonts w:ascii="宋体" w:eastAsia="宋体" w:hAnsi="宋体"/>
          <w:sz w:val="28"/>
        </w:rPr>
        <w:t>建立由xx为第一责任人的学校安全工作领导小组，把安全工作摆到主要工作议事日程之中，定期召开安全工作会议，做到年初有计划，半年有小结，全年有总结，为全园营造一个安全、安静、和谐、健康的学习和工作环境。安全领导小组成员如下：</w:t>
      </w:r>
    </w:p>
    <w:p>
      <w:pPr>
        <w:spacing w:before="100" w:after="200" w:line="360" w:lineRule="auto"/>
        <w:jc w:val="left"/>
      </w:pPr>
      <w:r>
        <w:rPr>
          <w:rFonts w:ascii="宋体 (中文正文)" w:eastAsia="宋体" w:hAnsi="宋体 (中文正文)"/>
          <w:b/>
          <w:sz w:val="28"/>
        </w:rPr>
        <w:t>二、强化安全意识</w:t>
      </w:r>
    </w:p>
    <w:p>
      <w:pPr>
        <w:spacing w:before="100" w:after="200" w:line="360" w:lineRule="auto"/>
        <w:ind w:firstLine="576"/>
        <w:jc w:val="left"/>
      </w:pPr>
      <w:r>
        <w:rPr>
          <w:rFonts w:ascii="宋体" w:eastAsia="宋体" w:hAnsi="宋体"/>
          <w:sz w:val="28"/>
        </w:rPr>
        <w:t>1、全园教职工要把幼儿安全问题置于头等重要地位，加强对工作的责任感，强化安全意识，认真细致地做好工作，避免意外事故的发生。</w:t>
      </w:r>
    </w:p>
    <w:p>
      <w:pPr>
        <w:spacing w:before="100" w:after="200" w:line="360" w:lineRule="auto"/>
        <w:ind w:firstLine="576"/>
        <w:jc w:val="left"/>
      </w:pPr>
      <w:r>
        <w:rPr>
          <w:rFonts w:ascii="宋体" w:eastAsia="宋体" w:hAnsi="宋体"/>
          <w:sz w:val="28"/>
        </w:rPr>
        <w:t>2、在每周的园务会议上，提醒各教职工重视卫生保健工作，加强对幼儿的安全保护工作。</w:t>
      </w:r>
    </w:p>
    <w:p>
      <w:pPr>
        <w:spacing w:before="100" w:after="200" w:line="360" w:lineRule="auto"/>
        <w:jc w:val="left"/>
        <w:sectPr w:rsidSect="00034616">
          <w:type w:val="nextPage"/>
          <w:pgSz w:w="11906" w:h="16838"/>
          <w:pgMar w:top="1440" w:right="1440" w:bottom="1440" w:left="1440" w:header="720" w:footer="720" w:gutter="0"/>
          <w:pgNumType w:start="5"/>
          <w:cols w:space="720"/>
          <w:titlePg w:val="0"/>
          <w:docGrid w:linePitch="360"/>
        </w:sectPr>
      </w:pPr>
      <w:r>
        <w:rPr>
          <w:rFonts w:ascii="宋体 (中文正文)" w:eastAsia="宋体" w:hAnsi="宋体 (中文正文)"/>
          <w:b/>
          <w:sz w:val="28"/>
        </w:rPr>
        <w:t>三、重环境安全，避免事故发生</w:t>
      </w:r>
    </w:p>
    <w:p>
      <w:pPr>
        <w:spacing w:before="100" w:after="200" w:line="360" w:lineRule="auto"/>
        <w:ind w:firstLine="576"/>
        <w:jc w:val="left"/>
      </w:pPr>
      <w:r>
        <w:rPr>
          <w:rFonts w:ascii="宋体" w:eastAsia="宋体" w:hAnsi="宋体"/>
          <w:sz w:val="28"/>
        </w:rPr>
        <w:t>1、常检查防火设施，注意易燃物品存放的安全及电源电闸的安全；后勤人员每月中、月底进行一次安全检查更换，确保有效使用。</w:t>
      </w:r>
    </w:p>
    <w:p>
      <w:pPr>
        <w:spacing w:before="100" w:after="200" w:line="360" w:lineRule="auto"/>
        <w:ind w:firstLine="576"/>
        <w:jc w:val="left"/>
      </w:pPr>
      <w:r>
        <w:rPr>
          <w:rFonts w:ascii="宋体" w:eastAsia="宋体" w:hAnsi="宋体"/>
          <w:sz w:val="28"/>
        </w:rPr>
        <w:t>2、勤人员每周一检查大型玩具设施，发现有损坏脱落及被锈蚀及时处理。</w:t>
      </w:r>
    </w:p>
    <w:p>
      <w:pPr>
        <w:spacing w:before="100" w:after="200" w:line="360" w:lineRule="auto"/>
        <w:jc w:val="left"/>
      </w:pPr>
      <w:r>
        <w:rPr>
          <w:rFonts w:ascii="宋体 (中文正文)" w:eastAsia="宋体" w:hAnsi="宋体 (中文正文)"/>
          <w:b/>
          <w:sz w:val="28"/>
        </w:rPr>
        <w:t>四、认真落实安全制度和安全措施</w:t>
      </w:r>
    </w:p>
    <w:p>
      <w:pPr>
        <w:spacing w:before="100" w:after="200" w:line="360" w:lineRule="auto"/>
        <w:ind w:firstLine="576"/>
        <w:jc w:val="left"/>
      </w:pPr>
      <w:r>
        <w:rPr>
          <w:rFonts w:ascii="宋体" w:eastAsia="宋体" w:hAnsi="宋体"/>
          <w:sz w:val="28"/>
        </w:rPr>
        <w:t>1、员工每月集中学习安全制度和安全措施两次。</w:t>
      </w:r>
    </w:p>
    <w:p>
      <w:pPr>
        <w:spacing w:before="100" w:after="200" w:line="360" w:lineRule="auto"/>
        <w:ind w:firstLine="576"/>
        <w:jc w:val="left"/>
      </w:pPr>
      <w:r>
        <w:rPr>
          <w:rFonts w:ascii="宋体" w:eastAsia="宋体" w:hAnsi="宋体"/>
          <w:sz w:val="28"/>
        </w:rPr>
        <w:t>2、长对制度执行情况进行定期检查分析查找原因，采取对策。要注意防微杜渐，把不安全隐患除在萌芽中。</w:t>
      </w:r>
    </w:p>
    <w:p>
      <w:pPr>
        <w:spacing w:before="100" w:after="200" w:line="360" w:lineRule="auto"/>
        <w:jc w:val="left"/>
      </w:pPr>
      <w:r>
        <w:rPr>
          <w:rFonts w:ascii="宋体 (中文正文)" w:eastAsia="宋体" w:hAnsi="宋体 (中文正文)"/>
          <w:b/>
          <w:sz w:val="28"/>
        </w:rPr>
        <w:t>五、注意幼儿的饮食安全</w:t>
      </w:r>
    </w:p>
    <w:p>
      <w:pPr>
        <w:spacing w:before="100" w:after="200" w:line="360" w:lineRule="auto"/>
        <w:ind w:firstLine="576"/>
        <w:jc w:val="left"/>
      </w:pPr>
      <w:r>
        <w:rPr>
          <w:rFonts w:ascii="宋体" w:eastAsia="宋体" w:hAnsi="宋体"/>
          <w:sz w:val="28"/>
        </w:rPr>
        <w:t>1、真贯彻执行卫生系统有关食品卫生的规定，防止食物中毒。</w:t>
      </w:r>
    </w:p>
    <w:p>
      <w:pPr>
        <w:spacing w:before="100" w:after="200" w:line="360" w:lineRule="auto"/>
        <w:ind w:firstLine="576"/>
        <w:jc w:val="left"/>
      </w:pPr>
      <w:r>
        <w:rPr>
          <w:rFonts w:ascii="宋体" w:eastAsia="宋体" w:hAnsi="宋体"/>
          <w:sz w:val="28"/>
        </w:rPr>
        <w:t>2、粥、开水、饭菜等放在安全的地方，防止烫伤。</w:t>
      </w:r>
    </w:p>
    <w:p>
      <w:pPr>
        <w:spacing w:before="100" w:after="200" w:line="360" w:lineRule="auto"/>
        <w:ind w:firstLine="576"/>
        <w:jc w:val="left"/>
      </w:pPr>
      <w:r>
        <w:rPr>
          <w:rFonts w:ascii="宋体" w:eastAsia="宋体" w:hAnsi="宋体"/>
          <w:sz w:val="28"/>
        </w:rPr>
        <w:t>3、药品、洗涤用品及化学清洁剂要放到幼儿接触不到的地方，防止误食、误饮中毒。</w:t>
      </w:r>
    </w:p>
    <w:p>
      <w:pPr>
        <w:spacing w:before="100" w:after="200" w:line="360" w:lineRule="auto"/>
        <w:jc w:val="left"/>
      </w:pPr>
      <w:r>
        <w:rPr>
          <w:rFonts w:ascii="宋体 (中文正文)" w:eastAsia="宋体" w:hAnsi="宋体 (中文正文)"/>
          <w:b/>
          <w:sz w:val="28"/>
        </w:rPr>
        <w:t>六、组织户外活动时，确保幼儿安全</w:t>
      </w:r>
    </w:p>
    <w:p>
      <w:pPr>
        <w:spacing w:before="100" w:after="200" w:line="360" w:lineRule="auto"/>
        <w:ind w:firstLine="576"/>
        <w:jc w:val="left"/>
      </w:pPr>
      <w:r>
        <w:rPr>
          <w:rFonts w:ascii="宋体" w:eastAsia="宋体" w:hAnsi="宋体"/>
          <w:sz w:val="28"/>
        </w:rPr>
        <w:t>1、师在组织幼儿户外活动时，首先要进行安全教育。</w:t>
      </w:r>
    </w:p>
    <w:p>
      <w:pPr>
        <w:spacing w:before="100" w:after="200" w:line="360" w:lineRule="auto"/>
        <w:ind w:firstLine="576"/>
        <w:jc w:val="left"/>
      </w:pPr>
      <w:r>
        <w:rPr>
          <w:rFonts w:ascii="宋体" w:eastAsia="宋体" w:hAnsi="宋体"/>
          <w:sz w:val="28"/>
        </w:rPr>
        <w:t>2、师在活动前和活动结束后要清点人数。</w:t>
      </w:r>
    </w:p>
    <w:p>
      <w:pPr>
        <w:spacing w:before="100" w:after="200" w:line="360" w:lineRule="auto"/>
        <w:ind w:firstLine="576"/>
        <w:jc w:val="left"/>
      </w:pPr>
      <w:r>
        <w:rPr>
          <w:rFonts w:ascii="宋体" w:eastAsia="宋体" w:hAnsi="宋体"/>
          <w:sz w:val="28"/>
        </w:rPr>
        <w:t>3、儿进行活动时，教师要眼观四面，耳听八方，注意每个幼儿活动情况，不能离开幼儿做其他的事情。</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本学期我园的安全教育工作牢固树立“安全第一，预防为主，综合治理”，“责任重于泰山”的认识，以幼儿园安全工作为前提，以确保幼儿园保教工作的顺利进行为出发点，以提高师生和父母的安全认识及广泛开展安全教育活动为途径，主动推进“平安校园”的创建，做到防患于未然。现结合本园实际，制定本学期安全教育工作计划。</w:t>
      </w:r>
    </w:p>
    <w:p>
      <w:pPr>
        <w:spacing w:before="100" w:after="200" w:line="360" w:lineRule="auto"/>
        <w:jc w:val="left"/>
      </w:pPr>
      <w:r>
        <w:rPr>
          <w:rFonts w:ascii="宋体 (中文正文)" w:eastAsia="宋体" w:hAnsi="宋体 (中文正文)"/>
          <w:b/>
          <w:sz w:val="28"/>
        </w:rPr>
        <w:t>一、制订幼儿园安全工作管理体系。</w:t>
      </w:r>
    </w:p>
    <w:p>
      <w:pPr>
        <w:spacing w:before="100" w:after="200" w:line="360" w:lineRule="auto"/>
        <w:ind w:firstLine="576"/>
        <w:jc w:val="left"/>
      </w:pPr>
      <w:r>
        <w:rPr>
          <w:rFonts w:ascii="宋体" w:eastAsia="宋体" w:hAnsi="宋体"/>
          <w:sz w:val="28"/>
        </w:rPr>
        <w:t>1、幼儿园将继续建立健全由园长为第一责任人的幼儿园安全工作领导小组。开学初，将利用集体会议，重申幼儿园的安全工作制度。</w:t>
      </w:r>
    </w:p>
    <w:p>
      <w:pPr>
        <w:spacing w:before="100" w:after="200" w:line="360" w:lineRule="auto"/>
        <w:ind w:firstLine="576"/>
        <w:jc w:val="left"/>
      </w:pPr>
      <w:r>
        <w:rPr>
          <w:rFonts w:ascii="宋体" w:eastAsia="宋体" w:hAnsi="宋体"/>
          <w:sz w:val="28"/>
        </w:rPr>
        <w:t>2、宣布本年度安全工作计划和幼儿园安全工作领导组成员名单，和保教人员、食堂工作人员签订安全工作责任状。明确职责，落实措施，扎扎实实的做好幼儿园的安全工作。</w:t>
      </w:r>
    </w:p>
    <w:p>
      <w:pPr>
        <w:spacing w:before="100" w:after="200" w:line="360" w:lineRule="auto"/>
        <w:jc w:val="left"/>
      </w:pPr>
      <w:r>
        <w:rPr>
          <w:rFonts w:ascii="宋体 (中文正文)" w:eastAsia="宋体" w:hAnsi="宋体 (中文正文)"/>
          <w:b/>
          <w:sz w:val="28"/>
        </w:rPr>
        <w:t>二、措施保障到位，确保幼儿安全</w:t>
      </w:r>
    </w:p>
    <w:p>
      <w:pPr>
        <w:spacing w:before="100" w:after="200" w:line="360" w:lineRule="auto"/>
        <w:ind w:firstLine="576"/>
        <w:jc w:val="left"/>
      </w:pPr>
      <w:r>
        <w:rPr>
          <w:rFonts w:ascii="宋体" w:eastAsia="宋体" w:hAnsi="宋体"/>
          <w:sz w:val="28"/>
        </w:rPr>
        <w:t>1、幼儿园将利用各种途径，对幼儿和父母进行安全知识的宣传，特别是加强交通安全宣传。本学期我们将制定值日教师安排表，明确责任，保证幼儿的安全。</w:t>
      </w:r>
    </w:p>
    <w:p>
      <w:pPr>
        <w:spacing w:before="100" w:after="200" w:line="360" w:lineRule="auto"/>
        <w:ind w:firstLine="576"/>
        <w:jc w:val="left"/>
      </w:pPr>
      <w:r>
        <w:rPr>
          <w:rFonts w:ascii="宋体" w:eastAsia="宋体" w:hAnsi="宋体"/>
          <w:sz w:val="28"/>
        </w:rPr>
        <w:t>2、保健老师在晨检时要做到一看、二问、三摸、四查，及时消除安全隐患，发现问题，及时上报，做好来宾的登记工作，定时开关门，严禁闲杂人员进入幼儿园。</w:t>
      </w:r>
    </w:p>
    <w:p>
      <w:pPr>
        <w:spacing w:before="100" w:after="200" w:line="360" w:lineRule="auto"/>
        <w:ind w:firstLine="576"/>
        <w:jc w:val="left"/>
      </w:pPr>
      <w:r>
        <w:rPr>
          <w:rFonts w:ascii="宋体" w:eastAsia="宋体" w:hAnsi="宋体"/>
          <w:sz w:val="28"/>
        </w:rPr>
        <w:t>3、各教室利用晨间谈话、教学活动、游戏活动，对幼儿进行浅显的安全常识教育，提高幼儿的安全认识和自我保护能力，防患于未然。开展活动的时候教师要检查场地和设施的安全。确保教学活动的正常开展。</w:t>
      </w:r>
    </w:p>
    <w:p>
      <w:pPr>
        <w:spacing w:before="100" w:after="200" w:line="360" w:lineRule="auto"/>
        <w:ind w:firstLine="576"/>
        <w:jc w:val="left"/>
      </w:pPr>
      <w:r>
        <w:rPr>
          <w:rFonts w:ascii="宋体" w:eastAsia="宋体" w:hAnsi="宋体"/>
          <w:sz w:val="28"/>
        </w:rPr>
        <w:t>4、定期检查灭火设备材，经常检查用电线路是否完好，电器设备安装是否符合规范要求，凡有安全隐患立即更换或纠正。</w:t>
      </w:r>
    </w:p>
    <w:p>
      <w:pPr>
        <w:spacing w:before="100" w:after="200" w:line="360" w:lineRule="auto"/>
        <w:jc w:val="left"/>
        <w:sectPr w:rsidSect="00034616">
          <w:type w:val="nextPage"/>
          <w:pgSz w:w="11906" w:h="16838"/>
          <w:pgMar w:top="1440" w:right="1440" w:bottom="1440" w:left="1440" w:header="720" w:footer="720" w:gutter="0"/>
          <w:pgNumType w:start="7"/>
          <w:cols w:space="720"/>
          <w:titlePg w:val="0"/>
          <w:docGrid w:linePitch="360"/>
        </w:sectPr>
      </w:pPr>
      <w:r>
        <w:rPr>
          <w:rFonts w:ascii="宋体 (中文正文)" w:eastAsia="宋体" w:hAnsi="宋体 (中文正文)"/>
          <w:b/>
          <w:sz w:val="28"/>
        </w:rPr>
        <w:t>三、加强饮食卫生安全管理</w:t>
      </w:r>
    </w:p>
    <w:p>
      <w:pPr>
        <w:spacing w:before="100" w:after="200" w:line="360" w:lineRule="auto"/>
        <w:ind w:firstLine="576"/>
        <w:jc w:val="left"/>
      </w:pPr>
      <w:r>
        <w:rPr>
          <w:rFonts w:ascii="宋体" w:eastAsia="宋体" w:hAnsi="宋体"/>
          <w:sz w:val="28"/>
        </w:rPr>
        <w:t>1、认真贯彻“健康第一，预防为主”的方针。定期召开食堂职工会议，对后勤人员加强卫生知识的培训。</w:t>
      </w:r>
    </w:p>
    <w:p>
      <w:pPr>
        <w:spacing w:before="100" w:after="200" w:line="360" w:lineRule="auto"/>
        <w:ind w:firstLine="576"/>
        <w:jc w:val="left"/>
      </w:pPr>
      <w:r>
        <w:rPr>
          <w:rFonts w:ascii="宋体" w:eastAsia="宋体" w:hAnsi="宋体"/>
          <w:sz w:val="28"/>
        </w:rPr>
        <w:t>2、严格采购、储存、保管、留样和消毒制度，严格实行生熟分开，定期检查各项设施的完好情况。</w:t>
      </w:r>
    </w:p>
    <w:p>
      <w:pPr>
        <w:spacing w:before="100" w:after="200" w:line="360" w:lineRule="auto"/>
        <w:ind w:firstLine="576"/>
        <w:jc w:val="left"/>
      </w:pPr>
      <w:r>
        <w:rPr>
          <w:rFonts w:ascii="宋体" w:eastAsia="宋体" w:hAnsi="宋体"/>
          <w:sz w:val="28"/>
        </w:rPr>
        <w:t>3、组织教职工的健康体检，严格禁止传染病患者和传染病源携带者从事食堂服务工作。</w:t>
      </w:r>
    </w:p>
    <w:p>
      <w:pPr>
        <w:spacing w:before="100" w:after="200" w:line="360" w:lineRule="auto"/>
        <w:jc w:val="left"/>
      </w:pPr>
      <w:r>
        <w:rPr>
          <w:rFonts w:ascii="宋体 (中文正文)" w:eastAsia="宋体" w:hAnsi="宋体 (中文正文)"/>
          <w:b/>
          <w:sz w:val="28"/>
        </w:rPr>
        <w:t>四、加强对公共场所消防安全管理</w:t>
      </w:r>
    </w:p>
    <w:p>
      <w:pPr>
        <w:spacing w:before="100" w:after="200" w:line="360" w:lineRule="auto"/>
        <w:ind w:firstLine="576"/>
        <w:jc w:val="left"/>
      </w:pPr>
      <w:r>
        <w:rPr>
          <w:rFonts w:ascii="宋体" w:eastAsia="宋体" w:hAnsi="宋体"/>
          <w:sz w:val="28"/>
        </w:rPr>
        <w:t>1、我们将把幼儿园安全工作的开展和各项安全措施落实到位。</w:t>
      </w:r>
    </w:p>
    <w:p>
      <w:pPr>
        <w:spacing w:before="100" w:after="200" w:line="360" w:lineRule="auto"/>
        <w:ind w:firstLine="576"/>
        <w:jc w:val="left"/>
      </w:pPr>
      <w:r>
        <w:rPr>
          <w:rFonts w:ascii="宋体" w:eastAsia="宋体" w:hAnsi="宋体"/>
          <w:sz w:val="28"/>
        </w:rPr>
        <w:t>2、及时了解本园安全工作的现状，经常排查存在的安全隐患，发现问题，及时整改到位，决不掉以轻心。</w:t>
      </w:r>
    </w:p>
    <w:p>
      <w:pPr>
        <w:spacing w:before="100" w:after="200" w:line="360" w:lineRule="auto"/>
        <w:jc w:val="left"/>
      </w:pPr>
      <w:r>
        <w:rPr>
          <w:rFonts w:ascii="宋体 (中文正文)" w:eastAsia="宋体" w:hAnsi="宋体 (中文正文)"/>
          <w:b/>
          <w:sz w:val="28"/>
        </w:rPr>
        <w:t>五、加强园内安全检查和自我排查</w:t>
      </w:r>
    </w:p>
    <w:p>
      <w:pPr>
        <w:spacing w:before="100" w:after="200" w:line="360" w:lineRule="auto"/>
        <w:ind w:firstLine="576"/>
        <w:jc w:val="left"/>
      </w:pPr>
      <w:r>
        <w:rPr>
          <w:rFonts w:ascii="宋体" w:eastAsia="宋体" w:hAnsi="宋体"/>
          <w:sz w:val="28"/>
        </w:rPr>
        <w:t>1、安全工作人命关天，责任重于泰山。</w:t>
      </w:r>
    </w:p>
    <w:p>
      <w:pPr>
        <w:spacing w:before="100" w:after="200" w:line="360" w:lineRule="auto"/>
        <w:ind w:firstLine="576"/>
        <w:jc w:val="left"/>
      </w:pPr>
      <w:r>
        <w:rPr>
          <w:rFonts w:ascii="宋体" w:eastAsia="宋体" w:hAnsi="宋体"/>
          <w:sz w:val="28"/>
        </w:rPr>
        <w:t>2、幼儿园安全工作事关社会稳定和教育教学秩序，我们将把安全教育和管理作为一项经常性工作来抓，建立有效的管理机制，避免发生各类安全责任事故，确保教育教学秩序的稳定以及全园师生生命和国家集体财产的安全。</w:t>
      </w:r>
    </w:p>
    <w:p>
      <w:pPr>
        <w:spacing w:before="100" w:after="200" w:line="360" w:lineRule="auto"/>
        <w:ind w:firstLine="576"/>
        <w:jc w:val="left"/>
      </w:pPr>
      <w:r>
        <w:rPr>
          <w:rFonts w:ascii="宋体" w:eastAsia="宋体" w:hAnsi="宋体"/>
          <w:sz w:val="28"/>
        </w:rPr>
        <w:t>为切实加强学校安全工作，牢固树立“安全第一”思想，确保全体师生生命、财产安全，维护学校正常的教育教学秩序，结合学校实际，特制定本班级安全工作计划。</w:t>
      </w:r>
    </w:p>
    <w:p>
      <w:pPr>
        <w:spacing w:before="100" w:after="200" w:line="360" w:lineRule="auto"/>
        <w:jc w:val="left"/>
        <w:sectPr w:rsidSect="00034616">
          <w:type w:val="nextPage"/>
          <w:pgSz w:w="11906" w:h="16838"/>
          <w:pgMar w:top="1440" w:right="1440" w:bottom="1440" w:left="1440" w:header="720" w:footer="720" w:gutter="0"/>
          <w:pgNumType w:start="8"/>
          <w:cols w:space="720"/>
          <w:titlePg w:val="0"/>
          <w:docGrid w:linePitch="360"/>
        </w:sectPr>
      </w:pPr>
      <w:r>
        <w:rPr>
          <w:rFonts w:ascii="宋体 (中文正文)" w:eastAsia="宋体" w:hAnsi="宋体 (中文正文)"/>
          <w:b/>
          <w:sz w:val="28"/>
        </w:rPr>
        <w:t>一、指导思想</w:t>
      </w:r>
    </w:p>
    <w:p>
      <w:pPr>
        <w:spacing w:before="100" w:after="200" w:line="360" w:lineRule="auto"/>
        <w:ind w:firstLine="576"/>
        <w:jc w:val="left"/>
      </w:pPr>
      <w:r>
        <w:rPr>
          <w:rFonts w:ascii="宋体" w:eastAsia="宋体" w:hAnsi="宋体"/>
          <w:sz w:val="28"/>
        </w:rPr>
        <w:t>以上级教育部门下发的有关安全工作文件和指示为宗旨，紧绷安全心弦，务实工作，教给学生安全常识，养成处处注意安全的好习惯，保证班内外学生安全，保证正常的教育教学秩序，为全面提高我班教育教学质量服务。</w:t>
      </w:r>
    </w:p>
    <w:p>
      <w:pPr>
        <w:spacing w:before="100" w:after="200" w:line="360" w:lineRule="auto"/>
        <w:jc w:val="left"/>
      </w:pPr>
      <w:r>
        <w:rPr>
          <w:rFonts w:ascii="宋体 (中文正文)" w:eastAsia="宋体" w:hAnsi="宋体 (中文正文)"/>
          <w:sz w:val="28"/>
        </w:rPr>
        <w:t>二、落实组织：</w:t>
      </w:r>
    </w:p>
    <w:p>
      <w:pPr>
        <w:spacing w:before="100" w:after="200" w:line="360" w:lineRule="auto"/>
        <w:ind w:firstLine="576"/>
        <w:jc w:val="left"/>
      </w:pPr>
      <w:r>
        <w:rPr>
          <w:rFonts w:ascii="宋体" w:eastAsia="宋体" w:hAnsi="宋体"/>
          <w:sz w:val="28"/>
        </w:rPr>
        <w:t>建立安全工作负责小组。班主任为小组组长，班长担任副组长，各学习小组组长为负责小组成员。班主任全面负责班级安全工作，重点为安全制度的落实和监督，各组员负责学生活动安全和饮食卫生的安全。</w:t>
      </w:r>
    </w:p>
    <w:p>
      <w:pPr>
        <w:spacing w:before="100" w:after="200" w:line="360" w:lineRule="auto"/>
        <w:jc w:val="left"/>
      </w:pPr>
      <w:r>
        <w:rPr>
          <w:rFonts w:ascii="宋体 (中文正文)" w:eastAsia="宋体" w:hAnsi="宋体 (中文正文)"/>
          <w:b/>
          <w:sz w:val="28"/>
        </w:rPr>
        <w:t>三、具体措施</w:t>
      </w:r>
    </w:p>
    <w:p>
      <w:pPr>
        <w:spacing w:before="100" w:after="200" w:line="360" w:lineRule="auto"/>
        <w:ind w:firstLine="576"/>
        <w:jc w:val="left"/>
      </w:pPr>
      <w:r>
        <w:rPr>
          <w:rFonts w:ascii="宋体" w:eastAsia="宋体" w:hAnsi="宋体"/>
          <w:sz w:val="28"/>
        </w:rPr>
        <w:t>1、加强放学的管理、进行负责管理、</w:t>
      </w:r>
    </w:p>
    <w:p>
      <w:pPr>
        <w:spacing w:before="100" w:after="200" w:line="360" w:lineRule="auto"/>
        <w:ind w:firstLine="576"/>
        <w:jc w:val="left"/>
      </w:pPr>
      <w:r>
        <w:rPr>
          <w:rFonts w:ascii="宋体" w:eastAsia="宋体" w:hAnsi="宋体"/>
          <w:sz w:val="28"/>
        </w:rPr>
        <w:t>2、通过课堂讲述，增强学生学会保护自我、学会生存的能力、</w:t>
      </w:r>
    </w:p>
    <w:p>
      <w:pPr>
        <w:spacing w:before="100" w:after="200" w:line="360" w:lineRule="auto"/>
        <w:ind w:firstLine="576"/>
        <w:jc w:val="left"/>
      </w:pPr>
      <w:r>
        <w:rPr>
          <w:rFonts w:ascii="宋体" w:eastAsia="宋体" w:hAnsi="宋体"/>
          <w:sz w:val="28"/>
        </w:rPr>
        <w:t>3、围绕“消防安全”出好黑板报、教育学生加强安全防火意识、</w:t>
      </w:r>
    </w:p>
    <w:p>
      <w:pPr>
        <w:spacing w:before="100" w:after="200" w:line="360" w:lineRule="auto"/>
        <w:ind w:firstLine="576"/>
        <w:jc w:val="left"/>
      </w:pPr>
      <w:r>
        <w:rPr>
          <w:rFonts w:ascii="宋体" w:eastAsia="宋体" w:hAnsi="宋体"/>
          <w:sz w:val="28"/>
        </w:rPr>
        <w:t>4、平时重视交通、饮食、体育、人身、用电等安全、做到安全教育天天讲、时时讲、处处讲、努力营造“平安班级”、做到无意外事故发生、</w:t>
      </w:r>
    </w:p>
    <w:p>
      <w:pPr>
        <w:spacing w:before="100" w:after="200" w:line="360" w:lineRule="auto"/>
        <w:ind w:firstLine="576"/>
        <w:jc w:val="left"/>
      </w:pPr>
      <w:r>
        <w:rPr>
          <w:rFonts w:ascii="宋体" w:eastAsia="宋体" w:hAnsi="宋体"/>
          <w:sz w:val="28"/>
        </w:rPr>
        <w:t>5、加强体育课安全，科任教师要有强烈的安全意识，不得随意上下课，课内不准离开岗位，不得进行放羊式教学，不得让学生时行危险性游戏，对有危险的体育活动，体育教师必须在场进行保护，以防事故发生。</w:t>
      </w:r>
    </w:p>
    <w:p>
      <w:pPr>
        <w:spacing w:before="100" w:after="200" w:line="360" w:lineRule="auto"/>
        <w:ind w:firstLine="576"/>
        <w:jc w:val="left"/>
      </w:pPr>
      <w:r>
        <w:rPr>
          <w:rFonts w:ascii="宋体" w:eastAsia="宋体" w:hAnsi="宋体"/>
          <w:sz w:val="28"/>
        </w:rPr>
        <w:t>6、教师要加强用电用气安全，做到人离电关，注意防止因电引起火灾事故的发生；。</w:t>
      </w:r>
    </w:p>
    <w:p>
      <w:pPr>
        <w:spacing w:before="100" w:after="200" w:line="360" w:lineRule="auto"/>
        <w:jc w:val="left"/>
        <w:sectPr w:rsidSect="00034616">
          <w:type w:val="nextPage"/>
          <w:pgSz w:w="11906" w:h="16838"/>
          <w:pgMar w:top="1440" w:right="1440" w:bottom="1440" w:left="1440" w:header="720" w:footer="720" w:gutter="0"/>
          <w:pgNumType w:start="9"/>
          <w:cols w:space="720"/>
          <w:titlePg w:val="0"/>
          <w:docGrid w:linePitch="360"/>
        </w:sectPr>
      </w:pPr>
      <w:r>
        <w:rPr>
          <w:rFonts w:ascii="宋体 (中文正文)" w:eastAsia="宋体" w:hAnsi="宋体 (中文正文)"/>
          <w:sz w:val="28"/>
        </w:rPr>
        <w:t>四、教育内容安排：</w:t>
      </w:r>
    </w:p>
    <w:p>
      <w:pPr>
        <w:spacing w:before="100" w:after="200" w:line="360" w:lineRule="auto"/>
        <w:ind w:firstLine="576"/>
        <w:jc w:val="left"/>
      </w:pPr>
      <w:r>
        <w:rPr>
          <w:rFonts w:ascii="宋体" w:eastAsia="宋体" w:hAnsi="宋体"/>
          <w:sz w:val="28"/>
        </w:rPr>
        <w:t>1、交通安全教育：交通安全教育是安全教育重中之重的教育、要把交通安全教育摆在十分突出的位置、必须每周进行集中教育、以及做好放学路对的管理、</w:t>
      </w:r>
    </w:p>
    <w:p>
      <w:pPr>
        <w:spacing w:before="100" w:after="200" w:line="360" w:lineRule="auto"/>
        <w:ind w:firstLine="576"/>
        <w:jc w:val="left"/>
      </w:pPr>
      <w:r>
        <w:rPr>
          <w:rFonts w:ascii="宋体" w:eastAsia="宋体" w:hAnsi="宋体"/>
          <w:sz w:val="28"/>
        </w:rPr>
        <w:t>2、防溺水教育、要进行防溺水的教育、开展以溺水后自救、溺水者的救护为主要内容的教育、</w:t>
      </w:r>
    </w:p>
    <w:p>
      <w:pPr>
        <w:spacing w:before="100" w:after="200" w:line="360" w:lineRule="auto"/>
        <w:ind w:firstLine="576"/>
        <w:jc w:val="left"/>
      </w:pPr>
      <w:r>
        <w:rPr>
          <w:rFonts w:ascii="宋体" w:eastAsia="宋体" w:hAnsi="宋体"/>
          <w:sz w:val="28"/>
        </w:rPr>
        <w:t>3、防触电的教育、对同学们进行电的基本知识讲座、预防触电事故的发生以及对触电后急救常用知识的了解和应用、</w:t>
      </w:r>
    </w:p>
    <w:p>
      <w:pPr>
        <w:spacing w:before="100" w:after="200" w:line="360" w:lineRule="auto"/>
        <w:ind w:firstLine="576"/>
        <w:jc w:val="left"/>
      </w:pPr>
      <w:r>
        <w:rPr>
          <w:rFonts w:ascii="宋体" w:eastAsia="宋体" w:hAnsi="宋体"/>
          <w:sz w:val="28"/>
        </w:rPr>
        <w:t>4、防病、防体育运动伤害的教育，重视同学们身体健康教育、建立个人健康档案、进行一次健康检查、体育活动应重视安全保护措施、积极做好运动前的准备操、尽量避免运动伤害事故的发生、</w:t>
      </w:r>
    </w:p>
    <w:p>
      <w:pPr>
        <w:spacing w:before="100" w:after="200" w:line="360" w:lineRule="auto"/>
        <w:ind w:firstLine="576"/>
        <w:jc w:val="left"/>
      </w:pPr>
      <w:r>
        <w:rPr>
          <w:rFonts w:ascii="宋体" w:eastAsia="宋体" w:hAnsi="宋体"/>
          <w:sz w:val="28"/>
        </w:rPr>
        <w:t>5、防火、防盗、防震、防煤气中毒等的安全教育，检查班里的防电设施、落实专人负责、班里应经常开展防火、防盗、防震、防煤气中毒等的防范措施教育、</w:t>
      </w:r>
    </w:p>
    <w:p>
      <w:pPr>
        <w:spacing w:before="100" w:after="200" w:line="360" w:lineRule="auto"/>
        <w:ind w:firstLine="576"/>
        <w:jc w:val="left"/>
      </w:pPr>
      <w:r>
        <w:rPr>
          <w:rFonts w:ascii="宋体" w:eastAsia="宋体" w:hAnsi="宋体"/>
          <w:sz w:val="28"/>
        </w:rPr>
        <w:t>相信通过这些努力，学生将会在学校平安开心地度过每一天。</w:t>
      </w:r>
    </w:p>
    <w:p>
      <w:pPr>
        <w:spacing w:before="100" w:after="200" w:line="360" w:lineRule="auto"/>
        <w:jc w:val="left"/>
      </w:pPr>
      <w:r>
        <w:rPr>
          <w:rFonts w:ascii="宋体 (中文正文)" w:eastAsia="宋体" w:hAnsi="宋体 (中文正文)"/>
          <w:sz w:val="28"/>
        </w:rPr>
        <w:t>一、指导思想：</w:t>
      </w:r>
    </w:p>
    <w:p>
      <w:pPr>
        <w:spacing w:before="100" w:after="200" w:line="360" w:lineRule="auto"/>
        <w:ind w:firstLine="576"/>
        <w:jc w:val="left"/>
      </w:pPr>
      <w:r>
        <w:rPr>
          <w:rFonts w:ascii="宋体" w:eastAsia="宋体" w:hAnsi="宋体"/>
          <w:sz w:val="28"/>
        </w:rPr>
        <w:t>全面贯彻教育方针，强化管理，依法治教，与时俱进，以人的现代化素质标准为内容，以养成教育为基础，以综合评价为导向，以教育科研为动力，切实尊重儿童的身心发展规律，将日常培养与开展活动激发积极向上的情感教育相结合，积极探索新时期德育工作的特点、途径、规律，构建新时期德育工作管理模式，努力提高德育工作的主动性、创新性、针对性和实效性。</w:t>
      </w:r>
    </w:p>
    <w:p>
      <w:pPr>
        <w:spacing w:before="100" w:after="200" w:line="360" w:lineRule="auto"/>
        <w:jc w:val="left"/>
        <w:sectPr w:rsidSect="00034616">
          <w:type w:val="nextPage"/>
          <w:pgSz w:w="11906" w:h="16838"/>
          <w:pgMar w:top="1440" w:right="1440" w:bottom="1440" w:left="1440" w:header="720" w:footer="720" w:gutter="0"/>
          <w:pgNumType w:start="10"/>
          <w:cols w:space="720"/>
          <w:titlePg w:val="0"/>
          <w:docGrid w:linePitch="360"/>
        </w:sectPr>
      </w:pPr>
      <w:r>
        <w:rPr>
          <w:rFonts w:ascii="宋体 (中文正文)" w:eastAsia="宋体" w:hAnsi="宋体 (中文正文)"/>
          <w:sz w:val="28"/>
        </w:rPr>
        <w:t>二、重点工作：</w:t>
      </w:r>
    </w:p>
    <w:p>
      <w:pPr>
        <w:spacing w:before="100" w:after="200" w:line="360" w:lineRule="auto"/>
        <w:ind w:firstLine="576"/>
        <w:jc w:val="left"/>
      </w:pPr>
      <w:r>
        <w:rPr>
          <w:rFonts w:ascii="宋体" w:eastAsia="宋体" w:hAnsi="宋体"/>
          <w:sz w:val="28"/>
        </w:rPr>
        <w:t>为了能把本班建成具有"团结、活泼、严谨、求学"的班风，把学生培养成有理想、有道德、有文化、有纪律的一代新人，做一位合格的社会主义建设者和接班人。特制定班级工作计划：</w:t>
      </w:r>
    </w:p>
    <w:p>
      <w:pPr>
        <w:spacing w:before="100" w:after="200" w:line="360" w:lineRule="auto"/>
        <w:ind w:firstLine="576"/>
        <w:jc w:val="left"/>
      </w:pPr>
      <w:r>
        <w:rPr>
          <w:rFonts w:ascii="宋体" w:eastAsia="宋体" w:hAnsi="宋体"/>
          <w:sz w:val="28"/>
        </w:rPr>
        <w:t>1.根据学生实际情况，制定奖惩分明的班级公约；</w:t>
      </w:r>
    </w:p>
    <w:p>
      <w:pPr>
        <w:spacing w:before="100" w:after="200" w:line="360" w:lineRule="auto"/>
        <w:ind w:firstLine="576"/>
        <w:jc w:val="left"/>
      </w:pPr>
      <w:r>
        <w:rPr>
          <w:rFonts w:ascii="宋体" w:eastAsia="宋体" w:hAnsi="宋体"/>
          <w:sz w:val="28"/>
        </w:rPr>
        <w:t>2.在学生中培养竞争意识，有"你追我赶"的比学风格；</w:t>
      </w:r>
    </w:p>
    <w:p>
      <w:pPr>
        <w:spacing w:before="100" w:after="200" w:line="360" w:lineRule="auto"/>
        <w:ind w:firstLine="576"/>
        <w:jc w:val="left"/>
      </w:pPr>
      <w:r>
        <w:rPr>
          <w:rFonts w:ascii="宋体" w:eastAsia="宋体" w:hAnsi="宋体"/>
          <w:sz w:val="28"/>
        </w:rPr>
        <w:t>3.面对全体学生，要顾全大局，做到抓两头促中间；</w:t>
      </w:r>
    </w:p>
    <w:p>
      <w:pPr>
        <w:spacing w:before="100" w:after="200" w:line="360" w:lineRule="auto"/>
        <w:ind w:firstLine="576"/>
        <w:jc w:val="left"/>
      </w:pPr>
      <w:r>
        <w:rPr>
          <w:rFonts w:ascii="宋体" w:eastAsia="宋体" w:hAnsi="宋体"/>
          <w:sz w:val="28"/>
        </w:rPr>
        <w:t>4.关键要抓好班级的纪律，因为纪律是成绩的保证。要抓好纪律关键在教育好后进生。所以，转化后进生特别是双差生工作显得异常重要；</w:t>
      </w:r>
    </w:p>
    <w:p>
      <w:pPr>
        <w:spacing w:before="100" w:after="200" w:line="360" w:lineRule="auto"/>
        <w:ind w:firstLine="576"/>
        <w:jc w:val="left"/>
      </w:pPr>
      <w:r>
        <w:rPr>
          <w:rFonts w:ascii="宋体" w:eastAsia="宋体" w:hAnsi="宋体"/>
          <w:sz w:val="28"/>
        </w:rPr>
        <w:t>5.成绩、表现好的学生要经常鼓励，既要肯定成绩，也要不断督促，使他们不断取得进步；</w:t>
      </w:r>
    </w:p>
    <w:p>
      <w:pPr>
        <w:spacing w:before="100" w:after="200" w:line="360" w:lineRule="auto"/>
        <w:ind w:firstLine="576"/>
        <w:jc w:val="left"/>
      </w:pPr>
      <w:r>
        <w:rPr>
          <w:rFonts w:ascii="宋体" w:eastAsia="宋体" w:hAnsi="宋体"/>
          <w:sz w:val="28"/>
        </w:rPr>
        <w:t>6.力争做好每位学生的思想工作，使他们提高认识，不断上进。</w:t>
      </w:r>
    </w:p>
    <w:p>
      <w:pPr>
        <w:spacing w:before="100" w:after="200" w:line="360" w:lineRule="auto"/>
        <w:ind w:firstLine="576"/>
        <w:jc w:val="left"/>
      </w:pPr>
      <w:r>
        <w:rPr>
          <w:rFonts w:ascii="宋体" w:eastAsia="宋体" w:hAnsi="宋体"/>
          <w:sz w:val="28"/>
        </w:rPr>
        <w:t>7.要树立强烈的进取心。要讲团结。</w:t>
      </w:r>
    </w:p>
    <w:p>
      <w:pPr>
        <w:spacing w:before="100" w:after="200" w:line="360" w:lineRule="auto"/>
        <w:ind w:firstLine="576"/>
        <w:jc w:val="left"/>
      </w:pPr>
      <w:r>
        <w:rPr>
          <w:rFonts w:ascii="宋体" w:eastAsia="宋体" w:hAnsi="宋体"/>
          <w:sz w:val="28"/>
        </w:rPr>
        <w:t>8.要正确对待工作中的压力和竞争</w:t>
      </w:r>
    </w:p>
    <w:p>
      <w:pPr>
        <w:spacing w:before="100" w:after="200" w:line="360" w:lineRule="auto"/>
        <w:ind w:firstLine="576"/>
        <w:jc w:val="left"/>
      </w:pPr>
      <w:r>
        <w:rPr>
          <w:rFonts w:ascii="宋体" w:eastAsia="宋体" w:hAnsi="宋体"/>
          <w:sz w:val="28"/>
        </w:rPr>
        <w:t>9.要善于动脑，要有自信心。</w:t>
      </w:r>
    </w:p>
    <w:p>
      <w:pPr>
        <w:spacing w:before="100" w:after="200" w:line="360" w:lineRule="auto"/>
        <w:ind w:firstLine="576"/>
        <w:jc w:val="left"/>
      </w:pPr>
      <w:r>
        <w:rPr>
          <w:rFonts w:ascii="宋体" w:eastAsia="宋体" w:hAnsi="宋体"/>
          <w:sz w:val="28"/>
        </w:rPr>
        <w:t>10.要正确对待担子和荣誉。</w:t>
      </w:r>
    </w:p>
    <w:p>
      <w:pPr>
        <w:spacing w:before="100" w:after="200" w:line="360" w:lineRule="auto"/>
        <w:ind w:firstLine="576"/>
        <w:jc w:val="left"/>
      </w:pPr>
      <w:r>
        <w:rPr>
          <w:rFonts w:ascii="宋体" w:eastAsia="宋体" w:hAnsi="宋体"/>
          <w:sz w:val="28"/>
        </w:rPr>
        <w:t>11.要真心地爱学生。</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https://d.book118.com/746105201015010050</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61052010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