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2024年高中军训心得体会范文（33篇）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2024年高中军训心得体会范文（通用33篇）</w:t>
      </w:r>
      <w:r>
        <w:rPr>
          <w:lang w:eastAsia="zh-CN"/>
        </w:rPr>
        <w:br/>
      </w:r>
      <w:r>
        <w:rPr>
          <w:lang w:eastAsia="zh-CN"/>
        </w:rPr>
        <w:t xml:space="preserve">    2024年高中军训心得体会范文 篇1 </w:t>
      </w:r>
      <w:r>
        <w:rPr>
          <w:lang w:eastAsia="zh-CN"/>
        </w:rPr>
        <w:br/>
      </w:r>
      <w:r>
        <w:rPr>
          <w:lang w:eastAsia="zh-CN"/>
        </w:rPr>
        <w:t>　　但是就像诗中说的事非经过不知难，我对于这从未经历过的事情也下意识的看轻了它，让它给我来了个猝不及防的下马威。</w:t>
      </w:r>
      <w:r>
        <w:rPr>
          <w:lang w:eastAsia="zh-CN"/>
        </w:rPr>
        <w:br/>
      </w:r>
      <w:r>
        <w:rPr>
          <w:lang w:eastAsia="zh-CN"/>
        </w:rPr>
        <w:t>　　当我们的教官们排着整齐的队列走来的时候，我们观赏着他们整齐一致的步伐和笔挺的身形，一边猜测着哪一个是我们的教官。直到我们的教官走到了面前，我们才放弃了说话，在教官的注视下不自觉紧张起来。他是一个严肃的人，做事说话一板一眼的，在很认真的跟我们介绍了自己以后，就开始着手操练起我们来了。</w:t>
      </w:r>
      <w:r>
        <w:rPr>
          <w:lang w:eastAsia="zh-CN"/>
        </w:rPr>
        <w:br/>
      </w:r>
      <w:r>
        <w:rPr>
          <w:lang w:eastAsia="zh-CN"/>
        </w:rPr>
        <w:t>　　第一个训练就是要我们大家走出树荫，站在太阳底下排成队列站好，虽然我们早有心理准备，但是当站在太阳下一动不动的时候还是忍不住在心里抱怨。但是看到教官也是站在太阳底下巡视着我们时，心理的不平衡倒是消失了许多。</w:t>
      </w:r>
      <w:r>
        <w:rPr>
          <w:lang w:eastAsia="zh-CN"/>
        </w:rPr>
        <w:br/>
      </w:r>
      <w:r>
        <w:rPr>
          <w:lang w:eastAsia="zh-CN"/>
        </w:rPr>
        <w:t>　　没多久我们的连队中的部分同学就出现了身体不适的状况，被教官送到了树荫下歇息，而我们这样还能勉力支撑的就老老实实的继续忍受着。这让我们在下训以后一个个抱怨不已，心里对军训的认知虽然还不够完整，但是经过这次训练却一下子就感受到了军训的厉害，心里顿时是一点小看的心思都不敢有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不过，在经过了前几天的磨合适应以后，军训倒是轻松了很多。虽然并非是军训真的轻松了，而是因为军训让我们的精神和体魄变得成熟了起来。虽然我们为此都付出了浑身被晒得黝黑的代价，但是越来越亮的眼神却告诉我们这一切都是值得的。</w:t>
      </w:r>
      <w:r>
        <w:rPr>
          <w:lang w:eastAsia="zh-CN"/>
        </w:rPr>
        <w:br/>
      </w:r>
      <w:r>
        <w:rPr>
          <w:lang w:eastAsia="zh-CN"/>
        </w:rPr>
        <w:t>　　在军训之余，我们除了休息以外也依然要上课，不过上的却不是平常的文化课，而是包括国防知识、学生守则、爱国教育等等混合在一起的课程。这些平时我们可能都不会怎么正眼去看的东西，在军训休息时我们却都爱学爱看。</w:t>
      </w:r>
      <w:r>
        <w:rPr>
          <w:lang w:eastAsia="zh-CN"/>
        </w:rPr>
        <w:br/>
      </w:r>
      <w:r>
        <w:rPr>
          <w:lang w:eastAsia="zh-CN"/>
        </w:rPr>
        <w:t>　　这些知识不仅让我们对社会对人民对国家有了更加深刻的了解，对于我们自身所背负的使命也有了一个清晰地看法。我们是新生的一代，也是祖国的未来，祖国的未来会成为什么样子都是要看我们的成长来决定的，若是我们这些少年强，那么国家就会强盛。</w:t>
      </w:r>
      <w:r>
        <w:rPr>
          <w:lang w:eastAsia="zh-CN"/>
        </w:rPr>
        <w:br/>
      </w:r>
      <w:r>
        <w:rPr>
          <w:lang w:eastAsia="zh-CN"/>
        </w:rPr>
        <w:t>　　这种强盛并不只是学习，更是精神和体魄，而军训就是为了让我们明白这点，要将我们培养成全面型的未来人才，不仅仅是为了自己，也是为了祖国和人民。而明白了这些的我们必将投入进学习、训练中去，不让那些期待落空。</w:t>
      </w:r>
      <w:r>
        <w:rPr>
          <w:lang w:eastAsia="zh-CN"/>
        </w:rPr>
        <w:br/>
      </w:r>
      <w:r>
        <w:rPr>
          <w:lang w:eastAsia="zh-CN"/>
        </w:rPr>
        <w:t xml:space="preserve">    2024年高中军训心得体会范文 篇2 </w:t>
      </w:r>
      <w:r>
        <w:rPr>
          <w:lang w:eastAsia="zh-CN"/>
        </w:rPr>
        <w:br/>
      </w:r>
      <w:r>
        <w:rPr>
          <w:lang w:eastAsia="zh-CN"/>
        </w:rPr>
        <w:t>　　当我离开国防教育基地时，不时回头看看，因为我太舍不得离开那儿了，在那里的感想实在是太多太多了。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那一排排队伍犹如大树般站立在操场上，那一声声响亮的口令回荡在每一个人耳边。这是一种考验，这是一种磨练。在军训期间，教官曾说过一句话“流血流汗不流泪!掉皮掉肉不掉队!”这句话说明了一个军人应该严格要求自己，一切以集体为主，要有吃苦耐劳的精神，战胜困难的勇气。</w:t>
      </w:r>
      <w:r>
        <w:rPr>
          <w:lang w:eastAsia="zh-CN"/>
        </w:rPr>
        <w:br/>
      </w:r>
      <w:r>
        <w:rPr>
          <w:lang w:eastAsia="zh-CN"/>
        </w:rPr>
        <w:t>　　我将把这一切运用到平日的学习当中去。如果我在学习当中遇到不懂的问题，我绝对不会轻易放过，我会仔细琢磨，反复思考，直到把问题弄清楚为止，正所谓“万丈高楼平地起”，我绝不允许有任何差错。如果我在生活当中遇到困难，我绝对不会轻易退缩，相反，我会去克服它，去战胜它，生活中的点点滴滴对我来说都是一种考验。无论做什么事情，都要有一股不服输的劲头。</w:t>
      </w:r>
      <w:r>
        <w:rPr>
          <w:lang w:eastAsia="zh-CN"/>
        </w:rPr>
        <w:br/>
      </w:r>
      <w:r>
        <w:rPr>
          <w:lang w:eastAsia="zh-CN"/>
        </w:rPr>
        <w:t>　　以前，要是我遇到一点小问题，我就会退缩，逃避，但现在我不会了，我在军训当中学会了自立自强，自己的事情自己做。困难，算什么，咬紧牙关就过去了。在军训的过程中锻炼了我们吃苦耐劳以及独立生活的能力。通过这次军训增强了我们的爱国意识，也让自己多了一份责任感。</w:t>
      </w:r>
      <w:r>
        <w:rPr>
          <w:lang w:eastAsia="zh-CN"/>
        </w:rPr>
        <w:br/>
      </w:r>
      <w:r>
        <w:rPr>
          <w:lang w:eastAsia="zh-CN"/>
        </w:rPr>
        <w:t>　　记得出发之前，自己还是那么的兴奋，因为终于可以体验自己盼望已久的军营生活了。心里有一种说不出来的喜悦。</w:t>
      </w:r>
      <w:r>
        <w:rPr>
          <w:lang w:eastAsia="zh-CN"/>
        </w:rPr>
        <w:br/>
      </w:r>
      <w:r>
        <w:rPr>
          <w:lang w:eastAsia="zh-CN"/>
        </w:rPr>
        <w:t>　　记得军训的时候，天气特别炎热，像呆在蒸笼里一样。正午的太阳，火一般燃烧在我们的头顶上，我们还没有开始训练，便被滚烫的地面烤的汗流浃背了。我们班连续有几个人病倒了。训练的要求也很难，时间越长就越坚持不住了，但到了最后种.种困难也被我克服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四天下来，我们的皮肤都晒得黝黑黝黑的。每次训练完我们各个都像才从桑拿房里出来一样。但这样才有一番军人的韵味嘛!而我们的教官上课的时候对我们也十分严厉，可下课却跟我们说说笑笑的，还教我们唱军歌，“一二三四，一二三四”原来枯燥的军训，现在又增添了许多乐趣。原来教官也不是那么严厉啊!虽然白天很累，但是晚上大家却可以相聚在一起看电影，有说有笑的，彼此互相交流。从陌生到熟悉，从熟悉到朋友。</w:t>
      </w:r>
      <w:r>
        <w:rPr>
          <w:lang w:eastAsia="zh-CN"/>
        </w:rPr>
        <w:br/>
      </w:r>
      <w:r>
        <w:rPr>
          <w:lang w:eastAsia="zh-CN"/>
        </w:rPr>
        <w:t>　　但是这几天来也有让我失望和遗憾的地方，就是我与同学发生的小矛盾，这是个人的事，可怎么能连累集体呢?我想对那个人说：同学之间遇到事情不能只想着自己，还应该考虑集体。解决集体生活中遇到的矛盾，这样集体会更加团结、和谐，每个人也会变得更加成熟。那一夜，我偷偷地哭了，因为我很委屈，也很想妈妈。可是转眼一想，我已经不是小孩子了，我应该慢慢的自己学会与同学更好的和睦相处。</w:t>
      </w:r>
      <w:r>
        <w:rPr>
          <w:lang w:eastAsia="zh-CN"/>
        </w:rPr>
        <w:br/>
      </w:r>
      <w:r>
        <w:rPr>
          <w:lang w:eastAsia="zh-CN"/>
        </w:rPr>
        <w:t>　　这次军训，让我受益匪浅，我学会像军人一样拥有铁一般的纪律，学会像军人一样拥有钢一般的毅力。在接下来的生活中，我会认真地做好每一件事，调整好心态，以更好的面貌去迎接明天的生活，去挑战自己。让自己的人生过得更精彩，更有益。留给自己一个美好的回忆。在这次军训中，我长大了!军训的感想将牢牢的记录在我的人生长卷上，永不会丢失，永不会忘记。</w:t>
      </w:r>
      <w:r>
        <w:rPr>
          <w:lang w:eastAsia="zh-CN"/>
        </w:rPr>
        <w:br/>
      </w:r>
      <w:r>
        <w:rPr>
          <w:lang w:eastAsia="zh-CN"/>
        </w:rPr>
        <w:t xml:space="preserve">    2024年高中军训心得体会范文 篇3 </w:t>
      </w:r>
      <w:r>
        <w:rPr>
          <w:lang w:eastAsia="zh-CN"/>
        </w:rPr>
        <w:br/>
      </w:r>
      <w:r>
        <w:rPr>
          <w:lang w:eastAsia="zh-CN"/>
        </w:rPr>
        <w:t>　　军训进行到了第四天了，我也已经适应了军训的生活，每天的训练，让我们成长了很多，今天是我们第一次会操，也是对我们之前三天训练的一个成果展现。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这是我们系的第一次会操，我们早上到的时候就开始准备，毕竟等下领导还要来查看，如果我们做的不好，那就是给我们班丢脸了，不过还好，我们之前的训练也是很认真，教官也说我们这次会操只要认真做好一定可以的，到了会操的时候，同学们都有些紧张，毕竟之前的训练只是教官在看，现在学校里面还有系里面的领导，还有营长连长来看。</w:t>
      </w:r>
      <w:r>
        <w:rPr>
          <w:lang w:eastAsia="zh-CN"/>
        </w:rPr>
        <w:br/>
      </w:r>
      <w:r>
        <w:rPr>
          <w:lang w:eastAsia="zh-CN"/>
        </w:rPr>
        <w:t>　　从开始的正步走，齐步走，转身，列队，我们都做的很好，最后结束的时候，领导们也是给我们鼓掌，我们也不觉松了一口气，后来领导讲话的时候也是特别的点名表扬了我们班，说我们班做的不错。不过这都是我们教官的功劳，刚开始的时候我们是不喜欢我们教官的，因为他太严厉了，别的人都在休息的时候我们还在训练，别的同学已经去吃饭了，我们还在太阳底下站军姿。而且训练的时候，一点点做的不好，就是全班一起罚，可以说之前的日子我们恨死了教官。</w:t>
      </w:r>
      <w:r>
        <w:rPr>
          <w:lang w:eastAsia="zh-CN"/>
        </w:rPr>
        <w:br/>
      </w:r>
      <w:r>
        <w:rPr>
          <w:lang w:eastAsia="zh-CN"/>
        </w:rPr>
        <w:t>　　不过今天的会操，我们突然觉得教官之前对我们的严厉是对的，只有这样我们才能更加努力的做好训练，得到表扬，整个班级像一个整体那样，同一时刻出脚，同时的迈步，同时的转身，每一个动作都是一样的，声音也是一致的，这样才像个军人的样子。而不是我们在旁边等的时候看到别的班级那种不整齐的样子，当时我们还想笑，怎么训练了三天还是这个样子，现在想想，这都是我们教官严格要求的结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上午会完操之后，下午就是我们的文艺表演时间了，当然也是有竞争的，每个班都想办法，把军歌唱得更响亮，更整齐，结果还是我们班得了第一，这也是我们足够团结，大家一起出声，一起为班级的荣誉而战。到了傍晚解散之后，我们在回宿舍的途中聊着天，也是感慨，我们今天是自豪骄傲的，无论是会操还是下午的歌唱比赛我们都是优秀的，得到了领导和营长的表扬，其他的教官也是羡慕我们能那么的听话和给我们的教官争气。</w:t>
      </w:r>
      <w:r>
        <w:rPr>
          <w:lang w:eastAsia="zh-CN"/>
        </w:rPr>
        <w:br/>
      </w:r>
      <w:r>
        <w:rPr>
          <w:lang w:eastAsia="zh-CN"/>
        </w:rPr>
        <w:t>　　军训的日子还有很长的路要走，不过经过这次的会操，我相信我们班更加的团结了，也不会惧怕以后的训练了，也会拿到更多的荣誉。</w:t>
      </w:r>
      <w:r>
        <w:rPr>
          <w:lang w:eastAsia="zh-CN"/>
        </w:rPr>
        <w:br/>
      </w:r>
      <w:r>
        <w:rPr>
          <w:lang w:eastAsia="zh-CN"/>
        </w:rPr>
        <w:t xml:space="preserve">    2024年高中军训心得体会范文 篇4 </w:t>
      </w:r>
      <w:r>
        <w:rPr>
          <w:lang w:eastAsia="zh-CN"/>
        </w:rPr>
        <w:br/>
      </w:r>
      <w:r>
        <w:rPr>
          <w:lang w:eastAsia="zh-CN"/>
        </w:rPr>
        <w:t>　　窗外的一切电闪雷鸣都似乎和我无关，伏在窗前，心中并无波澜。过去的八天里，我们接受了酷暑的炙烤，养成了规律的作息，练就了军人般的意志，培养了铁一般的纪律。而我此次军训的收获便是学会了适应，学会了改变。</w:t>
      </w:r>
      <w:r>
        <w:rPr>
          <w:lang w:eastAsia="zh-CN"/>
        </w:rPr>
        <w:br/>
      </w:r>
      <w:r>
        <w:rPr>
          <w:lang w:eastAsia="zh-CN"/>
        </w:rPr>
        <w:t>　　一个空杯子在狂风中会倾倒，但如果装满了水就会稳定的竖立在风中。倘若我不能改变世界，那么我只能改变自己。</w:t>
      </w:r>
      <w:r>
        <w:rPr>
          <w:lang w:eastAsia="zh-CN"/>
        </w:rPr>
        <w:br/>
      </w:r>
      <w:r>
        <w:rPr>
          <w:lang w:eastAsia="zh-CN"/>
        </w:rPr>
        <w:t>　　比如说——军训开始的第一天，我们手忙脚乱的整理自己的衣服和床铺，以及那些琐碎的生活物品，完全没有听到熄灯的哨声，在被女教官全部拉出去站军姿之后，我们暗暗下定决心要互相提醒时间。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比如说——第二天的寝室评分，零分，原因是“水未关”，我们震惊的无言以对，第一天可以说是不习惯这里的作息得了一个不尴不尬的七分。那么这已经第二天了却因为水龙头没有关而得了零分。要说原因也有，晚上四楼水压低，经常没有水，我们就打开水龙头用盆接水。如果来水了就会有声音提醒，而如果到了早上时间紧迫又恰巧没有来水，水龙头就没有关。</w:t>
      </w:r>
      <w:r>
        <w:rPr>
          <w:lang w:eastAsia="zh-CN"/>
        </w:rPr>
        <w:br/>
      </w:r>
      <w:r>
        <w:rPr>
          <w:lang w:eastAsia="zh-CN"/>
        </w:rPr>
        <w:t>　　可是我们不愿意被批评，被轻视，于是在深夜熄灯后打亮手电筒整理寝室，设定好时间提前起床充裕分配，互相提醒注意物品摆放位置，那是我们，那都是我们学着适应，争求改变的身影。“物竞天择，适者生存”达尔文的进化论告诉我们，地球上千百万年前数以亿计的生物经过漫长时光的淘洗与沉淀只留下了秀的种族。也就是说，弱者只有被淘汰的地位。不是强者胜，而是胜者强。</w:t>
      </w:r>
      <w:r>
        <w:rPr>
          <w:lang w:eastAsia="zh-CN"/>
        </w:rPr>
        <w:br/>
      </w:r>
      <w:r>
        <w:rPr>
          <w:lang w:eastAsia="zh-CN"/>
        </w:rPr>
        <w:t>　　军训的生活只有八天，在这期间它的管理与作息足以对我今后的高中学习产生巨大的影响。忍耐着汗水流进眼睛的痛苦，习惯着大食堂里的饭菜，改变着习以为常的懒散作息，学习着规范划一的动作，我们改变自己只为适应那军事化的管理标准。我们做到了，其实生活中又何尝不是这样呢？繁重的作业，快节奏的课堂，起早贪黑的生活，对每个人来说都是公平的二十四小时。优秀的人学会适应，努力改变，懒惰的人我行我素，拒绝改变。于是两级分化开始，优秀的人更加优秀，懒惰的人更加懒惰。我所要做的就是去适应那些我能习惯的，改变我不能适应的。</w:t>
      </w:r>
      <w:r>
        <w:rPr>
          <w:lang w:eastAsia="zh-CN"/>
        </w:rPr>
        <w:br/>
      </w:r>
      <w:r>
        <w:rPr>
          <w:lang w:eastAsia="zh-CN"/>
        </w:rPr>
        <w:t>　　扎起清爽的马尾辫，穿上干净的校服，白色的帆布鞋站在校园内，我知道，高中三年的青春乐章奏响了。以上所述，愿与青春共勉，尽力而为，问心无愧。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2024年高中军训心得体会范文 篇5 </w:t>
      </w:r>
      <w:r>
        <w:rPr>
          <w:lang w:eastAsia="zh-CN"/>
        </w:rPr>
        <w:br/>
      </w:r>
      <w:r>
        <w:rPr>
          <w:lang w:eastAsia="zh-CN"/>
        </w:rPr>
        <w:t>　　八月新学期始动，军训如期而至。</w:t>
      </w:r>
      <w:r>
        <w:rPr>
          <w:lang w:eastAsia="zh-CN"/>
        </w:rPr>
        <w:br/>
      </w:r>
      <w:r>
        <w:rPr>
          <w:lang w:eastAsia="zh-CN"/>
        </w:rPr>
        <w:t>　　----班的同学穿上绿色的军装，严肃认真的参与了为期-天的军训训练。初来乍到的我们通过刻苦的训练最终并没有让这座学校失望。在充实的训练中精神饱满，在紧张的会操时整齐划一，这就是我引以为豪的班集体，这就是昂扬向上的----班。挺拔的形体说服了炎炎夏日，矫健的身影点亮了书香学苑。团结一心的我们饱满热情，积极向上。虽然留下汗水，身体酸痛，却只为了正步阵阵生风，军姿威风凛凛。我感受到了教官的认真负责，战友的友好坚强，让我受益匪浅</w:t>
      </w:r>
      <w:r>
        <w:rPr>
          <w:lang w:eastAsia="zh-CN"/>
        </w:rPr>
        <w:br/>
      </w:r>
      <w:r>
        <w:rPr>
          <w:lang w:eastAsia="zh-CN"/>
        </w:rPr>
        <w:t>　　路漫漫其修远兮，吾将上下而求索。培养坚韧意志的六天里，我时刻挺起胸膛，像个男子汉般刻苦认真地接受严肃作风的洗礼，像个能承担责任的成年人般与战友同心协力。一方训练场上，骄阳起落如毫无畏惧的年轻的心，刺眼的阳光充满了心跳时有力的搏动。好像崭新的命运伊始：闪耀的夏天从每一粒滑落的汗珠中闪射，激荡的尘烟从饱满热情的脚下升腾，未来始动。这是五十四盏正亮的明灯，是五十四把待试的利刃。而我，我要证明我的毅力与决心将从此刻开始把未来通亮，把阻碍利落斩断！今日长缨在手，何时缚住苍龙？</w:t>
      </w:r>
      <w:r>
        <w:rPr>
          <w:lang w:eastAsia="zh-CN"/>
        </w:rPr>
        <w:br/>
      </w:r>
      <w:r>
        <w:rPr>
          <w:lang w:eastAsia="zh-CN"/>
        </w:rPr>
        <w:t>　　谢谢您教官，用吃苦给我们留下了宝贵财富——更加强壮的体魄，雷厉风行的作风，和敢于战胜困难的勇气！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谢谢军训，让我作为共同奋斗的战友融入了新的集体，让我感受同心协力的感动。让我明白了，困难在众人的动力之下更易克服，问题在团结的涌动中更易结局。在这样的集体中，我会更严格的要求自己，在这次令我记忆犹新的体验的督促下不断进步。</w:t>
      </w:r>
      <w:r>
        <w:rPr>
          <w:lang w:eastAsia="zh-CN"/>
        </w:rPr>
        <w:br/>
      </w:r>
      <w:r>
        <w:rPr>
          <w:lang w:eastAsia="zh-CN"/>
        </w:rPr>
        <w:t xml:space="preserve">    2024年高中军训心得体会范文 篇6 </w:t>
      </w:r>
      <w:r>
        <w:rPr>
          <w:lang w:eastAsia="zh-CN"/>
        </w:rPr>
        <w:br/>
      </w:r>
      <w:r>
        <w:rPr>
          <w:lang w:eastAsia="zh-CN"/>
        </w:rPr>
        <w:t>　　八月秋，学子欣。今年八月二十三日，我与新同学们一起迈入校园，开始高中生活，开启军训之旅。想像中，像初中军训一样站、跑、坐，并不十分严格，可现实却截然不同。大清早，顶着寒风奔跑;中午，与太阳一起站军姿;晚上，一遍遍整理内务。腰酸背痛，全身晒得通红，齐步、跑步、正步接连轰炸，一刻的休息，一顿饭都是期盼，一个字，苦;但同时，我也深深感受到军人生活的辛苦与条理，汗水是付出，有序、标准是态度。正视自己，要学会对自己严格，速度、标准、吃苦耐劳、内务整齐、军姿笔直是努力的果实。</w:t>
      </w:r>
      <w:r>
        <w:rPr>
          <w:lang w:eastAsia="zh-CN"/>
        </w:rPr>
        <w:br/>
      </w:r>
      <w:r>
        <w:rPr>
          <w:lang w:eastAsia="zh-CN"/>
        </w:rPr>
        <w:t>　　一遍遍，不辞辛苦;一次次，磨练。感谢军训让我蜕变，开启属于我的高中新征程。</w:t>
      </w:r>
      <w:r>
        <w:rPr>
          <w:lang w:eastAsia="zh-CN"/>
        </w:rPr>
        <w:br/>
      </w:r>
      <w:r>
        <w:rPr>
          <w:lang w:eastAsia="zh-CN"/>
        </w:rPr>
        <w:t xml:space="preserve">    2024年高中军训心得体会范文 篇7 </w:t>
      </w:r>
      <w:r>
        <w:rPr>
          <w:lang w:eastAsia="zh-CN"/>
        </w:rPr>
        <w:br/>
      </w:r>
      <w:r>
        <w:rPr>
          <w:lang w:eastAsia="zh-CN"/>
        </w:rPr>
        <w:t>　　一听说高中时会有军训，我那心情可是讲不出有多么澎湃，早早就准备好行装，等待着8月11日的到来。</w:t>
      </w:r>
      <w:r>
        <w:rPr>
          <w:lang w:eastAsia="zh-CN"/>
        </w:rPr>
        <w:br/>
      </w:r>
      <w:r>
        <w:rPr>
          <w:lang w:eastAsia="zh-CN"/>
        </w:rPr>
        <w:t>　　时间过得真快，期待已久的8月11日终于到来了，我怀着激动的心情来到__县__市第二学生德育基地，一刚到门口，就有教官在那迎接我们的到来，一踏进大门，我感受到不一样的气息，沿着道路走来，一阵轻风拂过我的脸，道路右旁的绿树也在摇摇摆摆地向我们打招呼，我就在想，这应该会是一次有去的体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军训期间是有趣的，我们有一个叫023的幽默教官，他教了我们很多&amp;&amp;站军姿、打军体拳、走齐步和阵步。最令我激动的就是打拳啦。我在想，等我全学会了，以后就不怕被人欺负啦，也让你们瞧瞧我也是学过功夫的。练拳虽然是比较辛苦的，但我也尝到苦后的甜，那就是&amp;&amp;我学会啦。哈哈，这样我也可以在江湖上行侠仗义了。</w:t>
      </w:r>
      <w:r>
        <w:rPr>
          <w:lang w:eastAsia="zh-CN"/>
        </w:rPr>
        <w:br/>
      </w:r>
      <w:r>
        <w:rPr>
          <w:lang w:eastAsia="zh-CN"/>
        </w:rPr>
        <w:t>　　军训期间也是乏味的，每天早早起床，必须在规定的时间内做规定的事，不得迟到。印象最深的就是洗澡了，像在蒸面包一样，让我有点缺氧。其次是吃饭了，必须听口令，还有食物都不好吃，直到今天我才适应。</w:t>
      </w:r>
      <w:r>
        <w:rPr>
          <w:lang w:eastAsia="zh-CN"/>
        </w:rPr>
        <w:br/>
      </w:r>
      <w:r>
        <w:rPr>
          <w:lang w:eastAsia="zh-CN"/>
        </w:rPr>
        <w:t>　　想想，一个礼拜的军训就要结束了。我想念家人了。我感谢这里让我学到了很多有价值的东西。谢谢。再见。</w:t>
      </w:r>
      <w:r>
        <w:rPr>
          <w:lang w:eastAsia="zh-CN"/>
        </w:rPr>
        <w:br/>
      </w:r>
      <w:r>
        <w:rPr>
          <w:lang w:eastAsia="zh-CN"/>
        </w:rPr>
        <w:t xml:space="preserve">    2024年高中军训心得体会范文 篇8 </w:t>
      </w:r>
      <w:r>
        <w:rPr>
          <w:lang w:eastAsia="zh-CN"/>
        </w:rPr>
        <w:br/>
      </w:r>
      <w:r>
        <w:rPr>
          <w:lang w:eastAsia="zh-CN"/>
        </w:rPr>
        <w:t>　　初到这一片陌生的土地，心中自有许多的放不下：放不下家乡的每一片土地，放不下家中的每一位亲人，放不下故土的一草一木;放不下母校的青树绿草，放不下三年的师恩难忘，友谊情深。怀着如此多的困扰在这儿也无法渲泄，而让我一向头痛的军训却解救了我，也许是我对这种军训的情有独钟，也许是怕做不好受到教官的处罚。总之，训练的时候，虽不是心中了无杂念，但却也是一心一意的训练，将所有的烦恼抛之脑后，也没有一丝的伤感，甚至觉得很好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在本次的军训过程中，也有不少的欢声笑语。比如说，各个班级之间的拉歌比赛，异常激烈，每一个人都使出自己的浑身解数，拼命的嘶喊着，恨不得自己曾练过那传说中的“狮子吼”，恨不得自己就是那世界顶尖的男(女)高音家，完全忘却了天气的炎热，军训的艰苦，置身于欢乐的海洋中。正所谓“练得细心，玩得开心”，凡是都应一心一意，玩耍如此，学习更是如此。虽然在军训的过程中，我也曾闹出不少笑话，但教官总是耐心的教导，而不是那些所谓的“体罚”。这一点，我很庆幸。</w:t>
      </w:r>
      <w:r>
        <w:rPr>
          <w:lang w:eastAsia="zh-CN"/>
        </w:rPr>
        <w:br/>
      </w:r>
      <w:r>
        <w:rPr>
          <w:lang w:eastAsia="zh-CN"/>
        </w:rPr>
        <w:t>　　毕竟军训还是有它那儿令人担忧的地方，由于烈日的曝晒，以在我们每一个人的身上留下了标志性特征——就是晒黑了。虽然这一点是早有预料的，但心中似乎仍然无法接受这个现实。不过转念又想，“吃的苦中苦，方为人上人”，“鱼，我所欲也;熊掌，亦我所欲也。二者不可得兼，舍鱼而取熊掌者也”。这样一来，觉得这次军训还是挺值得的。晒黑了，也就说明我的确有下功夫，并没有偷懒或是滥竽充数。</w:t>
      </w:r>
      <w:r>
        <w:rPr>
          <w:lang w:eastAsia="zh-CN"/>
        </w:rPr>
        <w:br/>
      </w:r>
      <w:r>
        <w:rPr>
          <w:lang w:eastAsia="zh-CN"/>
        </w:rPr>
        <w:t>　　军训结束了，连续七日的艰苦训练也一去不复反了。虽然这几天是难熬了一点，但对于我来说，仍有不少的收获，它让我重新认清了自我，让我认识到了自己的坚强与不屈。因此，我也很感谢这一次的军训，感谢它对我的磨练，感谢这一周的一分一秒……</w:t>
      </w:r>
      <w:r>
        <w:rPr>
          <w:lang w:eastAsia="zh-CN"/>
        </w:rPr>
        <w:br/>
      </w:r>
      <w:r>
        <w:rPr>
          <w:lang w:eastAsia="zh-CN"/>
        </w:rPr>
        <w:t xml:space="preserve">    2024年高中军训心得体会范文 篇9 </w:t>
      </w:r>
      <w:r>
        <w:rPr>
          <w:lang w:eastAsia="zh-CN"/>
        </w:rPr>
        <w:br/>
      </w:r>
      <w:r>
        <w:rPr>
          <w:lang w:eastAsia="zh-CN"/>
        </w:rPr>
        <w:t>　　炎热的太阳烤灼着大地，用强烈的光线展示着它的威风；神气的迷彩服穿在身上，用美丽的橄榄绿展示着它的威严；整齐的队伍走在跑道上，用矫健的步伐和响亮的口号展示着它的威武！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这就是军训，当我带着对母校的眷恋，怀着对未来三年的憧憬，走进实验中学美丽的“福柳园”，最先面对的就是军训。而通过九天的军训，我觉得自己完成了一次成长的蜕变，不仅深深地热爱上了我的集体、我的一班，更对未来的学习生活充满了信心。</w:t>
      </w:r>
      <w:r>
        <w:rPr>
          <w:lang w:eastAsia="zh-CN"/>
        </w:rPr>
        <w:br/>
      </w:r>
      <w:r>
        <w:rPr>
          <w:lang w:eastAsia="zh-CN"/>
        </w:rPr>
        <w:t>　　第一课，站姿。挺直腰板，五指并拢，中指贴于裤线处，身体稍稍向前倾斜，双脚分开六十度。这一站就是一早上，腰已挺得生疼，双脚酸痛，两腿无力。不过，这只是军训的开始，更累的还在后头。好不容易休息会儿，坐却也要用坐姿。第二课，齐步。一个班接近五十个人，要想统一一致，并不是件容易事。摆臂、步伐都要一致，立定跺脚要响，口号也要喊起来。第三课，正步。听到正步走的口令后，左脚向正前方踢出，腿要绷直，脚尖下压，脚掌与地面平行，同时要上体正直，微向前倾；向前摆臂时，肘部弯曲，小臂略成水平，手心向内稍向下，离身体约十厘米。</w:t>
      </w:r>
      <w:r>
        <w:rPr>
          <w:lang w:eastAsia="zh-CN"/>
        </w:rPr>
        <w:br/>
      </w:r>
      <w:r>
        <w:rPr>
          <w:lang w:eastAsia="zh-CN"/>
        </w:rPr>
        <w:t>　　在这个集体中，四十七名同学，站、坐、齐步、正步，每个同学都认真、执着地一遍又一遍的练着、走着，希望能给班级做出一份自己的贡献；一遍又一遍的练着、走着，缺了谁或者谁错了都不行；一遍又一遍的练着、走着，仿佛一切都不能阻止我们前进的步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记得第一天，还没用上两个小时，站在太阳下的我，眼前一黑，就晕了。同学们把我扶到操场边的树荫下，凉快了一会儿，我感慨万千“运动促进健康，健康保证学习。”没有好的身体素质，怎么能够迎接未来三年以及更长时间的学习生活？不服输的我，喝了一口水后，又回到了队伍里。我下定决心：累，也要坚持；苦，也要坚持；热，更要坚持！军训是对我意志品质的考验，我要经得起这个考验。我要以更加坚定的信心，更加顽强的毅力，为我人生中的第一次军训画上一个完美的句号！</w:t>
      </w:r>
      <w:r>
        <w:rPr>
          <w:lang w:eastAsia="zh-CN"/>
        </w:rPr>
        <w:br/>
      </w:r>
      <w:r>
        <w:rPr>
          <w:lang w:eastAsia="zh-CN"/>
        </w:rPr>
        <w:t>　　九天，短暂而漫长的.九天，转瞬而过，回顾其中的点点滴滴，让我感到精彩而充实。班主任老师的凝聚力，同学们的集体荣誉感和组织纪律性，还有小小的我的一份执着和认真，都是我在军训中所获得的最宝贵的财富。</w:t>
      </w:r>
      <w:r>
        <w:rPr>
          <w:lang w:eastAsia="zh-CN"/>
        </w:rPr>
        <w:br/>
      </w:r>
      <w:r>
        <w:rPr>
          <w:lang w:eastAsia="zh-CN"/>
        </w:rPr>
        <w:t>　　这次军训会激励着我在今后的学习生活中，坚持不懈，奋发向上！</w:t>
      </w:r>
      <w:r>
        <w:rPr>
          <w:lang w:eastAsia="zh-CN"/>
        </w:rPr>
        <w:br/>
      </w:r>
      <w:r>
        <w:rPr>
          <w:lang w:eastAsia="zh-CN"/>
        </w:rPr>
        <w:t>　　难忘，这一次无论是身体上还是心灵上的军训！</w:t>
      </w:r>
      <w:r>
        <w:rPr>
          <w:lang w:eastAsia="zh-CN"/>
        </w:rPr>
        <w:br/>
      </w:r>
      <w:r>
        <w:rPr>
          <w:lang w:eastAsia="zh-CN"/>
        </w:rPr>
        <w:t xml:space="preserve">    2024年高中军训心得体会范文 篇10 </w:t>
      </w:r>
      <w:r>
        <w:rPr>
          <w:lang w:eastAsia="zh-CN"/>
        </w:rPr>
        <w:br/>
      </w:r>
      <w:r>
        <w:rPr>
          <w:lang w:eastAsia="zh-CN"/>
        </w:rPr>
        <w:t>　　军训的这_天，我不能说焕然若梦，它留下的痕迹是清晰且明了的。__天全身的皮肤就会换一次，也就是说__天后我晒伤的肌肤会全部脱落，但是这_在我的习惯上留下的痕迹，不知道要多少个_天才能脱落。</w:t>
      </w:r>
      <w:r>
        <w:rPr>
          <w:lang w:eastAsia="zh-CN"/>
        </w:rPr>
        <w:br/>
      </w:r>
      <w:r>
        <w:rPr>
          <w:lang w:eastAsia="zh-CN"/>
        </w:rPr>
        <w:t>　　_号的早上细雨霏霏，妈妈坚持要送我去，我没有拒绝。虽然学校声明不建议家长送，学校是为了锻炼学生的自理自立，可却没有顾及家长的心情吧。父母对儿女的依恋远远大于儿女的父母的依恋，岁月流逝的愈快，这种依恋也倍发强烈。我可以背负重物，我可以独自淋雨，就是不可以拒绝妈妈担忧的目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我上了车，独自坐在后面，细细的雨像蛛丝网住了晦涩的天地。不知道车上的人是不是都和我一样，风平浪静的表面下内心波涛暗涌，翻滚着期待和恐惧。军训不足为惧，再如何苦如何累也不会超出肉体的承受范围，只是陌生的面孔陌生的谈笑，让我感觉内心有点逼仄，得耗费多少时间经历多少事情才能熟悉一个人，一个集体?</w:t>
      </w:r>
      <w:r>
        <w:rPr>
          <w:lang w:eastAsia="zh-CN"/>
        </w:rPr>
        <w:br/>
      </w:r>
      <w:r>
        <w:rPr>
          <w:lang w:eastAsia="zh-CN"/>
        </w:rPr>
        <w:t>　　_天的军营生活，再狂傲不羁的烈马也得乖乖服从结实的缰绳。</w:t>
      </w:r>
      <w:r>
        <w:rPr>
          <w:lang w:eastAsia="zh-CN"/>
        </w:rPr>
        <w:br/>
      </w:r>
      <w:r>
        <w:rPr>
          <w:lang w:eastAsia="zh-CN"/>
        </w:rPr>
        <w:t>　　到了军营首先当然是领导冗长的讲话，写稿的不是他们，他们也能滔滔不绝头头是道，反正军训的不是他们，学生们听不进他们也无关痛痒，他们有的是蹉跎岁月带来的啤酒肚与宠辱不惊。军训的开始若只有陈词滥语，那肯定不足为道，后面军人们的表演才是重头戏。军姿，齐步，跑步，立定，稍息，繁多而整齐的东西总是带给人巨大地惊叹，尽管看过很多次，我还是不由得心生敬佩，如此整齐划一，不知道要经过多少的磨合与操练，军人的苦与乐，只有他们自己知道。</w:t>
      </w:r>
      <w:r>
        <w:rPr>
          <w:lang w:eastAsia="zh-CN"/>
        </w:rPr>
        <w:br/>
      </w:r>
      <w:r>
        <w:rPr>
          <w:lang w:eastAsia="zh-CN"/>
        </w:rPr>
        <w:t>　　之后，军训就这样开始了。教官很帅也很黑，讲话有__口音，班上的女生都很喜欢他。军训其实不苦，前三天都是阴天，偶尔细雨秋风，凉爽得很，后面几天气温回升，阳光也并不非常尖锐，但还是晒伤了我。这其实没什么，毫发无伤去军训干什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班上的女生都非常强大且出众，我一直沉默压抑地站在队伍里。我不愿意说话，因为我希望一鸣惊人。来之前即使有些恐慌却还是信心满满地相信着自己，来之后面对无数响亮的声音却怯懦地低头。后来与爸爸的聊天中才洞悉，我缺乏的，就是那种当观众的平和心。军训倒数第二天的时候，大家在一起唱歌，几个女生流利地唱着英文歌，其中一个可以完整有力地唱出Like</w:t>
      </w:r>
      <w:r>
        <w:rPr>
          <w:lang w:eastAsia="zh-CN"/>
        </w:rPr>
        <w:t xml:space="preserve"> The</w:t>
      </w:r>
      <w:r>
        <w:rPr>
          <w:lang w:eastAsia="zh-CN"/>
        </w:rPr>
        <w:t xml:space="preserve"> Way</w:t>
      </w:r>
      <w:r>
        <w:rPr>
          <w:lang w:eastAsia="zh-CN"/>
        </w:rPr>
        <w:t xml:space="preserve"> You</w:t>
      </w:r>
      <w:r>
        <w:rPr>
          <w:lang w:eastAsia="zh-CN"/>
        </w:rPr>
        <w:t xml:space="preserve"> Lie的全部RAP，所有人都叹为观止，我也是。我的心情更加复杂，自卑的虬根像曾经无数次吮吸我的信心一样再次扭动，我明知这虬根之上只会生长嫉妒，却无法阻止它，表面佯装平静内心却在挣扎。我能做什么，我的杰出之处在哪里，我是不是个无用之徒。我不知道如何回答自己，只能斥骂自己的灵魂，让内心矛盾激化。</w:t>
      </w:r>
      <w:r>
        <w:rPr>
          <w:lang w:eastAsia="zh-CN"/>
        </w:rPr>
        <w:br/>
      </w:r>
      <w:r>
        <w:rPr>
          <w:lang w:eastAsia="zh-CN"/>
        </w:rPr>
        <w:t>　　在这个年龄，拥有无数激烈纠结的情绪在心头。我以为只有这些情绪折磨着我，没想到身体也会有松懈的时候。那天早上突然肚子痛，军姿也无法站下去，只想蜷缩成一个茧揉捏疼痛的肠胃。后来实在不行了去了医务室，吃了几粒药感觉好像好多了不疼了，像松了口气。_老师要我回寝室休息，我就回去了。我一个人坐在床上无事可做，狡猾的疼痛却又袭来。抱着枕头翻来覆去，意识都有些不清，我感觉非常恼怒与孤独，不知道怎样才能让疼痛止息也不知何时止息。直到从厕所回来，我才知道，只不过是拉肚子而已，那时感觉心有余悸，我非常害怕真的是胃出了毛病。因为妈妈是护士，所以我知道这种慢性病给人的折磨是持久而令人沮丧的。若没有感受过病痛，是不能直到健康是多么重要却低调到令人忽略。</w:t>
      </w:r>
      <w:r>
        <w:rPr>
          <w:lang w:eastAsia="zh-CN"/>
        </w:rPr>
        <w:br/>
      </w:r>
      <w:r>
        <w:rPr>
          <w:lang w:eastAsia="zh-CN"/>
        </w:rPr>
        <w:t>　　疼痛停止的时候身体似乎和土壤一样平静下有着细水长流。心情也一样，平静下有着豁然开朗。只是这种平和来之不易，也许只有挨过了岁月的镰刀，经历过了无数次的得失成败，才能换来持久的平和，和睿智的笑而不语了。</w:t>
      </w:r>
      <w:r>
        <w:rPr>
          <w:lang w:eastAsia="zh-CN"/>
        </w:rPr>
        <w:br/>
      </w:r>
      <w:r>
        <w:rPr>
          <w:lang w:eastAsia="zh-CN"/>
        </w:rPr>
        <w:t>　　回去的时候阳光藏匿在云层之下，我们收拾行囊，满载而归。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而军训留在我心里印象最深的画面，是最后一个傍晚，东边的云群像一个巨大的深湖，倒映着透蓝的雪山。</w:t>
      </w:r>
      <w:r>
        <w:rPr>
          <w:lang w:eastAsia="zh-CN"/>
        </w:rPr>
        <w:br/>
      </w:r>
      <w:r>
        <w:rPr>
          <w:lang w:eastAsia="zh-CN"/>
        </w:rPr>
        <w:t xml:space="preserve">    2024年高中军训心得体会范文 篇11 </w:t>
      </w:r>
      <w:r>
        <w:rPr>
          <w:lang w:eastAsia="zh-CN"/>
        </w:rPr>
        <w:br/>
      </w:r>
      <w:r>
        <w:rPr>
          <w:lang w:eastAsia="zh-CN"/>
        </w:rPr>
        <w:t>　　今天是军训的第一天,骄阳似火,暑气逼人。教官带领我们走到橡胶跑道上。烈日当空，我顶着烈日，汗如雨下，看到那旁的老师门坐在荫蔽的地方，谈笑风生。又看看我们，站在太阳底下，心里真不是个滋味呀。就在我酸醋难忍的时候，忽然教官一声跨步，让我措手不及，右脚不由自主向外跨&amp;&amp;做错了。辛好我有转头看一下别的同学，要不然免不了被臭骂一顿!这样立正、跨步、踏步来来回回十几次之后，时间已差不多过了几十分钟。教官才带领我们走到草地上休息。可即使是休息，太阳在上面晒着，我那还有心情休息呀!</w:t>
      </w:r>
      <w:r>
        <w:rPr>
          <w:lang w:eastAsia="zh-CN"/>
        </w:rPr>
        <w:br/>
      </w:r>
      <w:r>
        <w:rPr>
          <w:lang w:eastAsia="zh-CN"/>
        </w:rPr>
        <w:t>　　下午更惨，阳光炙热灼人。我被热得大汗涔涔，可还是不得不坚持下去。</w:t>
      </w:r>
      <w:r>
        <w:rPr>
          <w:lang w:eastAsia="zh-CN"/>
        </w:rPr>
        <w:br/>
      </w:r>
      <w:r>
        <w:rPr>
          <w:lang w:eastAsia="zh-CN"/>
        </w:rPr>
        <w:t>　　晚上洗澡，我在照镜子时，发现身体被衣服遮盖和没被衣服遮盖的地方俨然成了黑白两种肤色。</w:t>
      </w:r>
      <w:r>
        <w:rPr>
          <w:lang w:eastAsia="zh-CN"/>
        </w:rPr>
        <w:br/>
      </w:r>
      <w:r>
        <w:rPr>
          <w:lang w:eastAsia="zh-CN"/>
        </w:rPr>
        <w:t>　　呀，这魔鬼训练呀!</w:t>
      </w:r>
      <w:r>
        <w:rPr>
          <w:lang w:eastAsia="zh-CN"/>
        </w:rPr>
        <w:br/>
      </w:r>
      <w:r>
        <w:rPr>
          <w:lang w:eastAsia="zh-CN"/>
        </w:rPr>
        <w:t xml:space="preserve">    2024年高中军训心得体会范文 篇12 </w:t>
      </w:r>
      <w:r>
        <w:rPr>
          <w:lang w:eastAsia="zh-CN"/>
        </w:rPr>
        <w:br/>
      </w:r>
      <w:r>
        <w:rPr>
          <w:lang w:eastAsia="zh-CN"/>
        </w:rPr>
        <w:t>　　喧闹的城市踏入宁静的校园，为期5天的军训如火如荼地拉开了帷幕。</w:t>
      </w:r>
      <w:r>
        <w:rPr>
          <w:lang w:eastAsia="zh-CN"/>
        </w:rPr>
        <w:br/>
      </w:r>
      <w:r>
        <w:rPr>
          <w:lang w:eastAsia="zh-CN"/>
        </w:rPr>
        <w:t>　　这几天，我们感到既漫长，又短暂，充满了艰辛和快乐，此刻5天已经过去，我忽然发现，我感受更多的是留恋与不舍。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对于我们这些一个个生活条件优越的孩子，军训是个再好不过的锻炼机会。一个小时，两个小时，甚至几个小时，都重复同一训练内容，换了谁都会疲惫，都会厌倦。可我们只能在心中低声地叫一声累。</w:t>
      </w:r>
      <w:r>
        <w:rPr>
          <w:lang w:eastAsia="zh-CN"/>
        </w:rPr>
        <w:br/>
      </w:r>
      <w:r>
        <w:rPr>
          <w:lang w:eastAsia="zh-CN"/>
        </w:rPr>
        <w:t>　　老天爷整天瞅着我们眉开眼笑，害得我站不上十分钟便汗流浃背了。但问题不止这一个。头一天训练立正与稍息。上午还好，可到了下午，一上午的疲劳使得脚底一阵阵疼痛直往心底里钻，真不知那些军人同志是不是腿部神经麻木了，能站上数小时。最让人受不了的是太阳公公不停地幸灾乐祸地泼洒着他的温暖。蒸得我们体液犹如滔滔江水连绵不绝。头部的水汽足能形成一场比7月下旬还猛烈的特大强降雨。那教官还冷酷到底地规定没有命令不允许乱动实在撑不住了，真想大声报告吃不消。但看看同样深受磨难的战友们。那声音又咽下去。同样是独生子女，同样的年龄。他们行，我也行!任凭那烈日熏烤，脚底发痛，我一定要站好这高中第一班岗，坚实地踏出这关键一步!</w:t>
      </w:r>
      <w:r>
        <w:rPr>
          <w:lang w:eastAsia="zh-CN"/>
        </w:rPr>
        <w:br/>
      </w:r>
      <w:r>
        <w:rPr>
          <w:lang w:eastAsia="zh-CN"/>
        </w:rPr>
        <w:t>　　训练场上回荡着同学们嘹亮的口号声：一，二，三，四稍息，立正，静止转法，齐步走这些动作看起来简单，可学起来就没那么容易了。握拳，摆臂，步子都有严格的要求。而且光动作到位还不行，还得做到整齐划一。训练是辛苦的，休息是快乐的。休息哨一吹，全场欢呼。休息时，就免不了和教官闲聊，促进军民交流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都说集体的利益高于一切。我看此话在我们班最适合了。起先大家训练还有些松松垮垮。但当大家得知军训最后将要进行会操并评选优秀集体时，个个显得精神抖擞。再苦再累的训练也硬撑着。我十分高兴我班这么有凝聚力。当时便想那奖状一定属于我们了。会操了，当我们踏着整齐的步伐经过主席台时，我更坚定了我的想法。校长宣读完优秀集体名单时，我们个个舒了一口气。欢呼</w:t>
      </w:r>
      <w:r>
        <w:rPr>
          <w:lang w:eastAsia="zh-CN"/>
        </w:rPr>
        <w:br/>
      </w:r>
      <w:r>
        <w:rPr>
          <w:lang w:eastAsia="zh-CN"/>
        </w:rPr>
        <w:t>　　不论是孟夫子的天时不如地利，地利不如人和还是范晖的同舟共济，患实共之，说的都是人与人之间要团结协作，可见团队精神的重要性，我们有热血更有燃烧热血的个性，我们独立更有独立后对事物独特的见解，而团队精神正是将我们的个性融合，在达到目的的同时也让我们尽展个性。在集体中，我们学会了相互包容，彼此谅解;学会了忍让，一时间中华民族的传统美德尽显无疑，而我们也在团体中真正实现了自我价值。</w:t>
      </w:r>
      <w:r>
        <w:rPr>
          <w:lang w:eastAsia="zh-CN"/>
        </w:rPr>
        <w:br/>
      </w:r>
      <w:r>
        <w:rPr>
          <w:lang w:eastAsia="zh-CN"/>
        </w:rPr>
        <w:t>　　从军训的第一天开始，我便努力去适应这里的生活、这里的生活方式。5天的时间或许太过短暂了，来不及让我细加体会。虽然我没有能够学会适应，但我学会了坚持。</w:t>
      </w:r>
      <w:r>
        <w:rPr>
          <w:lang w:eastAsia="zh-CN"/>
        </w:rPr>
        <w:br/>
      </w:r>
      <w:r>
        <w:rPr>
          <w:lang w:eastAsia="zh-CN"/>
        </w:rPr>
        <w:t>　　人只有在苦难中，才能真正认识自我。的确如此，军训给了我这样的机会。我认识到了自己的缺点与不足，也看清了自己的优点与长处。军训也给了我思考人生的时间，让我明白了许多道理。如果一个人正在遭受苦难，那么此时他的思想便是最理性的;当这个人面对挑战时，他将无所畏惧，勇往直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军训是很辛苦的，回想一下，苦在脚上磨出的泡，苦在为太阳暴晒的脸，苦在站军姿时累酸的腰间，军训如此的苦，我当然也有退缩的时候。但我坚持了下来，军训是一个过程，一个考验自我，磨练自我的过程，半途而废是耻辱。大家都咬紧牙关，不到万不得已绝不停止训练，要知道军训本来就是磨练我们的意志，锻炼我们的身体，那么，为什么要放弃呢?想到这，我都会咬咬牙，挺过去。也许坚毅在累酸的腰间堆集，最后将坚实、挺拔与不屈。或许这些不是苦，而是一种收获，一种让我受益终生的收获，我收获的是耐力，是坚毅，是勇敢，是不屈，更是团队精神。无论今后我做什么，想到今天的苦与收获，一切艰难险阻都变得无所谓了。我想这也就达到了军训的目的了吧。</w:t>
      </w:r>
      <w:r>
        <w:rPr>
          <w:lang w:eastAsia="zh-CN"/>
        </w:rPr>
        <w:br/>
      </w:r>
      <w:r>
        <w:rPr>
          <w:lang w:eastAsia="zh-CN"/>
        </w:rPr>
        <w:t>　　从军训中我们也感受到很多快乐。从大家整齐的脚步声，高昂的口号声中，我体会到了团结的欢乐，当我们队列经过一整天的训练，最终受到领导的表扬时，我自豪地笑了，当我们班一同唱歌时，我感受到集体的温暖</w:t>
      </w:r>
      <w:r>
        <w:rPr>
          <w:lang w:eastAsia="zh-CN"/>
        </w:rPr>
        <w:br/>
      </w:r>
      <w:r>
        <w:rPr>
          <w:lang w:eastAsia="zh-CN"/>
        </w:rPr>
        <w:t>　　5天过得如此之快啊，感受最多的还是我们坚持不懈、永不放弃的精神。记得在《谁动了我的奶酪》中看过这样一句话：如果我无所畏惧，我会怎么做?现在我想，我要做勇敢的女孩，如果我是勇敢的，我就无所畏惧，那么我没有理由放弃努力。坚持下去，坚持到底。没有日晒雨淋，没有狂风暴雨，怎么会有属于自己的风雨彩虹，怎么会有属于自己的精彩天地!生命不息，奋斗不止，所以我坚持，我胜利!</w:t>
      </w:r>
      <w:r>
        <w:rPr>
          <w:lang w:eastAsia="zh-CN"/>
        </w:rPr>
        <w:br/>
      </w:r>
      <w:r>
        <w:rPr>
          <w:lang w:eastAsia="zh-CN"/>
        </w:rPr>
        <w:t>　　我为我这不会成为真正军人的青春有一段这样的烙印而骄傲。那段溢满风雨，溢满汗水和笑声的日子真让人怀念。</w:t>
      </w:r>
      <w:r>
        <w:rPr>
          <w:lang w:eastAsia="zh-CN"/>
        </w:rPr>
        <w:br/>
      </w:r>
      <w:r>
        <w:rPr>
          <w:lang w:eastAsia="zh-CN"/>
        </w:rPr>
        <w:t xml:space="preserve">    2024年高中军训心得体会范文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开心的暑假生活结束了，迎面而来的是艰苦的七天军训生活让我很难适从。</w:t>
      </w:r>
      <w:r>
        <w:rPr>
          <w:lang w:eastAsia="zh-CN"/>
        </w:rPr>
        <w:br/>
      </w:r>
      <w:r>
        <w:rPr>
          <w:lang w:eastAsia="zh-CN"/>
        </w:rPr>
        <w:t>　　刚开始我们来到一间我从未到过的学校。我感觉很陌生也很害怕，以前的朋友们都和我不在同一个班上，面对的都是一些我未见过的面孔，我觉得自己很孤独也很无助。</w:t>
      </w:r>
      <w:r>
        <w:rPr>
          <w:lang w:eastAsia="zh-CN"/>
        </w:rPr>
        <w:br/>
      </w:r>
      <w:r>
        <w:rPr>
          <w:lang w:eastAsia="zh-CN"/>
        </w:rPr>
        <w:t>　　艰苦的时刻还是来到了，教官姓陈，高高的黑黑的，顿时心中起了点涟漪，我军训完是不是也像他那么黑呢?我不敢往后想了，至少对于我来说这很可怕。</w:t>
      </w:r>
      <w:r>
        <w:rPr>
          <w:lang w:eastAsia="zh-CN"/>
        </w:rPr>
        <w:br/>
      </w:r>
      <w:r>
        <w:rPr>
          <w:lang w:eastAsia="zh-CN"/>
        </w:rPr>
        <w:t>　　“立正”、“稍息”、“向左看”……这些平庸的词语在军训中却显得那么重要。</w:t>
      </w:r>
      <w:r>
        <w:rPr>
          <w:lang w:eastAsia="zh-CN"/>
        </w:rPr>
        <w:br/>
      </w:r>
      <w:r>
        <w:rPr>
          <w:lang w:eastAsia="zh-CN"/>
        </w:rPr>
        <w:t>　　第一天早上，我们站了很久的军姿，手不能动，一定要贴紧裤侧，陈教官一直都在巡视着，谁也不敢动，任凭汗水大颗大颗的流下来，仿佛它们都说着“我的地盘我作主”，我们很无奈，站了有一个多小时，手脚自然麻木了，台上的连长又让我们原地踏步，本已无为的脚应该休息，可是被逼还是艰难地抬起来。</w:t>
      </w:r>
      <w:r>
        <w:rPr>
          <w:lang w:eastAsia="zh-CN"/>
        </w:rPr>
        <w:br/>
      </w:r>
      <w:r>
        <w:rPr>
          <w:lang w:eastAsia="zh-CN"/>
        </w:rPr>
        <w:t>　　就这样我们顺利地过完一个上午，吃完回到宿舍勉强地睡了。</w:t>
      </w:r>
      <w:r>
        <w:rPr>
          <w:lang w:eastAsia="zh-CN"/>
        </w:rPr>
        <w:br/>
      </w:r>
    </w:p>
    <w:p w:rsidR="001B1F19" w14:textId="27C3F48A">
      <w:pPr>
        <w:rPr>
          <w:rFonts w:hint="eastAsia"/>
          <w:lang w:eastAsia="zh-CN"/>
        </w:rPr>
      </w:pPr>
      <w:r>
        <w:rPr>
          <w:lang w:eastAsia="zh-CN"/>
        </w:rPr>
        <w:t>　　下午又到来了，我们顶着烈日又开始我们的军训了。不知为什么，此时此刻我们班的步伐整齐了，上午参差不齐的步伐让教官有点无奈，这时教官露出了笑容。我们做的好有得休息了，我望着我的同学，嘴角好像不经意起了一丝微笑，证明我们都开始融入这个班了，团结起来了!随后陈教官让我们唱“团结就是力量”这首歌，一开始唱得乱七八糟，根本听不懂在唱什么，后来慢慢融为一声，让我们感到欣慰。</w:t>
      </w:r>
      <w:r>
        <w:rPr>
          <w:lang w:eastAsia="zh-CN"/>
        </w:rPr>
        <w:br/>
      </w:r>
      <w:r>
        <w:rPr>
          <w:lang w:eastAsia="zh-CN"/>
        </w:rPr>
        <w:t>　　军中快乐的时刻到来了，就是晚上看电影，可在看电影之前必须要集合还要听口令，如果动作慢了不标准重做，做到可以为止，突然觉得做军人真了不起。</w:t>
      </w:r>
      <w:r>
        <w:rPr>
          <w:lang w:eastAsia="zh-CN"/>
        </w:rPr>
        <w:br/>
      </w:r>
      <w:r>
        <w:rPr>
          <w:lang w:eastAsia="zh-CN"/>
        </w:rPr>
        <w:t>　　我看了一场让我难忘的电影名叫《让生命充满爱》，是一位演讲家讲了对老师和父母的爱，让我不自觉的哭了，我想到父母为我付出实在太多了，我真的不知如何感谢，我要认真读书，不让爸妈操心。</w:t>
      </w:r>
      <w:r>
        <w:rPr>
          <w:lang w:eastAsia="zh-CN"/>
        </w:rPr>
        <w:br/>
      </w:r>
      <w:r>
        <w:rPr>
          <w:lang w:eastAsia="zh-CN"/>
        </w:rPr>
        <w:t>　　在接下来的几天中，更多的是我们的欢笑，我们做不好，教官让我们深蹲、做俯卧撑、咬帽子……可是在休息时教官又像我们的朋友，让我们对教官又爱又恨。</w:t>
      </w:r>
      <w:r>
        <w:rPr>
          <w:lang w:eastAsia="zh-CN"/>
        </w:rPr>
        <w:br/>
      </w:r>
      <w:r>
        <w:rPr>
          <w:lang w:eastAsia="zh-CN"/>
        </w:rPr>
        <w:t>　　七天就那么结束了，每人都对教官依依不舍，令我更深刻地明白“爱”这个词。</w:t>
      </w:r>
      <w:r>
        <w:rPr>
          <w:lang w:eastAsia="zh-CN"/>
        </w:rPr>
        <w:br/>
      </w:r>
      <w:r>
        <w:rPr>
          <w:lang w:eastAsia="zh-CN"/>
        </w:rPr>
        <w:t xml:space="preserve">    2024年高中军训心得体会范文 篇14 </w:t>
      </w:r>
      <w:r>
        <w:rPr>
          <w:lang w:eastAsia="zh-CN"/>
        </w:rPr>
        <w:br/>
      </w:r>
      <w:r>
        <w:rPr>
          <w:lang w:eastAsia="zh-CN"/>
        </w:rPr>
        <w:t>　　以至于生活突然有些无措。昨日训练的口号依然在身边响起，军营之歌还会无意间在嘴旁鸣唱，自信和威武的军人风范仍然充斥着全身，特别是那离别的眼泪时刻索绕着脑海与心灵深处，总之军训让我感到“意犹未尽”。</w:t>
      </w:r>
      <w:r>
        <w:rPr>
          <w:lang w:eastAsia="zh-CN"/>
        </w:rPr>
        <w:br/>
      </w:r>
      <w:r>
        <w:rPr>
          <w:lang w:eastAsia="zh-CN"/>
        </w:rPr>
        <w:t>　　造物主的伟大创造让我们人类有了思想，我们可以想象使现实生活变得更加美好。面对军训的悄然离去感到伤心的现实，那么就让我把军训之旅在脑海中播放一遍吧!</w:t>
      </w:r>
      <w:r>
        <w:rPr>
          <w:lang w:eastAsia="zh-CN"/>
        </w:rPr>
        <w:br/>
      </w:r>
      <w:r>
        <w:rPr>
          <w:lang w:eastAsia="zh-CN"/>
        </w:rPr>
        <w:t>　　一，苦的练习</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https://d.book118.com/747032132050006041</w:t>
        </w:r>
      </w:hyperlink>
    </w:p>
    <w:p w:rsidR="001B1F19">
      <w:pPr>
        <w:rPr>
          <w:rFonts w:hint="eastAsia"/>
          <w:lang w:eastAsia="zh-CN"/>
        </w:rPr>
      </w:pPr>
    </w:p>
    <w:sectPr>
      <w:type w:val="nextPage"/>
      <w:pgSz w:w="11906" w:h="16838"/>
      <w:pgMar w:top="1440" w:right="1800" w:bottom="1440" w:left="1800" w:header="851" w:footer="992" w:gutter="0"/>
      <w:pgNumType w:start="2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47032132050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