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大二学年自我总结范文（32篇）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大二学年自我总结范文（精选32篇）</w:t>
      </w:r>
      <w:r>
        <w:rPr>
          <w:lang w:eastAsia="zh-CN"/>
        </w:rPr>
        <w:br/>
      </w:r>
      <w:r>
        <w:rPr>
          <w:lang w:eastAsia="zh-CN"/>
        </w:rPr>
        <w:t xml:space="preserve">    大二学年自我总结范文 篇1 </w:t>
      </w:r>
      <w:r>
        <w:rPr>
          <w:lang w:eastAsia="zh-CN"/>
        </w:rPr>
        <w:br/>
      </w:r>
      <w:r>
        <w:rPr>
          <w:lang w:eastAsia="zh-CN"/>
        </w:rPr>
        <w:t>　　转瞬间已是踏入大学校门的第三年，回首过去的两年我不禁有些许感慨。这两年里在老师的教导和同学们的帮助下，通过自身不懈的努力，在学习中不断成长、完善自我，使自己在思想政治、理论知识水平方面都有所提高。下面就我大二学年的所有情况进行总结。</w:t>
      </w:r>
      <w:r>
        <w:rPr>
          <w:lang w:eastAsia="zh-CN"/>
        </w:rPr>
        <w:br/>
      </w:r>
      <w:r>
        <w:rPr>
          <w:lang w:eastAsia="zh-CN"/>
        </w:rPr>
        <w:t>　　大二时早已从大一刚进大学的迷茫中走出来，对学习有了新的认识也有了新的计划。经过自己的坚持不懈的努力，我的弱项—英语，有了新的突破，大二上学期我通过了英语四级等级考试，同时也通过了计算机二级等级考试。平时除了在课堂上认真学习课本知识的同时课后也尽量多浏览专业书刊以不断提高自己2 / 5</w:t>
      </w:r>
      <w:r>
        <w:rPr>
          <w:lang w:eastAsia="zh-CN"/>
        </w:rPr>
        <w:br/>
      </w:r>
      <w:r>
        <w:rPr>
          <w:lang w:eastAsia="zh-CN"/>
        </w:rPr>
        <w:t>　　的专业知识水平。上课时我认真听讲、认真做好笔记，积极配合老师、同学开展各种课堂活动，并得到了老师同学们的.好评。</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实践上，我积极参加各种实践活动，特别是专业实践活动。我积极投入到每一场团体心理辅导活动当中，每一场团辅之前我都会与同学讨论交流然后制定活动方案，活动后认真进行反思、总结，并与同伴交流活动心得，从而不断提高自己主持活动的能力。大二上学期去东环小学见习，通过与小学生亲自接触，使我对小学生的心理有了新的认识。下学期玉林第四人民医院一行，通过认真聆听黄院长的讲座，面对面近距离地与精神病患者接触，使我对精神病者的了解不仅仅局限于书本，同时也为我今后学习相关的专业知识提供了帮助。在注重专业知识的同时我也积极参加社会实践活动、志愿者活动，并被评为了寒暑假社会实践积极分子。大二一学年里我团结同学，尊敬师长，热爱班集体，在学习和生活上为同学做力所能及的事，与同学关系十分融洽。平时常常和同学交流学习心得，总结专业实践经验。积极参加班集体活动，如烧烤、班级晚会、联谊等等，这不仅增进了我与同学们之间的感情，同时也提高了我的交际能力，为我今后走入社会打下基础。</w:t>
      </w:r>
      <w:r>
        <w:rPr>
          <w:lang w:eastAsia="zh-CN"/>
        </w:rPr>
        <w:br/>
      </w:r>
      <w:r>
        <w:rPr>
          <w:lang w:eastAsia="zh-CN"/>
        </w:rPr>
        <w:t>　　在修养方面，通过阅读各类科学书刊不断提高自己的文化知识修养，此外我还参加了拉丁舞培训班。在思想上，我积极进取，努力向党组织靠拢。大二上学期我参加了党课培训，并顺利结业，大二下学期我还被评为了“优秀团员”。生活上，我勤俭节约，艰苦朴素，不铺张浪费。</w:t>
      </w:r>
      <w:r>
        <w:rPr>
          <w:lang w:eastAsia="zh-CN"/>
        </w:rPr>
        <w:br/>
      </w:r>
      <w:r>
        <w:rPr>
          <w:lang w:eastAsia="zh-CN"/>
        </w:rPr>
        <w:t>　　大二一学年里我的不足之处在于，学习上恒心不足，偶尔会放松对自己的要求，在活动中有时会不够自信。针对这些缺点，在今后的学习生活中，我定会加强警惕性，不断警醒自己，鼓励自己，鞭策自己朝着目标不断前进。</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以上是我对大二一学年来各方面表现的总结，总的来说大二一年来我勤奋学习，积极参加实践活动，团结同学，努力提高自我，思想进步!大二学年自我总结1000字三</w:t>
      </w:r>
      <w:r>
        <w:rPr>
          <w:lang w:eastAsia="zh-CN"/>
        </w:rPr>
        <w:br/>
      </w:r>
      <w:r>
        <w:rPr>
          <w:lang w:eastAsia="zh-CN"/>
        </w:rPr>
        <w:t>　　大二生活眨眼之间就过去了，头脑中还清晰的记着刚来时的情景，没想到这么快就面临期末考试。回想我的学习生活，既清闲又忙碌，在清闲中我学会了与他人交流，在忙碌中我学到了该学的知识。</w:t>
      </w:r>
      <w:r>
        <w:rPr>
          <w:lang w:eastAsia="zh-CN"/>
        </w:rPr>
        <w:br/>
      </w:r>
      <w:r>
        <w:rPr>
          <w:lang w:eastAsia="zh-CN"/>
        </w:rPr>
        <w:t>　　来到武工院这个新的专业，感受一种新的教学，我倍感荣幸。从一个开始还对生物心存恐惧的我，四个月下来我也可以感用它、习惯用它了。对我来说，学习技术是个难题，可我看到其他一样的同学都可以学我也鼓足了勇气，争取让自己明白些，会一些。在这里，虽然没有哪一个老师手把手的指导我、教我学，可我正式在这样一种环境下懂得了自主学习能力的重要性。而且，因为这样，我有无限的选择权利，我可以学自己感兴趣的几何画板、虚拟世界。虽然没有一样能学得通，可我知道，技术是个长期学习的过程，没有持久力就不会有成功。</w:t>
      </w:r>
      <w:r>
        <w:rPr>
          <w:lang w:eastAsia="zh-CN"/>
        </w:rPr>
        <w:br/>
      </w:r>
      <w:r>
        <w:rPr>
          <w:lang w:eastAsia="zh-CN"/>
        </w:rPr>
        <w:t>　　每次和别人交流时，我都以为自己在大学里每天都一无所获，可是在总结学习、收获成果时，我才清楚地看到我没有白白地度过四个月。</w:t>
      </w:r>
      <w:r>
        <w:rPr>
          <w:lang w:eastAsia="zh-CN"/>
        </w:rPr>
        <w:br/>
      </w:r>
      <w:r>
        <w:rPr>
          <w:lang w:eastAsia="zh-CN"/>
        </w:rPr>
        <w:t xml:space="preserve">    大二学年自我总结范文 篇2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时光荏苒，转眼间我已在美丽的山东__学院度过了两年，回顾大二这一学年的生活，平淡而充实，简单而有味，经历了成功与失败，留下了眼泪与微笑。这些都让我迅速的成长喜悦，学着独立思考，学者为自己的选择负责，学着享受成功的喜悦，学着承受失败的痛苦。学着让自己成熟，学着长大。</w:t>
      </w:r>
      <w:r>
        <w:rPr>
          <w:lang w:eastAsia="zh-CN"/>
        </w:rPr>
        <w:br/>
      </w:r>
      <w:r>
        <w:rPr>
          <w:lang w:eastAsia="zh-CN"/>
        </w:rPr>
        <w:t>　　记得老师说过：人生最大乐趣就是在你在人生的道路走了很久以后，当你回头去看时你发现你正在不断的进步。喜欢这一句话，触动了我心里的一个地方。它给我的印象很深，因为他让我想到了自己学习专业课的情形，我是一名理科生，而在警校中接触的基本是法律等文科一类的知识，自己从心理上排斥。每次都是硬着头皮去看、去背，想起那些在课堂上认真听老师讲课的日子，想起那些在课堂上苦读的片段，也正是这些点点滴滴的存在才让我感到时间的充实。他不仅让我学习到了知识，养成良好的习惯，让我一次次的战胜自己。大二这一年跌跌撞撞的过去了，付出的努力让我取得了比较满意的成绩。我知道每一天的努力奋斗，都是为自己的目标打基础，为自己的未来做铺垫，所有的汗水都不会白流。</w:t>
      </w:r>
      <w:r>
        <w:rPr>
          <w:lang w:eastAsia="zh-CN"/>
        </w:rPr>
        <w:br/>
      </w:r>
      <w:r>
        <w:rPr>
          <w:lang w:eastAsia="zh-CN"/>
        </w:rPr>
        <w:t>　　在大二这一学年里，有成功也有失败。比如在大二上学期的四级考试中，由于准备充分，以高出许多分的成绩通过了四级考试，但在下学期的六级考试中，由于自己的骄傲自满，没有认真充分准备，让自己在六级考试中铩羽而归，在以后的学习中一定要戒骄戒躁，努力把握好每一次机会，不让自己的人生留下败笔，经历了这些成功与失败，让我更加坚信：不是所有的付出都会有结果，但是不付出一定不会有结果。</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在生活方面，在老师的严格管理下，无论是在内务卫生还是纪律作风上都有一个很大的提高，这不仅让我们养成良好的生活习惯，更让自己有了一个健康舒适的学习环境，我相信这对以后的学习生活有很大帮助。</w:t>
      </w:r>
      <w:r>
        <w:rPr>
          <w:lang w:eastAsia="zh-CN"/>
        </w:rPr>
        <w:br/>
      </w:r>
      <w:r>
        <w:rPr>
          <w:lang w:eastAsia="zh-CN"/>
        </w:rPr>
        <w:t>　　经过大二这一学年的磨砺，我已经懂得每个人都像一个开启的系统，在进化过程中不断的自我组织，自我构建，所以每个人都要扎扎实实学习专业知识，多看书努力提高自己的综合素质。回首过去，心中无限感慨，展望未来，相信依旧灿烂，学习中的收获，生活中的点滴，思想上的感悟，让我久久不能释怀。我相信，明天的我将起航扬帆，驶向我理想的目标。</w:t>
      </w:r>
      <w:r>
        <w:rPr>
          <w:lang w:eastAsia="zh-CN"/>
        </w:rPr>
        <w:br/>
      </w:r>
      <w:r>
        <w:rPr>
          <w:lang w:eastAsia="zh-CN"/>
        </w:rPr>
        <w:t xml:space="preserve">    大二学年自我总结范文 篇3 </w:t>
      </w:r>
      <w:r>
        <w:rPr>
          <w:lang w:eastAsia="zh-CN"/>
        </w:rPr>
        <w:br/>
      </w:r>
      <w:r>
        <w:rPr>
          <w:lang w:eastAsia="zh-CN"/>
        </w:rPr>
        <w:t>　　时间是一把杀猪刀，猪死了，年过了，新学期到了。大学生活转瞬即逝，一眨眼的工夫，我们已经走出了一个135°的扇形，新一批的学弟学妹们又开始军训了。大三的人了，回顾大二一年的生活，忙碌而又充实，充满乐趣。与答疑的心中充满新鲜和好奇，茫然和陌生的感觉不同，大二的我们多了份理性，渐渐地已经适应了大学的节奏，并开始了自己的规划。</w:t>
      </w:r>
      <w:r>
        <w:rPr>
          <w:lang w:eastAsia="zh-CN"/>
        </w:rPr>
        <w:br/>
      </w:r>
      <w:r>
        <w:rPr>
          <w:lang w:eastAsia="zh-CN"/>
        </w:rPr>
        <w:t>　　回顾大二这一年的生活，相比于大一的青涩懵懂，无论在学习还是日常生活乃至人际交往上，都有了长足的改变和进步——学会独立思考，学会为自己的选择负责，学会享受成功的喜悦，学会默默承受失败的痛苦，学会成熟。</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学习上：这一学年里没有认认真真学习，导致自己在大二上学期线代挂科。在此做深刻检讨。在学习上，我们都知道，有一样东西是非常重要的，那就是学习态度!谦虚、勤问的学习态度无论何时都是适用的。大学学习有了自主权，想学什么，应该学什么，可以学什么，愿意学什么，怎样去学习，这些都不会再像以前一样有老师帮忙安排好，现在都要自己去安排了。</w:t>
      </w:r>
      <w:r>
        <w:rPr>
          <w:lang w:eastAsia="zh-CN"/>
        </w:rPr>
        <w:t xml:space="preserve"> 我觉得自己的学习态度还是比较端正的，但是还是有做得不好的地方，例如上课的时候总是不能集中注意力，经常因为学生会工作方面的问题，导致自己上课睡觉甚至逃课，受到各种因素的影响!对于这些问题，我会在接下来的大三生活中努力去改变它!</w:t>
      </w:r>
      <w:r>
        <w:rPr>
          <w:lang w:eastAsia="zh-CN"/>
        </w:rPr>
        <w:br/>
      </w:r>
      <w:r>
        <w:rPr>
          <w:lang w:eastAsia="zh-CN"/>
        </w:rPr>
        <w:t>　　生活上：大学实际上便是社会的学前班。我对自己满意的是，一直以来我都是自己的事自己完成，我一直在追求“今日事，今日毕”，例如换洗的衣服会在第一时间洗完。然而我还有很多都没有做到，生活不规律，早上喜欢睡懒觉，而晚上却又玩的很晚，白天没精神，被子也开始不经常叠了，寝室显得有点杂乱。大三了，我会在今后的生活中尽力去改变这些坏习惯!</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工作上：我是班长也是学生会文艺部部长，这些注定了自己会非常忙碌。班级的主题班会，综合测评以及院里面要求的诸多任务，文艺部的迎新晚会，红歌赛，健美操，啦啦队……这时候如何协调好时间便成为重中之重。这一阶段，我觉得是我自己大学最忙碌的一段，学习工作无法兼顾，导致自己筋疲力尽不说还严重影响了学习。我觉得我现在要做的，便是迅速提高自己规划时间的能力，较好地做到学习和工作两不误毕竟这无论在学习还是以后的工作中，都将是一种重要的能力。另一方面，文艺部部长真的给我带来了很多，从遇事简单的断定是非，到多方面深入地看问题，不再轻易下结论，从普通干事到组织策划，身上的责任也也让我锻炼了自身的决策能力……</w:t>
      </w:r>
      <w:r>
        <w:rPr>
          <w:lang w:eastAsia="zh-CN"/>
        </w:rPr>
        <w:br/>
      </w:r>
      <w:r>
        <w:rPr>
          <w:lang w:eastAsia="zh-CN"/>
        </w:rPr>
        <w:t>　　我相信我就是我，我相信明天，我相信青春没有地平线，相信凭借着自己的自信和努力便可以步步为营，稳定向前，只有这样，才会活的更精彩!最后自己做了一副对联，忙一年，累一年，坚持啊;拼一年，博一年，加油啊，横批-勇往直前。!</w:t>
      </w:r>
      <w:r>
        <w:rPr>
          <w:lang w:eastAsia="zh-CN"/>
        </w:rPr>
        <w:br/>
      </w:r>
      <w:r>
        <w:rPr>
          <w:lang w:eastAsia="zh-CN"/>
        </w:rPr>
        <w:t xml:space="preserve">    大二学年自我总结范文 篇4 </w:t>
      </w:r>
      <w:r>
        <w:rPr>
          <w:lang w:eastAsia="zh-CN"/>
        </w:rPr>
        <w:br/>
      </w:r>
      <w:r>
        <w:rPr>
          <w:lang w:eastAsia="zh-CN"/>
        </w:rPr>
        <w:t>　　转瞬间已是踏入大学校门的第三年，回首过去的两年我不禁有些许感慨。这两年里在老师的教导和同学们的帮助下，通过自身不懈的努力，在学习中不断成长、完善自我，使自己在思想政治、理论知识水平方面都有所提高。下面就我大二学年的所有情况进行总结。</w:t>
      </w:r>
      <w:r>
        <w:rPr>
          <w:lang w:eastAsia="zh-CN"/>
        </w:rPr>
        <w:br/>
      </w:r>
      <w:r>
        <w:rPr>
          <w:lang w:eastAsia="zh-CN"/>
        </w:rPr>
        <w:t>　　大二时早已从大一刚进大学的迷茫中走出来，对学习有了新的认识也有了新的计划。经过自己的坚持不懈的努力，我的弱项—英语，有了新的突破，大二上学期我通过了英语四级等级考试，同时也通过了计算机二级等级考试。平时除了在课堂上认真学习课本知识的同时课后也尽量多浏览专业书刊以不断提高自己的专业知识水平。上课时我认真听讲、认真做好笔记，积极配合老师、同学开展各种课堂活动，并得到了老师同学们的好评。</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实践上，我积极参加各种实践活动，特别是专业实践活动。我积极投入到每一场团体心理辅导活动当中，每一场团辅之前我都会与同学讨论交流然后制定活动方案，活动后认真进行反思、总结，并与同伴交流活动心得，从而不断提高自己主持活动的能力。大二上学期去东环小学见习，通过与小学生亲自接触，使我对小学生的心理有了新的认识。下学期玉林第四人民医院一行，通过认真聆听黄院长的讲座，面对面近距离地与精神病患者接触，使我对精神病者的了解不仅仅局限于书本，同时也为我今后学习相关的专业知识提供了帮助。在注重专业知识的同时我也积极参加社会实践活动、志愿者活动，并被评为了寒暑假社会实践积极分子。</w:t>
      </w:r>
      <w:r>
        <w:rPr>
          <w:lang w:eastAsia="zh-CN"/>
        </w:rPr>
        <w:br/>
      </w:r>
      <w:r>
        <w:rPr>
          <w:lang w:eastAsia="zh-CN"/>
        </w:rPr>
        <w:t>　　大二一学年里我团结同学，尊敬师长，热爱班集体，在学习和生活上为同学做力所能及的事，与同学关系十分融洽。平时常常和同学交流学习心得，总结专业实践经验。积极参加班集体活动，如烧烤、班级晚会、联谊等等，这不仅增进了我与同学们之间的感情，同时也提高了我的交际能力，为我今后走入社会打下基础。</w:t>
      </w:r>
      <w:r>
        <w:rPr>
          <w:lang w:eastAsia="zh-CN"/>
        </w:rPr>
        <w:br/>
      </w:r>
      <w:r>
        <w:rPr>
          <w:lang w:eastAsia="zh-CN"/>
        </w:rPr>
        <w:t>　　在修养方面，通过阅读各类科学书刊不断提高自己的文化知识修养，此外我还参加了拉丁舞培训班。在思想上，我积极进取，努力向党组织靠拢。大二上学期我参加了党课培训，并顺利结业，大二下学期我还被评为了“优秀团员”。生活上，我勤俭节约，艰苦朴素，不铺张浪费。</w:t>
      </w:r>
      <w:r>
        <w:rPr>
          <w:lang w:eastAsia="zh-CN"/>
        </w:rPr>
        <w:br/>
      </w:r>
      <w:r>
        <w:rPr>
          <w:lang w:eastAsia="zh-CN"/>
        </w:rPr>
        <w:t>　　大二一学年里我的不足之处在于，学习上恒心不足，偶尔会放松对自己的要求，在活动中有时会不够自信。针对这些缺点，在今后的学习生活中，我定会加强警惕性，不断警醒自己，鼓励自己，鞭策自己朝着目标不断前进。</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以上是我对大二一学年来各方面表现的总结，总的来说大二一年来我勤奋学习，积极参加实践活动，团结同学，努力提高自我，思想进步!</w:t>
      </w:r>
      <w:r>
        <w:rPr>
          <w:lang w:eastAsia="zh-CN"/>
        </w:rPr>
        <w:br/>
      </w:r>
      <w:r>
        <w:rPr>
          <w:lang w:eastAsia="zh-CN"/>
        </w:rPr>
        <w:t>　　大二学年自我总结1000字二</w:t>
      </w:r>
      <w:r>
        <w:rPr>
          <w:lang w:eastAsia="zh-CN"/>
        </w:rPr>
        <w:br/>
      </w:r>
      <w:r>
        <w:rPr>
          <w:lang w:eastAsia="zh-CN"/>
        </w:rPr>
        <w:t>　　四年的大学生活似弹指一挥间，转眼大学生活就该结束了。回首这四年的大学校园生活，有期待，有迷茫，有欢笑，有悲伤，有成功，有失败。四年的大学生活让我在各个方面都提高很多，以下就是我对这四年大学生活的总结与鉴定。</w:t>
      </w:r>
      <w:r>
        <w:rPr>
          <w:lang w:eastAsia="zh-CN"/>
        </w:rPr>
        <w:br/>
      </w:r>
      <w:r>
        <w:rPr>
          <w:lang w:eastAsia="zh-CN"/>
        </w:rPr>
        <w:t>　　在校期间，在学校的指导、老师的教诲、同学的帮助下，通过不断地学习理论知识和参与社会实践，自觉自己的综合素质在很大程度上得到了提升，努力将自己塑造成为一个专业功底扎实、知识结构完整、适应能力强、具有团体协作精神的青年。</w:t>
      </w:r>
      <w:r>
        <w:rPr>
          <w:lang w:eastAsia="zh-CN"/>
        </w:rPr>
        <w:br/>
      </w:r>
      <w:r>
        <w:rPr>
          <w:lang w:eastAsia="zh-CN"/>
        </w:rPr>
        <w:t>　　思想方面，通过大学四年系统全面地学习了马列主义、毛泽东思想、邓小平理论和重要思想，学会用正确先进的理论武装自己的头脑，树立了正确的世界观、人生观、价值观。在日常的学习生活中，热爱祖国，遵纪守法，尊师敬长，团结同学;关注时政，通过了解和学习党的有关动态和精神，使自己在思想上和行动上与党中央保持一致，积极向党组织靠拢，经过在许昌学院党校第36期学习培训班的学习后，顺利通过党校考核，获得了党校结业证书。但是，由于种种客观条件的限制，我的思想理论学习和实践还相差得比较大，如何正确地运用马列主义的世界观和人生观去指导现实生活将是我将来努力的方向。</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学习方面，我努力认真地学好每一门专业课，基本掌握了心理学方面的一些基础知识以及心理咨询方面的一些实用技巧与技术。在校期间，我非常注重英语和计算机方面能力的培养，通过了全国英语四级考试。同时，我还利用课余时间自学了现代办公所需要的各种软件工具，能够熟练运用四年的大学学习生活虽然即将结束，但并不意味着我的学习从此终止，在今后的工作中我将更加重视学习，将学习到的理论知识与实际工作相结合，从而达到学习与实践融为一体。</w:t>
      </w:r>
      <w:r>
        <w:rPr>
          <w:lang w:eastAsia="zh-CN"/>
        </w:rPr>
        <w:br/>
      </w:r>
      <w:r>
        <w:rPr>
          <w:lang w:eastAsia="zh-CN"/>
        </w:rPr>
        <w:t>　　工作方面，我积极参加各种实践活动。大学四年中，我参加了不少的校内活动和社会实践活动。参加校内的活动可以认识更多的同学，增加了与其他同学交流和向其他同学学习的机会，锻炼了自己的交际能力。利用寒暑假和节假日，我参加了一些社会实践活动，做过志愿者、促销员、调查员等等。这些各式各样的社会实践活动锻炼了我的口才和交际能力，大大提高了我为人处世的能力和综合素质，为我今后的工作打下了坚实的基础。我会继续努力学习，不断充实自己，完善自我。</w:t>
      </w:r>
      <w:r>
        <w:rPr>
          <w:lang w:eastAsia="zh-CN"/>
        </w:rPr>
        <w:br/>
      </w:r>
      <w:r>
        <w:rPr>
          <w:lang w:eastAsia="zh-CN"/>
        </w:rPr>
        <w:t>　　身体和心理方面，大学四年里，我积极参加学校、系和班级里组织的各项体育活动，身体健康，体育合格标准达标。在心理方面，我锻炼自己坚强的意志品质，塑造健康人格，克服心理障碍，以适应社会发展需要。日常生活方面，我能够与同学和睦相处，互相学习，共同进步。</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对于一名大四毕业生来说，离开校园踏入社会就是人生的一个新旅程，走好这段人生新旅程的第一步也非常重要。通过对这大学四年学习生活的总结，我对自己有了一个更加系统地客观地认识，在以后的求职路上我会更加明确自己的职业目标，以全新的面貌面向社会、迎接未来，迈好人生新旅程的每一步。</w:t>
      </w:r>
      <w:r>
        <w:rPr>
          <w:lang w:eastAsia="zh-CN"/>
        </w:rPr>
        <w:br/>
      </w:r>
      <w:r>
        <w:rPr>
          <w:lang w:eastAsia="zh-CN"/>
        </w:rPr>
        <w:t>　　作为毕业在新世纪的大学生，我们有理由对祖国的未来充满憧憬，对将来的工作满怀期盼!难忘而多姿的大学生活即将逝去，但我不会沉浸于过去的岁月，我将用全新的心态去拥抱新世纪的挑战!</w:t>
      </w:r>
      <w:r>
        <w:rPr>
          <w:lang w:eastAsia="zh-CN"/>
        </w:rPr>
        <w:br/>
      </w:r>
      <w:r>
        <w:rPr>
          <w:lang w:eastAsia="zh-CN"/>
        </w:rPr>
        <w:t xml:space="preserve">    大二学年自我总结范文 篇5 </w:t>
      </w:r>
      <w:r>
        <w:rPr>
          <w:lang w:eastAsia="zh-CN"/>
        </w:rPr>
        <w:br/>
      </w:r>
      <w:r>
        <w:rPr>
          <w:lang w:eastAsia="zh-CN"/>
        </w:rPr>
        <w:t>　　大二生活眨眼之间就过去了，头脑中还清晰的记着刚来时的情景，没想到这么快就面临期末考试。回想我的学习生活，既清闲又忙碌，在清闲中我学会了与他人交流，在忙碌中我学到了该学的知识。</w:t>
      </w:r>
      <w:r>
        <w:rPr>
          <w:lang w:eastAsia="zh-CN"/>
        </w:rPr>
        <w:br/>
      </w:r>
      <w:r>
        <w:rPr>
          <w:lang w:eastAsia="zh-CN"/>
        </w:rPr>
        <w:t>　　来到武工院这个新的专业，感受一种新的教学，我倍感荣幸。从一个开始还对生物心存恐惧的我，四个月下来我也可以感用它、习惯用它了。对我来说，学习技术是个难题，可我看到其他一样的同学都可以学我也鼓足了勇气，争取让自己明白些，会一些。在这里，虽然没有哪一个老师手把手的指导我、教我学，可我正式在这样一种环境下懂得了自主学习能力的重要性。而且，因为这样，我有无限的选择权利，我可以学自己感兴趣的几何画板、虚拟世界。虽然没有一样能学得通，可我知道，技术是个长期学习的过程，没有持久力就不会有成功。</w:t>
      </w:r>
      <w:r>
        <w:rPr>
          <w:lang w:eastAsia="zh-CN"/>
        </w:rPr>
        <w:br/>
      </w:r>
      <w:r>
        <w:rPr>
          <w:lang w:eastAsia="zh-CN"/>
        </w:rPr>
        <w:t>　　每次和别人交流时，我都以为自己在大学里每天都一无所获，可是在总结学习、收获成果时，我才清楚地看到我没有白白地度过四个月。</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时间过的真快，转眼间又到了大二学年的最后阶段了。回顾一下即将过去的这一学年，刚来到学校报道的那一天还历历在目，怪不得人们常说光阴似箭，日月如梳!总结一下这个学年的各方面情况，以作为这一学年的反省和下一学年的借鉴，以便能够更好的提高自己。</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学习上，大二上学期在学习上规划的是比较理想，但文化学习思维方式却没有去陈更新，所有的学习生活安排基本上都是有课程量决定，虽然曾经怀着激动的心情来到大学，不过自己没有明确目标和方向，所以一度觉得课程内容基本上都很无聊。没有一点学习的动力，有点像是逆来顺受的感觉。一开始，对于大课堂式的教学挺不习惯的，经常在上课时不自觉的就分了神，甚至发展到一堂课一分钟都没有听过，极其浪费了大好的学习时机。渐渐地，上课睡觉的时候多了，自习课和同学聊天的时候多了，自己也感觉这就像那传说中的大学生活了，以至于变的更不学习了。隐隐的，我感觉到自己正逐渐失去一些东西，对任何事情都是浅尝辄止。对于自己感兴趣的东西，往往却不知道从什么地方入手，甚至是无法接近它。于是我试图着慢慢的去改变自己的这种情况。尽量的在每堂课上都能够认真的听好，减少玩耍的时间，用更多的时间里去光顾图书馆，充分利用图书馆的资源，阅读各方面的书籍，以吸取更多的知识，提高自己的知识面，拓宽自己思考问题的角度，从而多方面的考虑问题，避免片面看问题，养成不好的思考习惯。对于到来的选修课，我选修了推拿防止常见病以及吉他乐理这两门。推拿防治常见病属于医学方面，因为自己的专业是医学方面，学好这门课对于自己的学习有着不可或缺的提高。吉他乐理是音乐艺术方面的，音乐能陶冶情操，也能让人们在繁忙过后的大脑及身心得到休息。吉他可以作为一种业余爱好，可以让我在无聊之余自娱自乐。</w:t>
      </w:r>
      <w:r>
        <w:rPr>
          <w:lang w:eastAsia="zh-CN"/>
        </w:rPr>
        <w:br/>
      </w:r>
      <w:r>
        <w:rPr>
          <w:lang w:eastAsia="zh-CN"/>
        </w:rPr>
        <w:t>　　在生活上，我可以和同学们友好相处，和睦共处，互帮互爱，宿舍生活是大学里不可缺少的一部分，宿舍作为一个大集体，四个人生活在同一个空间里面，但是各自的生活习性有各不相同，这就需要大家互相理解和迁就，只有这样四个人才能和睦相处，为我们的学习创造一个良好的学习和休息环境。我们宿舍一直是这方面的模范，由于大部分的室友包括我自己都是来自农村，生活各方面都比较简单，而且包括我在内的有几位室友在高中时候就住过宿舍，有集体生活的经验，对这种集体生活相对来说也比较适应，所以说我们宿舍还是融洽和谐的。我是一个农村走出来的孩子，对生活不需要没有太高的要求，也不追求什么高消费高享受，在日常生活中我始终保持干净整洁，绝不邋遢!</w:t>
      </w:r>
      <w:r>
        <w:rPr>
          <w:lang w:eastAsia="zh-CN"/>
        </w:rPr>
        <w:br/>
      </w:r>
      <w:r>
        <w:rPr>
          <w:lang w:eastAsia="zh-CN"/>
        </w:rPr>
        <w:t>　　在娱乐上，我觉得我收获最大的就是羽毛球的技术提高了不少，所以在体育课考试中经过老师的悉心教导和我自己的勤奋锻炼下顺利的通过了考试。在一些下午的休息时间，邀上三五同学打篮球，打羽毛球也是我最喜欢的，这些活动在一定程度上能增强了我的体质，也是我在娱乐活动上的一大收获!</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思想道德上，我能规范的执行学校的学生手册和各种规章制度，热爱祖国，热爱党和人民，热爱学校，热爱班集体，关心国内外大事，尊师守纪，团结同学，与人为善，品德优先。回望身后这一年的脚印，有大有小，有深有浅，有虚有实……但不管怎么样，一切都已经成为了过去，变成了我人生的一份小档案，保存在我的人生历程中，现在，我只有用更好的精神和心理状态，去展望那充满希望的新学年!</w:t>
      </w:r>
      <w:r>
        <w:rPr>
          <w:lang w:eastAsia="zh-CN"/>
        </w:rPr>
        <w:br/>
      </w:r>
      <w:r>
        <w:rPr>
          <w:lang w:eastAsia="zh-CN"/>
        </w:rPr>
        <w:t xml:space="preserve">    大二学年自我总结范文 篇6 </w:t>
      </w:r>
      <w:r>
        <w:rPr>
          <w:lang w:eastAsia="zh-CN"/>
        </w:rPr>
        <w:br/>
      </w:r>
      <w:r>
        <w:rPr>
          <w:lang w:eastAsia="zh-CN"/>
        </w:rPr>
        <w:t>　　大学第二年已结束，我必须总结在这一年的得与失，才能展看以后在校这几年该怎样发展，才能看清未来的路怎样走。</w:t>
      </w:r>
      <w:r>
        <w:rPr>
          <w:lang w:eastAsia="zh-CN"/>
        </w:rPr>
        <w:br/>
      </w:r>
      <w:r>
        <w:rPr>
          <w:lang w:eastAsia="zh-CN"/>
        </w:rPr>
        <w:t>　　刚上大二时，看着大一的学弟学妹们却生生的稚嫩的表情，自己的脸上不由自主地有了微笑，似乎看到了当初的自己。</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学习方面，首先是端正了学习态度。从最初刚刚进进大学只想放松在重压解放下到现在只想通过学习强化自己的`专业知识的理念发生了完全的变化。在学习进程中一直以独立思考为座右铭，从中锻炼到自己的耐心与解决题目的决心，让自己的心智有了质的奔腾。自己在专业知识也有了很大程度的进步。使我体会到学习的乐趣，我与身边的很多同学建立了良好的关系共同完成各个项目。这个学期也值得一提就是参加了全国计算机技术与软件专业程序员考试，顺利通过此次重要的考试，让自己的专业知识给了很大自信，让自己更大程度上相信自己的专业能力。此次考试前前后后，我纵览了很多计算机的参考书，我一直相信这么一句话机会是留给了有预备人的所以大学四年就是我们走出社会前最大的考验，所以我们得必须好好预备，用专业知识武装强化自己在此人才济济当中脱颖而出。就知程序员考试通过那一刻开始，我就有更远的目标与更大的决心参加软件设计师认证考试，这是自己更加专业化的一次考试，所以在未来大三第一个学期必须继续奋斗努力。</w:t>
      </w:r>
      <w:r>
        <w:rPr>
          <w:lang w:eastAsia="zh-CN"/>
        </w:rPr>
        <w:br/>
      </w:r>
      <w:r>
        <w:rPr>
          <w:lang w:eastAsia="zh-CN"/>
        </w:rPr>
        <w:t>　　在过往的一年里我一直重视英语方面的学习，但是自己英语基础不是很扎实。但这个不重要，四级成绩也证实了我是有能力也有信心在下一次考试一定通过，从大一到现在参加三次英语考试，成绩一直保持在400以上与合格分数线仅仅是几分之差。我相信在这几次失败中我总结出自己在那个方面的缺陷，例如听力方面分数明显偏低，今后要强化这个模块的练习。在这一年我还学习自己专业以外的技能并且取得许可证驾驶证利用周末或空余时间。在这一年一直想寻求人格魅力齐全的人，所以经常浏览一些名著来开阔自己的视野，崇拜具有思想独立的人韩冷。为着自己的梦想一直追逐，这是我这一年感悟最深入的。自己的一片天空要自己一个人支持起来，做一个有思想独立的思考者。</w:t>
      </w:r>
      <w:r>
        <w:rPr>
          <w:lang w:eastAsia="zh-CN"/>
        </w:rPr>
        <w:br/>
      </w:r>
      <w:r>
        <w:rPr>
          <w:lang w:eastAsia="zh-CN"/>
        </w:rPr>
        <w:t>　　看书读报是紧张的学习之余不错的轻松休闲方式，不仅可以陶冶情操，而且可以开阔视野;与同学们的聊天则能加深彼此的友谊，锻炼自己的沟通表达能力，同时也可以知道很多新鲜有趣的事情;在信息爆炸的今天，与很多同龄人一样，我也喜欢上网，及时了解国内外新闻，但能注意自我控制，不会因此荒废学业。</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这个世界其实不存在完善的人，优点缺点并存着。我希看在未来的时间里更好地利好时间，进步学习效力。这是一次总结也是一次展看。大二已过往，收获与失落早已尘埃落定，掌控最有期待的大三才是当前最重要大二学年自我总结最新范文十</w:t>
      </w:r>
      <w:r>
        <w:rPr>
          <w:lang w:eastAsia="zh-CN"/>
        </w:rPr>
        <w:br/>
      </w:r>
      <w:r>
        <w:rPr>
          <w:lang w:eastAsia="zh-CN"/>
        </w:rPr>
        <w:t>　　珍贵的大二生活已匆匆向我挥手告别。默然回首，这一年来虽没有轰轰烈烈的战果，但在潜移默化中仍取得了许多不可磨灭的成绩。回顾我所走过的这一年，对自己做个小结，看看自己这一年的得失，以利于今后的工作和学习。</w:t>
      </w:r>
      <w:r>
        <w:rPr>
          <w:lang w:eastAsia="zh-CN"/>
        </w:rPr>
        <w:br/>
      </w:r>
      <w:r>
        <w:rPr>
          <w:lang w:eastAsia="zh-CN"/>
        </w:rPr>
        <w:t>　　一、在思想上</w:t>
      </w:r>
      <w:r>
        <w:rPr>
          <w:lang w:eastAsia="zh-CN"/>
        </w:rPr>
        <w:br/>
      </w:r>
      <w:r>
        <w:rPr>
          <w:lang w:eastAsia="zh-CN"/>
        </w:rPr>
        <w:t>　　自从进了大二之后，自己的思想就开始发生翻天覆地的变化了。我在大一社团的时候认识了几名学长，当我进入大二的时候他们已经进入大三了。当时原本自己是还没有太大的压力的，但是看到他们充满坎坷和磨难的动态之后，我才发现如果在充裕的时间里不做好准备，将来必定会迎接一场更大的较量。所以只有在思想上有了觉醒，后面的行动才会更加的顺利，这也是我这一个学期努力的方向。</w:t>
      </w:r>
      <w:r>
        <w:rPr>
          <w:lang w:eastAsia="zh-CN"/>
        </w:rPr>
        <w:br/>
      </w:r>
      <w:r>
        <w:rPr>
          <w:lang w:eastAsia="zh-CN"/>
        </w:rPr>
        <w:t>　　二、在学习方面</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因为我打算考研，所以从大二一开学便要求自己做到如下几点。首先是我端正了学习态度。经过两年的大学生活，对于学习我已经有所懈怠。但是为了实现自己的理想考取研究生，我通过大三一年的时间把心思回归到学习上，为之后的学习做好准备。其次是我提高了自己的自学能力。在学习时，以“独立思考”作为自己的座右铭，时刻不忘警戒。因为不论是大学里的专业课学习还是考研复习，自学能力都是必不可少的，提高了自学能力可谓是事半功倍。最后是做到了理论联系实际。光埋头于书本知识而不顾社会实践是不行的。</w:t>
      </w:r>
      <w:r>
        <w:rPr>
          <w:lang w:eastAsia="zh-CN"/>
        </w:rPr>
        <w:br/>
      </w:r>
      <w:r>
        <w:rPr>
          <w:lang w:eastAsia="zh-CN"/>
        </w:rPr>
        <w:t>　　三、目标上</w:t>
      </w:r>
      <w:r>
        <w:rPr>
          <w:lang w:eastAsia="zh-CN"/>
        </w:rPr>
        <w:br/>
      </w:r>
      <w:r>
        <w:rPr>
          <w:lang w:eastAsia="zh-CN"/>
        </w:rPr>
        <w:t>　　大二的日子已经过去了，这一年虽然比较忙碌，但是好在碌碌有为，也不辜负这一段时间的经历，更不负这段美好时光的降临。对于未来，我想自己也会有足够的信心和希望去实现更大的可能，我想我也能够在一个良好的状态之中继续保持，继续向上。</w:t>
      </w:r>
      <w:r>
        <w:rPr>
          <w:lang w:eastAsia="zh-CN"/>
        </w:rPr>
        <w:br/>
      </w:r>
      <w:r>
        <w:rPr>
          <w:lang w:eastAsia="zh-CN"/>
        </w:rPr>
        <w:t>　　通过参加学院组织的两次集体实习，我不仅对已学的书本知识有了更深刻的了解，而且增加了与其他同学交流和向其学习的机会，锻炼了自己的交际能力。</w:t>
      </w:r>
      <w:r>
        <w:rPr>
          <w:lang w:eastAsia="zh-CN"/>
        </w:rPr>
        <w:br/>
      </w:r>
      <w:r>
        <w:rPr>
          <w:lang w:eastAsia="zh-CN"/>
        </w:rPr>
        <w:t xml:space="preserve">    大二学年自我总结范文 篇7 </w:t>
      </w:r>
      <w:r>
        <w:rPr>
          <w:lang w:eastAsia="zh-CN"/>
        </w:rPr>
        <w:br/>
      </w:r>
      <w:r>
        <w:rPr>
          <w:lang w:eastAsia="zh-CN"/>
        </w:rPr>
        <w:t>　　大二的学习生活结束了，回首过去，感到这一年的学习生活是我人生的一大转折。大一曾做出过辉煌成绩，大二在已打下的基础上不断的挑战自我、充实自己，为实现人生的价值打下更加坚实的.基础而不懈努力。本年的校园生活主要由二个部分组成：校园学习生涯和社会实践生活。</w:t>
      </w:r>
      <w:r>
        <w:rPr>
          <w:lang w:eastAsia="zh-CN"/>
        </w:rPr>
        <w:br/>
      </w:r>
      <w:r>
        <w:rPr>
          <w:lang w:eastAsia="zh-CN"/>
        </w:rPr>
        <w:t>　　一、学习方面。每个人都应该活到老学到老，对于学生更是如此，我对知识、对专业一丝不苟，因而在成绩上一直名列前茅，每学年都能获得奖学金。同时还结合我的专业性质注重对各种应用软件和硬件的研究，课余时间在外面做起了兼职，经常帮助同学和朋友解决电脑方面的问题。通过这些，使我的专业知识得到了实质性的扩展，增大了知识面。</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二、有广泛爱好。我特别擅长于排版、页设计和多媒体的制作，同时对数据库和应用也有一定兴趣，并利用课余和假期时间学习了相关的知识。我在就任体育委员的同时也参加了校青年志愿者协会和计算机协会，并任活动部长和外联部长职。在日常活动中，我工作热情负责、任劳任怨，勇于开拓进取，和协会内成员团结一致。一年间我牵头组织了由校互联协会和____电脑公司合作专门针对在校学生的和装机零距离大型讲座活动。由校志愿者提供相关服务人员和活动场地，由____电脑科技有限公司提供技术和设备，共同举办了个人电脑软硬故障免费维修和个人电脑系统维护和修复等现场咨询活动。从中不但服务了在校学生，提高和加深了他们对计算机的兴趣和了解，而且还为电脑公司赢得他们所期望的利润和效益。</w:t>
      </w:r>
      <w:r>
        <w:rPr>
          <w:lang w:eastAsia="zh-CN"/>
        </w:rPr>
        <w:br/>
      </w:r>
      <w:r>
        <w:rPr>
          <w:lang w:eastAsia="zh-CN"/>
        </w:rPr>
        <w:t>　　三、积极参加学校的各种活动，在20__下半年至20__上半年间参加学院组织的面设计大赛，并获得不错的成绩，与同学合作做出属于我们班级的自己的主页。在本学年由我们学院组织的校篮球和排球的比赛中，我也以身作则，积极挑选队员备战。功夫不负有心人，并改写我们班在大一的体育各项比赛中无一名次的历史。</w:t>
      </w:r>
      <w:r>
        <w:rPr>
          <w:lang w:eastAsia="zh-CN"/>
        </w:rPr>
        <w:br/>
      </w:r>
      <w:r>
        <w:rPr>
          <w:lang w:eastAsia="zh-CN"/>
        </w:rPr>
        <w:t xml:space="preserve">    大二学年自我总结范文 篇8 </w:t>
      </w:r>
      <w:r>
        <w:rPr>
          <w:lang w:eastAsia="zh-CN"/>
        </w:rPr>
        <w:br/>
      </w:r>
      <w:r>
        <w:rPr>
          <w:lang w:eastAsia="zh-CN"/>
        </w:rPr>
        <w:t>　　四年的大学生活是人生中重要的转折点，它充实了我的文化知识、改变了我的一些行为习惯，提升了我的思想境界和精神境界。自进入大学开始我一直以严谨的学习态度和积极的工作热情投身于学习和工作中，争取成为一名德智体全面发展的优秀大学生。四年的校园生涯和社会实践活动让我不断的挑战自我、充实自己，为实现人生的价值打下坚实的基础。</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思想方面，通过大学四年系统全面地学习学会用正确先进的理论武装自己的头脑，树立了正确的世界观、人生观、价值观。在日常的学习生活中，热爱祖国，遵纪守法，尊师敬长，勇于批评和自我批评，团结同学;关注时政，通过了解和学习党的有关动态和精神，使自己在思想上和行动上与党保持一致，积极向党组织靠拢，经过在医学院第47期学习党校培训班的学习后，顺利通过党校考核，获得了党校结业证书。</w:t>
      </w:r>
      <w:r>
        <w:rPr>
          <w:lang w:eastAsia="zh-CN"/>
        </w:rPr>
        <w:br/>
      </w:r>
      <w:r>
        <w:rPr>
          <w:lang w:eastAsia="zh-CN"/>
        </w:rPr>
        <w:t>　　学习上，我以“独立思考”作为自己的座右铭，努力认真地学好每一门专业课，基本掌握了医学基础知识，护理专业知识，及护理操作技能。实习的过程中让我收获颇多，我始终以积极的信念和勤奋的态度，对护理工作满腔热情，将耐心、细心、热心、责任心贯穿于整个护理工作，工作尽职尽责、踏踏实实。练就了扎实的基本功。护理工作得到了老师的好评和认可。四年的大学学习生活虽然即将结束，但学海无涯，在今后的工作中我将更加重视学习，理论与实际相结合，从而达到学习与实践统一</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工作方面，我积极参加各种实践活动。大学四年中，我参加了不少的校内活动和社会实践活动。参加校内的活动可以认识更多的同学，增加了与其他同学交流和向其他同学学习的机会，锻炼了自己的交际能力。利用寒暑假和节假日，我参加了一些社会实践活动，做过志愿者、促销员、话务员等等。这些各式各样的社会实践活动锻炼出了我吃苦耐劳，工作认真，有较强的团队合作的精神，大大提高了我的社会适应的能力，为我今后的工作打下了坚实的基础。我会继续努力学习，不断充实自己，完善自我。</w:t>
      </w:r>
      <w:r>
        <w:rPr>
          <w:lang w:eastAsia="zh-CN"/>
        </w:rPr>
        <w:br/>
      </w:r>
      <w:r>
        <w:rPr>
          <w:lang w:eastAsia="zh-CN"/>
        </w:rPr>
        <w:t>　　身体和心理方面，大学四年里，我积极参加学校、系和班级里组织的各项体育活动，身体健康，体育合格标准达标。曾荣获校“优秀运动员”称号。在心理方面，遇事冷静思考，加以认真对待，勇于自我检讨，锻炼自己具备坚强的意志，塑造健康人格。日常生活方面，为人诚实守信，乐于助人，能够与同学和睦相处，互相学习，共同进步。</w:t>
      </w:r>
      <w:r>
        <w:rPr>
          <w:lang w:eastAsia="zh-CN"/>
        </w:rPr>
        <w:br/>
      </w:r>
      <w:r>
        <w:rPr>
          <w:lang w:eastAsia="zh-CN"/>
        </w:rPr>
        <w:t>　　当然，四年中的我，曾也悲伤过、失落过、苦恼过，委屈过，这缘由于我的不足和缺陷。人生总难免有缺点，四年的学习生活我发现自己的不足在于专业知识水平还有待进一步提高，而且社会阅历和经验也太少，这些我都会在今后努力提高、完善自己的。</w:t>
      </w:r>
      <w:r>
        <w:rPr>
          <w:lang w:eastAsia="zh-CN"/>
        </w:rPr>
        <w:br/>
      </w:r>
      <w:r>
        <w:rPr>
          <w:lang w:eastAsia="zh-CN"/>
        </w:rPr>
        <w:t>　　难忘而多姿的大学生活即将逝去，并不意味着我将结束自己的学习生涯，相反，它为我开启了另一扇求学的大门，即将步入社会大学的我，依然会孜孜不倦的学习，在这即将告别美好大学生活、踏上社会征途的时刻，我将以饱满的热情、坚定的信念、高度的责任感去迎接新的挑战，攀登新的高峰。</w:t>
      </w:r>
      <w:r>
        <w:rPr>
          <w:lang w:eastAsia="zh-CN"/>
        </w:rPr>
        <w:br/>
      </w:r>
      <w:r>
        <w:rPr>
          <w:lang w:eastAsia="zh-CN"/>
        </w:rPr>
        <w:t xml:space="preserve">    大二学年自我总结范文 篇9 </w:t>
      </w:r>
      <w:r>
        <w:rPr>
          <w:lang w:eastAsia="zh-CN"/>
        </w:rPr>
        <w:br/>
      </w:r>
      <w:r>
        <w:rPr>
          <w:lang w:eastAsia="zh-CN"/>
        </w:rPr>
        <w:t>　　大二学年仿佛在眨眼之间就给了结了，但托腮沉思，也能找到不少安慰自己的东西什物。大二我有幸荣任本班班长，可以说，这为我本学年的生活学习奠定了基调：紧张却充实，繁忙也信步。</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工作上，我努力做好份内外之事，认真履行上情下达下情上传，为同学服务，为老师分忧的职责。尽心尽力地做好每一件事，包括组织班级活动，评选优胜同学，进一步凝聚班风，优良学风。我不敢说，我所的付出得到了全班所有同学和老师的好评，但我定能言我得到了自己的赞扬和好评;</w:t>
      </w:r>
      <w:r>
        <w:rPr>
          <w:lang w:eastAsia="zh-CN"/>
        </w:rPr>
        <w:br/>
      </w:r>
      <w:r>
        <w:rPr>
          <w:lang w:eastAsia="zh-CN"/>
        </w:rPr>
        <w:t>　　在学习上，我始终不忘班长以身作则之要务，自始至终地严于律己。这一年，我从未因私事而去请假，因公而故意迟到早退，尽管班长杂事较多，但我仍然加强各门课程的学习，未敢有丝毫懈怠。一年下来，我的智育成绩在全金融系名列第一，为此我曾不止一次地怯喜与自豪!在学好自己专业课程的同时，我还积极考证，大二年级我顺利通过CET—6级考试，国家计算机二级考试;</w:t>
      </w:r>
      <w:r>
        <w:rPr>
          <w:lang w:eastAsia="zh-CN"/>
        </w:rPr>
        <w:br/>
      </w:r>
      <w:r>
        <w:rPr>
          <w:lang w:eastAsia="zh-CN"/>
        </w:rPr>
        <w:t>　　在实践生活中，我花了近二十多天的时间独走深圳，感受到了大都市的呼吸，金融城市的霓红与浪漫，也看到了自己专业朝阳般的前景。在深圳的几天时间里，我通过与太平洋保险公司在深的一分理处的关系，实践了销售保单的过程，先后走过盐田罗湖龙岗宝安福田五区，在感受到困难及艰难之时，也让我形成了一种更坚韧的性情。</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如果说真正的成绩要用证书来证明的话，我想我还是资格小及此事的。这一年里我先后获得：海南大学优秀学生干部特别奖学金、海南大学优秀共青团员、海南大学金光助学金一等奖、海南省优秀贫困大学生三等奖、海南大学三好学生一等奖学金。看着这些些成绩，说句心里话，我很开心，惟一遗憾的是父亲没能看到。但我很清楚，这些成绩只能说明自己某些方面的骄人之处，而自己仍有很多的问题或缺点亟需提升。这一年里，可以说我得到了很多，但同时也失去了很多太沉的东西，由于不具备“成本—收益”的可分析性，所以没法来量比我的得与失，况且我也不想，用坚强来抵档这种偶尔比量后的痛苦真的很痛苦。</w:t>
      </w:r>
      <w:r>
        <w:rPr>
          <w:lang w:eastAsia="zh-CN"/>
        </w:rPr>
        <w:br/>
      </w:r>
      <w:r>
        <w:rPr>
          <w:lang w:eastAsia="zh-CN"/>
        </w:rPr>
        <w:t>　　今天，我想这样结尾：我为之恐惧的景象，当然还没有绝迹，孕育这些景象的高原依旧矗立。不幸的是，在与河流赛跑的队列中，我应该是最清醒的，像一圈圈蚂蚁在腐朽的牛骨上雕刻出的花纹!</w:t>
      </w:r>
      <w:r>
        <w:rPr>
          <w:lang w:eastAsia="zh-CN"/>
        </w:rPr>
        <w:br/>
      </w:r>
      <w:r>
        <w:rPr>
          <w:lang w:eastAsia="zh-CN"/>
        </w:rPr>
        <w:t>　　珍贵的大二生活，已匆匆向我挥手告别，未知的生活正向我展露微笑，回顾我所走过的路，对自己做个小结，看看自己这一年的得失，也为了看清将来要走的路。</w:t>
      </w:r>
      <w:r>
        <w:rPr>
          <w:lang w:eastAsia="zh-CN"/>
        </w:rPr>
        <w:br/>
      </w:r>
      <w:r>
        <w:rPr>
          <w:lang w:eastAsia="zh-CN"/>
        </w:rPr>
        <w:t xml:space="preserve">    大二学年自我总结范文 篇10 </w:t>
      </w:r>
      <w:r>
        <w:rPr>
          <w:lang w:eastAsia="zh-CN"/>
        </w:rPr>
        <w:br/>
      </w:r>
      <w:r>
        <w:rPr>
          <w:lang w:eastAsia="zh-CN"/>
        </w:rPr>
        <w:t>　　学期，新气象。我们迎来了新学校，新教室，新课堂。开学第二天是接新生的日子，看着大一新生入学的样子，就仿佛看到当初我们进校园的时候，如含苞待放的花朵，有着想绽放的梦想，满怀着喜悦，跨入了一条新的旅程，这条旅程决定着我们的未来，所以一定要全力以赴。</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如今我已经是大二的学生了，面对着过去的一年，我在思考着，过去的一年，我到底做了什么，又收获些了什么，是否有目的的前行。其实，这一学期，刚开学时，我是迷茫的，在过去的一年，我就跟高中生一样认真的听课，并没有过多的思考，在学生会学习部的工作，也只是学会了一些基础的东西，有点被动，并没有勇气去承担一些麻烦的事物。但也不能否定的是，现在的我，比以前更大胆，虽没有主动学习，但对于某些事也有了一些自己的想法，并把自己所学的工作知识用到了为班级写简报等事情上，也把所学的专业知识用到了酒店实习工作中，并证明了专业知识的重要性，促使我更加认真的学习专业知识，活学活用，而不是一成不变。</w:t>
      </w:r>
      <w:r>
        <w:rPr>
          <w:lang w:eastAsia="zh-CN"/>
        </w:rPr>
        <w:br/>
      </w:r>
      <w:r>
        <w:rPr>
          <w:lang w:eastAsia="zh-CN"/>
        </w:rPr>
        <w:t>　　通过了过去一年的生活，我懂得了自己的不足，也明白了大学生活是丰富多彩的，在学习部的工作，让我懂得了团队意识，和在书本上学不到的相处之道。或许，有些人会想，为什么别人的大学生活那么精彩，而我的呢，除了睡觉，还是睡觉，是多么的无聊。对此，我只能说，与其抱怨，不如好好想想自己想要的是什么生活。对于自己的大学生活，有目标、有梦想的前行了吗?我始终相信一句话：当你在休息的时候，别忘了别人还在奔跑。大学三年，说长不长，说短不短，只有自己为自己的梦想奋斗了，才会过得充实。在过去的一年，遗憾的是，没获取相应的证书，以及自己还有很多不足，鉴于以上，我对以后的大学生活计划如下：</w:t>
      </w:r>
      <w:r>
        <w:rPr>
          <w:lang w:eastAsia="zh-CN"/>
        </w:rPr>
        <w:br/>
      </w:r>
      <w:r>
        <w:rPr>
          <w:lang w:eastAsia="zh-CN"/>
        </w:rPr>
        <w:t>　　1.平时学习。 除了认真听讲课以外，还要就专业知识，多思考，多阅读。 布置的课后作业，下课后积极地收集资料完成，并努力做到最好。多锻炼自己在台上的表达能力，以及平时与他人的沟通力，与他人和谐相处，微笑面对一些困难。</w:t>
      </w:r>
      <w:r>
        <w:rPr>
          <w:lang w:eastAsia="zh-CN"/>
        </w:rPr>
        <w:br/>
      </w:r>
      <w:r>
        <w:rPr>
          <w:lang w:eastAsia="zh-CN"/>
        </w:rPr>
        <w:t>　　2.专业考证。 面对一年后的实习，我意识到，考证的时间越来越少，我们一定要利用剩下的时间，认真看书，自觉学习有关专业考证的相关书籍。我们正在与时间赛跑，争分夺秒。</w:t>
      </w:r>
      <w:r>
        <w:rPr>
          <w:lang w:eastAsia="zh-CN"/>
        </w:rPr>
        <w:br/>
      </w:r>
      <w:r>
        <w:rPr>
          <w:lang w:eastAsia="zh-CN"/>
        </w:rPr>
        <w:t>　　3.学习英语。</w:t>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在去年寒假在酒店实习，我意识到英语的重要性。想要在酒店行业走得越远，就得国际化，英语是必不可少的，所以，这学期我会加强英语方面的学习。</w:t>
      </w:r>
      <w:r>
        <w:rPr>
          <w:lang w:eastAsia="zh-CN"/>
        </w:rPr>
        <w:br/>
      </w:r>
      <w:r>
        <w:rPr>
          <w:lang w:eastAsia="zh-CN"/>
        </w:rPr>
        <w:t>　　4.提高综合能力。 就个人而言，我认为学知识不仅限于课本上，生活处处是学问。与老师多沟通，与班级委员一起为班级举办活动，增强同学们之间的友谊。在不影响学习的情况下，出外兼职，锻炼自己的胆量，积累社会实践经验。</w:t>
      </w:r>
      <w:r>
        <w:rPr>
          <w:lang w:eastAsia="zh-CN"/>
        </w:rPr>
        <w:br/>
      </w:r>
      <w:r>
        <w:rPr>
          <w:lang w:eastAsia="zh-CN"/>
        </w:rPr>
        <w:t>　　当花朵绽放之日，便是我们成功之日。在那之前，我们必须做好自己的本分，用青春拥抱未来，为梦想而奋斗。相信在不久的将来，我们都可以做到!</w:t>
      </w:r>
      <w:r>
        <w:rPr>
          <w:lang w:eastAsia="zh-CN"/>
        </w:rPr>
        <w:br/>
      </w:r>
      <w:r>
        <w:rPr>
          <w:lang w:eastAsia="zh-CN"/>
        </w:rPr>
        <w:t xml:space="preserve">    大二学年自我总结范文 篇11 </w:t>
      </w:r>
      <w:r>
        <w:rPr>
          <w:lang w:eastAsia="zh-CN"/>
        </w:rPr>
        <w:br/>
      </w:r>
      <w:r>
        <w:rPr>
          <w:lang w:eastAsia="zh-CN"/>
        </w:rPr>
        <w:t>　　20_-20_学年总结另人怀念的大二学年的生活已经过去了。我在大一取得了一定的成绩,而在这一年依然在已打下的初步基础上不断的挑战自我、充实自己，为实现人生的价值打下更加坚实的基础而不懈努力。下面就本人这学年的校园生活主要进行一下总结。</w:t>
      </w:r>
      <w:r>
        <w:rPr>
          <w:lang w:eastAsia="zh-CN"/>
        </w:rPr>
        <w:br/>
      </w:r>
      <w:r>
        <w:rPr>
          <w:lang w:eastAsia="zh-CN"/>
        </w:rPr>
        <w:t>　　学习上：大二这一年我一直在提醒自己，一定要把成绩搞上去，毕竟到了大学，还是学生，主要任务还是学习。在专业课的学习上，做到课后多总结，并联系实际，把课本知识与现实生活中的相比较，这样更有利于专业知识的掌握，有利于培养自己的专业兴趣。大一通过了大学英语四级，但是大二两次六级考试都没能通过，希望这学期能够把它pass。但是通过自己的努力，在大二上学期通过省计算机二级。在上学年的期末考试中，基本能取得自己满意的成绩，但在部分学科上学习并不是那么认真，这可能是兴趣的问题吧，但这不能成为借口，既然选择，就要去面对，并不能逃避现实。</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工作上：为了使自己成为一个全面发展的高素质大学生，我从各个方面锻炼和提高自己。作为班长，在班主任和带领下以及和同学们的共同努力之下，各项工作开展的井然有序，认真完成了分院布置的各项工作任务。日常工作中，注意与各科老师和同学们进行沟通，发挥好班长的作用。虽然取得了这些成绩，但仍有很多遗憾，还需在新学年中更努力的工作。</w:t>
      </w:r>
      <w:r>
        <w:rPr>
          <w:lang w:eastAsia="zh-CN"/>
        </w:rPr>
        <w:br/>
      </w:r>
      <w:r>
        <w:rPr>
          <w:lang w:eastAsia="zh-CN"/>
        </w:rPr>
        <w:t>　　思想上:积极向党组织靠拢，接受党的考验。积极改造自己的世界观、人生观、价值观。学年中虽然没有成为党员，但今后我会更加努力的严格要求自己，搞好师生关系，搞好同学关系，搞好朋友关系，以一个党员的标准严格要求自己，以实际行动来展现在党的教育下的当代大学生的风采。</w:t>
      </w:r>
      <w:r>
        <w:rPr>
          <w:lang w:eastAsia="zh-CN"/>
        </w:rPr>
        <w:br/>
      </w:r>
      <w:r>
        <w:rPr>
          <w:lang w:eastAsia="zh-CN"/>
        </w:rPr>
        <w:t>　　生活上: 我积极培养向上的生活态度和广泛的兴趣爱好。尽量与舍友、同班同学搞好关系，与同学互帮互助，并结识了很多其它学院的同学成为了很好的朋友。</w:t>
      </w:r>
      <w:r>
        <w:rPr>
          <w:lang w:eastAsia="zh-CN"/>
        </w:rPr>
        <w:br/>
      </w:r>
      <w:r>
        <w:rPr>
          <w:lang w:eastAsia="zh-CN"/>
        </w:rPr>
        <w:t>　　以上是我对大二整个学年的个人总结，回顾过去展望未来，在以后的学习工作生活中更加努力，使自己成为社会需要的人才。</w:t>
      </w:r>
      <w:r>
        <w:rPr>
          <w:lang w:eastAsia="zh-CN"/>
        </w:rPr>
        <w:br/>
      </w:r>
      <w:r>
        <w:rPr>
          <w:lang w:eastAsia="zh-CN"/>
        </w:rPr>
        <w:t xml:space="preserve">    大二学年自我总结范文 篇12 </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大二整整一年就这么结束了，感觉时间过的真的很快，转眼大学的生活之剩下三分之一。大二这一年的生活不似大一，感觉大一是在不断的摸索中前行，而步入大二时则已完全适应了大学生活，从起初的迷茫到渐渐的转为目标清晰。但是能够肯定的说，无论是大一还是大二，我始终一如既往的努力对待自我认为重要的，值得为之付出的事!</w:t>
      </w:r>
      <w:r>
        <w:rPr>
          <w:lang w:eastAsia="zh-CN"/>
        </w:rPr>
        <w:br/>
      </w:r>
      <w:r>
        <w:rPr>
          <w:lang w:eastAsia="zh-CN"/>
        </w:rPr>
        <w:t>　　下方就是我自我在大二一学年的学习、生活和思想所做的一个认真的总结，以便为自我今后的大学及人生道路做一个铺垫。</w:t>
      </w:r>
      <w:r>
        <w:rPr>
          <w:lang w:eastAsia="zh-CN"/>
        </w:rPr>
        <w:br/>
      </w:r>
      <w:r>
        <w:rPr>
          <w:lang w:eastAsia="zh-CN"/>
        </w:rPr>
        <w:t>　　两年的大学生活让我学会了很多，领悟了很多，因此也成长了很多。大一大二把时间要花更多的时间在学校外面，让自我接触社会，了解与自我专业接轨的工作。大二一年，也参加了不少学校社团组织的活动，丰富自身的大学生活，认识了不少人，胆量也变大了，学会了主动跟老师，跟同学交流，改善了待人接物等各方面的不足。</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学习方面，自我觉得不是很满意。不是自我没努力，就是觉得没有大一时的那种感觉，那种冲劲。虽然不挂科是我的最低要求，也应了自我的愿，没有挂过科，但始终有一种淡淡的失落感。按理来说，没有在班里担任职务什么的，也不似大一时有很多活动参加，花在学习上的时间会更多，学习效果就应会好一点，但是结果并非我所想。可能是没有静下心来，可能是对大学的考试感到失望，无论复习的多好，准备的多充分，考的结果总是不尽人意。大一的时候，还满怀着激情和信心，到了大二，看到令人无语的学习环境，让人无语的学习风气，自我的心也就焉了一截。平时在寝室里、自习室里，还是图书馆，较难看到学习的身影，有的只是整日对着电脑。平时的作业，也是几个同学做完了，大家拿来拷贝一下;考试，也是在接到通知前几天突击一下，或做做小抄，不注重经过，只注重结果。这些都已无形中成了我们的习惯。事实就是这样，但是都已过去了，不应只是发泄自我的不满，更重要的是总结一下，找找原因，然后慢慢解决，这样才能在学习上有所长进。</w:t>
      </w:r>
      <w:r>
        <w:rPr>
          <w:lang w:eastAsia="zh-CN"/>
        </w:rPr>
        <w:br/>
      </w:r>
      <w:r>
        <w:rPr>
          <w:lang w:eastAsia="zh-CN"/>
        </w:rPr>
        <w:t>　　而在思想上方，我觉得是很重要的一部分。把自我思想上的成熟归结为自我成长的一个过程，一个不可或缺的，不断沉淀的过程。思想是一切行动的指南，而提高思想修养，提高自身素质的主要方式有学习、工作、社会阅历和书籍。前三者已在上方做了稍微的总结，在阅读书籍方面，在大二一年中，我阅读了部分的国内外名著和名人传记，给了我蛮大的收获，一些经典在我的思想中，在潜移默化的影响着我。在以后的个，我还是会一日既往的看书、读人、接触社会提高自我的思想修为。</w:t>
      </w:r>
      <w:r>
        <w:rPr>
          <w:lang w:eastAsia="zh-CN"/>
        </w:rPr>
        <w:br/>
      </w:r>
      <w:r>
        <w:rPr>
          <w:lang w:eastAsia="zh-CN"/>
        </w:rPr>
        <w:t>　　以上这些就是我对大二这学年的生活、学习以及思想方面的总结。我明白自我在很多方面还存在着不足，在接下来的一年中，我会沿着自我制定的计划，越挫越勇!</w:t>
      </w:r>
      <w:r>
        <w:rPr>
          <w:lang w:eastAsia="zh-CN"/>
        </w:rPr>
        <w:br/>
      </w:r>
      <w:r>
        <w:rPr>
          <w:lang w:eastAsia="zh-CN"/>
        </w:rPr>
        <w:t xml:space="preserve">    大二学年自我总结范文 篇13 </w:t>
      </w:r>
      <w:r>
        <w:rPr>
          <w:lang w:eastAsia="zh-CN"/>
        </w:rPr>
        <w:br/>
      </w:r>
      <w:r>
        <w:rPr>
          <w:lang w:eastAsia="zh-CN"/>
        </w:rPr>
        <w:t>　　转瞬间已是踏入大学校门的第三年，回首过去的两年我不禁有些许感慨。回顾大二这一学年的生活，平淡而充实，简单而有味，经历了成功与失败，留下了眼泪与微笑。这些都让我迅速的成长，学着独立思考，学着为自己的选择负责，学着享受成功的喜悦，学着承受失败的痛苦，学着让自己变得成熟，学着长大;这两年里在老师的教导和同学们的帮助下，通过自身不懈的努力，在学习中不断成长、完善自我，使自己在思想政治、理论知识水平方面都有所提高。下面就我大二学年的所有情况进行总结。</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大二时早已从大一刚进大学的迷茫中走出来，对学习有了新的认识也有了新的计划。经过自己的坚持不懈的努力，我的弱项&amp;英语，有了新的突破，大二上学期我通过了英语四级等级考试，同时也通过了计算机二级等级考试。平时除了在课堂上认真学习课本知识的同时课后也尽量多浏览专业书刊以不断提高自己的专业知识水平。上课时我认真听讲、认真做好笔记，积极配合老师、同学开展各种课堂活动，并得到了老师同学们的好评。</w:t>
      </w:r>
      <w:r>
        <w:rPr>
          <w:lang w:eastAsia="zh-CN"/>
        </w:rPr>
        <w:br/>
      </w:r>
      <w:r>
        <w:rPr>
          <w:lang w:eastAsia="zh-CN"/>
        </w:rPr>
        <w:t>　　在实践上，我积极参加各种实践活动，特别是专业实践活动。我积极投入到每一场团体心理辅导活动当中，每一场团辅之前我都会与同学讨论交流然后制定活动方案，活动后认真进行反思、总结，并与同伴交流活动心得，从而不断提高自己主持活动的能力。大二上学期去东环小学见习，通过与小学生亲自接触，使我对小学生的心理有了新的认识。下学期玉林第四人民医院一行，通过认真聆听黄院长的讲座，面对面近距离地与精神病患者接触，使我对精神病者的了解不仅仅局限于书本，同时也为我今后学习相关的专业知识提供了帮助。在注重专业知识的同时我也积极参加社会实践活动、志愿者活动，并被评为了寒暑假社会实践积极分子。</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记得一位教官说过：我觉得所有的乐趣都是在你走了很久之后，重新回头去看的时候，能找到我为什么走了这么久的理由。因为做眼前任何事的时候都是痛苦的，走了很久当你回头去看时你会发现自己在进步。喜欢一句话，是因为它能够触动我们心里的某一个地方。它给我印象很深，因为我想到了自己学专业基础课时的情形。不可否认我们专业的课程很难，知识很多、很杂，看不懂、不理解、概念不清、建不起模型。自己从心里排斥着，每次都是硬着头皮去看、去理解、去琢磨。想起那些在图书馆苦读的片段，记起那些在课上认真听老师讲课的日子，还有那些由于课上没有完成实验而自己一人在实验室苦干的影象，也正是这些点点滴滴印迹的存在才让我觉得时间没有白流。它不仅仅让我学习到了知识，养成了良好的习惯，更重要的是让我一次次的战胜了自己。一个学年就这么跌跌撞撞的过去了，付出的努力，也让我取得了比较满意的成绩。我知道自己每一天的努力奋斗，都是在为自己的目标打基础，都是在为自己的未来做铺垫，所以现在受到的所有辛苦都是值得的。</w:t>
      </w:r>
      <w:r>
        <w:rPr>
          <w:lang w:eastAsia="zh-CN"/>
        </w:rPr>
        <w:br/>
      </w:r>
      <w:r>
        <w:rPr>
          <w:lang w:eastAsia="zh-CN"/>
        </w:rPr>
        <w:t>　　大二一学年里我团结同学，尊敬师长，热爱班集体，在学习和生活上为同学做力所能及的事，与同学关系十分融洽。平时常常和同学交流学习心得，总结专业实践经验。积极参加班集体活动，如烧烤、班级晚会、联谊等等，这不仅增进了我与同学们之间的感情，同时也提高了我的交际能力，为我今后走入社会打下基础。</w:t>
      </w:r>
      <w:r>
        <w:rPr>
          <w:lang w:eastAsia="zh-CN"/>
        </w:rPr>
        <w:br/>
      </w:r>
      <w:r>
        <w:rPr>
          <w:lang w:eastAsia="zh-CN"/>
        </w:rPr>
        <w:t>　　在修养方面，通过阅读各类科学书刊不断提高自己的文化知识修养，此外我还参加了拉丁舞培训班。在思想上，我积极进取，努力向党组织靠拢。大二上学期我参加了党课培训，并顺利结业，大二下学期我还被评为了优秀团员。生活上，我勤俭节约，艰苦朴素，不铺张浪费。</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作为学生，我们一定要记住，学习就是我们的职业。这份职业同样需要有智慧、毅力和恒心。大学学习的主要特点就是在于主观能动性，在于我们主动自觉地学习。因此，培养和提高自学能力，是大学生必须具备的本领。当然，我们应该有些新的追求，只有当我们有了追求时，我们的大学生活才不会迷茫，在学习和生活当中也会少一些彷徨。在新的一学年里，我为自己设定一个大致的方向，加强所学专业的知识学习，增加专业书籍的阅读量，把握机会拓展自己的人际关系网，提升自己的动手实践能力。</w:t>
      </w:r>
      <w:r>
        <w:rPr>
          <w:lang w:eastAsia="zh-CN"/>
        </w:rPr>
        <w:br/>
      </w:r>
      <w:r>
        <w:rPr>
          <w:lang w:eastAsia="zh-CN"/>
        </w:rPr>
        <w:t>　　大二一学年里我的不足之处在于，学习上恒心不足，偶尔会放松对自己的要求，在活动中有时会不够自信。针对这些缺点，在今后的学习生活中，我定会加强警惕性，不断警醒自己，鼓励自己，鞭策自己朝着目标不断前进。</w:t>
      </w:r>
      <w:r>
        <w:rPr>
          <w:lang w:eastAsia="zh-CN"/>
        </w:rPr>
        <w:br/>
      </w:r>
      <w:r>
        <w:rPr>
          <w:lang w:eastAsia="zh-CN"/>
        </w:rPr>
        <w:t>　　以上是我对大二一学年来各方面表现的总结，总的来说大二一年来我勤奋学习，积极参加实践活动，团结同学，努力提高自我，思想进步!</w:t>
      </w:r>
      <w:r>
        <w:rPr>
          <w:lang w:eastAsia="zh-CN"/>
        </w:rPr>
        <w:br/>
      </w:r>
      <w:r>
        <w:rPr>
          <w:lang w:eastAsia="zh-CN"/>
        </w:rPr>
        <w:t>　　经过大二一学年的磨砺，我已经懂得，每个人都像一个开启的系统，在进化过程中需要不断地自我组织、自我构建。所以去掉那些无谓的焦虑，没用的迷茫，扎扎实实的学好专业知识，多看书籍开阔视野，提高自己的综合素质 大二学年个人总结。</w:t>
      </w:r>
      <w:r>
        <w:rPr>
          <w:lang w:eastAsia="zh-CN"/>
        </w:rPr>
        <w:br/>
      </w:r>
      <w:r>
        <w:rPr>
          <w:lang w:eastAsia="zh-CN"/>
        </w:rPr>
        <w:t>　　回首过去，心中无限感慨，展望未来，相信依旧灿烂。学习中的收获，生活中的点滴，思想上的感悟，让我久久不能释怀。两年的大学生活，它是生动的，更是多彩的;它是实践的，更是财富的。明天的我，将启航扬帆，驶向我理想的目标。</w:t>
      </w:r>
      <w:r>
        <w:rPr>
          <w:lang w:eastAsia="zh-CN"/>
        </w:rPr>
        <w:br/>
      </w:r>
      <w:r>
        <w:rPr>
          <w:lang w:eastAsia="zh-CN"/>
        </w:rPr>
        <w:t xml:space="preserve">    大二学年自我总结范文 篇14 </w:t>
      </w:r>
      <w:r>
        <w:rPr>
          <w:lang w:eastAsia="zh-CN"/>
        </w:rPr>
        <w:br/>
      </w:r>
    </w:p>
    <w:p w:rsidR="001B1F19" w14:textId="27C3F48A">
      <w:pPr>
        <w:rPr>
          <w:lang w:eastAsia="zh-CN"/>
        </w:rPr>
      </w:pPr>
      <w:r>
        <w:rPr>
          <w:lang w:eastAsia="zh-CN"/>
        </w:rPr>
        <w:t>　　时光荏苒，偷走啦我的大一和大二的时光，转眼间大学生活已经过去啦一半！回顾自己的大学生活真实感慨万千！想想自己刚进大学的雄心壮志，想想自己现在的“萎靡不振”！感觉惭愧的无处藏身！</w:t>
      </w:r>
      <w:r>
        <w:rPr>
          <w:lang w:eastAsia="zh-CN"/>
        </w:rPr>
        <w:br/>
      </w:r>
      <w:r>
        <w:rPr>
          <w:lang w:eastAsia="zh-CN"/>
        </w:rPr>
        <w:t>　　大一的时候感觉刚刚从高中的牢笼里出来，自己自由啦，上网玩游戏，逃课，打球，不管有用的没用的自己都做啦，就是没有吧自己的学习搞起来！说实话，自己现在想一想，我错过啦很多东西！这些东西是我现在觉得非常重要的东西，比如说学习成绩啊，和很多必修课程啊！没有办法，世界上没有后悔药可吃，我所能做的只能是抓紧今天！但是很不幸这种很浪费时间的状态一直持续到大二的上学期！大二下学期我感觉自己突然醒悟，明白啦我自己内心真正想要的的东西，真想自己的一个同学所说的那样：只有学进自己脑子里的东西才是自己的，别人想拿也拿不走！所以大二下学期我开始为我的将来打算，认真学习，增加自己各方面的贮备！所以我觉得的的大学生活是从大二下半学期开始的！</w:t>
      </w:r>
      <w:r>
        <w:rPr>
          <w:lang w:eastAsia="zh-CN"/>
        </w:rPr>
        <w:br/>
      </w:r>
      <w:r>
        <w:rPr>
          <w:lang w:eastAsia="zh-CN"/>
        </w:rPr>
        <w:t>　　大二下半学期我认真的学习，不逃课，上课认真听讲，认真的完成自己的作业，课余时间注意锻炼自己的身体，协会方面我也尽量的推脱，争取自己的时间！</w:t>
      </w:r>
      <w:r>
        <w:rPr>
          <w:lang w:eastAsia="zh-CN"/>
        </w:rPr>
        <w:br/>
      </w:r>
      <w:r>
        <w:rPr>
          <w:lang w:eastAsia="zh-CN"/>
        </w:rPr>
        <w:t>　　这年大三，我决定要沉下心来为我的以后找工作做好各种准备，学习，人际课外知识，专业知识，应聘技巧，等等。</w:t>
      </w:r>
      <w:r>
        <w:rPr>
          <w:lang w:eastAsia="zh-CN"/>
        </w:rPr>
        <w:br/>
      </w:r>
      <w:r>
        <w:rPr>
          <w:lang w:eastAsia="zh-CN"/>
        </w:rPr>
        <w:t>　　加油，看我表现！</w:t>
      </w:r>
      <w:r>
        <w:rPr>
          <w:lang w:eastAsia="zh-CN"/>
        </w:rPr>
        <w:br/>
      </w:r>
      <w:r>
        <w:rPr>
          <w:lang w:eastAsia="zh-CN"/>
        </w:rPr>
        <w:t xml:space="preserve">    大二学年自我总结范文 篇15 </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https://d.book118.com/747046140060006052</w:t>
        </w:r>
      </w:hyperlink>
    </w:p>
    <w:p w:rsidR="001B1F19">
      <w:pPr>
        <w:rPr>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7046140060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