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爱的教育读书心得 《爱的教育》读书心得体会（30篇）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爱的教育读书心得 《爱的教育》读书心得体会（通用30篇）</w:t>
      </w:r>
      <w:r>
        <w:rPr>
          <w:lang w:eastAsia="zh-CN"/>
        </w:rPr>
        <w:br/>
      </w:r>
      <w:r>
        <w:rPr>
          <w:lang w:eastAsia="zh-CN"/>
        </w:rPr>
        <w:t xml:space="preserve">    爱的教育读书心得 《爱的教育》读书心得体会 篇1 </w:t>
      </w:r>
      <w:r>
        <w:rPr>
          <w:lang w:eastAsia="zh-CN"/>
        </w:rPr>
        <w:br/>
      </w:r>
      <w:r>
        <w:rPr>
          <w:lang w:eastAsia="zh-CN"/>
        </w:rPr>
        <w:t>　　当我看完这篇文章后，我不禁为少年爱国的热情所感染。一个人在如此恶略的情况下，还不忘自己的国家，为国家争夺尊严。勇敢、坚强、为国家利益愿牺牲一切，这才是镇长的意大利精神。</w:t>
      </w:r>
      <w:r>
        <w:rPr>
          <w:lang w:eastAsia="zh-CN"/>
        </w:rPr>
        <w:br/>
      </w:r>
      <w:r>
        <w:rPr>
          <w:lang w:eastAsia="zh-CN"/>
        </w:rPr>
        <w:t>　　但在我们当中，又有多少能和这位少年相比。清朝咸丰皇帝昏庸无道，整日不为公事游山玩水。国库空虚，他便变本加厉向百姓纳税，民不聊生。列强侵略中国时，他却在承德避暑山庄逍遥自在，完全不顾百姓安危。他一人就和列强签订了三次不平等条约，却还不顾国家尊严，照常不理国事。</w:t>
      </w:r>
      <w:r>
        <w:rPr>
          <w:lang w:eastAsia="zh-CN"/>
        </w:rPr>
        <w:br/>
      </w:r>
      <w:r>
        <w:rPr>
          <w:lang w:eastAsia="zh-CN"/>
        </w:rPr>
        <w:t>　　清朝慈禧太后挪用建海军的公款为自己过寿、修建颐和园，八国联军侵华，她便带幼年的宣统逃跑。维新变法时，因为牵扯到她的利益，她便中止维新，大肆屠杀维新志士，囚禁了光绪皇帝。他们和那位牺牲自己利益而保全国家尊严的少年简直是天壤之别。</w:t>
      </w:r>
      <w:r>
        <w:rPr>
          <w:lang w:eastAsia="zh-CN"/>
        </w:rPr>
        <w:br/>
      </w:r>
      <w:r>
        <w:rPr>
          <w:lang w:eastAsia="zh-CN"/>
        </w:rPr>
        <w:t>　　《爱的教育》不但是一本讲如何教书的书，更是一本讲如何去做人的书。</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xml:space="preserve">    爱的教育读书心得 《爱的教育》读书心得体会 篇2 </w:t>
      </w:r>
      <w:r>
        <w:rPr>
          <w:lang w:eastAsia="zh-CN"/>
        </w:rPr>
        <w:br/>
      </w:r>
      <w:r>
        <w:rPr>
          <w:lang w:eastAsia="zh-CN"/>
        </w:rPr>
        <w:t>　　“起始于辛劳，收结于平淡。”这是我们教育一线工作者的一生写照。也许有人会埋怨这样日复一日的生活太枯燥、太平凡、太琐碎。然而，我觉得自己很幸运，因为可以与淳朴天真的孩子生活在同一片蓝天下，咀嚼到甘甜，体味到精彩，这全都源于一个字——爱，她是那么真切地弥漫在我们的周围，一个微笑，一句问候，一个眼神亦或是一个手势，让我们随时都能感觉到它的温馨，都能感受到她如冰雪融化时，潺潺地清亮透彻的流水声。</w:t>
      </w:r>
      <w:r>
        <w:rPr>
          <w:lang w:eastAsia="zh-CN"/>
        </w:rPr>
        <w:br/>
      </w:r>
      <w:r>
        <w:rPr>
          <w:lang w:eastAsia="zh-CN"/>
        </w:rPr>
        <w:t>　　一、以教育为主题的美丽、可爱又动人的故事，应该很多，发生在你我大家的身上，大家都在从事教育工作，而且是最基层的教育工作人员，所接触到、感受到的故事应该最多，也最深刻，只是大家都没有把他记录下来而已，如果有机会加以整理，如同本书一样，一定叫好又叫座的一本好书。</w:t>
      </w:r>
      <w:r>
        <w:rPr>
          <w:lang w:eastAsia="zh-CN"/>
        </w:rPr>
        <w:br/>
      </w:r>
      <w:r>
        <w:rPr>
          <w:lang w:eastAsia="zh-CN"/>
        </w:rPr>
        <w:t>　　二、我们不要过分执着一个观念、一种行为模式、一种习惯，而要常求突破，要从不同角度，正、反方面整体思考来解決问題。我们应该养成反省思考的习惯，对任何事都要下困思勉型的功夫，才不至于被外界所困惑。</w:t>
      </w:r>
      <w:r>
        <w:rPr>
          <w:lang w:eastAsia="zh-CN"/>
        </w:rPr>
        <w:br/>
      </w:r>
      <w:r>
        <w:rPr>
          <w:lang w:eastAsia="zh-CN"/>
        </w:rPr>
        <w:t>　　三、看过的书颇多，很少再回味一遍，重新再来；写过的报告、资料也不少，也很少再重新翻开研读，事实上偶而重新品味一番，个中滋味又当从何说起？只能意会不能言传。我们经常在不知不觉当中只顾往前冲，忽略了反省与自觉的功夫，也常常在不知不觉当中，忽略了別人的感受。</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四、时代的产物中，造就了很多的读书人很会读书，很多学生光会读书，不会读人；只会做事、不会做人，个人过度重视IQ，忽视EQ；是学术界的巨人，却是生活中的侏儒；可以和电脑、机器、实验室对话，却无法与人沟通。</w:t>
      </w:r>
      <w:r>
        <w:rPr>
          <w:lang w:eastAsia="zh-CN"/>
        </w:rPr>
        <w:br/>
      </w:r>
      <w:r>
        <w:rPr>
          <w:lang w:eastAsia="zh-CN"/>
        </w:rPr>
        <w:t>　　从事教育工作，针对教育问题而言，通常也是值得思考的问题，到底哪些是“要”或者是“不要”？这个问题值得探讨和研究。</w:t>
      </w:r>
      <w:r>
        <w:rPr>
          <w:lang w:eastAsia="zh-CN"/>
        </w:rPr>
        <w:br/>
      </w:r>
      <w:r>
        <w:rPr>
          <w:lang w:eastAsia="zh-CN"/>
        </w:rPr>
        <w:t>　　一、教师的“要”：</w:t>
      </w:r>
      <w:r>
        <w:rPr>
          <w:lang w:eastAsia="zh-CN"/>
        </w:rPr>
        <w:br/>
      </w:r>
      <w:r>
        <w:rPr>
          <w:lang w:eastAsia="zh-CN"/>
        </w:rPr>
        <w:t>　　（一）教师要教育不要训斥：教育是引导而不是灌输，视学生为「有」而不是「无」。训斥则不容许学生说「不」，教育则潜移默化。</w:t>
      </w:r>
      <w:r>
        <w:rPr>
          <w:lang w:eastAsia="zh-CN"/>
        </w:rPr>
        <w:br/>
      </w:r>
      <w:r>
        <w:rPr>
          <w:lang w:eastAsia="zh-CN"/>
        </w:rPr>
        <w:t>　　（二）了解学生、认识学生、适时的赞美和接纳、鼓励与协助，培养学生挫折和容忍的价值判断能力等等，让学生快乐成长、茁壮，更会利用各种机会和家长取得联系，适时的提供教养子女的`咨询与方法，共同为学生的未来而努力。</w:t>
      </w:r>
      <w:r>
        <w:rPr>
          <w:lang w:eastAsia="zh-CN"/>
        </w:rPr>
        <w:br/>
      </w:r>
      <w:r>
        <w:rPr>
          <w:lang w:eastAsia="zh-CN"/>
        </w:rPr>
        <w:t>　　（三）教师要理解人性：要了解学生的感受，学生的反应、学生的心声也该仔细的聆听看看。</w:t>
      </w:r>
      <w:r>
        <w:rPr>
          <w:lang w:eastAsia="zh-CN"/>
        </w:rPr>
        <w:br/>
      </w:r>
      <w:r>
        <w:rPr>
          <w:lang w:eastAsia="zh-CN"/>
        </w:rPr>
        <w:t>　　（四）教师要多怜爱和鼓励</w:t>
      </w:r>
      <w:r>
        <w:rPr>
          <w:lang w:eastAsia="zh-CN"/>
        </w:rPr>
        <w:br/>
      </w:r>
      <w:r>
        <w:rPr>
          <w:lang w:eastAsia="zh-CN"/>
        </w:rPr>
        <w:t>　　（五）教师要专业，专业的精神表現在对国家、社会、学校、学生、教师与家长之认知</w:t>
      </w:r>
      <w:r>
        <w:rPr>
          <w:lang w:eastAsia="zh-CN"/>
        </w:rPr>
        <w:br/>
      </w:r>
      <w:r>
        <w:rPr>
          <w:lang w:eastAsia="zh-CN"/>
        </w:rPr>
        <w:t>　　二、教师的“不要”：</w:t>
      </w:r>
      <w:r>
        <w:rPr>
          <w:lang w:eastAsia="zh-CN"/>
        </w:rPr>
        <w:br/>
      </w:r>
      <w:r>
        <w:rPr>
          <w:lang w:eastAsia="zh-CN"/>
        </w:rPr>
        <w:t>　　（一）教师不要认为这行业是铁饭碗！打不破，要珍惜羽毛。</w:t>
      </w:r>
      <w:r>
        <w:rPr>
          <w:lang w:eastAsia="zh-CN"/>
        </w:rPr>
        <w:br/>
      </w:r>
      <w:r>
        <w:rPr>
          <w:lang w:eastAsia="zh-CN"/>
        </w:rPr>
        <w:t>　　（二）教师不要训斥与灌输，不强迫学生学习。</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（三）教师不要妄想“教育万能”，不是万能丹也不是特效药，有其极限。</w:t>
      </w:r>
      <w:r>
        <w:rPr>
          <w:lang w:eastAsia="zh-CN"/>
        </w:rPr>
        <w:br/>
      </w:r>
      <w:r>
        <w:rPr>
          <w:lang w:eastAsia="zh-CN"/>
        </w:rPr>
        <w:t>　　（四）教师不要过分执着“立竿见影”，潜移默化的过程导向，注重人格的培养，身心健康的引导。</w:t>
      </w:r>
      <w:r>
        <w:rPr>
          <w:lang w:eastAsia="zh-CN"/>
        </w:rPr>
        <w:br/>
      </w:r>
      <w:r>
        <w:rPr>
          <w:lang w:eastAsia="zh-CN"/>
        </w:rPr>
        <w:t>　　（五）教师不要悲观，要乐观以对，充滿希望与理想。</w:t>
      </w:r>
      <w:r>
        <w:rPr>
          <w:lang w:eastAsia="zh-CN"/>
        </w:rPr>
        <w:br/>
      </w:r>
      <w:r>
        <w:rPr>
          <w:lang w:eastAsia="zh-CN"/>
        </w:rPr>
        <w:t xml:space="preserve">    爱的教育读书心得 《爱的教育》读书心得体会 篇3 </w:t>
      </w:r>
      <w:r>
        <w:rPr>
          <w:lang w:eastAsia="zh-CN"/>
        </w:rPr>
        <w:br/>
      </w:r>
      <w:r>
        <w:rPr>
          <w:lang w:eastAsia="zh-CN"/>
        </w:rPr>
        <w:t>　　一个人要是有了一颗无私的爱心，就会是一个拥有一切高尚品质的人。在爱的教育这本感人的书中，处处都有这种人。</w:t>
      </w:r>
      <w:r>
        <w:rPr>
          <w:lang w:eastAsia="zh-CN"/>
        </w:rPr>
        <w:br/>
      </w:r>
      <w:r>
        <w:rPr>
          <w:lang w:eastAsia="zh-CN"/>
        </w:rPr>
        <w:t>　　小主人公恩利科是一个小学四年级的学生，生活条件相对优裕，家庭环境轻松、快乐、和谐，父亲是位工程师，父母都是乐善好施的人，常常教导恩利科要帮助穷人和有困难的人，恩利科有一本与父母及姐姐共享的日记，里面记载了恩利科平时的所作所为、所感所想，父母及姐姐所写的劝诫启发性，老师在课堂上所宣读的每月故事的，他告诉我们这些小读者，一个人从小不仅要学好各种文化知识，还要学习比这更重要的东西，那就是对祖国、对家乡、对人民、对父母、对师长、对同学、对周围所有人的爱与尊重。</w:t>
      </w:r>
      <w:r>
        <w:rPr>
          <w:lang w:eastAsia="zh-CN"/>
        </w:rPr>
        <w:br/>
      </w:r>
      <w:r>
        <w:rPr>
          <w:lang w:eastAsia="zh-CN"/>
        </w:rPr>
        <w:t>　　《爱的教育》里没有令人乏味的说教，也没有豪言壮语，更没有轰轰烈烈的英雄事迹。它所写的只是一些平凡而善良的人物，像少年鼓手、带病上课的老师、卖炭人、小石匠…以及他们的平凡的日常生活。正是这些看似平凡。实则真实、可信的技术，把读者带进一个爱的世界，让我们在爱中受到教育。这本书里充满了爱，充满了令人羡慕的爱。</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读了这本书，我印象最深刻的一篇日记是《我们的老师》。这篇日记里写了老师很亲切、很温柔，不管学生做错了什么事情，他都会原谅学生，对待学生就像对待自己的儿女一样。作者把老师和学生之间写得非常形象、生动，把他们之间发生的事情写得很具体。从中我知道了老师对学生的爱就像空气，每天都在我们身边，因其无影无形，常常会被我们忽略，其实他的意义已经融入了我们的生命。</w:t>
      </w:r>
      <w:r>
        <w:rPr>
          <w:lang w:eastAsia="zh-CN"/>
        </w:rPr>
        <w:br/>
      </w:r>
      <w:r>
        <w:rPr>
          <w:lang w:eastAsia="zh-CN"/>
        </w:rPr>
        <w:t>　　读完了《爱的教育》，让我深深地陷入了沉思，爱的教育是什么?我在书的封面找到了答案。素质教育就是爱的教育，对父母的爱、对老师的笑、对同学的关心，是我们做人的根本，也是其他素质的基础。</w:t>
      </w:r>
      <w:r>
        <w:rPr>
          <w:lang w:eastAsia="zh-CN"/>
        </w:rPr>
        <w:br/>
      </w:r>
      <w:r>
        <w:rPr>
          <w:lang w:eastAsia="zh-CN"/>
        </w:rPr>
        <w:t>　　我希望同学们和我一样，在爱的海洋里畅游，让我们把《爱的教育》中的爱饰演到我们的生活中吧。</w:t>
      </w:r>
      <w:r>
        <w:rPr>
          <w:lang w:eastAsia="zh-CN"/>
        </w:rPr>
        <w:br/>
      </w:r>
      <w:r>
        <w:rPr>
          <w:lang w:eastAsia="zh-CN"/>
        </w:rPr>
        <w:t xml:space="preserve">    爱的教育读书心得 《爱的教育》读书心得体会 篇4 </w:t>
      </w:r>
      <w:r>
        <w:rPr>
          <w:lang w:eastAsia="zh-CN"/>
        </w:rPr>
        <w:br/>
      </w:r>
      <w:r>
        <w:rPr>
          <w:lang w:eastAsia="zh-CN"/>
        </w:rPr>
        <w:t>　　《爱的教育》是意大利著名儿童文学作家德·亚米契斯的著作，曾在世界上产生过广泛而深远的影响。</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它描述的是一个意大利四年级小学生安利柯所发生的故事。它是以日记形式表现出来的。在十个月中所记的日记里,包含了同学之间的爱,姐弟之间的爱,子女与父母间的爱,师生之间的爱,对祖国的爱。这本薄薄的小书，文字不多，但其内蕴却无比深厚与沉重。它用朴素平淡的语言，塑造出一个个貌似渺小，但实际上却很不平凡的人物：老铁匠、老泥瓦匠、买菜妇女、买炭人、卖柴人、老铁匠的儿子、老泥瓦匠的儿子、卖炭人的儿子、少年鼓手、带病上课的教员，等等。这些平凡的人物，能激起读者心中强烈的感情，对青少年以后的成长具有深远的影响。</w:t>
      </w:r>
      <w:r>
        <w:rPr>
          <w:lang w:eastAsia="zh-CN"/>
        </w:rPr>
        <w:br/>
      </w:r>
      <w:r>
        <w:rPr>
          <w:lang w:eastAsia="zh-CN"/>
        </w:rPr>
        <w:t>　　书中塑造了形形色色的小学生的形象，有表现优秀的，有表现差的，有成绩好的，有成绩差的，但每个学生都在本质上有其闪光的东西。这种闪光的东西只要能得到父母、老师和周围人们的挖掘、发现和培育，他们即使不能成为国家的栋梁，也会成为有益于社会的公民。</w:t>
      </w:r>
      <w:r>
        <w:rPr>
          <w:lang w:eastAsia="zh-CN"/>
        </w:rPr>
        <w:br/>
      </w:r>
      <w:r>
        <w:rPr>
          <w:lang w:eastAsia="zh-CN"/>
        </w:rPr>
        <w:t>　　“爱”是我们每个人经常挂在嘴边的一个字，可是我们常把爱想的他国华丽，而忽略我们周围纯朴的爱：如父母对子女无微不至的爱、老师对学生循循善诱、朋友间互相安慰……这些往往都被我们视为理所当然，而没有细细地加以体会。但如果你能静下心来对之加以体会，你会感觉到，人生，这是一个多么美好的东西啊!</w:t>
      </w:r>
      <w:r>
        <w:rPr>
          <w:lang w:eastAsia="zh-CN"/>
        </w:rPr>
        <w:br/>
      </w:r>
      <w:r>
        <w:rPr>
          <w:lang w:eastAsia="zh-CN"/>
        </w:rPr>
        <w:t xml:space="preserve">    爱的教育读书心得 《爱的教育》读书心得体会 篇5 </w:t>
      </w:r>
      <w:r>
        <w:rPr>
          <w:lang w:eastAsia="zh-CN"/>
        </w:rPr>
        <w:br/>
      </w:r>
      <w:r>
        <w:rPr>
          <w:lang w:eastAsia="zh-CN"/>
        </w:rPr>
        <w:t>　　每到星期天，热爱看书的我经常会去书店看书。这天，我又来到书店看书。在一个不显眼的角落里，一本书映入了我的眼帘</w:t>
      </w:r>
      <w:r>
        <w:rPr>
          <w:lang w:eastAsia="zh-CN"/>
        </w:rPr>
        <w:br/>
      </w:r>
      <w:r>
        <w:rPr>
          <w:lang w:eastAsia="zh-CN"/>
        </w:rPr>
        <w:t>　　这是一本用桃红色书皮包装的一本书，封面上方写了几个醒目的大字&amp;&amp;爱的教育，它的背景是一副感人的画：一个生病的母亲无力地坐在床上，她的儿子正在喂她吃药，母亲的脸上露出了甜甜地笑容。虽然药很苦，但母亲的心里肯定比吃了蜜糖还要甜。我略读了一两篇文章，很感动人，便买下了这本书</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这本书是说关于爱的故事。主人公是安利柯，他是一个优秀文明的小男孩。我还认识了很多可爱的孩子，卡隆，品学兼优的德罗西，勤奋的斯代地，可爱的波列科西他们给了安利柯最深厚的友情。当然，还有疼爱他的父母，令人尊敬的老师，他们给了安利柯最无私的爱。书中有很多感人的小故事，有《穷人》、《小石匠》、《感恩》等等。其中，《穷人》这篇文章深受我的喜爱。父亲对安利柯的一段话更是让我深受启发，他说：当你受到不幸的时候，别人帮助你，可别人有困难的时候，你应该伸出你的援助之手去帮助别人，你愿意看到和你一样活泼可爱的小孩为了温饱努力挣扎吗?那是一件多么寒心的事呀!是呀，在我遇到困难时，心里有烦脑时，我总能得到来自他人的关爱，或许是父母，或许是老师，或许是同学，或许是素不相识的路人有了他们的帮助，成长的路上，我才能拥有七彩的阳光和金色的梦想。可是，在享受幸福的同时，我却很少想到为他人做些什么。从电视上，报纸上，我知道在我国的一些贫困山区，还有很多孩子每天只吃一顿饭，他们上学要走很远很远，课外书对他们来说更是一种奢侈品读了父亲的话，我想：我可以为他们做些什么呢?我们班有个同学叫廖开俊，他是个特别调皮的孩子。他的爸爸妈妈到外地打工，很少回家，他很想他们，学习成绩退步了，我是不是可以试着走近他，用温暖的话语去鼓励他呢?我在心里给自己打下了很多的小问号。</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爱，是无私的。人人都可以献出自己的一份爱心，或许我们的力量是微不足道的，但也许正是这一点点光芒，就能给他人带来温暖和信心，甚至可以改变一个人的一生。这是我读完《爱的教育》这本书所感受到的。</w:t>
      </w:r>
      <w:r>
        <w:rPr>
          <w:lang w:eastAsia="zh-CN"/>
        </w:rPr>
        <w:br/>
      </w:r>
      <w:r>
        <w:rPr>
          <w:lang w:eastAsia="zh-CN"/>
        </w:rPr>
        <w:t>　　我想把这本书推荐给大家，让更多的人点亮心灵之灯，把无私的爱照亮世界的每一个角落!</w:t>
      </w:r>
      <w:r>
        <w:rPr>
          <w:lang w:eastAsia="zh-CN"/>
        </w:rPr>
        <w:br/>
      </w:r>
      <w:r>
        <w:rPr>
          <w:lang w:eastAsia="zh-CN"/>
        </w:rPr>
        <w:t xml:space="preserve">    爱的教育读书心得 《爱的教育》读书心得体会 篇6 </w:t>
      </w:r>
      <w:r>
        <w:rPr>
          <w:lang w:eastAsia="zh-CN"/>
        </w:rPr>
        <w:br/>
      </w:r>
      <w:r>
        <w:rPr>
          <w:lang w:eastAsia="zh-CN"/>
        </w:rPr>
        <w:t>　　爱，好比一个环，把一颗颗心联系在一起。《爱的教育》这本书可以，让每个人终身受益。当然，也包括我，这本书的原名叫“心”，它包括着浓厚的情感，后来又译为《爱的教育》。</w:t>
      </w:r>
      <w:r>
        <w:rPr>
          <w:lang w:eastAsia="zh-CN"/>
        </w:rPr>
        <w:br/>
      </w:r>
      <w:r>
        <w:rPr>
          <w:lang w:eastAsia="zh-CN"/>
        </w:rPr>
        <w:t>　　这本书中记录着一个意大利小学生每天所过的生活与接触到的人，发生了许多动人的故事。描写了他们对祖国和人名，对父母和兄弟，对老师和同学深厚真挚的爱。着里面的每一个故事都不离奇夸张。可却生动引人。</w:t>
      </w:r>
      <w:r>
        <w:rPr>
          <w:lang w:eastAsia="zh-CN"/>
        </w:rPr>
        <w:br/>
      </w:r>
      <w:r>
        <w:rPr>
          <w:lang w:eastAsia="zh-CN"/>
        </w:rPr>
        <w:t>　　书里面有许多作者的小伙伴，他们是可爱讲道理的孩子，虽然有的贫穷，有的富有，有的残疾，有的学习落后，但作者特从不计较，一他们玩的开心。学得快乐。并从开心和快乐中得到了教育。《爱的教育》这本书塑造出一个个貌似渺小却并不平凡的任务：小石匠，小锁匠，卖碳人的儿子，少年鼓手等等。这些平凡的任务在许多感人生活中，在我的心中激起了一阵阵强烈的感情。我，一个泛泛之辈，有许多朋友，但真正的好朋友屈指可数。我也不知道怎么回事，但读完《爱的教育》后我懂得了好朋友这么多的原因了，要做一些对好朋友不应该为贫穷贵贱。作为真正的好朋友，应该在朋友困难是帮助自己的好朋友，这样才算是好朋友。</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书中的孩子们所表现的更多的是闪光的美德，这正是小说激励颂扬的地方，小说记录了长辈门对孩子的教育和启示，附在日记后面还以第二人称学了他们呕心沥血阳叫子篇，这本本小说在漫长的岁月里，它陪伴着一代又一代的孩子成长，可以说。这是一本永远不会过时的书，他用爱塑造人，引得我们永远保持一颗勇于进取而善良真诚的心。</w:t>
      </w:r>
      <w:r>
        <w:rPr>
          <w:lang w:eastAsia="zh-CN"/>
        </w:rPr>
        <w:br/>
      </w:r>
      <w:r>
        <w:rPr>
          <w:lang w:eastAsia="zh-CN"/>
        </w:rPr>
        <w:t>　　如果说爱是一次旅游，也许有人会有异议，但爱正是没有尽头的，愉快的旅游，就像生活，如果把生活看成一次服刑，人们为了某一天刑满释放，得到超脱干沉重的活，那么这样的生活必得使人痛苦厌倦，反之，把生活看成旅游，一路上边走边看，就会很轻松。每天也会有因对新东西的感情。学习而充实起来，于是就想继续下去，甚至投入热情，不在乎它将待续多久，就这样这种情怀开华为一种爱，一种对于生活得爱。读《爱的教育》，我走入安利柯的生活，目睹了他们怎样学习生活，怎样去爱，在感动中，我发现爱中包含着对于以后的需求。</w:t>
      </w:r>
      <w:r>
        <w:rPr>
          <w:lang w:eastAsia="zh-CN"/>
        </w:rPr>
        <w:br/>
      </w:r>
      <w:r>
        <w:rPr>
          <w:lang w:eastAsia="zh-CN"/>
        </w:rPr>
        <w:t>　　我们离开《爱的教育》所记载的那个时代已经很久了，但是“爱”这种教育的方式却永远不应该远离我们。爱是博大的，无穷的，伟大的力量，是教育中不能缺少的。</w:t>
      </w:r>
      <w:r>
        <w:rPr>
          <w:lang w:eastAsia="zh-CN"/>
        </w:rPr>
        <w:br/>
      </w:r>
      <w:r>
        <w:rPr>
          <w:lang w:eastAsia="zh-CN"/>
        </w:rPr>
        <w:t xml:space="preserve">    爱的教育读书心得 《爱的教育》读书心得体会 篇7 </w:t>
      </w:r>
      <w:r>
        <w:rPr>
          <w:lang w:eastAsia="zh-CN"/>
        </w:rPr>
        <w:br/>
      </w:r>
      <w:r>
        <w:rPr>
          <w:lang w:eastAsia="zh-CN"/>
        </w:rPr>
        <w:t>　　爱，像空气，每天在我们身边;爱，是开启心灵的金钥匙;爱，是一本教育我终生的书!看了这本风行全世界的书，那如春风般的故事，我的心被震撼了，仿拂受了一次又一次的洗礼。</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这是其中的一个故事：安利柯的朋友一不小心把一位老人打伤了，那位朋友在老师和同学的支持和鼓励下去向老人道歉，并把自己最心爱的邮票册送给了他，过了几天老人的病好了后，他不仅亲自去学校看砸伤自己的人，还把邮册还给了他。</w:t>
      </w:r>
      <w:r>
        <w:rPr>
          <w:lang w:eastAsia="zh-CN"/>
        </w:rPr>
        <w:br/>
      </w:r>
      <w:r>
        <w:rPr>
          <w:lang w:eastAsia="zh-CN"/>
        </w:rPr>
        <w:t>　　这就是爱，是爱使他勇敢承认错误，是爱使老师同学给予他鼓励，是爱使老人原谅了他。没有爱就没有这一切。这一霎那，我忽然觉得爱深不可测，高尚无比，似乎爱这个字的每一笔划都是一个爱的哲理，她们也像一个拉环把每一个人的距离拉近，让他们相互爱护;爱让世界更精彩。</w:t>
      </w:r>
      <w:r>
        <w:rPr>
          <w:lang w:eastAsia="zh-CN"/>
        </w:rPr>
        <w:br/>
      </w:r>
      <w:r>
        <w:rPr>
          <w:lang w:eastAsia="zh-CN"/>
        </w:rPr>
        <w:t xml:space="preserve">    爱的教育读书心得 《爱的教育》读书心得体会 篇8 </w:t>
      </w:r>
      <w:r>
        <w:rPr>
          <w:lang w:eastAsia="zh-CN"/>
        </w:rPr>
        <w:br/>
      </w:r>
      <w:r>
        <w:rPr>
          <w:lang w:eastAsia="zh-CN"/>
        </w:rPr>
        <w:t>　　《爱的教育》采用日记的形式，讲述一个叫安利柯的小男孩成长的故事，记录了他一年之内在学校，家庭，社会的所见所闻，字里行间洋溢着对祖国，父母，师长，朋友的真挚的爱，有着感人肺腑的力量，文章中孩子们所表现的更多的是闪光的美德，透过安利柯的描述，我了解到什么样的师爱才最让学生感到温暖，把学生当亲人的老师。</w:t>
      </w:r>
      <w:r>
        <w:rPr>
          <w:lang w:eastAsia="zh-CN"/>
        </w:rPr>
        <w:br/>
      </w:r>
      <w:r>
        <w:rPr>
          <w:lang w:eastAsia="zh-CN"/>
        </w:rPr>
        <w:t>　　夏丐尊先生在翻译《爱的教育》时说过这样一段话：“教育之没有情感，没有爱，如同池塘没有水一样，没有水，就不成其池塘，没有爱就没有教育。”</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转眼间，我们离开《爱的教育》所记载的那个年代已经很久了，但是“爱”这种教育的方式却永远不应该远离我们，特别是远离我们这些教育战线上的工作者，我们要全身心的去爱我们的每一个学生，关心他们的成长，为他们的每一点进步而欣慰，用爱的泉水去滋润孩子们幼小的心灵，让孩子们沐浴在爱的阳光中，自由，健康的成长!爱是博大的，无穷的，伟大的力量，是教育中所不能缺少的。这部处处洋溢着爱的小说所蕴涵散发出的那种深厚，浓郁的情感力量，真的很伟大。全书以一个“爱”字贯穿始终，这不就是我们教育工作者所需要的吗?爱究竟是什么，它像空气一样，每天都在我们身边，但又因为它无影无形，往往又很容易被我们忽略。但我们的生活中不能缺少它，它的意义已经融入我们的生命，而面对我们的教育，爱，应该是教育力量的源泉，是教育成功的基础。</w:t>
      </w:r>
      <w:r>
        <w:rPr>
          <w:lang w:eastAsia="zh-CN"/>
        </w:rPr>
        <w:br/>
      </w:r>
      <w:r>
        <w:rPr>
          <w:lang w:eastAsia="zh-CN"/>
        </w:rPr>
        <w:t>　　文中有一则小故事让我感受颇深，有一个叫克洛西的残疾孩子被一群孩子欺侮，克洛西将一个墨水瓶掷去，正巧掷在了先生的胸部，当先生问是谁是，卡隆挺身而出，然而先生眼盯着卡隆，又看看呆着的学生们，静静地说不是你，结果先生说了一段话，“你们欺侮了无罪的人了，你们欺侮了不幸的小孩，欺侮弱者了，你们做了最无谓、最可耻的事了，卑怯的东西，最后只说了一句我饶恕你们。从这些小小的细节上可以看出，这位先生了解他的每位学生，关爱他的每位学生。在书中有写道，先生有说过这样一句话：”你们以外，我没有别的家属在世界上，除了你们，我没有可爱的人!你们是我的儿子，我爱你们，请你们也欢喜我!我一个都不愿责罚你们，请将你们的真心给我看看，请你们全班成为一家，给我慰藉，给我荣耀。“先生的这些话，让所有的学生都信服与他。</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回想我们所教育的学生，一群淌着鼻涕流着口水行动木纳的低智商孩子，从他们出生的那一刻起，就被命运所捉弄，残忍的剥夺了普通人所拥有的权力，注定了这一生不能象正常人一样的生活，比起正常儿童，他们没有了以后做学问的可能，所以我们应该给予他们的爱，要超越正常人，从而限度地补偿缺陷，使掌握生活中实用的知识，使他们将来能融入这个社会。</w:t>
      </w:r>
      <w:r>
        <w:rPr>
          <w:lang w:eastAsia="zh-CN"/>
        </w:rPr>
        <w:br/>
      </w:r>
      <w:r>
        <w:rPr>
          <w:lang w:eastAsia="zh-CN"/>
        </w:rPr>
        <w:t>　　正如陶行知先生在”生活即教育“理论中阐述了”我们此地的教育是生活教育，是供给人生需要的教育，不是作假的教育。人生需要什么，我们就教育什么以此类推，照加上去：是那样的生活，就是那样的教育。“智障学生的教育就是”吃饭“、”穿衣“的教育，有人说我们的教师就像保姆，的确，我们的教育不仅仅是在学习上，还要在生活上。所以我们比起保姆还要多一样，那就是对学生的爱。我们的学生在身理上已经落后于正常儿童，我们要从心理上给予他们更多的爱，来弥补身理上带给他们的缺陷。</w:t>
      </w:r>
      <w:r>
        <w:rPr>
          <w:lang w:eastAsia="zh-CN"/>
        </w:rPr>
        <w:br/>
      </w:r>
      <w:r>
        <w:rPr>
          <w:lang w:eastAsia="zh-CN"/>
        </w:rPr>
        <w:t>　　班中有一位自闭症学生，不会开口说话，但他有一个坏习惯，就是吐口水，玩口水，造成的结果就是在他的周围全都是口水，包括身上，课桌上，椅子上，地上，甚至是同桌的身上，怎么办，打他，那是犯法的，骂他，那是不道德的，讲道理，他又听不懂。面对这样的学生，我们不能因为他们的缺陷而放弃，学校和家长都期待着我们用最先进最科学的理念来开发这些孩子的智力，我们需要的是充分的精力去打一场持久战。师生之间的一次簇膝长谈恐怕对于部分学生收效甚微，所以在师生之间建立一条”有情，有意，有爱“的道路。</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爱，像空气，每天在我们身边，因其无影无形就总被我们忽略，其实他的意义已经融入生命。一个人的生命是非常短暂的，每个人都有其闪光点，就算是我们的学生也是如此，而作为教师的我们，不能吝啬我们爱，爱是博大的，无穷的，伟大的力量，我们要把这种爱奉献给我们的学生，让他们能感觉到自身的价值，给他们信心和勇气。</w:t>
      </w:r>
      <w:r>
        <w:rPr>
          <w:lang w:eastAsia="zh-CN"/>
        </w:rPr>
        <w:br/>
      </w:r>
      <w:r>
        <w:rPr>
          <w:lang w:eastAsia="zh-CN"/>
        </w:rPr>
        <w:t xml:space="preserve">    爱的教育读书心得 《爱的教育》读书心得体会 篇9 </w:t>
      </w:r>
      <w:r>
        <w:rPr>
          <w:lang w:eastAsia="zh-CN"/>
        </w:rPr>
        <w:br/>
      </w:r>
      <w:r>
        <w:rPr>
          <w:lang w:eastAsia="zh-CN"/>
        </w:rPr>
        <w:t>　　这本书是一个意大利的四年级学生安利柯，在一个学年的十个月中所记的日记。其中，也有他父母给他的一些劝戒性的小文章，以及老师在课堂上宣读的小故事。我还没有一一读完，单单读过的几个小故事已让我感动不已、感慨颇深了。</w:t>
      </w:r>
      <w:r>
        <w:rPr>
          <w:lang w:eastAsia="zh-CN"/>
        </w:rPr>
        <w:br/>
      </w:r>
      <w:r>
        <w:rPr>
          <w:lang w:eastAsia="zh-CN"/>
        </w:rPr>
        <w:t>　　读后感：这部处处洋溢着爱的小说所蕴含并散发出的那种深厚、浓郁的情感力量，真的很伟大。它在感动我的同时，也引发了我对爱的一些思考。爱究竟是什么</w:t>
      </w:r>
      <w:r>
        <w:rPr>
          <w:lang w:eastAsia="zh-CN"/>
        </w:rPr>
        <w:br/>
      </w:r>
      <w:r>
        <w:rPr>
          <w:lang w:eastAsia="zh-CN"/>
        </w:rPr>
        <w:t>　　它像空气一样，天天都在我们身边，但又因为它无影无形，往往又很轻易被我们忽略。但我们的生活中不能缺少它，它的意义已经融入我们的生命。而面对我们的教育，爱，应该是教育力量的的源泉，是教育成功的基础。夏丐尊先生在翻译《爱的教育》时说过这样一段话：教育之没有情感，没有爱，如同池塘没有水一样。没有水，就不成其池塘，没有爱就没有教育。</w:t>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爱是一次没有尽头的旅行，一路上边走边看，就会很轻松，天天也会有因对新东西的感悟、学习而充实起来。于是，就想继续走下去，甚至投入热情，不在乎它将持续多久。这时候，这种情怀已升华为一种爱，一种对于生活的爱。读《爱的教育》，我走入了作者安利柯的生活，目睹了他是怎样学习、生活，怎样去爱。在感动中，我发现爱中其实也包含着人们对于美好生活的追求。</w:t>
      </w:r>
      <w:r>
        <w:rPr>
          <w:lang w:eastAsia="zh-CN"/>
        </w:rPr>
        <w:br/>
      </w:r>
      <w:r>
        <w:rPr>
          <w:lang w:eastAsia="zh-CN"/>
        </w:rPr>
        <w:t xml:space="preserve">    爱的教育读书心得 《爱的教育》读书心得体会 篇10 </w:t>
      </w:r>
      <w:r>
        <w:rPr>
          <w:lang w:eastAsia="zh-CN"/>
        </w:rPr>
        <w:br/>
      </w:r>
      <w:r>
        <w:rPr>
          <w:lang w:eastAsia="zh-CN"/>
        </w:rPr>
        <w:t>　　意大利的文学家在中华的译文。前者据日语翻译，后者亚米契斯所作，也是根据前者是一个俗话的补充，在看《爱的教育》的同时，被书中那些平凡人物的平凡事迹所感动，这些平凡事迹歌颂了人们应该具备的感情。</w:t>
      </w:r>
      <w:r>
        <w:rPr>
          <w:lang w:eastAsia="zh-CN"/>
        </w:rPr>
        <w:br/>
      </w:r>
      <w:r>
        <w:rPr>
          <w:lang w:eastAsia="zh-CN"/>
        </w:rPr>
        <w:t>　　爱像空气弥漫在生活周围，充满了人的内心，它的意义已经融进了生命。爱之所以伟大。是因为它不仅对个人来说，更是以整个民族为荣的尊严与情绪。《爱的教育》一书描写了一群充满活力，积极要求上进，如阳光般的少年。就如父母的爱，恩里克有一本与父母共同的日记现在很多同学的日记上还挂着一把锁。简单的东西却最容易忽略，正如这博大的爱中深沉的亲子之爱，很多人都无法感受到。</w:t>
      </w:r>
      <w:r>
        <w:rPr>
          <w:lang w:eastAsia="zh-CN"/>
        </w:rPr>
        <w:br/>
      </w:r>
      <w:r>
        <w:rPr>
          <w:lang w:eastAsia="zh-CN"/>
        </w:rPr>
        <w:t>　　这一个个故事不仅使书中的人物受到熏陶，同样让我被其中强烈的情感所震撼。面对我们的教育，《爱的教育》用简单的语言塑造一个命运不平凡的人物，自然生动，具有很强的艺术感染力，这些平凡的人物的命运和情感在我心中激进了一阵阵感情的波涛。</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爱的教育》这本书在漫长的岁月，陪伴孩子成长，可以说这是一本永远不会过时的书。《爱的教育》让我步入了恩里克的生活，了解他们是如何生活，如何去爱。但只有爱是不行的，还要有好的科技，正是没有好的科技，以前才被别的国家欺负，但我们国家现在科技好了，不会被欺负了。但我们还要去爱，让我们打开充满爱的门，让世界充满爱。</w:t>
      </w:r>
      <w:r>
        <w:rPr>
          <w:lang w:eastAsia="zh-CN"/>
        </w:rPr>
        <w:br/>
      </w:r>
      <w:r>
        <w:rPr>
          <w:lang w:eastAsia="zh-CN"/>
        </w:rPr>
        <w:t xml:space="preserve">    爱的教育读书心得 《爱的教育》读书心得体会 篇11 </w:t>
      </w:r>
      <w:r>
        <w:rPr>
          <w:lang w:eastAsia="zh-CN"/>
        </w:rPr>
        <w:br/>
      </w:r>
      <w:r>
        <w:rPr>
          <w:lang w:eastAsia="zh-CN"/>
        </w:rPr>
        <w:t>　　看了意大利作家亚米契斯的《爱的教育》后，我深深喜欢上了这样一本闪烁着智慧和动人情感的书。</w:t>
      </w:r>
      <w:r>
        <w:rPr>
          <w:lang w:eastAsia="zh-CN"/>
        </w:rPr>
        <w:br/>
      </w:r>
      <w:r>
        <w:rPr>
          <w:lang w:eastAsia="zh-CN"/>
        </w:rPr>
        <w:t>　　《爱的教育》通过小学生安利柯记录的一篇篇来自于生活的真实小故事，反映了人们热爱学习、热爱劳动、热爱祖国、同情弱小、乐于助人、尊师爱生、孝敬父母等人类最美好的感情，看了这些故事，我更加懂得怎样感知和领悟生活中无处不在的细小却令人温暖的情意，也更加激励着我并让我相信，爱这种美好的情感终将延续下去。</w:t>
      </w:r>
      <w:r>
        <w:rPr>
          <w:lang w:eastAsia="zh-CN"/>
        </w:rPr>
        <w:br/>
      </w:r>
      <w:r>
        <w:rPr>
          <w:lang w:eastAsia="zh-CN"/>
        </w:rPr>
        <w:t>　　我也想到了发生在我身上的一个小故事。</w:t>
      </w:r>
      <w:r>
        <w:rPr>
          <w:lang w:eastAsia="zh-CN"/>
        </w:rPr>
        <w:br/>
      </w:r>
      <w:r>
        <w:rPr>
          <w:lang w:eastAsia="zh-CN"/>
        </w:rPr>
        <w:t>　　有一年，在外地工作的妈妈回青岛陪我过六一儿童节，路过台东必胜客餐厅时，妈妈发现餐厅正在搞活动，看到那个漂亮精致的旋转笔筒，喜欢吃披萨的我欢喜地向妈妈要求进去消费，好得到那个漂亮笔筒。</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必胜客大哥哥大姐姐们殷勤好客，令我和妈妈进餐愉快，可是，当我向大姐姐要笔筒的时候，大姐姐却告知我笔筒已经发放完了，非常遗憾。得不到本以为囊中之物的笔筒，我失望极了，不由哭了起来，妈妈也没有想到一个笔筒在一个六岁孩子的心中，就如青花瓷般成了宝贝。她对大姐姐笑着说，孩子就冲着这个笔筒来的，看能不能我们这个笔筒是限量发放的，真的很抱歉。</w:t>
      </w:r>
      <w:r>
        <w:rPr>
          <w:lang w:eastAsia="zh-CN"/>
        </w:rPr>
        <w:br/>
      </w:r>
      <w:r>
        <w:rPr>
          <w:lang w:eastAsia="zh-CN"/>
        </w:rPr>
        <w:t>　　妈妈正安慰着失望不已的我，过了一会，一个彬彬有礼的叔叔走了过来，递给我一个笔筒，亲切地拍拍我的肩膀，小朋友，别哭了，叔叔刚才去办公室把我自己的笔筒拿过来了，好不容易过个六一儿童节，不能让小朋友留下遗憾啊!谢谢叔叔。我破涕为笑，看着叔叔的工牌上印着他的名字。直到现在，我都记得这个叔叔给我留下的这份善解人意，乐于成人之美的美好印象。</w:t>
      </w:r>
      <w:r>
        <w:rPr>
          <w:lang w:eastAsia="zh-CN"/>
        </w:rPr>
        <w:br/>
      </w:r>
      <w:r>
        <w:rPr>
          <w:lang w:eastAsia="zh-CN"/>
        </w:rPr>
        <w:t>　　渐渐长大的我，也愿意将爱这份打动人心的情感延续下去。</w:t>
      </w:r>
      <w:r>
        <w:rPr>
          <w:lang w:eastAsia="zh-CN"/>
        </w:rPr>
        <w:br/>
      </w:r>
      <w:r>
        <w:rPr>
          <w:lang w:eastAsia="zh-CN"/>
        </w:rPr>
        <w:t>　　周日，和妈妈逛超市，突然发现有个小女孩正在大哭，原来妈妈在买东西，她却自己跑着跑着，把妈妈弄丢了。我拉起小女孩的手，让妈妈带我们去广播台。</w:t>
      </w:r>
      <w:r>
        <w:rPr>
          <w:lang w:eastAsia="zh-CN"/>
        </w:rPr>
        <w:br/>
      </w:r>
      <w:r>
        <w:rPr>
          <w:lang w:eastAsia="zh-CN"/>
        </w:rPr>
        <w:t>　　广播消息后，过了几分钟，一个阿姨满脸焦急地冲过来，一把抱住孩子，呼唤着孩子的名字，我看到她脸上惊慌的神色还尚未退去，她连连对我和妈妈说，谢谢你们，谢谢!</w:t>
      </w:r>
      <w:r>
        <w:rPr>
          <w:lang w:eastAsia="zh-CN"/>
        </w:rPr>
        <w:br/>
      </w:r>
      <w:r>
        <w:rPr>
          <w:lang w:eastAsia="zh-CN"/>
        </w:rPr>
        <w:t>　　看着阿姨带着自己的孩子离去的背影，我的心里充满着欣慰，被人帮助可以拥有一份感动，而帮助别人更可以收获一份快乐。</w:t>
      </w:r>
      <w:r>
        <w:rPr>
          <w:lang w:eastAsia="zh-CN"/>
        </w:rPr>
        <w:br/>
      </w:r>
      <w:r>
        <w:rPr>
          <w:lang w:eastAsia="zh-CN"/>
        </w:rPr>
        <w:t>　　虽然我们离《爱的教育》所记录故事的那个年代已经很远了，但爱的光芒永不褪色。它永远启示着我们，爱身边的每个人，用一颗宽容、真诚、进取的心去丰富我们的生活，去美化我们的世界，让世界充满爱的芬芳。</w:t>
      </w:r>
      <w:r>
        <w:rPr>
          <w:lang w:eastAsia="zh-CN"/>
        </w:rPr>
        <w:br/>
      </w:r>
      <w:r>
        <w:rPr>
          <w:lang w:eastAsia="zh-CN"/>
        </w:rPr>
        <w:t xml:space="preserve">    爱的教育读书心得 《爱的教育》读书心得体会 篇12 </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最近，我读了意大利作家亚米契斯的《爱的教育》这本书后，更加领悟了爱的境界。每个人心中都有一份纯洁的爱，爱是无私的，爱是博大的，只有生活在爱的海洋里，才会享受爱。</w:t>
      </w:r>
      <w:r>
        <w:rPr>
          <w:lang w:eastAsia="zh-CN"/>
        </w:rPr>
        <w:br/>
      </w:r>
      <w:r>
        <w:rPr>
          <w:lang w:eastAsia="zh-CN"/>
        </w:rPr>
        <w:t>　　文中讲述了一个叫恩利科的小男孩成长的故事，记录了他一年之内在学校、家庭、社会的所见所闻，字里行间洋溢着对祖国、父母、师长、朋友的真挚的爱，有着感人肺腑的力量。文章中孩子们所表现的更多的是闪光的美德，这正是小说极力颂扬的地方。小说记录了长辈们对孩子的教育和启示，附在日记后面还以第二人称写了他们呕心沥血的教子篇。它用爱塑造人，引导我们永远保持一颗勇于进取而善良真诚的心。在我们的小学教育中，“爱的教育”这四个字，说来容易，做起来又何其难！在教育的整体认识上，作为一个完整教育过程的学校教育，它永远不是也不可能是以儿童为目的的，它首先考虑的是现实社会中各种矛盾的存在和社会本身的发展，是一代代的儿童将成长为什么样的人的问题。在这一点上，教育不仅仅是自由的，也是强制的。集体教学的形式一经奠定，所谓“因材施教”只能是一个需要不断努力的目标。</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书中还讲了这样一个故事：二年级学生洛佩谛为了救一个站在马路中央的一年级学生，自己却被车子轧断了一条腿。同学、老师、校长都纷纷称赞他是“牺牲自己的生命而救助朋友的人”。还有一件事：一个小男孩因为受别人羞辱而气愤地将墨水瓶丢向欺侮他的同学，不想却丢在了刚走进教室的老师身上。老师并没有责怪他，而是把事情的来龙去脉弄清楚，并“请”肇事者起立，承认错误，从而培养学生有坦白过失承担责任的勇气。不得不承认，这是一本洗涤心灵的书籍。吸引我的，似乎并不是其文学价值有多高，而在于那平凡而细腻的笔触中体现出来的近乎完美的亲子之爱、师生之情、朋友之谊、思乡之恋。这部处处洋溢着爱的小说所蕴涵散发出的那种深厚，浓郁的情感力量，真的很伟大。尽管我们每个人的人生阅历不同，但是你会从《爱的教育》中，体会到曾经经历过的那些类似的情感，而我们对此的态度行为可能不同。它让我感动的同时也引发了我对于爱的一些思索。</w:t>
      </w:r>
      <w:r>
        <w:rPr>
          <w:lang w:eastAsia="zh-CN"/>
        </w:rPr>
        <w:br/>
      </w:r>
      <w:r>
        <w:rPr>
          <w:lang w:eastAsia="zh-CN"/>
        </w:rPr>
        <w:t>　　爱，使我们的孩子能快乐健康地成长，是爱，给予了我们内心的温暖。人与人之间的爱是伟大的，爱是宽恕的，爱又是包容的。爱是教育的源泉，爱与教育是息息相关的。多感受一份爱，就多一份温暖；多奉献一份爱，就多一份快乐。让我们用爱去唤醒人类的真实情感，让爱在每个人的心中永驻！</w:t>
      </w:r>
      <w:r>
        <w:rPr>
          <w:lang w:eastAsia="zh-CN"/>
        </w:rPr>
        <w:br/>
      </w:r>
      <w:r>
        <w:rPr>
          <w:lang w:eastAsia="zh-CN"/>
        </w:rPr>
        <w:t xml:space="preserve">    爱的教育读书心得 《爱的教育》读书心得体会 篇13 </w:t>
      </w:r>
      <w:r>
        <w:rPr>
          <w:lang w:eastAsia="zh-CN"/>
        </w:rPr>
        <w:br/>
      </w:r>
      <w:r>
        <w:rPr>
          <w:lang w:eastAsia="zh-CN"/>
        </w:rPr>
        <w:t>　　这是一本班级日记，里面都是一些小故事。故事虽短，但都能流露一丝丝真情。这本班级日记里的每个故事都诉说了一个字，那就是——爱。</w:t>
      </w:r>
      <w:r>
        <w:rPr>
          <w:lang w:eastAsia="zh-CN"/>
        </w:rPr>
        <w:br/>
      </w:r>
      <w:r>
        <w:rPr>
          <w:lang w:eastAsia="zh-CN"/>
        </w:rPr>
        <w:t>　　刚拿到这本书，我看了一遍，便觉得心烦意燥，不想再看下去了。可这是一本名书，还是全部看完吧!当我深入内容时，我便被这本书感动了，看了一遍又一遍。其中，我最敬佩的就是——安利柯的老师。</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刚开学，安利柯她们换了一位老师，据说这一位老师非常严格。但当安利柯来到学校时，却觉得老师这么慈祥。这时，班里的几个调皮鬼便说：“看来我们有机会在这个老师的课堂上捣乱了。”上课了，老师在台上讲得有声有色，他们在下面听得津津有味。一瞬间，一位同学晕倒了。老师看见后，以一支离弦的箭的速度飞到那个同学身边。在得知他发烧后，要带他去医务室治疗。这时，班里的几个调皮鬼拿出他们准备好的木偶，在同学的桌上跳起舞来，嘻嘻哈哈的。可其他同学都拿他们没办法，因为他们几个都是班里的大力士，谁也不敢惹他们。“你们别再捣蛋了，老师回来会惩罚你们的。”说曹操曹操到，而是已经出现在门口了。几个调皮蛋连忙从桌上跳下来，规规矩矩地坐好。而老师并没有惩罚他们，而作文是叫他们下课后去办公室，对他们语重心长地说教一番。</w:t>
      </w:r>
      <w:r>
        <w:rPr>
          <w:lang w:eastAsia="zh-CN"/>
        </w:rPr>
        <w:br/>
      </w:r>
      <w:r>
        <w:rPr>
          <w:lang w:eastAsia="zh-CN"/>
        </w:rPr>
        <w:t>　　放学后，这几个调皮蛋，红着脸，低着头，走到老师的办公室。一见到老师，就低着头跟老师赔不是。而老师看到这样的情景，也非常高兴，原谅了他们。</w:t>
      </w:r>
      <w:r>
        <w:rPr>
          <w:lang w:eastAsia="zh-CN"/>
        </w:rPr>
        <w:br/>
      </w:r>
      <w:r>
        <w:rPr>
          <w:lang w:eastAsia="zh-CN"/>
        </w:rPr>
        <w:t>　　据说他们的家长知道后，非常感谢老师，并请老师吃了一顿饭。同学们知道以后，都对这位老师刮目相看。</w:t>
      </w:r>
      <w:r>
        <w:rPr>
          <w:lang w:eastAsia="zh-CN"/>
        </w:rPr>
        <w:br/>
      </w:r>
      <w:r>
        <w:rPr>
          <w:lang w:eastAsia="zh-CN"/>
        </w:rPr>
        <w:t>　　其实我也经历过这样的事。</w:t>
      </w:r>
      <w:r>
        <w:rPr>
          <w:lang w:eastAsia="zh-CN"/>
        </w:rPr>
        <w:br/>
      </w:r>
      <w:r>
        <w:rPr>
          <w:lang w:eastAsia="zh-CN"/>
        </w:rPr>
        <w:t>　　当初，我们班捣蛋王李思毅敢在刘老师的课上玩汽车。可是，那时候，我们的刘老师也非常慈祥，就跟《爱的教育》里面的老师一样，并没有惩罚李思毅，而是对他说教一番。结果，李思毅最后也真心悔改了，再也没有在刘老师的课堂上捣过乱了。</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是这本书，让我懂得了，当别人做错时，我们不应该去惩罚他人，而是给他人一次改过的机会。当他人不改时，我们再采取别的措施也不迟。人无完人，金无足赤，就是这个道理。</w:t>
      </w:r>
      <w:r>
        <w:rPr>
          <w:lang w:eastAsia="zh-CN"/>
        </w:rPr>
        <w:br/>
      </w:r>
      <w:r>
        <w:rPr>
          <w:lang w:eastAsia="zh-CN"/>
        </w:rPr>
        <w:t>　　有一次，我的同桌把我的本子弄到墨水了。刚开始，我很生气，对着她吼：“你没长眼吗?怎么把我本子弄脏啦?”她立马从书包里掏出纸巾在我本子上用力擦拭，眼眶噙着泪。我也感动自己的失态，想起平时她对我的帮助，就降低声音说：“不用擦了，没什么大不了的，不就是一本草稿本吗!”她听我这么一说，扑哧一下，笑了。我也笑了。哦，我明白了：原谅他人，就是原谅自己。</w:t>
      </w:r>
      <w:r>
        <w:rPr>
          <w:lang w:eastAsia="zh-CN"/>
        </w:rPr>
        <w:br/>
      </w:r>
      <w:r>
        <w:rPr>
          <w:lang w:eastAsia="zh-CN"/>
        </w:rPr>
        <w:t xml:space="preserve">    爱的教育读书心得 《爱的教育》读书心得体会 篇14 </w:t>
      </w:r>
      <w:r>
        <w:rPr>
          <w:lang w:eastAsia="zh-CN"/>
        </w:rPr>
        <w:br/>
      </w:r>
      <w:r>
        <w:rPr>
          <w:lang w:eastAsia="zh-CN"/>
        </w:rPr>
        <w:t>　　《爱的教育》里没有乏味的说教，也没有豪言壮语，更没有轰轰烈烈的英雄事迹。它所写的只是一些平凡而善良的人物：像卖炭人、小石匠、铁匠的儿子、少年鼓手、带病上课的教师等等以及他们的平凡的日常生活。正是这些看似平凡、实则真实可信的记叙，把我带入一个爱的世界，让我在爱中受到教育。这本书里充满了爱。充满了让人羡慕的爱。</w:t>
      </w:r>
      <w:r>
        <w:rPr>
          <w:lang w:eastAsia="zh-CN"/>
        </w:rPr>
        <w:br/>
      </w:r>
      <w:r>
        <w:rPr>
          <w:lang w:eastAsia="zh-CN"/>
        </w:rPr>
        <w:t>　　《爱的教育》是小主人安利柯公四年级这一时期的生活和成长历程。然而它又不是一本单纯的日记，因为里面不仅有父母、姐姐给他写下的劝诫和启发性的文章，另外还有几则精彩的小故事。</w:t>
      </w:r>
      <w:r>
        <w:rPr>
          <w:lang w:eastAsia="zh-CN"/>
        </w:rPr>
        <w:br/>
      </w:r>
      <w:r>
        <w:rPr>
          <w:lang w:eastAsia="zh-CN"/>
        </w:rPr>
        <w:t>　　《爱的教育》最大的特点就是里面记录了一些平凡人物的故事，记录下了那些点点滴滴、普普通通、平平常常的小故事，又是一些生活中被忽视的爱与幸福。</w:t>
      </w:r>
      <w:r>
        <w:rPr>
          <w:lang w:eastAsia="zh-CN"/>
        </w:rPr>
        <w:br/>
      </w:r>
      <w:r>
        <w:rPr>
          <w:lang w:eastAsia="zh-CN"/>
        </w:rPr>
        <w:t>　　读了《爱的教育》，使我受益匪浅：</w:t>
      </w:r>
      <w:r>
        <w:rPr>
          <w:lang w:eastAsia="zh-CN"/>
        </w:rPr>
        <w:br/>
      </w:r>
    </w:p>
    <w:p w:rsidR="001B1F19" w14:textId="27C3F48A">
      <w:pPr>
        <w:rPr>
          <w:lang w:eastAsia="zh-CN"/>
        </w:rPr>
      </w:pPr>
      <w:r>
        <w:rPr>
          <w:lang w:eastAsia="zh-CN"/>
        </w:rPr>
        <w:t>　　一、使我明白了：我们小学生从小一定要树立爱国的思想。我们是在祖国的怀抱里幸福成长，没有社会主义给我们营造的成长环境，我们就像没有雨露、阳光一样，不可能健康成长。要学会珍惜美好的环境，以后好好报答。</w:t>
      </w:r>
      <w:r>
        <w:rPr>
          <w:lang w:eastAsia="zh-CN"/>
        </w:rPr>
        <w:br/>
      </w:r>
      <w:r>
        <w:rPr>
          <w:lang w:eastAsia="zh-CN"/>
        </w:rPr>
        <w:t>　　二、使我明白了：我们小学生学习的目的是——为祖国日后的发展而学习。只有现在好好学习，打好坚实的学习基础，将来才能为建设曾经养育过我们的祖国，贡献我们的力量，感谢它对我们的恩赐。</w:t>
      </w:r>
      <w:r>
        <w:rPr>
          <w:lang w:eastAsia="zh-CN"/>
        </w:rPr>
        <w:br/>
      </w:r>
      <w:r>
        <w:rPr>
          <w:lang w:eastAsia="zh-CN"/>
        </w:rPr>
        <w:t>　　三、使我明白了：做人要懂得感恩。与父母、长辈、朋友等人一定要互相帮助、互相宽容、互相体谅、互相支持、互相关照、互相尊重，不要动不动就吵架。想一想他们对你有多么爱?你又给了他们多少爱?你还有多少爱欠他们?</w:t>
      </w:r>
      <w:r>
        <w:rPr>
          <w:lang w:eastAsia="zh-CN"/>
        </w:rPr>
        <w:br/>
      </w:r>
      <w:r>
        <w:rPr>
          <w:lang w:eastAsia="zh-CN"/>
        </w:rPr>
        <w:t>　　通过阅读这本书，将我的人生得到了更高的升华，这些道理将伴我终生。</w:t>
      </w:r>
      <w:r>
        <w:rPr>
          <w:lang w:eastAsia="zh-CN"/>
        </w:rPr>
        <w:br/>
      </w:r>
      <w:r>
        <w:rPr>
          <w:lang w:eastAsia="zh-CN"/>
        </w:rPr>
        <w:t xml:space="preserve">    爱的教育读书心得 《爱的教育》读书心得体会 篇15 </w:t>
      </w:r>
      <w:r>
        <w:rPr>
          <w:lang w:eastAsia="zh-CN"/>
        </w:rPr>
        <w:br/>
      </w:r>
      <w:r>
        <w:rPr>
          <w:lang w:eastAsia="zh-CN"/>
        </w:rPr>
        <w:t>　　这段时间，我看了《爱的教育》一书。亲子之爱是人间所有的感情中最神圣的东西。破坏这感情的人，实是世上最不幸的。看到这句话，我深深陷入中国农村家庭教育现状的思考。我不由想起了前几年去家访时见到的痛心一幕。</w:t>
      </w:r>
      <w:r>
        <w:rPr>
          <w:lang w:eastAsia="zh-CN"/>
        </w:rPr>
        <w:br/>
      </w:r>
      <w:r>
        <w:rPr>
          <w:lang w:eastAsia="zh-CN"/>
        </w:rPr>
        <w:t>　　在杜鹃花开的季节，一路上满山灿烂的杜鹃花，但今天我却无心欣赏，我有满心的困惑不解要从这次家访中得到答案，于是我加紧了步伐，暂且将那满山的灿烂留在葱郁的大山深处。</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https://d.book118.com/747050024160006045</w:t>
        </w:r>
      </w:hyperlink>
    </w:p>
    <w:p w:rsidR="001B1F19">
      <w:pPr>
        <w:rPr>
          <w:lang w:eastAsia="zh-CN"/>
        </w:rPr>
      </w:pPr>
    </w:p>
    <w:sectPr>
      <w:type w:val="nextPage"/>
      <w:pgSz w:w="11906" w:h="16838"/>
      <w:pgMar w:top="1440" w:right="1800" w:bottom="1440" w:left="1800" w:header="851" w:footer="992" w:gutter="0"/>
      <w:pgNumType w:start="2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47050024160006045"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