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四年级下册科学实验教学计划范文（30篇）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四年级下册科学实验教学计划范文（精选30篇）</w:t>
      </w:r>
      <w:r>
        <w:rPr>
          <w:lang w:eastAsia="zh-CN"/>
        </w:rPr>
        <w:br/>
      </w:r>
      <w:r>
        <w:rPr>
          <w:lang w:eastAsia="zh-CN"/>
        </w:rPr>
        <w:t xml:space="preserve">    四年级下册科学实验教学计划范文 篇1 </w:t>
      </w:r>
      <w:r>
        <w:rPr>
          <w:lang w:eastAsia="zh-CN"/>
        </w:rPr>
        <w:br/>
      </w:r>
      <w:r>
        <w:rPr>
          <w:lang w:eastAsia="zh-CN"/>
        </w:rPr>
        <w:t>　　一、学生情况分析：</w:t>
      </w:r>
      <w:r>
        <w:rPr>
          <w:lang w:eastAsia="zh-CN"/>
        </w:rPr>
        <w:br/>
      </w:r>
      <w:r>
        <w:rPr>
          <w:lang w:eastAsia="zh-CN"/>
        </w:rPr>
        <w:t>　　四年级学生对科学课的学习已经有了一定的基础，求知欲和参与科学活动的愿望明显增强。学生已掌握许多的科学知识和科学的方法，对科学探究活动非常喜欢，并能以自己的方式观察到许多细节的地方，兴趣浓厚，已经具备初步的探究能力，动手能力。另外，在进行着观察、提问、假说、预言、调查、解释及交流等一系列活动时，学生的合作意识和合作能力得到大大的增强。 但由于学生年龄的局限，观察的深度、准确度还不够，观察或描述的方法还不会实践运用。大部分学生知识面不广，勤于动脑的同学占的比例不是很大。还有的学生在活动的时候常常耗时低效，不能很好地利用宝贵的课堂时间，这现象尤为突出。本学年是培养学生科学素养的至关重要的时期。教学中要因势利导，积极引导学生在学习中逐渐养成尊重客观事实、注重证据、大胆质疑的科学品质和思维方式，提高他们的学习质量。</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本册教科书有四个单元：“电”“新的生命”“食物”和“岩石和矿物”。</w:t>
      </w:r>
      <w:r>
        <w:rPr>
          <w:lang w:eastAsia="zh-CN"/>
        </w:rPr>
        <w:br/>
      </w:r>
      <w:r>
        <w:rPr>
          <w:lang w:eastAsia="zh-CN"/>
        </w:rPr>
        <w:t>　　“电”单元是从“什么是电”开始的。学生对静电有比较丰富的生活体验，让他们适当地了解一点有关电荷的知识，可以使后续课中电流、电路的学习更有基础。这一单元将通过与电相关内容的实验、交流、预测、检验、测量和推理、解释等活动，使学生形成关于电的初步概念，同时获得一些基本实验操作技能。</w:t>
      </w:r>
      <w:r>
        <w:rPr>
          <w:lang w:eastAsia="zh-CN"/>
        </w:rPr>
        <w:br/>
      </w:r>
      <w:r>
        <w:rPr>
          <w:lang w:eastAsia="zh-CN"/>
        </w:rPr>
        <w:t>　　“新的生命”单元是从“观察油菜花”引入的。由植物的花、果实和种子的系列观察活动，过渡到动物的卵、繁殖的观察和研究，从而使学生获得植物和动物如何繁殖新生命的认识，并形成关于生命的一系列发展性概念。教科书中的观察实验，特别是一些探究性的实验，都是在支撑有关生命概念的建立，并在此过程中使学生获得对生命的理解。</w:t>
      </w:r>
      <w:r>
        <w:rPr>
          <w:lang w:eastAsia="zh-CN"/>
        </w:rPr>
        <w:br/>
      </w:r>
      <w:r>
        <w:rPr>
          <w:lang w:eastAsia="zh-CN"/>
        </w:rPr>
        <w:t>　　“食物”单元通过对一天中所吃食物的回忆和分类，引起学生对饮食的关注，发现自己在饮食中的不良习惯，并在以后的生活中，能科学、合理、均衡地饮食。食物的变化和获取食物信息方法的研究也是在帮助学生进一步认识事物的特征及其变化规律。</w:t>
      </w:r>
      <w:r>
        <w:rPr>
          <w:lang w:eastAsia="zh-CN"/>
        </w:rPr>
        <w:br/>
      </w:r>
      <w:r>
        <w:rPr>
          <w:lang w:eastAsia="zh-CN"/>
        </w:rPr>
        <w:t>　　“岩石和矿物”单元是学生初次对构成地球固体物质的探究。通过对岩石、矿物的观察、分类和描述，使学生形成关于地球物质的一般性概念，并对保护、开发和利用地球资源的重要意义有进一步的了解。</w:t>
      </w:r>
      <w:r>
        <w:rPr>
          <w:lang w:eastAsia="zh-CN"/>
        </w:rPr>
        <w:br/>
      </w:r>
      <w:r>
        <w:rPr>
          <w:lang w:eastAsia="zh-CN"/>
        </w:rPr>
        <w:t>　　三、教学目标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1、培养学生科学的思维方法，努力发展学生解决问题的能力，使得学生们在日常生活中亲近科学、运用科学，把科学转化为对自己日常生活的指导，逐渐养成科学的行为习惯和生活习惯。</w:t>
      </w:r>
      <w:r>
        <w:rPr>
          <w:lang w:eastAsia="zh-CN"/>
        </w:rPr>
        <w:br/>
      </w:r>
      <w:r>
        <w:rPr>
          <w:lang w:eastAsia="zh-CN"/>
        </w:rPr>
        <w:t>　　2、了解科学探究的过程和方法，让学生亲身经历科学探究的全过程，从中获得科学知识，增长才干，体会科学探究的乐趣，理解科学的真谛，逐步学会科学地看问题、想问题。</w:t>
      </w:r>
      <w:r>
        <w:rPr>
          <w:lang w:eastAsia="zh-CN"/>
        </w:rPr>
        <w:br/>
      </w:r>
      <w:r>
        <w:rPr>
          <w:lang w:eastAsia="zh-CN"/>
        </w:rPr>
        <w:t>　　3、继续指导、引导学生学习运用假设，分析事物之间的`因果关系，注重观察实验中的测量，特别是控制变量、采集数据，并对实验结果作出自己的解释，学习建立解释模型，以验证自己的假设。</w:t>
      </w:r>
      <w:r>
        <w:rPr>
          <w:lang w:eastAsia="zh-CN"/>
        </w:rPr>
        <w:br/>
      </w:r>
      <w:r>
        <w:rPr>
          <w:lang w:eastAsia="zh-CN"/>
        </w:rPr>
        <w:t>　　4、保持和发展对周围世界的好奇心与求知欲，形成大胆细心、注重证据、敢于质疑的科学态度和爱科学、爱家乡、爱祖国的情感；</w:t>
      </w:r>
      <w:r>
        <w:rPr>
          <w:lang w:eastAsia="zh-CN"/>
        </w:rPr>
        <w:br/>
      </w:r>
      <w:r>
        <w:rPr>
          <w:lang w:eastAsia="zh-CN"/>
        </w:rPr>
        <w:t>　　5、亲近自然、欣赏自然、珍爱生命，积极参与资源和环境的保护，关心现代科技的发展。</w:t>
      </w:r>
      <w:r>
        <w:rPr>
          <w:lang w:eastAsia="zh-CN"/>
        </w:rPr>
        <w:br/>
      </w:r>
      <w:r>
        <w:rPr>
          <w:lang w:eastAsia="zh-CN"/>
        </w:rPr>
        <w:t>　　四、教学措施</w:t>
      </w:r>
      <w:r>
        <w:rPr>
          <w:lang w:eastAsia="zh-CN"/>
        </w:rPr>
        <w:br/>
      </w:r>
      <w:r>
        <w:rPr>
          <w:lang w:eastAsia="zh-CN"/>
        </w:rPr>
        <w:t>　　1、了解学生对所学科学主题的初始想法，特别是一些概念理解过程中出现的想法。只有充分了解学生在概念的形成过程中的思维变化，才能做出正确的教学判断，并避免客观事实与学生的想象混淆。</w:t>
      </w:r>
      <w:r>
        <w:rPr>
          <w:lang w:eastAsia="zh-CN"/>
        </w:rPr>
        <w:br/>
      </w:r>
      <w:r>
        <w:rPr>
          <w:lang w:eastAsia="zh-CN"/>
        </w:rPr>
        <w:t>　　2、指导学生对实验结果进行比较和描述。教材中涉及了大量的观察、比较活动，这些活动可以帮助学生发现观察对象在属性、结构、功能、关系等方面的特点，是学生建构科学概念的重要认识基础。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引导学生在观察和实验的过程中做好记录。教科书中给出了各单元相应的记录表，并提示学生用文字、数据、简笔画、气泡图、网状图和柱形图等进行记录。教学中要指导学生客观的记录观察到的现象，并随时提示他们将自己的记录与小组同学的记录进行比较、修正，教师每周都要对学生的记录进行督促和检查。</w:t>
      </w:r>
      <w:r>
        <w:rPr>
          <w:lang w:eastAsia="zh-CN"/>
        </w:rPr>
        <w:br/>
      </w:r>
      <w:r>
        <w:rPr>
          <w:lang w:eastAsia="zh-CN"/>
        </w:rPr>
        <w:t>　　4、引导学生用准确、恰当的词汇描述观察到的现象和事实。活动中需要学生进行描述的内容很多，有些甚至是实验过程的描述，这种描述能够帮助学生提高科学思维能力，教学中应耐心引导。</w:t>
      </w:r>
      <w:r>
        <w:rPr>
          <w:lang w:eastAsia="zh-CN"/>
        </w:rPr>
        <w:br/>
      </w:r>
      <w:r>
        <w:rPr>
          <w:lang w:eastAsia="zh-CN"/>
        </w:rPr>
        <w:t>　　5、指导学生对观察和实验结果进行整理、加工，形成正确的解释。尤其要重视学生在观察实验过程中，从证据、表格、图形获得的一些科学信息，并引导他们合理地使用这些信息做出科学解释。</w:t>
      </w:r>
      <w:r>
        <w:rPr>
          <w:lang w:eastAsia="zh-CN"/>
        </w:rPr>
        <w:br/>
      </w:r>
      <w:r>
        <w:rPr>
          <w:lang w:eastAsia="zh-CN"/>
        </w:rPr>
        <w:t xml:space="preserve">    四年级下册科学实验教学计划范文 篇2 </w:t>
      </w:r>
      <w:r>
        <w:rPr>
          <w:lang w:eastAsia="zh-CN"/>
        </w:rPr>
        <w:br/>
      </w:r>
      <w:r>
        <w:rPr>
          <w:lang w:eastAsia="zh-CN"/>
        </w:rPr>
        <w:t>　　一、教材分析</w:t>
      </w:r>
      <w:r>
        <w:rPr>
          <w:lang w:eastAsia="zh-CN"/>
        </w:rPr>
        <w:br/>
      </w:r>
      <w:r>
        <w:rPr>
          <w:lang w:eastAsia="zh-CN"/>
        </w:rPr>
        <w:t>　　本册教科书有四个单元：“电”“新的生命”“食物”和“岩石和矿物”。</w:t>
      </w:r>
      <w:r>
        <w:rPr>
          <w:lang w:eastAsia="zh-CN"/>
        </w:rPr>
        <w:br/>
      </w:r>
      <w:r>
        <w:rPr>
          <w:lang w:eastAsia="zh-CN"/>
        </w:rPr>
        <w:t>　　“电”单元是从“什么是电”开始的。学生对静电有比较丰富的生活体验，让他们适当地了解一点有关电荷的知识，可以使后续课中电流、电路的学习更有基础。这一单元将通过与电相关内容的实验、交流、预测、检验、测量和推理、解释等活动，使学生形成关于电的初步概念，同时获得一些基本实验操作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新的生命”单元是从“观察油菜花”引入的。由植物的花、果实和种子的系列观察活动，过渡到动物的卵、繁殖的观察和研究，从而使学生获得植物和动物如何繁殖新生命的认识，并形成关于生命的一系列发展性概念。教科书中的观察实验，特别是一些探究性的实验，都是在支撑有关生命概念的建立，并在此过程中使学生获得对生命的理解。</w:t>
      </w:r>
      <w:r>
        <w:rPr>
          <w:lang w:eastAsia="zh-CN"/>
        </w:rPr>
        <w:br/>
      </w:r>
      <w:r>
        <w:rPr>
          <w:lang w:eastAsia="zh-CN"/>
        </w:rPr>
        <w:t>　　“食物”单元通过对一天中所吃食物的回忆和分类，引起学生对饮食的关注，发现自己在饮食中的不良习惯，并在以后的生活中，能科学、合理、均衡地饮食。食物的变化和获取食物信息方法的研究也是在帮助学生进一步认识事物的特征及其变化规律。</w:t>
      </w:r>
      <w:r>
        <w:rPr>
          <w:lang w:eastAsia="zh-CN"/>
        </w:rPr>
        <w:br/>
      </w:r>
      <w:r>
        <w:rPr>
          <w:lang w:eastAsia="zh-CN"/>
        </w:rPr>
        <w:t>　　“岩石和矿物”单元是学生初次对构成地球固体物质的探究。通过对岩石、矿物的观察、分类和描述，使学生形成关于地球物质的一般性概念，并对保护、开发和利用地球资源的重要意义有进一步的了解。</w:t>
      </w:r>
      <w:r>
        <w:rPr>
          <w:lang w:eastAsia="zh-CN"/>
        </w:rPr>
        <w:br/>
      </w:r>
      <w:r>
        <w:rPr>
          <w:lang w:eastAsia="zh-CN"/>
        </w:rPr>
        <w:t>　　二、教学目标</w:t>
      </w:r>
      <w:r>
        <w:rPr>
          <w:lang w:eastAsia="zh-CN"/>
        </w:rPr>
        <w:br/>
      </w:r>
      <w:r>
        <w:rPr>
          <w:lang w:eastAsia="zh-CN"/>
        </w:rPr>
        <w:t>　　1、培养学生科学的思维方法，努力发展学生解决问题的能力，使得学生们在日常生活中亲近科学、运用科学，把科学转化为对自己日常生活的指导，逐渐养成科学的行为习惯和生活习惯；</w:t>
      </w:r>
      <w:r>
        <w:rPr>
          <w:lang w:eastAsia="zh-CN"/>
        </w:rPr>
        <w:br/>
      </w:r>
      <w:r>
        <w:rPr>
          <w:lang w:eastAsia="zh-CN"/>
        </w:rPr>
        <w:t>　　2、了解科学探究的过程和方法，让学生亲身经历科学探究的全过程，从中获得科学知识，增长才干，体会科学探究的乐趣，理解科学的真谛，逐步学会科学地看问题、想问题；</w:t>
      </w:r>
      <w:r>
        <w:rPr>
          <w:lang w:eastAsia="zh-CN"/>
        </w:rPr>
        <w:br/>
      </w:r>
      <w:r>
        <w:rPr>
          <w:lang w:eastAsia="zh-CN"/>
        </w:rPr>
        <w:t>　　3、继续指导、引导学生学习运用假设，分析事物之间的因果关系，注重观察实验中的测量，特别是控制变量、采集数据，并对实验结果作出自己的解释，学习建立解释模型，以验证自己的假设。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4、保持和发展对周围世界的好奇心与求知欲，形成大胆细心、注重证据、敢于质疑的科学态度和爱科学、爱家乡、爱祖国的情感；</w:t>
      </w:r>
      <w:r>
        <w:rPr>
          <w:lang w:eastAsia="zh-CN"/>
        </w:rPr>
        <w:br/>
      </w:r>
      <w:r>
        <w:rPr>
          <w:lang w:eastAsia="zh-CN"/>
        </w:rPr>
        <w:t>　　5、亲近自然、欣赏自然、珍爱生命，积极参与资源和环境的保护，关心现代科技的发展。</w:t>
      </w:r>
      <w:r>
        <w:rPr>
          <w:lang w:eastAsia="zh-CN"/>
        </w:rPr>
        <w:br/>
      </w:r>
      <w:r>
        <w:rPr>
          <w:lang w:eastAsia="zh-CN"/>
        </w:rPr>
        <w:t>　　三、学生情况分析：</w:t>
      </w:r>
      <w:r>
        <w:rPr>
          <w:lang w:eastAsia="zh-CN"/>
        </w:rPr>
        <w:br/>
      </w:r>
      <w:r>
        <w:rPr>
          <w:lang w:eastAsia="zh-CN"/>
        </w:rPr>
        <w:t>　　进人四年级以后，学生对科学课的学习已经有了一定的基础，求知欲和参与科学活动的愿望明显增强。学生已掌握许多的科学知识和科学的方法，对科学探究活动非常喜欢，并能以自己的方式观察到许多细节的地方，兴趣浓厚，已经具备初步的探究能力，动手能力。另外，在进行着观察、提问、假说、预言、调查、解释及交流等一系列活动时，学生的合作意识和合作能力得到大大的增强。</w:t>
      </w:r>
      <w:r>
        <w:rPr>
          <w:lang w:eastAsia="zh-CN"/>
        </w:rPr>
        <w:br/>
      </w:r>
      <w:r>
        <w:rPr>
          <w:lang w:eastAsia="zh-CN"/>
        </w:rPr>
        <w:t>　　但由于学生年龄的局限，观察的深度、准确度还不够，观察或描述的方法还不会实践运用。大部分学生知识面不广，勤于动脑的同学占的比例不是很大。还有的学生在活动的时候常常耗时低效，不能很好地利用宝贵的课堂时间，这现象尤为突出。因此，本学年是培养学生科学素养的至关重要的时期。教学中要因势利导，积极引导学生在学习中逐渐养成尊重客观事实、注重证据、大胆质疑的科学品质和思维方式，提高他们的生活质量和学习质量。</w:t>
      </w:r>
      <w:r>
        <w:rPr>
          <w:lang w:eastAsia="zh-CN"/>
        </w:rPr>
        <w:br/>
      </w:r>
      <w:r>
        <w:rPr>
          <w:lang w:eastAsia="zh-CN"/>
        </w:rPr>
        <w:t xml:space="preserve">    四年级下册科学实验教学计划范文 篇3 </w:t>
      </w:r>
      <w:r>
        <w:rPr>
          <w:lang w:eastAsia="zh-CN"/>
        </w:rPr>
        <w:br/>
      </w:r>
      <w:r>
        <w:rPr>
          <w:lang w:eastAsia="zh-CN"/>
        </w:rPr>
        <w:t>　　一、教材分析</w:t>
      </w:r>
      <w:r>
        <w:rPr>
          <w:lang w:eastAsia="zh-CN"/>
        </w:rPr>
        <w:br/>
      </w:r>
      <w:r>
        <w:rPr>
          <w:lang w:eastAsia="zh-CN"/>
        </w:rPr>
        <w:t>　　《科学》四年级上册由“天气”、“溶解”、“声音”和“我们的身体”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四个单元组成。本册教材是在三年级上、下册的基础上，引领学生经历一系列有意义、有价值的科学探究活动，使他们获得更多的学习体验，加深对科学的理解，增进科学探究的能力。</w:t>
      </w:r>
      <w:r>
        <w:rPr>
          <w:lang w:eastAsia="zh-CN"/>
        </w:rPr>
        <w:br/>
      </w:r>
      <w:r>
        <w:rPr>
          <w:lang w:eastAsia="zh-CN"/>
        </w:rPr>
        <w:t>　　上册教科书中的每个教学单元都有七个课题，这七个课题即学习的内容，也反映了科学概念和过程与方法双向发展、螺旋上升的过程。</w:t>
      </w:r>
      <w:r>
        <w:rPr>
          <w:lang w:eastAsia="zh-CN"/>
        </w:rPr>
        <w:br/>
      </w:r>
      <w:r>
        <w:rPr>
          <w:lang w:eastAsia="zh-CN"/>
        </w:rPr>
        <w:t>　　下册教材主要内容由“电”、“新的生命”、“食物”和“岩石和矿物”四个单元组成。</w:t>
      </w:r>
      <w:r>
        <w:rPr>
          <w:lang w:eastAsia="zh-CN"/>
        </w:rPr>
        <w:br/>
      </w:r>
      <w:r>
        <w:rPr>
          <w:lang w:eastAsia="zh-CN"/>
        </w:rPr>
        <w:t>　　“电”单元是从“什么是电”开始的。学生对静电有比较丰富的生活体验，让他们适当地了解一点有关电荷的知识，可以使后续课中电流、电路的学习更有基础。这一单元将通过与电相关内容的实验、交流、预测、检验、测量和推理、解释等活动，使学生形成关于电的初步概念，同时获得一些基本实验操作技能。</w:t>
      </w:r>
      <w:r>
        <w:rPr>
          <w:lang w:eastAsia="zh-CN"/>
        </w:rPr>
        <w:br/>
      </w:r>
      <w:r>
        <w:rPr>
          <w:lang w:eastAsia="zh-CN"/>
        </w:rPr>
        <w:t>　　“新的生命”单元是从“观察油菜花”引入的。由植物的花、果实和种子的系列观察活动，过渡到动物的卵、繁殖的观察和研究，从而使学生获得植物和动物如何繁殖新生命的认识，并形成关于生命的一系列发展性概念。教科书中的观察实验，特别是一些探究性的实验，都是在支撑有关生命概念的建立，并在此过程中使学生获得对生命的理解。</w:t>
      </w:r>
      <w:r>
        <w:rPr>
          <w:lang w:eastAsia="zh-CN"/>
        </w:rPr>
        <w:br/>
      </w:r>
      <w:r>
        <w:rPr>
          <w:lang w:eastAsia="zh-CN"/>
        </w:rPr>
        <w:t>　　“食物”单元通过对一天中所吃食物的回忆和分类，引起学生对饮食的关注，发现自己在饮食中的不良习惯，并在以后的生活中，能科学、合理、均衡地饮食。食物的变化和获取食物信息方法的研究也是在帮助学生进一步认识事物的特征及其变化规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“岩石和矿物”单元是学生初次对构成地球固体物质的探究。通过对岩石、矿物的观察、分类和描述，使学生形成关于地球物质的一般性概念，并对保护、开发和利用地球资源的重要意义有进一步的了解。</w:t>
      </w:r>
      <w:r>
        <w:rPr>
          <w:lang w:eastAsia="zh-CN"/>
        </w:rPr>
        <w:br/>
      </w:r>
      <w:r>
        <w:rPr>
          <w:lang w:eastAsia="zh-CN"/>
        </w:rPr>
        <w:t>　　二、学生分析</w:t>
      </w:r>
      <w:r>
        <w:rPr>
          <w:lang w:eastAsia="zh-CN"/>
        </w:rPr>
        <w:br/>
      </w:r>
      <w:r>
        <w:rPr>
          <w:lang w:eastAsia="zh-CN"/>
        </w:rPr>
        <w:t>　　通过一年的科学学习，学生对科学课的学习已经有了一定的基础，求知欲和参与科学活动的愿望明显增强。学生已掌握许多的科学知识和科学的方法，对科学探究活动非常喜欢，并能以自己的方式观察到许多细节的地方，兴趣浓厚，已经具备初步的探究能力，动手能力。另外，在进行着观察、提问、假说、预言、调查、解释及交流等一系列活动时，强调小组合作必要性，所以学生的合作意识和合作能力得到大大的增强。</w:t>
      </w:r>
      <w:r>
        <w:rPr>
          <w:lang w:eastAsia="zh-CN"/>
        </w:rPr>
        <w:br/>
      </w:r>
      <w:r>
        <w:rPr>
          <w:lang w:eastAsia="zh-CN"/>
        </w:rPr>
        <w:t>　　但由于学生年龄的局限，观察的深度、准确度还不够，观察或描述的方法还不会实践运用。大部分学生知识面不广，勤于动脑的同学占的比例不是很大。还有的学生在活动的时候常常耗时低效，不能很好地利用宝贵的课堂时间，这现象尤为突出。</w:t>
      </w:r>
      <w:r>
        <w:rPr>
          <w:lang w:eastAsia="zh-CN"/>
        </w:rPr>
        <w:br/>
      </w:r>
      <w:r>
        <w:rPr>
          <w:lang w:eastAsia="zh-CN"/>
        </w:rPr>
        <w:t>　　三、实验目的</w:t>
      </w:r>
      <w:r>
        <w:rPr>
          <w:lang w:eastAsia="zh-CN"/>
        </w:rPr>
        <w:br/>
      </w:r>
      <w:r>
        <w:rPr>
          <w:lang w:eastAsia="zh-CN"/>
        </w:rPr>
        <w:t>　　1、培养学生学习科学的乐趣。</w:t>
      </w:r>
      <w:r>
        <w:rPr>
          <w:lang w:eastAsia="zh-CN"/>
        </w:rPr>
        <w:br/>
      </w:r>
      <w:r>
        <w:rPr>
          <w:lang w:eastAsia="zh-CN"/>
        </w:rPr>
        <w:t>　　2、使学生获得简单的科学知识。</w:t>
      </w:r>
      <w:r>
        <w:rPr>
          <w:lang w:eastAsia="zh-CN"/>
        </w:rPr>
        <w:br/>
      </w:r>
      <w:r>
        <w:rPr>
          <w:lang w:eastAsia="zh-CN"/>
        </w:rPr>
        <w:t>　　3、培养学生包括观察、发现和记录的能力。</w:t>
      </w:r>
      <w:r>
        <w:rPr>
          <w:lang w:eastAsia="zh-CN"/>
        </w:rPr>
        <w:br/>
      </w:r>
      <w:r>
        <w:rPr>
          <w:lang w:eastAsia="zh-CN"/>
        </w:rPr>
        <w:t>　　四、实验措施</w:t>
      </w:r>
      <w:r>
        <w:rPr>
          <w:lang w:eastAsia="zh-CN"/>
        </w:rPr>
        <w:br/>
      </w:r>
      <w:r>
        <w:rPr>
          <w:lang w:eastAsia="zh-CN"/>
        </w:rPr>
        <w:t>　　1、课前教师要备教材、备学生、备教法、备实验过程。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2、指导学生对实验结果进行比较和描述。</w:t>
      </w:r>
      <w:r>
        <w:rPr>
          <w:lang w:eastAsia="zh-CN"/>
        </w:rPr>
        <w:br/>
      </w:r>
      <w:r>
        <w:rPr>
          <w:lang w:eastAsia="zh-CN"/>
        </w:rPr>
        <w:t>　　3、引导学生在观察和实验的过程中做好记录。教学中要指导学生客观地记录观察到的现象，并随时提示他们将自己的记录与小组同学的记录进行比较、修正。</w:t>
      </w:r>
      <w:r>
        <w:rPr>
          <w:lang w:eastAsia="zh-CN"/>
        </w:rPr>
        <w:br/>
      </w:r>
      <w:r>
        <w:rPr>
          <w:lang w:eastAsia="zh-CN"/>
        </w:rPr>
        <w:t>　　4、引导学生用准确、恰当的词汇描述观察到的现象和事实。活动中需要学生进行描述的内容很多，有些甚至是实验过程的描述。</w:t>
      </w:r>
      <w:r>
        <w:rPr>
          <w:lang w:eastAsia="zh-CN"/>
        </w:rPr>
        <w:br/>
      </w:r>
      <w:r>
        <w:rPr>
          <w:lang w:eastAsia="zh-CN"/>
        </w:rPr>
        <w:t>　　5、指导学生对观察和实验结果进行整理、加工，形成正确的解释。尤其要重视学生在观察实验过程中，从证据、表格、图形获得的一些科学信息，并引导他们合理地使用这些信息做出科学解释。</w:t>
      </w:r>
      <w:r>
        <w:rPr>
          <w:lang w:eastAsia="zh-CN"/>
        </w:rPr>
        <w:br/>
      </w:r>
      <w:r>
        <w:rPr>
          <w:lang w:eastAsia="zh-CN"/>
        </w:rPr>
        <w:t xml:space="preserve">    四年级下册科学实验教学计划范文 篇4 </w:t>
      </w:r>
      <w:r>
        <w:rPr>
          <w:lang w:eastAsia="zh-CN"/>
        </w:rPr>
        <w:br/>
      </w:r>
      <w:r>
        <w:rPr>
          <w:lang w:eastAsia="zh-CN"/>
        </w:rPr>
        <w:t>　　本教材在内容的选编上贴近儿童的生活实际，顺应现代科学技术的发展，以基础性的、浅显的科学活动作为学生探究活动的主题，同时注重对科学探究、情感态度与价值观、科学知识的整合。以小学生的生活经验为主要线索构建单元，做到了“生活经验”引领下的内容综合化。为让学生在新的教育理念下发展自己的科学探究能力，特制定计划如下：</w:t>
      </w:r>
      <w:r>
        <w:rPr>
          <w:lang w:eastAsia="zh-CN"/>
        </w:rPr>
        <w:br/>
      </w:r>
      <w:r>
        <w:rPr>
          <w:lang w:eastAsia="zh-CN"/>
        </w:rPr>
        <w:t>　　一、指导思想：</w:t>
      </w:r>
      <w:r>
        <w:rPr>
          <w:lang w:eastAsia="zh-CN"/>
        </w:rPr>
        <w:br/>
      </w:r>
      <w:r>
        <w:rPr>
          <w:lang w:eastAsia="zh-CN"/>
        </w:rPr>
        <w:t>　　充分挖掘课程资源，和孩子们一起探究，实施真正意义上的科学探究性教学，有效地组织学生开展真正有深度的科学探究性活动。</w:t>
      </w:r>
      <w:r>
        <w:rPr>
          <w:lang w:eastAsia="zh-CN"/>
        </w:rPr>
        <w:br/>
      </w:r>
      <w:r>
        <w:rPr>
          <w:lang w:eastAsia="zh-CN"/>
        </w:rPr>
        <w:t>　　二、所教年级学生现状分析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学期三年级学生视野虽然比较开阔，但是，在对基础知识的掌握以及听课的技巧上还不够好。课堂上看来很活跃、很热闹，但是学生对问题的深入思考方面却非常缺乏，动手实验时，常常是在为了玩而玩，而不是有计划有目的的去玩，想出办法了再玩。因此学生课堂上常常表现的是玩完后，一问三不知，因此针对这种情况，本学期的科学课要对学生进行科学启蒙教育，要对学生主动探究科学知识的能力进行专门的训练，发展学生们的爱科学，学科学、用科学的志趣和能力，在本学期中我要从抓学生的综合实践能力入手，从实验方面入手，结合科学课的新课程标准，合理的运用电教媒体，创造性培养学生的科学探究能力和创新精神。努力培养学生的创新思维和创新能力。把科学课的新课程标准落实到科学教学中去，使科学教学进入到一个走进新课程改革的新时期。</w:t>
      </w:r>
      <w:r>
        <w:rPr>
          <w:lang w:eastAsia="zh-CN"/>
        </w:rPr>
        <w:br/>
      </w:r>
      <w:r>
        <w:rPr>
          <w:lang w:eastAsia="zh-CN"/>
        </w:rPr>
        <w:t>　　三、本册教材的知识系统和结构</w:t>
      </w:r>
      <w:r>
        <w:rPr>
          <w:lang w:eastAsia="zh-CN"/>
        </w:rPr>
        <w:br/>
      </w:r>
      <w:r>
        <w:rPr>
          <w:lang w:eastAsia="zh-CN"/>
        </w:rPr>
        <w:t>　　本册书从知识方面可以分为六个方面：</w:t>
      </w:r>
      <w:r>
        <w:rPr>
          <w:lang w:eastAsia="zh-CN"/>
        </w:rPr>
        <w:br/>
      </w:r>
      <w:r>
        <w:rPr>
          <w:lang w:eastAsia="zh-CN"/>
        </w:rPr>
        <w:t>　　1、科学在我们身边：(1—3)课，以学生玩玩具的生活经验为线索展开，拓展到了解身边熟悉的、常见的事物，教材中设计了丰富多彩的学生感兴趣的探究活动，通过亲历活动，使学生“走近科学”，初步感悟到身边处处有科学，生活离不开科学的道理。</w:t>
      </w:r>
      <w:r>
        <w:rPr>
          <w:lang w:eastAsia="zh-CN"/>
        </w:rPr>
        <w:br/>
      </w:r>
      <w:r>
        <w:rPr>
          <w:lang w:eastAsia="zh-CN"/>
        </w:rPr>
        <w:t>　　2、我们怎么知道：(4—9)课，以“学生对身边事物已有的观察、认识”为引领，进一步认识身边的物体，解释观察到的现象，探索其中的奥秘，初步掌握科学探究的基本方法、步骤，为学生亲历科学提供一把入门的钥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水的科学：(10—14)课，以‘‘学生对水已有的认知”为线索，通过让学生了解自然界中水资源的分布、欣赏自然界水体的美丽、了解水的三态、认识水中物体的沉浮、进行水的多少的比较、认识水的压力等各种探究活动，层层展开，逐步推进，使学生亲历科学探究的过程，体验科学探究的基本手段和方法，了解、认识水的特点。</w:t>
      </w:r>
      <w:r>
        <w:rPr>
          <w:lang w:eastAsia="zh-CN"/>
        </w:rPr>
        <w:br/>
      </w:r>
      <w:r>
        <w:rPr>
          <w:lang w:eastAsia="zh-CN"/>
        </w:rPr>
        <w:t>　　4、天气与我们的生活：(15—19)课，以“学生对天气的亲身体验”为线索，进行观察、记录、整理、制作等探究活动，增强学生观察身边科学现象的意识，培养学生乐于探究身边常见科学现象的情感，意识到探究科学可以从身边的科学现象入手。</w:t>
      </w:r>
      <w:r>
        <w:rPr>
          <w:lang w:eastAsia="zh-CN"/>
        </w:rPr>
        <w:br/>
      </w:r>
      <w:r>
        <w:rPr>
          <w:lang w:eastAsia="zh-CN"/>
        </w:rPr>
        <w:t>　　5、我们周围的空气：(20—22)了解空气在哪里，空气的成分，我们需要清新的空气。</w:t>
      </w:r>
      <w:r>
        <w:rPr>
          <w:lang w:eastAsia="zh-CN"/>
        </w:rPr>
        <w:br/>
      </w:r>
      <w:r>
        <w:rPr>
          <w:lang w:eastAsia="zh-CN"/>
        </w:rPr>
        <w:t>　　6、研究与实践(两课)课，以“学生对玩具的认知”为线索，引领学生尝试自主运用已经掌握的科学探究方法和已有知识，解决生活中形象、直观的具体问题，包括较为简单的器具的拆卸与组装，简单工作原理的探究，中期的植物种养，植物外部特征与生长情况的观察，以及生活中其它与儿童成长密切相关的问题的初步调查、了解等，初步培养学生“模仿与制作”、“拆分与组合”的动手能力，及认真细致、善于思考、善于动手实践的科学态度，使学生意识到科学技术与社会的密切联系。</w:t>
      </w:r>
      <w:r>
        <w:rPr>
          <w:lang w:eastAsia="zh-CN"/>
        </w:rPr>
        <w:br/>
      </w:r>
      <w:r>
        <w:rPr>
          <w:lang w:eastAsia="zh-CN"/>
        </w:rPr>
        <w:t>　　四、本册教材的教学目的、重点、难点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目的：从科学课特点出发，以“学生的生活经验”为线索切入到基础性的、规范的科学探究活动之中。教材主要围绕“走近科学”、“亲历科学”、“自主探究”三个专题选择内容，遵循儿童的生理、心理特点，既注重知识的传授，更注意探究能力的培养，使学生在独立操作中观察、思考，提出问题，并解决问题，培养学生的创新精神和实践能力，使学生有爱科学，学科学、用科学的志趣和能力。</w:t>
      </w:r>
      <w:r>
        <w:rPr>
          <w:lang w:eastAsia="zh-CN"/>
        </w:rPr>
        <w:br/>
      </w:r>
      <w:r>
        <w:rPr>
          <w:lang w:eastAsia="zh-CN"/>
        </w:rPr>
        <w:t>　　重点：《我们怎么知道》、《天气与我们的生活》、《水的科学》、《我们周围的空气》四个单元。</w:t>
      </w:r>
      <w:r>
        <w:rPr>
          <w:lang w:eastAsia="zh-CN"/>
        </w:rPr>
        <w:br/>
      </w:r>
      <w:r>
        <w:rPr>
          <w:lang w:eastAsia="zh-CN"/>
        </w:rPr>
        <w:t>　　难点：使学生以自主体验为手段，以科学探究为核心，亲历科学探究的过程。探究能力、情感态度与价值观及科学知识各有侧重，且由易到难，逐渐上升。</w:t>
      </w:r>
      <w:r>
        <w:rPr>
          <w:lang w:eastAsia="zh-CN"/>
        </w:rPr>
        <w:br/>
      </w:r>
      <w:r>
        <w:rPr>
          <w:lang w:eastAsia="zh-CN"/>
        </w:rPr>
        <w:t>　　五、主要教学措施与教改思路</w:t>
      </w:r>
      <w:r>
        <w:rPr>
          <w:lang w:eastAsia="zh-CN"/>
        </w:rPr>
        <w:br/>
      </w:r>
      <w:r>
        <w:rPr>
          <w:lang w:eastAsia="zh-CN"/>
        </w:rPr>
        <w:t>　　1、措施：从学生的探究性学习过程入手，以实验为主，力争让学生从亲自动手实验，把课程提出的一些日常生活现象运用电教媒体进行再现，精心设计问题情境让学生以实验方式加以验证，并对实验过程中观察到的现象进行思考，写出观察报告。同时注重学生的探究性学习的精神培养，及过程的培养。</w:t>
      </w:r>
      <w:r>
        <w:rPr>
          <w:lang w:eastAsia="zh-CN"/>
        </w:rPr>
        <w:br/>
      </w:r>
      <w:r>
        <w:rPr>
          <w:lang w:eastAsia="zh-CN"/>
        </w:rPr>
        <w:t>　　2、教改思路：改变评价学生的方法，把学科评价内容分为综合能力评价和基础知识评价两种，每种各占50分。注重学生平时的制作能力、观察能力与实验探究能力的培养，让学生在做一做，看一看，想一想中去探究学习科学知识知识，并在作科学的过程中学科学。</w:t>
      </w:r>
      <w:r>
        <w:rPr>
          <w:lang w:eastAsia="zh-CN"/>
        </w:rPr>
        <w:br/>
      </w:r>
      <w:r>
        <w:rPr>
          <w:lang w:eastAsia="zh-CN"/>
        </w:rPr>
        <w:t xml:space="preserve">    四年级下册科学实验教学计划范文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以新课程标准为指导，坚持从学科的特点和教学实际出发，注意教学研究与实践，加强科学实验室管理：做到合理管理，合理使用，合理分类、堆放，及时借还，及时打扫等。</w:t>
      </w:r>
      <w:r>
        <w:rPr>
          <w:lang w:eastAsia="zh-CN"/>
        </w:rPr>
        <w:t xml:space="preserve"> 主要措施：</w:t>
      </w:r>
      <w:r>
        <w:rPr>
          <w:lang w:eastAsia="zh-CN"/>
        </w:rPr>
        <w:t xml:space="preserve"> 一、精心准备实验器材，优化实验教学。</w:t>
      </w:r>
      <w:r>
        <w:rPr>
          <w:lang w:eastAsia="zh-CN"/>
        </w:rPr>
        <w:t xml:space="preserve"> 实验教学是科学学科中最主</w:t>
      </w:r>
      <w:r>
        <w:rPr>
          <w:lang w:eastAsia="zh-CN"/>
        </w:rPr>
        <w:br/>
      </w:r>
      <w:r>
        <w:rPr>
          <w:lang w:eastAsia="zh-CN"/>
        </w:rPr>
        <w:t>　　指导思想：</w:t>
      </w:r>
      <w:r>
        <w:rPr>
          <w:lang w:eastAsia="zh-CN"/>
        </w:rPr>
        <w:br/>
      </w:r>
      <w:r>
        <w:rPr>
          <w:lang w:eastAsia="zh-CN"/>
        </w:rPr>
        <w:t>　　以新课程标准为指导，坚持从学科的特点和教学实际出发，注意教学研究与实践，加强科学实验室管理：做到合理管理，合理使用，合理分类、堆放，及时借还，及时打扫等。</w:t>
      </w:r>
      <w:r>
        <w:rPr>
          <w:lang w:eastAsia="zh-CN"/>
        </w:rPr>
        <w:br/>
      </w:r>
      <w:r>
        <w:rPr>
          <w:lang w:eastAsia="zh-CN"/>
        </w:rPr>
        <w:t>　　主要措施：</w:t>
      </w:r>
      <w:r>
        <w:rPr>
          <w:lang w:eastAsia="zh-CN"/>
        </w:rPr>
        <w:br/>
      </w:r>
      <w:r>
        <w:rPr>
          <w:lang w:eastAsia="zh-CN"/>
        </w:rPr>
        <w:t>　　一、精心准备实验器材，优化实验教学。</w:t>
      </w:r>
      <w:r>
        <w:rPr>
          <w:lang w:eastAsia="zh-CN"/>
        </w:rPr>
        <w:br/>
      </w:r>
      <w:r>
        <w:rPr>
          <w:lang w:eastAsia="zh-CN"/>
        </w:rPr>
        <w:t>　　实验教学是科学学科中最主要内容之一。所以在科学教学中要积极创造条件，让学生动手做，让他们亲身经历科学探究的全过程。特别是现在的科学课，在课前，教师更要精心准备大量的有结构的观察、实验材料，保证正常的实验探究。</w:t>
      </w:r>
      <w:r>
        <w:rPr>
          <w:lang w:eastAsia="zh-CN"/>
        </w:rPr>
        <w:br/>
      </w:r>
      <w:r>
        <w:rPr>
          <w:lang w:eastAsia="zh-CN"/>
        </w:rPr>
        <w:t>　　二、加强管理，合理使用。</w:t>
      </w:r>
      <w:r>
        <w:rPr>
          <w:lang w:eastAsia="zh-CN"/>
        </w:rPr>
        <w:br/>
      </w:r>
      <w:r>
        <w:rPr>
          <w:lang w:eastAsia="zh-CN"/>
        </w:rPr>
        <w:t>　　本学期科学实验室继续加强管理，有借有还。在教学时，首先，及时填好实验通知单和实验名称，以及所需的实验器材。其次，合理实验，在课堂上，要对学生进行安全教育和正确的实验操作指导。最后，实验做完后要及时放回原处，并做好实验日志的记载工作。</w:t>
      </w:r>
      <w:r>
        <w:rPr>
          <w:lang w:eastAsia="zh-CN"/>
        </w:rPr>
        <w:br/>
      </w:r>
      <w:r>
        <w:rPr>
          <w:lang w:eastAsia="zh-CN"/>
        </w:rPr>
        <w:t>　　三、加强自制教具在教学中的重要作用。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学期我们倡导师生共同开辟科学教学园地，科学角，收集材料，自己动手制作教具，改善实验条件。同时在实验教学中提倡“动手做”，让学生真正的参与科学科学探究的全过程，培养学生的动手操作能力、创新能力。</w:t>
      </w:r>
      <w:r>
        <w:rPr>
          <w:lang w:eastAsia="zh-CN"/>
        </w:rPr>
        <w:br/>
      </w:r>
      <w:r>
        <w:rPr>
          <w:lang w:eastAsia="zh-CN"/>
        </w:rPr>
        <w:t>　　四、重视发挥电教手段，优化组合。</w:t>
      </w:r>
      <w:r>
        <w:rPr>
          <w:lang w:eastAsia="zh-CN"/>
        </w:rPr>
        <w:br/>
      </w:r>
      <w:r>
        <w:rPr>
          <w:lang w:eastAsia="zh-CN"/>
        </w:rPr>
        <w:t>　　科学教学中要优化组合教学手段，努力提高投影、录象、录音等电教手段在教学中的使用率，丰富学生的感性认识，在培养和提高学生的思维能力的过程中发挥积极的辅作的作用。</w:t>
      </w:r>
      <w:r>
        <w:rPr>
          <w:lang w:eastAsia="zh-CN"/>
        </w:rPr>
        <w:br/>
      </w:r>
      <w:r>
        <w:rPr>
          <w:lang w:eastAsia="zh-CN"/>
        </w:rPr>
        <w:t>　　总之，为了适应新课程标准的教学需要，我们必须把握好过度期的教学，激发每一位科学教师的教学热情，积极倡导有创造性的教学研究，为提高科学学科的教学质量而共同努力。</w:t>
      </w:r>
      <w:r>
        <w:rPr>
          <w:lang w:eastAsia="zh-CN"/>
        </w:rPr>
        <w:br/>
      </w:r>
      <w:r>
        <w:rPr>
          <w:lang w:eastAsia="zh-CN"/>
        </w:rPr>
        <w:t xml:space="preserve">    四年级下册科学实验教学计划范文 篇6 </w:t>
      </w:r>
      <w:r>
        <w:rPr>
          <w:lang w:eastAsia="zh-CN"/>
        </w:rPr>
        <w:br/>
      </w:r>
      <w:r>
        <w:rPr>
          <w:lang w:eastAsia="zh-CN"/>
        </w:rPr>
        <w:t>　　一、学生分析</w:t>
      </w:r>
      <w:r>
        <w:rPr>
          <w:lang w:eastAsia="zh-CN"/>
        </w:rPr>
        <w:br/>
      </w:r>
      <w:r>
        <w:rPr>
          <w:lang w:eastAsia="zh-CN"/>
        </w:rPr>
        <w:t>　　六年级有学生47人。这些学生不仅喜欢学习科学，而且特别喜欢做实验，从上学期的实验情况看，大部分学生能在教师的指导下进行实验探究，能与他人合作，学会了写实验记录，并能进行自主实验。但也有部分学生在实验过程中放不开手脚，甚至不敢参与实验。本学期还应加强对这些学生的指导。</w:t>
      </w:r>
      <w:r>
        <w:rPr>
          <w:lang w:eastAsia="zh-CN"/>
        </w:rPr>
        <w:br/>
      </w:r>
      <w:r>
        <w:rPr>
          <w:lang w:eastAsia="zh-CN"/>
        </w:rPr>
        <w:t>　　二、实验目的</w:t>
      </w:r>
      <w:r>
        <w:rPr>
          <w:lang w:eastAsia="zh-CN"/>
        </w:rPr>
        <w:br/>
      </w:r>
      <w:r>
        <w:rPr>
          <w:lang w:eastAsia="zh-CN"/>
        </w:rPr>
        <w:t>　　1、教会学生正确的实验方法，体验实验的乐趣。</w:t>
      </w:r>
      <w:r>
        <w:rPr>
          <w:lang w:eastAsia="zh-CN"/>
        </w:rPr>
        <w:br/>
      </w:r>
      <w:r>
        <w:rPr>
          <w:lang w:eastAsia="zh-CN"/>
        </w:rPr>
        <w:t>　　2、使学生有效地掌握知识，主动探索新知识。</w:t>
      </w:r>
      <w:r>
        <w:rPr>
          <w:lang w:eastAsia="zh-CN"/>
        </w:rPr>
        <w:br/>
      </w:r>
      <w:r>
        <w:rPr>
          <w:lang w:eastAsia="zh-CN"/>
        </w:rPr>
        <w:t>　　3、培养学生的'能力，包括实验设计、操作、观察、记录和整理资料等能力。</w:t>
      </w:r>
      <w:r>
        <w:rPr>
          <w:lang w:eastAsia="zh-CN"/>
        </w:rPr>
        <w:br/>
      </w:r>
      <w:r>
        <w:rPr>
          <w:lang w:eastAsia="zh-CN"/>
        </w:rPr>
        <w:t>　　4、全面提高学生素质，特别是知识素质和智能素质。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5、激发学生的学习兴趣，在观察和实验中充分发挥学生的各种感官，调动他们的学习积极性。</w:t>
      </w:r>
      <w:r>
        <w:rPr>
          <w:lang w:eastAsia="zh-CN"/>
        </w:rPr>
        <w:br/>
      </w:r>
      <w:r>
        <w:rPr>
          <w:lang w:eastAsia="zh-CN"/>
        </w:rPr>
        <w:t>　　三、实验措施</w:t>
      </w:r>
      <w:r>
        <w:rPr>
          <w:lang w:eastAsia="zh-CN"/>
        </w:rPr>
        <w:br/>
      </w:r>
      <w:r>
        <w:rPr>
          <w:lang w:eastAsia="zh-CN"/>
        </w:rPr>
        <w:t>　　1、课前教师要充分准备，备教材、备学生、备教法、备实验过程。</w:t>
      </w:r>
      <w:r>
        <w:rPr>
          <w:lang w:eastAsia="zh-CN"/>
        </w:rPr>
        <w:br/>
      </w:r>
      <w:r>
        <w:rPr>
          <w:lang w:eastAsia="zh-CN"/>
        </w:rPr>
        <w:t>　　2、指导学生做简单的探究实验，制定实验计划，填写实验报告，制作简易科学模型。</w:t>
      </w:r>
      <w:r>
        <w:rPr>
          <w:lang w:eastAsia="zh-CN"/>
        </w:rPr>
        <w:br/>
      </w:r>
      <w:r>
        <w:rPr>
          <w:lang w:eastAsia="zh-CN"/>
        </w:rPr>
        <w:t>　　3、加强观察和实验，充分利用仪器和器材，让学生参观察和实验活动，从而获得知识，锻炼能力。</w:t>
      </w:r>
      <w:r>
        <w:rPr>
          <w:lang w:eastAsia="zh-CN"/>
        </w:rPr>
        <w:br/>
      </w:r>
      <w:r>
        <w:rPr>
          <w:lang w:eastAsia="zh-CN"/>
        </w:rPr>
        <w:t>　　4、师生共同开辟科学教学园地，自己搜集资料，自己动手制作教具，改善实验条件。</w:t>
      </w:r>
      <w:r>
        <w:rPr>
          <w:lang w:eastAsia="zh-CN"/>
        </w:rPr>
        <w:br/>
      </w:r>
      <w:r>
        <w:rPr>
          <w:lang w:eastAsia="zh-CN"/>
        </w:rPr>
        <w:t xml:space="preserve">    四年级下册科学实验教学计划范文 篇7 </w:t>
      </w:r>
      <w:r>
        <w:rPr>
          <w:lang w:eastAsia="zh-CN"/>
        </w:rPr>
        <w:br/>
      </w:r>
      <w:r>
        <w:rPr>
          <w:lang w:eastAsia="zh-CN"/>
        </w:rPr>
        <w:t>　　一、 教材分析</w:t>
      </w:r>
      <w:r>
        <w:rPr>
          <w:lang w:eastAsia="zh-CN"/>
        </w:rPr>
        <w:br/>
      </w:r>
      <w:r>
        <w:rPr>
          <w:lang w:eastAsia="zh-CN"/>
        </w:rPr>
        <w:t>　　六年级科学教材本学期主要安排的科学分组实验如：第一单元2课《杠杆的科学》3课《杠杆类工具的研究》第4课《轮轴的秘密》7课《斜面的作用》第二单元1课《抵抗弯曲》2课《形状与抗弯曲能力》8课《用纸造一座桥》第三单元2课《电磁铁》第3课《电磁铁的磁力(一》4课《电磁铁的磁力(二》第四单元1课《校园生物大搜索》5课《相貌各异的我们》等。演示实验如：第一单元6课《滑轮组》8课《自行车上的简单机械》第二单元4课《找拱形》第三单元6课《电能和能量》等。</w:t>
      </w:r>
      <w:r>
        <w:rPr>
          <w:lang w:eastAsia="zh-CN"/>
        </w:rPr>
        <w:br/>
      </w:r>
      <w:r>
        <w:rPr>
          <w:lang w:eastAsia="zh-CN"/>
        </w:rPr>
        <w:t>　　二、学生分析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六年级3、4班共有学生106人。这些学生不仅喜欢学习科学，而且特别喜欢做实验，从上学期的实验情况看，大部分学生能在教师的指导下进行实验探究，能与他人合作，学会了写实验记录，并能进行自主实验。但也有部分学生在实验过程中放不开手脚，甚至不敢参与实验。本学期还应加强对这些学生的指导。</w:t>
      </w:r>
      <w:r>
        <w:rPr>
          <w:lang w:eastAsia="zh-CN"/>
        </w:rPr>
        <w:br/>
      </w:r>
      <w:r>
        <w:rPr>
          <w:lang w:eastAsia="zh-CN"/>
        </w:rPr>
        <w:t>　　三、 实验目的</w:t>
      </w:r>
      <w:r>
        <w:rPr>
          <w:lang w:eastAsia="zh-CN"/>
        </w:rPr>
        <w:br/>
      </w:r>
      <w:r>
        <w:rPr>
          <w:lang w:eastAsia="zh-CN"/>
        </w:rPr>
        <w:t>　　1、教会学生正确的实验方法，体验实验的乐趣。</w:t>
      </w:r>
      <w:r>
        <w:rPr>
          <w:lang w:eastAsia="zh-CN"/>
        </w:rPr>
        <w:br/>
      </w:r>
      <w:r>
        <w:rPr>
          <w:lang w:eastAsia="zh-CN"/>
        </w:rPr>
        <w:t>　　2、使学生有效地掌握知识，主动探索新知识。</w:t>
      </w:r>
      <w:r>
        <w:rPr>
          <w:lang w:eastAsia="zh-CN"/>
        </w:rPr>
        <w:br/>
      </w:r>
      <w:r>
        <w:rPr>
          <w:lang w:eastAsia="zh-CN"/>
        </w:rPr>
        <w:t>　　3、培养学生的能力，包括实验设计、操作、观察、记录和整理资料等能力。</w:t>
      </w:r>
      <w:r>
        <w:rPr>
          <w:lang w:eastAsia="zh-CN"/>
        </w:rPr>
        <w:br/>
      </w:r>
      <w:r>
        <w:rPr>
          <w:lang w:eastAsia="zh-CN"/>
        </w:rPr>
        <w:t>　　4、全面提高学生素质，特别是知识素质和智能素质。</w:t>
      </w:r>
      <w:r>
        <w:rPr>
          <w:lang w:eastAsia="zh-CN"/>
        </w:rPr>
        <w:br/>
      </w:r>
      <w:r>
        <w:rPr>
          <w:lang w:eastAsia="zh-CN"/>
        </w:rPr>
        <w:t>　　5、激发学生的学习兴趣，在观察和实验中充分发挥学生的各种感官，调动他们的学习积极性。</w:t>
      </w:r>
      <w:r>
        <w:rPr>
          <w:lang w:eastAsia="zh-CN"/>
        </w:rPr>
        <w:br/>
      </w:r>
      <w:r>
        <w:rPr>
          <w:lang w:eastAsia="zh-CN"/>
        </w:rPr>
        <w:t>　　四、实验措施</w:t>
      </w:r>
      <w:r>
        <w:rPr>
          <w:lang w:eastAsia="zh-CN"/>
        </w:rPr>
        <w:br/>
      </w:r>
      <w:r>
        <w:rPr>
          <w:lang w:eastAsia="zh-CN"/>
        </w:rPr>
        <w:t>　　1、课前教师要充分准备，备教材、备学生、备教法、备实验过程。</w:t>
      </w:r>
      <w:r>
        <w:rPr>
          <w:lang w:eastAsia="zh-CN"/>
        </w:rPr>
        <w:br/>
      </w:r>
      <w:r>
        <w:rPr>
          <w:lang w:eastAsia="zh-CN"/>
        </w:rPr>
        <w:t>　　2、指导学生做简单的探究实验，制定实验计划，填写实验报告，制作简易科学模型。</w:t>
      </w:r>
      <w:r>
        <w:rPr>
          <w:lang w:eastAsia="zh-CN"/>
        </w:rPr>
        <w:br/>
      </w:r>
      <w:r>
        <w:rPr>
          <w:lang w:eastAsia="zh-CN"/>
        </w:rPr>
        <w:t>　　3、加强观察和实验，充分利用仪器和器材，让学生参观察和实验活动，从而获得知识，锻炼能力。</w:t>
      </w:r>
      <w:r>
        <w:rPr>
          <w:lang w:eastAsia="zh-CN"/>
        </w:rPr>
        <w:br/>
      </w:r>
      <w:r>
        <w:rPr>
          <w:lang w:eastAsia="zh-CN"/>
        </w:rPr>
        <w:t>　　4、师生共同开辟科学教学园地，自己搜集资料，自己动手制作教具，改善实验条件。</w:t>
      </w:r>
      <w:r>
        <w:rPr>
          <w:lang w:eastAsia="zh-CN"/>
        </w:rPr>
        <w:br/>
      </w:r>
      <w:r>
        <w:rPr>
          <w:lang w:eastAsia="zh-CN"/>
        </w:rPr>
        <w:t>　　五、实验安排(略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四年级下册科学实验教学计划范文 篇8 </w:t>
      </w:r>
      <w:r>
        <w:rPr>
          <w:lang w:eastAsia="zh-CN"/>
        </w:rPr>
        <w:br/>
      </w:r>
      <w:r>
        <w:rPr>
          <w:lang w:eastAsia="zh-CN"/>
        </w:rPr>
        <w:t>　　观察和实验是人类认识自然的基本途径，也是自然教学的特点。学校和教师要十分重视学生观察和实验能力的培养，尽量创造条件，让学生亲自参加观察和实验活动，进而培养学生严谨的科学态度和科学的自然观。</w:t>
      </w:r>
      <w:r>
        <w:rPr>
          <w:lang w:eastAsia="zh-CN"/>
        </w:rPr>
        <w:br/>
      </w:r>
      <w:r>
        <w:rPr>
          <w:lang w:eastAsia="zh-CN"/>
        </w:rPr>
        <w:t>　　一、学情分析</w:t>
      </w:r>
      <w:r>
        <w:rPr>
          <w:lang w:eastAsia="zh-CN"/>
        </w:rPr>
        <w:br/>
      </w:r>
      <w:r>
        <w:rPr>
          <w:lang w:eastAsia="zh-CN"/>
        </w:rPr>
        <w:t>　　本年级学生都具有一定的实验能力，教师主要是引导学生，让学生合作完成实验。</w:t>
      </w:r>
      <w:r>
        <w:rPr>
          <w:lang w:eastAsia="zh-CN"/>
        </w:rPr>
        <w:br/>
      </w:r>
      <w:r>
        <w:rPr>
          <w:lang w:eastAsia="zh-CN"/>
        </w:rPr>
        <w:t>　　二、实验教学的目的</w:t>
      </w:r>
      <w:r>
        <w:rPr>
          <w:lang w:eastAsia="zh-CN"/>
        </w:rPr>
        <w:br/>
      </w:r>
      <w:r>
        <w:rPr>
          <w:lang w:eastAsia="zh-CN"/>
        </w:rPr>
        <w:t>　　通过观察和实验教学，指导学生获得一些浅显的自然科学基础知识，同时培养他们的科学志趣积学科学、用科学的能力，使他们受到科学自然观、科学态度，爱家乡、爱祖国、爱大自然等思想品德教育，促进他们身心健康发展。</w:t>
      </w:r>
      <w:r>
        <w:rPr>
          <w:lang w:eastAsia="zh-CN"/>
        </w:rPr>
        <w:br/>
      </w:r>
      <w:r>
        <w:rPr>
          <w:lang w:eastAsia="zh-CN"/>
        </w:rPr>
        <w:t>　　三、实验教学要求</w:t>
      </w:r>
      <w:r>
        <w:rPr>
          <w:lang w:eastAsia="zh-CN"/>
        </w:rPr>
        <w:br/>
      </w:r>
      <w:r>
        <w:rPr>
          <w:lang w:eastAsia="zh-CN"/>
        </w:rPr>
        <w:t>　　1、指导学生认识一些常用的实验器材。</w:t>
      </w:r>
      <w:r>
        <w:rPr>
          <w:lang w:eastAsia="zh-CN"/>
        </w:rPr>
        <w:br/>
      </w:r>
      <w:r>
        <w:rPr>
          <w:lang w:eastAsia="zh-CN"/>
        </w:rPr>
        <w:t>　　2、学会实验操作的要领和操作规范，培养学生初步的实验操作能力。</w:t>
      </w:r>
      <w:r>
        <w:rPr>
          <w:lang w:eastAsia="zh-CN"/>
        </w:rPr>
        <w:br/>
      </w:r>
      <w:r>
        <w:rPr>
          <w:lang w:eastAsia="zh-CN"/>
        </w:rPr>
        <w:t>　　3、保证演示实验和分组实验的开出率达100%。</w:t>
      </w:r>
      <w:r>
        <w:rPr>
          <w:lang w:eastAsia="zh-CN"/>
        </w:rPr>
        <w:br/>
      </w:r>
      <w:r>
        <w:rPr>
          <w:lang w:eastAsia="zh-CN"/>
        </w:rPr>
        <w:t>　　4、教师要充分认识式实验教学的重要意义，认真做好每个实验的准备工作。要求每个实验，课前教师都要认真操作一遍，保证实验效果和实验的顺利进行。对于那些一般性的，无特别要求和危险的探究性实验，教师要放手让学生自己设计实验，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操作，教师要充分估计到实验的各种情形和不同结果，要做到随机应变，灵活驾驭课堂。</w:t>
      </w:r>
      <w:r>
        <w:rPr>
          <w:lang w:eastAsia="zh-CN"/>
        </w:rPr>
        <w:br/>
      </w:r>
      <w:r>
        <w:rPr>
          <w:lang w:eastAsia="zh-CN"/>
        </w:rPr>
        <w:t>　　5、对于那些有特别的规范要求和具有危险的分组实验（如酒精灯的使用等教师一定要要求学生规范操作，有的甚至要先演示。有危险的实验，教师预先要采取可靠的防范措施。）</w:t>
      </w:r>
      <w:r>
        <w:rPr>
          <w:lang w:eastAsia="zh-CN"/>
        </w:rPr>
        <w:br/>
      </w:r>
      <w:r>
        <w:rPr>
          <w:lang w:eastAsia="zh-CN"/>
        </w:rPr>
        <w:t>　　6、每个实验，教师要引导学生有针对性的搜集、准备一些相关材料（或代用仪器。）</w:t>
      </w:r>
      <w:r>
        <w:rPr>
          <w:lang w:eastAsia="zh-CN"/>
        </w:rPr>
        <w:br/>
      </w:r>
      <w:r>
        <w:rPr>
          <w:lang w:eastAsia="zh-CN"/>
        </w:rPr>
        <w:t>　　7、要引导学生做好实验记录及相关资料的整理。</w:t>
      </w:r>
      <w:r>
        <w:rPr>
          <w:lang w:eastAsia="zh-CN"/>
        </w:rPr>
        <w:br/>
      </w:r>
      <w:r>
        <w:rPr>
          <w:lang w:eastAsia="zh-CN"/>
        </w:rPr>
        <w:t>　　8、要引导学生注意对现象的观察与分析，通过分析、对比、推理、归纳、抽象等得出正确的结论。</w:t>
      </w:r>
      <w:r>
        <w:rPr>
          <w:lang w:eastAsia="zh-CN"/>
        </w:rPr>
        <w:br/>
      </w:r>
      <w:r>
        <w:rPr>
          <w:lang w:eastAsia="zh-CN"/>
        </w:rPr>
        <w:t>　　9、要注意引导和培养学生严谨的科学态度，养成良好的实验、探究习惯。</w:t>
      </w:r>
      <w:r>
        <w:rPr>
          <w:lang w:eastAsia="zh-CN"/>
        </w:rPr>
        <w:br/>
      </w:r>
      <w:r>
        <w:rPr>
          <w:lang w:eastAsia="zh-CN"/>
        </w:rPr>
        <w:t>　　10、注意引导学生总结、积累实验设计及方法，为学生终生学习打下好的基础。</w:t>
      </w:r>
      <w:r>
        <w:rPr>
          <w:lang w:eastAsia="zh-CN"/>
        </w:rPr>
        <w:br/>
      </w:r>
      <w:r>
        <w:rPr>
          <w:lang w:eastAsia="zh-CN"/>
        </w:rPr>
        <w:t xml:space="preserve">    四年级下册科学实验教学计划范文 篇9 </w:t>
      </w:r>
      <w:r>
        <w:rPr>
          <w:lang w:eastAsia="zh-CN"/>
        </w:rPr>
        <w:br/>
      </w:r>
      <w:r>
        <w:rPr>
          <w:lang w:eastAsia="zh-CN"/>
        </w:rPr>
        <w:t>　　一、指导思想：</w:t>
      </w:r>
      <w:r>
        <w:rPr>
          <w:lang w:eastAsia="zh-CN"/>
        </w:rPr>
        <w:br/>
      </w:r>
      <w:r>
        <w:rPr>
          <w:lang w:eastAsia="zh-CN"/>
        </w:rPr>
        <w:t>　　以培养小学生科学素养为宗旨，积极倡导让学生亲身经历以探究为主的学习活动，培养他们的好奇心和探究欲，发展他们对科学本质的理解，使他们学会探究解决问题的策略，为他们终身的.学习和生活打好基础。</w:t>
      </w:r>
      <w:r>
        <w:rPr>
          <w:lang w:eastAsia="zh-CN"/>
        </w:rPr>
        <w:br/>
      </w:r>
      <w:r>
        <w:rPr>
          <w:lang w:eastAsia="zh-CN"/>
        </w:rPr>
        <w:t>　　二、教学目标：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1、培养学生科学的思维方法，努力发展学生解决问题的能力，使得学生们在日常生活中亲近科学、运用科学，把科学转化为对自己日常生活的指导，逐渐养成科学的行为习惯和生活习惯；</w:t>
      </w:r>
      <w:r>
        <w:rPr>
          <w:lang w:eastAsia="zh-CN"/>
        </w:rPr>
        <w:br/>
      </w:r>
      <w:r>
        <w:rPr>
          <w:lang w:eastAsia="zh-CN"/>
        </w:rPr>
        <w:t>　　2、了解科学探究的过程和方法，让学生亲身经历科学探究的全过程，从中获得科学知识，增长才干，体会科学探究的乐趣，理解科学的真谛，逐步学会科学地看问题、想问题；</w:t>
      </w:r>
      <w:r>
        <w:rPr>
          <w:lang w:eastAsia="zh-CN"/>
        </w:rPr>
        <w:br/>
      </w:r>
      <w:r>
        <w:rPr>
          <w:lang w:eastAsia="zh-CN"/>
        </w:rPr>
        <w:t>　　3、继续指导、引导学生学习运用假设，分析事物之间的因果关系，注重观察实验中的测量，特别是控制变量、采集数据，并对实验结果作出自己的解释，学习建立解释模型，以验证自己的假设。</w:t>
      </w:r>
      <w:r>
        <w:rPr>
          <w:lang w:eastAsia="zh-CN"/>
        </w:rPr>
        <w:br/>
      </w:r>
      <w:r>
        <w:rPr>
          <w:lang w:eastAsia="zh-CN"/>
        </w:rPr>
        <w:t>　　4、保持和发展对周围世界的好奇心与取知欲，形成大胆细心、注重证据、敢于质疑的科学态度和爱科学、爱家乡、爱祖国的情感；</w:t>
      </w:r>
      <w:r>
        <w:rPr>
          <w:lang w:eastAsia="zh-CN"/>
        </w:rPr>
        <w:br/>
      </w:r>
      <w:r>
        <w:rPr>
          <w:lang w:eastAsia="zh-CN"/>
        </w:rPr>
        <w:t>　　5、亲近自然、欣赏自然、珍爱生命，积极参与资源和环境的保护，关心现代科技的发展。</w:t>
      </w:r>
      <w:r>
        <w:rPr>
          <w:lang w:eastAsia="zh-CN"/>
        </w:rPr>
        <w:br/>
      </w:r>
      <w:r>
        <w:rPr>
          <w:lang w:eastAsia="zh-CN"/>
        </w:rPr>
        <w:t>　　三、学生情况分析：</w:t>
      </w:r>
      <w:r>
        <w:rPr>
          <w:lang w:eastAsia="zh-CN"/>
        </w:rPr>
        <w:br/>
      </w:r>
      <w:r>
        <w:rPr>
          <w:lang w:eastAsia="zh-CN"/>
        </w:rPr>
        <w:t>　　1、整体学习状况：四年级学生整体学习比较认真，但缺乏灵活性、学习习惯较差。不善于设法自主去获取知识并在生活中灵活运用知识。因而学生对基础知识的掌握往往只停留在了解上，理解不甚深刻，运用能力差。</w:t>
      </w:r>
      <w:r>
        <w:rPr>
          <w:lang w:eastAsia="zh-CN"/>
        </w:rPr>
        <w:br/>
      </w:r>
      <w:r>
        <w:rPr>
          <w:lang w:eastAsia="zh-CN"/>
        </w:rPr>
        <w:t>　　2、已有知识、经验：学生由于各种条件的限制，科学常识极为缺乏，科学探究能力和意识不强。家长和学校偏重于语、数、英教学，使学生没有多少时间和机会接触大自然，更没有得到大人和老师及时、周到的指导，使学生没能很好地在观察、实验、调查等实践活动中获取知识、发展能力、培养思想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儿童心理分析：在小学阶段，儿童对周围世界有着强烈的好奇心和探究欲望，他们乐于动手操作具体形象的物体，而我们的科学课程内容贴近小学生的的生活，强调用符合小学生年龄特点的方式学习科学，学生必将对科学学科表现出浓厚的兴趣。</w:t>
      </w:r>
      <w:r>
        <w:rPr>
          <w:lang w:eastAsia="zh-CN"/>
        </w:rPr>
        <w:br/>
      </w:r>
      <w:r>
        <w:rPr>
          <w:lang w:eastAsia="zh-CN"/>
        </w:rPr>
        <w:t>　　四、教材分析：</w:t>
      </w:r>
      <w:r>
        <w:rPr>
          <w:lang w:eastAsia="zh-CN"/>
        </w:rPr>
        <w:br/>
      </w:r>
      <w:r>
        <w:rPr>
          <w:lang w:eastAsia="zh-CN"/>
        </w:rPr>
        <w:t>　　第一单元  自然法庭的听证会</w:t>
      </w:r>
      <w:r>
        <w:rPr>
          <w:lang w:eastAsia="zh-CN"/>
        </w:rPr>
        <w:br/>
      </w:r>
      <w:r>
        <w:rPr>
          <w:lang w:eastAsia="zh-CN"/>
        </w:rPr>
        <w:t>　　本单元是《科学》教材四年级下册第一单元。本册训练重点为“观察提问——猜想假设——实事证据——模型解释——表达交流”科学探究过程中“实事与证据”这一重要环节。本单元分为三个课时“你曾经……”，“假如我们是……”“听证会”。以易于激发学生兴趣的活动为载体，强调了教学内容的可实践性和学生的参与，使学生在玩中学，做中学，初步了解和实践事实与证据的搜集过程。</w:t>
      </w:r>
      <w:r>
        <w:rPr>
          <w:lang w:eastAsia="zh-CN"/>
        </w:rPr>
        <w:br/>
      </w:r>
      <w:r>
        <w:rPr>
          <w:lang w:eastAsia="zh-CN"/>
        </w:rPr>
        <w:t>　　第二单元 我们怎样呼吸</w:t>
      </w:r>
      <w:r>
        <w:rPr>
          <w:lang w:eastAsia="zh-CN"/>
        </w:rPr>
        <w:br/>
      </w:r>
      <w:r>
        <w:rPr>
          <w:lang w:eastAsia="zh-CN"/>
        </w:rPr>
        <w:t>　　《我们怎样呼吸》是四年级下册第二单元，是培养学生搜集事实与证据能力的第一个综合活动单元，承担的二级目标是“能借助简单的工具对物体进行较细致的观察并搜集相关事实与证据，能用语言或图画描述所观察到的事物。”本单元将通过一系列的观察、实验、调查让学生在探索中学习人体呼吸、空气污染等相关知识，为他们树立正确的科技观和强烈的社会责任感奠定基础。本单元由《我们在呼吸》、《有趣的呼吸器官》、《还我清新空气》三个主题探究活动组成。</w:t>
      </w:r>
      <w:r>
        <w:rPr>
          <w:lang w:eastAsia="zh-CN"/>
        </w:rPr>
        <w:br/>
      </w:r>
      <w:r>
        <w:rPr>
          <w:lang w:eastAsia="zh-CN"/>
        </w:rPr>
        <w:t>　　第三单元 植物在成长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植物在成长》是四年级下册的第3单元，属于“综合过程能力训练单元”。二级目标是：能通过长期实验、观察、记录，认识事物，并能用图或文字表达事物的发展变化过程。为了较好地达成二级目标，本单元用一个完整的长期种植活动贯穿始终，由《种子发芽了》、《茁壮成长》和《硕果累累》三组主题探究活动组成。</w:t>
      </w:r>
      <w:r>
        <w:rPr>
          <w:lang w:eastAsia="zh-CN"/>
        </w:rPr>
        <w:br/>
      </w:r>
      <w:r>
        <w:rPr>
          <w:lang w:eastAsia="zh-CN"/>
        </w:rPr>
        <w:t>　　第四单元  太阳给我们带来了什么</w:t>
      </w:r>
      <w:r>
        <w:rPr>
          <w:lang w:eastAsia="zh-CN"/>
        </w:rPr>
        <w:br/>
      </w:r>
      <w:r>
        <w:rPr>
          <w:lang w:eastAsia="zh-CN"/>
        </w:rPr>
        <w:t>　　《太阳给我们带来了什么》是四年级下册的第4单元，属于综合探究单元。这个单元的“二级目标”是“能用测量工具进行定量观察，采集数据，并做简单记录”。围绕培养目标，教材设计了“认识太阳”和“太阳，我们的朋友”两个探究性活动。</w:t>
      </w:r>
      <w:r>
        <w:rPr>
          <w:lang w:eastAsia="zh-CN"/>
        </w:rPr>
        <w:br/>
      </w:r>
      <w:r>
        <w:rPr>
          <w:lang w:eastAsia="zh-CN"/>
        </w:rPr>
        <w:t>　　第五单元  生活中的机械</w:t>
      </w:r>
      <w:r>
        <w:rPr>
          <w:lang w:eastAsia="zh-CN"/>
        </w:rPr>
        <w:br/>
      </w:r>
      <w:r>
        <w:rPr>
          <w:lang w:eastAsia="zh-CN"/>
        </w:rPr>
        <w:t>　　《生活中的机械》是四年级下册第五单元，属于综合探究活动单元。本单元承担的二级目标是：“用简单器材做简单的观察实验，并做实验记录”。由《机械是什么》、《制造平衡》、《我能撬起地球》、《我的滑轮》四组综合性探究活动组成。</w:t>
      </w:r>
      <w:r>
        <w:rPr>
          <w:lang w:eastAsia="zh-CN"/>
        </w:rPr>
        <w:br/>
      </w:r>
      <w:r>
        <w:rPr>
          <w:lang w:eastAsia="zh-CN"/>
        </w:rPr>
        <w:t>　　第六单元  揭开燃烧的秘密</w:t>
      </w:r>
      <w:r>
        <w:rPr>
          <w:lang w:eastAsia="zh-CN"/>
        </w:rPr>
        <w:br/>
      </w:r>
      <w:r>
        <w:rPr>
          <w:lang w:eastAsia="zh-CN"/>
        </w:rPr>
        <w:t>　　《揭开燃烧的秘密》属于综合探究活动单元。本单元承担的二级目标是“能做控制变量的简单探究性实验，并做实验记录”。由《火与生活》、《蜡烛会熄灭吗？》和《探究燃烧之谜》三组综合性探究活动组成。</w:t>
      </w:r>
      <w:r>
        <w:rPr>
          <w:lang w:eastAsia="zh-CN"/>
        </w:rPr>
        <w:br/>
      </w:r>
      <w:r>
        <w:rPr>
          <w:lang w:eastAsia="zh-CN"/>
        </w:rPr>
        <w:t>　　第七单元 飞上蓝天</w:t>
      </w:r>
      <w:r>
        <w:rPr>
          <w:lang w:eastAsia="zh-CN"/>
        </w:rPr>
        <w:br/>
      </w:r>
      <w:r>
        <w:rPr>
          <w:lang w:eastAsia="zh-CN"/>
        </w:rPr>
        <w:t>　　新课标第一网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单元属于综合探究单元，二级目标是“能够通过多种途径搜集事实与证据”。本单元教学，要结合“飞上蓝天”这一主题，主要训练同学们综合运用以上途径来收集事实与证据的能力。本单元由“谁在天上飞”、“它们怎样飞行”、“飞行的秘密”三组活动组成，它们构成了科学探究的完整过程。</w:t>
      </w:r>
      <w:r>
        <w:rPr>
          <w:lang w:eastAsia="zh-CN"/>
        </w:rPr>
        <w:br/>
      </w:r>
      <w:r>
        <w:rPr>
          <w:lang w:eastAsia="zh-CN"/>
        </w:rPr>
        <w:t>　　第八单元 青蛙的一千个朋友</w:t>
      </w:r>
      <w:r>
        <w:rPr>
          <w:lang w:eastAsia="zh-CN"/>
        </w:rPr>
        <w:br/>
      </w:r>
      <w:r>
        <w:rPr>
          <w:lang w:eastAsia="zh-CN"/>
        </w:rPr>
        <w:t>　　“青蛙的一千个朋友”单元安排了三项教学内容：“一千个小侦探找青蛙”、“科学小侦探通关记”、“做青蛙的朋友”。本单元的教学内容，在本册中是一个综合能力训练，在今后的科学认知过程中，仅仅是一个开始。教师在引导学生观察和分析时，要关注更多的生活实例，让学生将学习从课堂延伸到课外，从学校、家庭延伸到社会，这是本单元的更高要求。</w:t>
      </w:r>
      <w:r>
        <w:rPr>
          <w:lang w:eastAsia="zh-CN"/>
        </w:rPr>
        <w:br/>
      </w:r>
      <w:r>
        <w:rPr>
          <w:lang w:eastAsia="zh-CN"/>
        </w:rPr>
        <w:t>　　五、基本措施：</w:t>
      </w:r>
      <w:r>
        <w:rPr>
          <w:lang w:eastAsia="zh-CN"/>
        </w:rPr>
        <w:br/>
      </w:r>
      <w:r>
        <w:rPr>
          <w:lang w:eastAsia="zh-CN"/>
        </w:rPr>
        <w:t>　　1、把科学课程的总目标落实到每一节课；</w:t>
      </w:r>
      <w:r>
        <w:rPr>
          <w:lang w:eastAsia="zh-CN"/>
        </w:rPr>
        <w:br/>
      </w:r>
      <w:r>
        <w:rPr>
          <w:lang w:eastAsia="zh-CN"/>
        </w:rPr>
        <w:t>　　2、把握小学生科学学习特点，因势利导；</w:t>
      </w:r>
      <w:r>
        <w:rPr>
          <w:lang w:eastAsia="zh-CN"/>
        </w:rPr>
        <w:br/>
      </w:r>
      <w:r>
        <w:rPr>
          <w:lang w:eastAsia="zh-CN"/>
        </w:rPr>
        <w:t>　　3、用丰富多彩的亲历活动充实教学过程；</w:t>
      </w:r>
      <w:r>
        <w:rPr>
          <w:lang w:eastAsia="zh-CN"/>
        </w:rPr>
        <w:br/>
      </w:r>
      <w:r>
        <w:rPr>
          <w:lang w:eastAsia="zh-CN"/>
        </w:rPr>
        <w:t>　　4、让探究成为科学学习的主要方式；</w:t>
      </w:r>
      <w:r>
        <w:rPr>
          <w:lang w:eastAsia="zh-CN"/>
        </w:rPr>
        <w:br/>
      </w:r>
      <w:r>
        <w:rPr>
          <w:lang w:eastAsia="zh-CN"/>
        </w:rPr>
        <w:t>　　5、树立开放的教学观念；</w:t>
      </w:r>
      <w:r>
        <w:rPr>
          <w:lang w:eastAsia="zh-CN"/>
        </w:rPr>
        <w:br/>
      </w:r>
      <w:r>
        <w:rPr>
          <w:lang w:eastAsia="zh-CN"/>
        </w:rPr>
        <w:t>　　6、悉心地引导学生的科学学习活动；</w:t>
      </w:r>
      <w:r>
        <w:rPr>
          <w:lang w:eastAsia="zh-CN"/>
        </w:rPr>
        <w:br/>
      </w:r>
      <w:r>
        <w:rPr>
          <w:lang w:eastAsia="zh-CN"/>
        </w:rPr>
        <w:t>　　7、各班建立科学学习合作小组，让学生在相互交流、合作、帮助、研讨中学习；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8、给学生提问和假设机会，并指导学生自己动手寻找证据进行验证，经过思维加工，自己得出结论，并把自己的认识用于解决问题的实践；</w:t>
      </w:r>
      <w:r>
        <w:rPr>
          <w:lang w:eastAsia="zh-CN"/>
        </w:rPr>
        <w:br/>
      </w:r>
      <w:r>
        <w:rPr>
          <w:lang w:eastAsia="zh-CN"/>
        </w:rPr>
        <w:t>　　9、充分运用各类课程资源和现代教育技术；</w:t>
      </w:r>
      <w:r>
        <w:rPr>
          <w:lang w:eastAsia="zh-CN"/>
        </w:rPr>
        <w:br/>
      </w:r>
      <w:r>
        <w:rPr>
          <w:lang w:eastAsia="zh-CN"/>
        </w:rPr>
        <w:t>　　10、组织指导科技兴趣小组，引导学生参加各类有关竞赛以赛促学。</w:t>
      </w:r>
      <w:r>
        <w:rPr>
          <w:lang w:eastAsia="zh-CN"/>
        </w:rPr>
        <w:br/>
      </w:r>
      <w:r>
        <w:rPr>
          <w:lang w:eastAsia="zh-CN"/>
        </w:rPr>
        <w:t>　　文 章</w:t>
      </w:r>
      <w:r>
        <w:rPr>
          <w:lang w:eastAsia="zh-CN"/>
        </w:rPr>
        <w:br/>
      </w:r>
      <w:r>
        <w:rPr>
          <w:lang w:eastAsia="zh-CN"/>
        </w:rPr>
        <w:t xml:space="preserve">    四年级下册科学实验教学计划范文 篇10 </w:t>
      </w:r>
      <w:r>
        <w:rPr>
          <w:lang w:eastAsia="zh-CN"/>
        </w:rPr>
        <w:br/>
      </w:r>
      <w:r>
        <w:rPr>
          <w:lang w:eastAsia="zh-CN"/>
        </w:rPr>
        <w:t>　　一、学情分析：</w:t>
      </w:r>
      <w:r>
        <w:rPr>
          <w:lang w:eastAsia="zh-CN"/>
        </w:rPr>
        <w:br/>
      </w:r>
      <w:r>
        <w:rPr>
          <w:lang w:eastAsia="zh-CN"/>
        </w:rPr>
        <w:t>　　（一）三年级儿童想象丰富、思维活跃，天生的好奇心是科学学习的起点，他们对花鸟鱼虫、日月星空的好奇心，只要善加引导就能转化为强烈的求知欲望和学习行为。</w:t>
      </w:r>
      <w:r>
        <w:rPr>
          <w:lang w:eastAsia="zh-CN"/>
        </w:rPr>
        <w:br/>
      </w:r>
      <w:r>
        <w:rPr>
          <w:lang w:eastAsia="zh-CN"/>
        </w:rPr>
        <w:t>　　（二）通过学习，学生们对《科学》这门课已经有所了解，知道科学课是由一个一个的活动组成，这是令他们喜爱的。但是他们却常常不能自觉作好课前准备。</w:t>
      </w:r>
      <w:r>
        <w:rPr>
          <w:lang w:eastAsia="zh-CN"/>
        </w:rPr>
        <w:br/>
      </w:r>
      <w:r>
        <w:rPr>
          <w:lang w:eastAsia="zh-CN"/>
        </w:rPr>
        <w:t>　　（三）虽然经过学习，学生们已具备一定的观察能力，但是他们的观察力、思维力有待提高，学生往往只看事物表面，而不知事物的内在，难以把握事物之间的相互联系。</w:t>
      </w:r>
      <w:r>
        <w:rPr>
          <w:lang w:eastAsia="zh-CN"/>
        </w:rPr>
        <w:br/>
      </w:r>
      <w:r>
        <w:rPr>
          <w:lang w:eastAsia="zh-CN"/>
        </w:rPr>
        <w:t>　　（四）对实验感兴趣，但容易停留在表面，而不去研究内在。</w:t>
      </w:r>
      <w:r>
        <w:rPr>
          <w:lang w:eastAsia="zh-CN"/>
        </w:rPr>
        <w:br/>
      </w:r>
      <w:r>
        <w:rPr>
          <w:lang w:eastAsia="zh-CN"/>
        </w:rPr>
        <w:t>　　（五）受传统观念的影响，学生缺乏对科学学科重要性的认识。</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科学教科书，设计了大量的探究性活动，希望学生对每一个科学概念的发展都是建立在已有认识、探究所获得的事实和逻辑思维加工的基础之上。同时希望学生在具体概念的基础上能有一定程度的抽象概括，获得概念性理解。</w:t>
      </w:r>
      <w:r>
        <w:rPr>
          <w:lang w:eastAsia="zh-CN"/>
        </w:rPr>
        <w:br/>
      </w:r>
      <w:r>
        <w:rPr>
          <w:lang w:eastAsia="zh-CN"/>
        </w:rPr>
        <w:t>　　在科学探究方面，培养学生基本的科学探究能力和发展对科学探究的理解力是同样重要的。通过本册的学习，将重点发展学生想办法解决一些简单科学问题的能力；进行持续、细致、有联系的两两对比观察的能力；多次重复，进行简单对比实验的能力；综合运用观察和实验所得证据，经过思维加工并尝试进行解释的能力。在对科学探究的理解力方面，希望学生能认识到，将观察和实验结果用于科学讨论和解释，更具说服力；探究受到多种因素影响，因此有必要重复实验；运用工具会帮助我们更精确地获得事实。</w:t>
      </w:r>
      <w:r>
        <w:rPr>
          <w:lang w:eastAsia="zh-CN"/>
        </w:rPr>
        <w:br/>
      </w:r>
      <w:r>
        <w:rPr>
          <w:lang w:eastAsia="zh-CN"/>
        </w:rPr>
        <w:t>　　显然，对证据的重视，理性的思考，大胆的质疑，是科学态度的重要标志，也是本册教科书中发展学生情感态度价值观方面的重要内容。同时，由于学生刚开始科学学习，在小组中友好合作的意识，积极参与班级讨论的习惯也是需要加强和培养的。</w:t>
      </w:r>
      <w:r>
        <w:rPr>
          <w:lang w:eastAsia="zh-CN"/>
        </w:rPr>
        <w:br/>
      </w:r>
      <w:r>
        <w:rPr>
          <w:lang w:eastAsia="zh-CN"/>
        </w:rPr>
        <w:t>　　三、实验教学目标：</w:t>
      </w:r>
      <w:r>
        <w:rPr>
          <w:lang w:eastAsia="zh-CN"/>
        </w:rPr>
        <w:br/>
      </w:r>
      <w:r>
        <w:rPr>
          <w:lang w:eastAsia="zh-CN"/>
        </w:rPr>
        <w:t>　　（一）培养学生科学的思维方法，努力发展学生解决问题的能力，使得学生们在日常生活中亲近科学、运用科学，把科学转化为对自己日常生活的指导，逐渐养成科学的行为习惯和生活习惯；</w:t>
      </w:r>
      <w:r>
        <w:rPr>
          <w:lang w:eastAsia="zh-CN"/>
        </w:rPr>
        <w:br/>
      </w:r>
      <w:r>
        <w:rPr>
          <w:lang w:eastAsia="zh-CN"/>
        </w:rPr>
        <w:t>　　（二）了解科学探究的过程和方法，让学生亲身经历科学探究的全过程，从中获得科学知识，增长才干，体会科学探究的乐趣，理解科学的真谛，逐步学会科学地看问题、想问题；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（三）继续指导、引导学生学习运用假设，分析事物之间的因果关系，注重观察实验中的测量，特别是控制变量、采集数据，并对实验结果作出自己的解释，学习建立解释模型，以验证自己的假设。</w:t>
      </w:r>
      <w:r>
        <w:rPr>
          <w:lang w:eastAsia="zh-CN"/>
        </w:rPr>
        <w:br/>
      </w:r>
      <w:r>
        <w:rPr>
          <w:lang w:eastAsia="zh-CN"/>
        </w:rPr>
        <w:t>　　（四）保持和发展对周围世界的好奇心与求知欲，形成大胆细心、注重证据、敢于质疑的科学态度和爱科学、爱家乡、爱祖国的情感；</w:t>
      </w:r>
      <w:r>
        <w:rPr>
          <w:lang w:eastAsia="zh-CN"/>
        </w:rPr>
        <w:br/>
      </w:r>
      <w:r>
        <w:rPr>
          <w:lang w:eastAsia="zh-CN"/>
        </w:rPr>
        <w:t>　　（五）亲近自然、欣赏自然、珍爱生命，积极参与资源和环境的保护，关心现代科技的发展。</w:t>
      </w:r>
      <w:r>
        <w:rPr>
          <w:lang w:eastAsia="zh-CN"/>
        </w:rPr>
        <w:br/>
      </w:r>
      <w:r>
        <w:rPr>
          <w:lang w:eastAsia="zh-CN"/>
        </w:rPr>
        <w:t>　　四、实验落实措施：</w:t>
      </w:r>
      <w:r>
        <w:rPr>
          <w:lang w:eastAsia="zh-CN"/>
        </w:rPr>
        <w:br/>
      </w:r>
      <w:r>
        <w:rPr>
          <w:lang w:eastAsia="zh-CN"/>
        </w:rPr>
        <w:t>　　（一）运用新课程理念，做到“用教材”，而非“教教材”。</w:t>
      </w:r>
      <w:r>
        <w:rPr>
          <w:lang w:eastAsia="zh-CN"/>
        </w:rPr>
        <w:br/>
      </w:r>
      <w:r>
        <w:rPr>
          <w:lang w:eastAsia="zh-CN"/>
        </w:rPr>
        <w:t>　　（二）认真钻研教材、重视对学生典型科学探究活动的设计，认真做好课前准备工作。运用多种评价手段，以激励学生的探究兴趣。</w:t>
      </w:r>
      <w:r>
        <w:rPr>
          <w:lang w:eastAsia="zh-CN"/>
        </w:rPr>
        <w:br/>
      </w:r>
      <w:r>
        <w:rPr>
          <w:lang w:eastAsia="zh-CN"/>
        </w:rPr>
        <w:t>　　（三）鼓励学生大胆猜想，对一个问题的结果作多种假设和预测。教育学生在着手解决问题前先思考行动计划，包括制定步骤、选择方法和设想安全措施。</w:t>
      </w:r>
      <w:r>
        <w:rPr>
          <w:lang w:eastAsia="zh-CN"/>
        </w:rPr>
        <w:br/>
      </w:r>
      <w:r>
        <w:rPr>
          <w:lang w:eastAsia="zh-CN"/>
        </w:rPr>
        <w:t>　　（四）注意搜集第一手资料，教会学生观察、测量、实验、记录、统计与做统计图表等方法。</w:t>
      </w:r>
      <w:r>
        <w:rPr>
          <w:lang w:eastAsia="zh-CN"/>
        </w:rPr>
        <w:br/>
      </w:r>
      <w:r>
        <w:rPr>
          <w:lang w:eastAsia="zh-CN"/>
        </w:rPr>
        <w:t>　　（五）组织好探究后期的.研讨，引导学生认真倾听别人的意见。注意指导学生自己得出结论，教师不要把自己的意见强加给学生。</w:t>
      </w:r>
      <w:r>
        <w:rPr>
          <w:lang w:eastAsia="zh-CN"/>
        </w:rPr>
        <w:br/>
      </w:r>
      <w:r>
        <w:rPr>
          <w:lang w:eastAsia="zh-CN"/>
        </w:rPr>
        <w:t>　　（六）充分运用教具、挂图、音像教材进行直观教学，尤其要组织好每一个观察认识活动，让学生去亲身经历、体验每一个活动。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（七）发挥学科知识与生活实际有着广泛而又密切联系的特点。注意引导学生运用知识解决问题，尤其重视解决那些与学生关系密切的实际问题，从中让学生体会学习科学的价值。</w:t>
      </w:r>
      <w:r>
        <w:rPr>
          <w:lang w:eastAsia="zh-CN"/>
        </w:rPr>
        <w:br/>
      </w:r>
      <w:r>
        <w:rPr>
          <w:lang w:eastAsia="zh-CN"/>
        </w:rPr>
        <w:t xml:space="preserve">    四年级下册科学实验教学计划范文 篇11 </w:t>
      </w:r>
      <w:r>
        <w:rPr>
          <w:lang w:eastAsia="zh-CN"/>
        </w:rPr>
        <w:br/>
      </w:r>
      <w:r>
        <w:rPr>
          <w:lang w:eastAsia="zh-CN"/>
        </w:rPr>
        <w:t>　　实验目的：</w:t>
      </w:r>
      <w:r>
        <w:rPr>
          <w:lang w:eastAsia="zh-CN"/>
        </w:rPr>
        <w:br/>
      </w:r>
      <w:r>
        <w:rPr>
          <w:lang w:eastAsia="zh-CN"/>
        </w:rPr>
        <w:t>　　新的课程标准强调要以培养小学生的实践能力素养为宗旨，以实践为核心，努力摆脱以理论知识为中心的旧模式，让学生在自然实践操作中得到真知、科学的思维方式、科学态度与价值观以及运用科学知识和方法的能力等方面的发展。在教学中要力求体现新课标的特点，始终围绕以探究为核心的理念进行教学设计和组织教学活动。通过实验，激发学生的学习兴趣和求知欲，培养学动手操作能力、逻辑推理能力、抽象思维能力、分析问题解决问题的能力;通过实验，使学生能在亲自动手操作的过程中，主动获取知识，体验成功的喜悦;通过实验，培养学生的思维品质及创新精神，使学生从小学科学、爱科学，为将来发展我国的科技事业，打下良好的基础。本学期在实验教学方面有如下打算：</w:t>
      </w:r>
      <w:r>
        <w:rPr>
          <w:lang w:eastAsia="zh-CN"/>
        </w:rPr>
        <w:br/>
      </w:r>
      <w:r>
        <w:rPr>
          <w:lang w:eastAsia="zh-CN"/>
        </w:rPr>
        <w:t>　　具体要求：</w:t>
      </w:r>
      <w:r>
        <w:rPr>
          <w:lang w:eastAsia="zh-CN"/>
        </w:rPr>
        <w:br/>
      </w:r>
      <w:r>
        <w:rPr>
          <w:lang w:eastAsia="zh-CN"/>
        </w:rPr>
        <w:t>　　三年级：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植物的生长变化”单元将引领学生在种植植物的过程中，引发对植物生长变化的思考，研究根、茎、叶在植物生长变化过程中的作用，初步认识植物整个生命过程所发生的规律性变化，理解植物的生命周期现象。“动物的生命周期”单元将让学生亲历养蚕的过程，了解蚕从卵中孵化，经过生长变化成蛾，然后产出卵，最后死亡这一生长变化的生命全过程，从而建立动物生命周期的模型，并运用这个模型去认识各种动物以及人的生命周期现象。“温度与水的变化”单元以水为例，引导学生探究温度和物质状态变化之间的关系，研究水在融化、蒸发、凝结过程中发生的变化，初步建立起“物质是不断变化”的认识及“物质循环“的概念。“磁铁”单元从交流知道的饿磁铁知识开始，引领学生研究磁铁的性质，了解人们对磁铁的应用，感受科技进步对人类社会的影响。</w:t>
      </w:r>
      <w:r>
        <w:rPr>
          <w:lang w:eastAsia="zh-CN"/>
        </w:rPr>
        <w:br/>
      </w:r>
      <w:r>
        <w:rPr>
          <w:lang w:eastAsia="zh-CN"/>
        </w:rPr>
        <w:t>　　四年级：</w:t>
      </w:r>
      <w:r>
        <w:rPr>
          <w:lang w:eastAsia="zh-CN"/>
        </w:rPr>
        <w:br/>
      </w:r>
      <w:r>
        <w:rPr>
          <w:lang w:eastAsia="zh-CN"/>
        </w:rPr>
        <w:t>　　“电”单元从“什么是电”开始，通过与电相关内容的实验、交流、预测、检验、测量和推理、解释等活动，使学生形成关于电的初步概念，同时获得一些基本实验操作技能。“新的生命”单元是通过植物的花、果实和种子的系列观察活动，过渡到动物的卵、繁殖的观察和研究，从而使学生获得植物和动物如何繁殖新生命的认识，并形成关于生命的一系列发展性概。“食物”单元通过对一天中所吃食物的回忆和分类，引起学生对饮食的关注，发现自己在饮食中的不良习惯，并在以后的生活中，能科学、合理、均衡地饮食。“岩石和矿物”单元是初次对构成地球固体物质的探究。通过对岩石、矿物的观察、分类和描述，使学生形成关于地球物质的一般性概念，并对保护、开发和利用地球资源的重要意义有进一步的了解。</w:t>
      </w:r>
      <w:r>
        <w:rPr>
          <w:lang w:eastAsia="zh-CN"/>
        </w:rPr>
        <w:br/>
      </w:r>
      <w:r>
        <w:rPr>
          <w:lang w:eastAsia="zh-CN"/>
        </w:rPr>
        <w:t>　　五年级：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学生进入高年级阶段的科学课学习，教材展示了一系列新的内容，我们的教学将着力于引导学生开展更为丰富多彩的过程与方法活动。在“沉与浮”单元，学生从物体的沉浮现象开始，在一系列的探究活动中，探寻物体沉浮的规律，研究影响沉浮的变量，最后形成有关沉浮现象的解释：</w:t>
      </w:r>
      <w:r>
        <w:rPr>
          <w:lang w:eastAsia="zh-CN"/>
        </w:rPr>
        <w:br/>
      </w:r>
      <w:r>
        <w:rPr>
          <w:lang w:eastAsia="zh-CN"/>
        </w:rPr>
        <w:t>　　一是用浮力和重力的关系解释沉浮现象，</w:t>
      </w:r>
      <w:r>
        <w:rPr>
          <w:lang w:eastAsia="zh-CN"/>
        </w:rPr>
        <w:br/>
      </w:r>
      <w:r>
        <w:rPr>
          <w:lang w:eastAsia="zh-CN"/>
        </w:rPr>
        <w:t>　　二是从密度的层面解释沉浮现象。</w:t>
      </w:r>
      <w:r>
        <w:rPr>
          <w:lang w:eastAsia="zh-CN"/>
        </w:rPr>
        <w:br/>
      </w:r>
      <w:r>
        <w:rPr>
          <w:lang w:eastAsia="zh-CN"/>
        </w:rPr>
        <w:t>　　在“时间的测量”单元里，学生制作计时工具并进行观测和测量，了解人类计时仪器的发展史，及对“时间”的认识发展过程。认识计时工具的工作原理，感受计时工具的发展对人类生活和发展的影响，感受人类为了不断改进工具所作的不懈努力。在“热”单元，学生在三年级“温度与水的变化”基础上，将继续观察人量变化过程中产生的物体的热胀冷缩现象，观察热量在物体中传递的现象，探索热量传递的规律，发现物体的导热性能是不同的，在生活中的应用也是不同的。在“地球的运动”单元里，让学生经历人类对地球运动的探究过程，学习基于可观察到的现象和事实，运用相对运动、参照物、模拟再现等原理和方法进行推理、论证，不断地利用已知探究未知的方法，最终认识地球运动（自转和公转）的模式。</w:t>
      </w:r>
      <w:r>
        <w:rPr>
          <w:lang w:eastAsia="zh-CN"/>
        </w:rPr>
        <w:br/>
      </w:r>
      <w:r>
        <w:rPr>
          <w:lang w:eastAsia="zh-CN"/>
        </w:rPr>
        <w:t xml:space="preserve">    四年级下册科学实验教学计划范文 篇12 </w:t>
      </w:r>
      <w:r>
        <w:rPr>
          <w:lang w:eastAsia="zh-CN"/>
        </w:rPr>
        <w:br/>
      </w:r>
      <w:r>
        <w:rPr>
          <w:lang w:eastAsia="zh-CN"/>
        </w:rPr>
        <w:t>　　一、教材分析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六年级科学教材本学期主要安排的.科学实验有18个分组实验有第一单元全部第二单元1课《抵抗弯曲》2课《形状与抗弯曲能力》3课《拱形的力量》5课《做框架》8课《用纸造一座“桥”》第三单元1课《电与磁》2课《电磁铁》3课《电磁铁的磁力》4课《神奇的小电动机》第四单元1课《校园生物大搜索》2课《校园生物分布图》。12个演示实验分别：第二单元4课《找拱形》6课《建高塔》7课《桥的形状和结构》第三单元6课《电能和能量》7课《电能从哪里来》8课《电能从哪里来》第四单元3课《多种多样的植物》4课《种类繁多的动物》5课《相貌各异的我们》6课《原来是相互关联的》7课《谁选择了它们》8课《生物多样性的意义》。</w:t>
      </w:r>
      <w:r>
        <w:rPr>
          <w:lang w:eastAsia="zh-CN"/>
        </w:rPr>
        <w:br/>
      </w:r>
      <w:r>
        <w:rPr>
          <w:lang w:eastAsia="zh-CN"/>
        </w:rPr>
        <w:t>　　二、学生分析</w:t>
      </w:r>
      <w:r>
        <w:rPr>
          <w:lang w:eastAsia="zh-CN"/>
        </w:rPr>
        <w:br/>
      </w:r>
      <w:r>
        <w:rPr>
          <w:lang w:eastAsia="zh-CN"/>
        </w:rPr>
        <w:t>　　通过几年的科学学习，大多数学生对科学课产生了浓厚的兴趣，已经具备了初步的探究能力，他们对周围世界产生了强烈的好奇心和探究欲望，乐于动手，善于操作。但是，学生在活动的时候常常耗时低效，不能很好地利用宝贵的课堂时间。学生发言表现欲望差，应特别注意培养，形成良好的氛围。让学生在探究中学到科学知识，培养探究能力，提升科学素养。</w:t>
      </w:r>
      <w:r>
        <w:rPr>
          <w:lang w:eastAsia="zh-CN"/>
        </w:rPr>
        <w:br/>
      </w:r>
      <w:r>
        <w:rPr>
          <w:lang w:eastAsia="zh-CN"/>
        </w:rPr>
        <w:t>　　三、实验目的</w:t>
      </w:r>
      <w:r>
        <w:rPr>
          <w:lang w:eastAsia="zh-CN"/>
        </w:rPr>
        <w:br/>
      </w:r>
      <w:r>
        <w:rPr>
          <w:lang w:eastAsia="zh-CN"/>
        </w:rPr>
        <w:t>　　1、培养学生学习科学的乐趣。</w:t>
      </w:r>
      <w:r>
        <w:rPr>
          <w:lang w:eastAsia="zh-CN"/>
        </w:rPr>
        <w:br/>
      </w:r>
      <w:r>
        <w:rPr>
          <w:lang w:eastAsia="zh-CN"/>
        </w:rPr>
        <w:t>　　2、培养学生科学的思维方法。</w:t>
      </w:r>
      <w:r>
        <w:rPr>
          <w:lang w:eastAsia="zh-CN"/>
        </w:rPr>
        <w:br/>
      </w:r>
      <w:r>
        <w:rPr>
          <w:lang w:eastAsia="zh-CN"/>
        </w:rPr>
        <w:t>　　3、以探究为核心，培养小学生的科学素养。</w:t>
      </w:r>
      <w:r>
        <w:rPr>
          <w:lang w:eastAsia="zh-CN"/>
        </w:rPr>
        <w:br/>
      </w:r>
      <w:r>
        <w:rPr>
          <w:lang w:eastAsia="zh-CN"/>
        </w:rPr>
        <w:t>　　四、实验措施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1、了解学生对所学科学问题的初始想法，特别是一些概念理解过程中出现的想法。</w:t>
      </w:r>
      <w:r>
        <w:rPr>
          <w:lang w:eastAsia="zh-CN"/>
        </w:rPr>
        <w:br/>
      </w:r>
      <w:r>
        <w:rPr>
          <w:lang w:eastAsia="zh-CN"/>
        </w:rPr>
        <w:t>　　2、指导学生反复进行控制变量的实验。(控制变量实验要加以指导)</w:t>
      </w:r>
      <w:r>
        <w:rPr>
          <w:lang w:eastAsia="zh-CN"/>
        </w:rPr>
        <w:br/>
      </w:r>
      <w:r>
        <w:rPr>
          <w:lang w:eastAsia="zh-CN"/>
        </w:rPr>
        <w:t>　　3、引导学生在观察和实验的过程中做好记录。</w:t>
      </w:r>
      <w:r>
        <w:rPr>
          <w:lang w:eastAsia="zh-CN"/>
        </w:rPr>
        <w:br/>
      </w:r>
      <w:r>
        <w:rPr>
          <w:lang w:eastAsia="zh-CN"/>
        </w:rPr>
        <w:t>　　4、引导学生用准确、恰当的词语描述观察到的事实和现象。</w:t>
      </w:r>
      <w:r>
        <w:rPr>
          <w:lang w:eastAsia="zh-CN"/>
        </w:rPr>
        <w:br/>
      </w:r>
      <w:r>
        <w:rPr>
          <w:lang w:eastAsia="zh-CN"/>
        </w:rPr>
        <w:t>　　5、引导学生对观察和实验结果进行整理和加工，形成正确的解释。</w:t>
      </w:r>
      <w:r>
        <w:rPr>
          <w:lang w:eastAsia="zh-CN"/>
        </w:rPr>
        <w:br/>
      </w:r>
      <w:r>
        <w:rPr>
          <w:lang w:eastAsia="zh-CN"/>
        </w:rPr>
        <w:t>　　五、实验安排(略)</w:t>
      </w:r>
      <w:r>
        <w:rPr>
          <w:lang w:eastAsia="zh-CN"/>
        </w:rPr>
        <w:br/>
      </w:r>
      <w:r>
        <w:rPr>
          <w:lang w:eastAsia="zh-CN"/>
        </w:rPr>
        <w:t xml:space="preserve">    四年级下册科学实验教学计划范文 篇13 </w:t>
      </w:r>
      <w:r>
        <w:rPr>
          <w:lang w:eastAsia="zh-CN"/>
        </w:rPr>
        <w:br/>
      </w:r>
      <w:r>
        <w:rPr>
          <w:lang w:eastAsia="zh-CN"/>
        </w:rPr>
        <w:t>　　一、制定计划的目的</w:t>
      </w:r>
      <w:r>
        <w:rPr>
          <w:lang w:eastAsia="zh-CN"/>
        </w:rPr>
        <w:br/>
      </w:r>
      <w:r>
        <w:rPr>
          <w:lang w:eastAsia="zh-CN"/>
        </w:rPr>
        <w:t>　　实验教学是小学科学教学工作中十分重要的一项内容，它对于激发儿童学习科学的兴趣，培养儿童科学探究的能力，提高儿童的科学素养都有着十分重要的意义。在新课程、新理念的引领下，在总结以往经验的基础上，本学期特制定以下实验教学计划：</w:t>
      </w:r>
      <w:r>
        <w:rPr>
          <w:lang w:eastAsia="zh-CN"/>
        </w:rPr>
        <w:br/>
      </w:r>
      <w:r>
        <w:rPr>
          <w:lang w:eastAsia="zh-CN"/>
        </w:rPr>
        <w:t>　　二、制定计划的依据</w:t>
      </w:r>
      <w:r>
        <w:rPr>
          <w:lang w:eastAsia="zh-CN"/>
        </w:rPr>
        <w:br/>
      </w:r>
      <w:r>
        <w:rPr>
          <w:lang w:eastAsia="zh-CN"/>
        </w:rPr>
        <w:t>　　1、教材分析</w:t>
      </w:r>
      <w:r>
        <w:rPr>
          <w:lang w:eastAsia="zh-CN"/>
        </w:rPr>
        <w:br/>
      </w:r>
      <w:r>
        <w:rPr>
          <w:lang w:eastAsia="zh-CN"/>
        </w:rPr>
        <w:t>　　本册教材以主题单元的形式编排了几个研究的主题，各个主题单元以学生的生活经验为主要线索进行构建，做到了生活经验引领下的内容综合化，将科学探究、科学知识和情感态度价值观有机结合，引领学生认识事物内部的变化特征及事物变化的相互联系，进行以逻辑推理为主的思维技能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2、学情分析</w:t>
      </w:r>
      <w:r>
        <w:rPr>
          <w:lang w:eastAsia="zh-CN"/>
        </w:rPr>
        <w:br/>
      </w:r>
      <w:r>
        <w:rPr>
          <w:lang w:eastAsia="zh-CN"/>
        </w:rPr>
        <w:t>　　通过几年的科学学习，大多数学生对科学课产生了浓厚的兴趣，对科学本质有一定的了解，科学素养得到相当的培养，已经具备了初步的探究能力，他们对周围世界产生了强烈的好奇心和探究欲望，乐于动手，善于操作。不过两极分化很明显。优等生表现出对科学浓厚、持久的兴趣，科学素养发展态势良好；后进生对科学有种担忧感，随着年级的升高，课程难度值增加，学习态度不够认真，加上对科学学科的认识不足，认为本学科不重要，轻视，造成科学素养发展态势一</w:t>
      </w:r>
      <w:r>
        <w:rPr>
          <w:lang w:eastAsia="zh-CN"/>
        </w:rPr>
        <w:br/>
      </w:r>
      <w:r>
        <w:rPr>
          <w:lang w:eastAsia="zh-CN"/>
        </w:rPr>
        <w:t>　　三、总体目标</w:t>
      </w:r>
      <w:r>
        <w:rPr>
          <w:lang w:eastAsia="zh-CN"/>
        </w:rPr>
        <w:br/>
      </w:r>
      <w:r>
        <w:rPr>
          <w:lang w:eastAsia="zh-CN"/>
        </w:rPr>
        <w:t>　　1、本册教科书设计了许多探究活动，这对学生科学探究能力的培养是很有帮助的，教师要发展学生识别和控制变量的能力，继续学习运用对比实验进行探索的技能，要引导学生及时记录实验现象，进行分析整理，转化为证据，用科学探究活动帮助学生逐步建构科学概念。</w:t>
      </w:r>
      <w:r>
        <w:rPr>
          <w:lang w:eastAsia="zh-CN"/>
        </w:rPr>
        <w:br/>
      </w:r>
      <w:r>
        <w:rPr>
          <w:lang w:eastAsia="zh-CN"/>
        </w:rPr>
        <w:t>　　2、在小学阶段，学生的思维将由形象思维向抽象思维发展，五年级学生的抽象思维，仍然需要直观形象的支撑，因此在思维发展的过程中，我们要从现象和事实出发，帮助学生进行概括总结，得出结论，发展学生的科学探究能力。</w:t>
      </w:r>
      <w:r>
        <w:rPr>
          <w:lang w:eastAsia="zh-CN"/>
        </w:rPr>
        <w:br/>
      </w:r>
      <w:r>
        <w:rPr>
          <w:lang w:eastAsia="zh-CN"/>
        </w:rPr>
        <w:t>　　3、对情感、态度、价值观的培养，应该基于对证据意识的培养上，使学生能够不断地寻找证据来支持自己的假设，通过理性的思考和大胆的质疑，来发展学生的情感态度价值观。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四、总体措施方法</w:t>
      </w:r>
      <w:r>
        <w:rPr>
          <w:lang w:eastAsia="zh-CN"/>
        </w:rPr>
        <w:br/>
      </w:r>
      <w:r>
        <w:rPr>
          <w:lang w:eastAsia="zh-CN"/>
        </w:rPr>
        <w:t>　　1、了解学生对所学科学问题的初始想法，特别是一些概念理解过程中出现的想法。</w:t>
      </w:r>
      <w:r>
        <w:rPr>
          <w:lang w:eastAsia="zh-CN"/>
        </w:rPr>
        <w:br/>
      </w:r>
      <w:r>
        <w:rPr>
          <w:lang w:eastAsia="zh-CN"/>
        </w:rPr>
        <w:t>　　2、指导学生反复进行控制变量的实验。(控制变量实验要加以指导)</w:t>
      </w:r>
      <w:r>
        <w:rPr>
          <w:lang w:eastAsia="zh-CN"/>
        </w:rPr>
        <w:br/>
      </w:r>
      <w:r>
        <w:rPr>
          <w:lang w:eastAsia="zh-CN"/>
        </w:rPr>
        <w:t>　　3、引导学生在观察和实验的过程中做好记录。</w:t>
      </w:r>
      <w:r>
        <w:rPr>
          <w:lang w:eastAsia="zh-CN"/>
        </w:rPr>
        <w:br/>
      </w:r>
      <w:r>
        <w:rPr>
          <w:lang w:eastAsia="zh-CN"/>
        </w:rPr>
        <w:t>　　4、引导学生用准确、恰当的词语描述观察到的事实和现象。</w:t>
      </w:r>
      <w:r>
        <w:rPr>
          <w:lang w:eastAsia="zh-CN"/>
        </w:rPr>
        <w:br/>
      </w:r>
      <w:r>
        <w:rPr>
          <w:lang w:eastAsia="zh-CN"/>
        </w:rPr>
        <w:t>　　5、引导学生对观察和实验结果进行整理和加工，形成正确的解</w:t>
      </w:r>
      <w:r>
        <w:rPr>
          <w:lang w:eastAsia="zh-CN"/>
        </w:rPr>
        <w:br/>
      </w:r>
      <w:r>
        <w:rPr>
          <w:lang w:eastAsia="zh-CN"/>
        </w:rPr>
        <w:t>　　6、悉心地引导学生的科学学习活动；</w:t>
      </w:r>
      <w:r>
        <w:rPr>
          <w:lang w:eastAsia="zh-CN"/>
        </w:rPr>
        <w:br/>
      </w:r>
      <w:r>
        <w:rPr>
          <w:lang w:eastAsia="zh-CN"/>
        </w:rPr>
        <w:t>　　7、充分运用现代教育技术；</w:t>
      </w:r>
      <w:r>
        <w:rPr>
          <w:lang w:eastAsia="zh-CN"/>
        </w:rPr>
        <w:br/>
      </w:r>
      <w:r>
        <w:rPr>
          <w:lang w:eastAsia="zh-CN"/>
        </w:rPr>
        <w:t>　　8、组织指导科技兴趣小组，引导学生参加各类有关竞赛，以赛促学。</w:t>
      </w:r>
      <w:r>
        <w:rPr>
          <w:lang w:eastAsia="zh-CN"/>
        </w:rPr>
        <w:br/>
      </w:r>
      <w:r>
        <w:rPr>
          <w:lang w:eastAsia="zh-CN"/>
        </w:rPr>
        <w:t>　　五、实验教学进度情况</w:t>
      </w:r>
      <w:r>
        <w:rPr>
          <w:lang w:eastAsia="zh-CN"/>
        </w:rPr>
        <w:br/>
      </w:r>
      <w:r>
        <w:rPr>
          <w:lang w:eastAsia="zh-CN"/>
        </w:rPr>
        <w:t>　　实验名称 自制电磁铁 改变电磁铁的磁力大小 电磁铁的磁极 影子与气温 四季形成的原因 显微镜的使用</w:t>
      </w:r>
      <w:r>
        <w:rPr>
          <w:lang w:eastAsia="zh-CN"/>
        </w:rPr>
        <w:br/>
      </w:r>
      <w:r>
        <w:rPr>
          <w:lang w:eastAsia="zh-CN"/>
        </w:rPr>
        <w:t xml:space="preserve">    四年级下册科学实验教学计划范文 篇14 </w:t>
      </w:r>
      <w:r>
        <w:rPr>
          <w:lang w:eastAsia="zh-CN"/>
        </w:rPr>
        <w:br/>
      </w:r>
      <w:r>
        <w:rPr>
          <w:lang w:eastAsia="zh-CN"/>
        </w:rPr>
        <w:t>　　一、教材分析</w:t>
      </w:r>
      <w:r>
        <w:rPr>
          <w:lang w:eastAsia="zh-CN"/>
        </w:rPr>
        <w:br/>
      </w:r>
      <w:r>
        <w:rPr>
          <w:lang w:eastAsia="zh-CN"/>
        </w:rPr>
        <w:t>　　本学期科学教材主要安排的科学实验有八个，其中，分组实验有：第3课《馒头发霉了》，第5课《蜡烛的变化》，第6课《食盐和水泥》第10课《距离和时间》，第20课《蚯蚓找家》，演示实验，分别是：第7课《铁生锈》，第8课《牛奶的变化》中，第14课《白天与黑夜》既是演示实验又是分组实验。</w:t>
      </w:r>
      <w:r>
        <w:rPr>
          <w:lang w:eastAsia="zh-CN"/>
        </w:rPr>
        <w:br/>
      </w:r>
    </w:p>
    <w:p w:rsidR="001B1F19" w14:textId="27C3F48A">
      <w:pPr>
        <w:rPr>
          <w:rFonts w:hint="eastAsia"/>
          <w:lang w:eastAsia="zh-CN"/>
        </w:rPr>
      </w:pPr>
      <w:r>
        <w:rPr>
          <w:lang w:eastAsia="zh-CN"/>
        </w:rPr>
        <w:t>　　二、学生分析</w:t>
      </w:r>
      <w:r>
        <w:rPr>
          <w:lang w:eastAsia="zh-CN"/>
        </w:rPr>
        <w:br/>
      </w:r>
      <w:r>
        <w:rPr>
          <w:lang w:eastAsia="zh-CN"/>
        </w:rPr>
        <w:t>　　六年级共有七个班。这些学生不仅喜欢学习科学，而且特别喜欢做实验，从上学期的实验情况看，大部分学生能在教师的指导下进行实验探究，能与他人合作，学会了写实验记录，并能进行自主实验。但也有个别学生在实验过程中放不开手脚，甚至不敢参与实验。本学期还应加强对这些学生的指导。</w:t>
      </w:r>
      <w:r>
        <w:rPr>
          <w:lang w:eastAsia="zh-CN"/>
        </w:rPr>
        <w:br/>
      </w:r>
      <w:r>
        <w:rPr>
          <w:lang w:eastAsia="zh-CN"/>
        </w:rPr>
        <w:t>　　三、实验目的</w:t>
      </w:r>
      <w:r>
        <w:rPr>
          <w:lang w:eastAsia="zh-CN"/>
        </w:rPr>
        <w:br/>
      </w:r>
      <w:r>
        <w:rPr>
          <w:lang w:eastAsia="zh-CN"/>
        </w:rPr>
        <w:t>　　1、教会学生正确的实验方法，体味实验的乐趣。</w:t>
      </w:r>
      <w:r>
        <w:rPr>
          <w:lang w:eastAsia="zh-CN"/>
        </w:rPr>
        <w:br/>
      </w:r>
      <w:r>
        <w:rPr>
          <w:lang w:eastAsia="zh-CN"/>
        </w:rPr>
        <w:t>　　2、使学生有效地掌握知识，主动探索新知识。</w:t>
      </w:r>
      <w:r>
        <w:rPr>
          <w:lang w:eastAsia="zh-CN"/>
        </w:rPr>
        <w:br/>
      </w:r>
      <w:r>
        <w:rPr>
          <w:lang w:eastAsia="zh-CN"/>
        </w:rPr>
        <w:t>　　3、培养学生的能力，包括实验设计、操作、观察、记录和</w:t>
      </w:r>
      <w:r>
        <w:rPr>
          <w:lang w:eastAsia="zh-CN"/>
        </w:rPr>
        <w:br/>
      </w:r>
      <w:r>
        <w:rPr>
          <w:lang w:eastAsia="zh-CN"/>
        </w:rPr>
        <w:t>　　整理资料等能力。</w:t>
      </w:r>
      <w:r>
        <w:rPr>
          <w:lang w:eastAsia="zh-CN"/>
        </w:rPr>
        <w:br/>
      </w:r>
      <w:r>
        <w:rPr>
          <w:lang w:eastAsia="zh-CN"/>
        </w:rPr>
        <w:t>　　4、全面提高学生素质，特别是知识素质和智能素质。</w:t>
      </w:r>
      <w:r>
        <w:rPr>
          <w:lang w:eastAsia="zh-CN"/>
        </w:rPr>
        <w:br/>
      </w:r>
      <w:r>
        <w:rPr>
          <w:lang w:eastAsia="zh-CN"/>
        </w:rPr>
        <w:t>　　5、激发学生的学习兴趣，在观察和实验中，充分发挥学生</w:t>
      </w:r>
      <w:r>
        <w:rPr>
          <w:lang w:eastAsia="zh-CN"/>
        </w:rPr>
        <w:br/>
      </w:r>
      <w:r>
        <w:rPr>
          <w:lang w:eastAsia="zh-CN"/>
        </w:rPr>
        <w:t>　　的各种感官，调动他们的学习积极性。</w:t>
      </w:r>
      <w:r>
        <w:rPr>
          <w:lang w:eastAsia="zh-CN"/>
        </w:rPr>
        <w:br/>
      </w:r>
      <w:r>
        <w:rPr>
          <w:lang w:eastAsia="zh-CN"/>
        </w:rPr>
        <w:t>　　四、实验措施</w:t>
      </w:r>
      <w:r>
        <w:rPr>
          <w:lang w:eastAsia="zh-CN"/>
        </w:rPr>
        <w:br/>
      </w:r>
      <w:r>
        <w:rPr>
          <w:lang w:eastAsia="zh-CN"/>
        </w:rPr>
        <w:t>　　1、课前教师要充分准备，备教材、备学生、备教法、备实验过程。</w:t>
      </w:r>
      <w:r>
        <w:rPr>
          <w:lang w:eastAsia="zh-CN"/>
        </w:rPr>
        <w:br/>
      </w:r>
      <w:r>
        <w:rPr>
          <w:lang w:eastAsia="zh-CN"/>
        </w:rPr>
        <w:t>　　2、指导学生做简单的探究实验，制定实验计划，填写实验报告，制作简易科学模型。</w:t>
      </w:r>
      <w:r>
        <w:rPr>
          <w:lang w:eastAsia="zh-CN"/>
        </w:rPr>
        <w:br/>
      </w:r>
      <w:r>
        <w:rPr>
          <w:lang w:eastAsia="zh-CN"/>
        </w:rPr>
        <w:t>　　3、加强观察和实验，充分利用仪器和器材，让学生参观察和实验活动，从而获得知识，锻炼能力。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https://d.book118.com/747102026012006041</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102026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