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招生计划（33篇）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招生计划（精选33篇）</w:t>
      </w:r>
      <w:r>
        <w:rPr>
          <w:lang w:eastAsia="zh-CN"/>
        </w:rPr>
        <w:br/>
      </w:r>
      <w:r>
        <w:rPr>
          <w:lang w:eastAsia="zh-CN"/>
        </w:rPr>
        <w:t xml:space="preserve">    招生计划 篇1 </w:t>
      </w:r>
      <w:r>
        <w:rPr>
          <w:lang w:eastAsia="zh-CN"/>
        </w:rPr>
        <w:br/>
      </w:r>
      <w:r>
        <w:rPr>
          <w:lang w:eastAsia="zh-CN"/>
        </w:rPr>
        <w:t>　　一、指导思想贯彻落实横溪镇教辅室20__年幼儿园招生工作会议精神，稳妥有序迎接新一轮入园高峰到来，做好招生宣传、布署和服务工作，顺利完成本镇20__年幼儿园招生任务。</w:t>
      </w:r>
      <w:r>
        <w:rPr>
          <w:lang w:eastAsia="zh-CN"/>
        </w:rPr>
        <w:br/>
      </w:r>
      <w:r>
        <w:rPr>
          <w:lang w:eastAsia="zh-CN"/>
        </w:rPr>
        <w:t>　　二、招生原则方便家长报名、相对就近入园、适度自由择园、统筹安排录取。</w:t>
      </w:r>
      <w:r>
        <w:rPr>
          <w:lang w:eastAsia="zh-CN"/>
        </w:rPr>
        <w:br/>
      </w:r>
      <w:r>
        <w:rPr>
          <w:lang w:eastAsia="zh-CN"/>
        </w:rPr>
        <w:t>　　三、招生对象</w:t>
      </w:r>
      <w:r>
        <w:rPr>
          <w:lang w:eastAsia="zh-CN"/>
        </w:rPr>
        <w:br/>
      </w:r>
      <w:r>
        <w:rPr>
          <w:lang w:eastAsia="zh-CN"/>
        </w:rPr>
        <w:t>　　1、招生对象以具有本镇常(暂)住人口的2--6岁幼儿为主。</w:t>
      </w:r>
      <w:r>
        <w:rPr>
          <w:lang w:eastAsia="zh-CN"/>
        </w:rPr>
        <w:br/>
      </w:r>
      <w:r>
        <w:rPr>
          <w:lang w:eastAsia="zh-CN"/>
        </w:rPr>
        <w:t>　　2、招生年龄：</w:t>
      </w:r>
      <w:r>
        <w:rPr>
          <w:lang w:eastAsia="zh-CN"/>
        </w:rPr>
        <w:br/>
      </w:r>
      <w:r>
        <w:rPr>
          <w:lang w:eastAsia="zh-CN"/>
        </w:rPr>
        <w:t>　　g</w:t>
      </w:r>
      <w:r>
        <w:rPr>
          <w:lang w:eastAsia="zh-CN"/>
        </w:rPr>
        <w:br/>
      </w:r>
      <w:r>
        <w:rPr>
          <w:lang w:eastAsia="zh-CN"/>
        </w:rPr>
        <w:t>　　小班(4周岁幼儿)：20__年9月后---20__年8月前出生</w:t>
      </w:r>
      <w:r>
        <w:rPr>
          <w:lang w:eastAsia="zh-CN"/>
        </w:rPr>
        <w:br/>
      </w:r>
      <w:r>
        <w:rPr>
          <w:lang w:eastAsia="zh-CN"/>
        </w:rPr>
        <w:t>　　中班(5周岁幼儿)：20__年9月后----20__年8月前出生</w:t>
      </w:r>
      <w:r>
        <w:rPr>
          <w:lang w:eastAsia="zh-CN"/>
        </w:rPr>
        <w:br/>
      </w:r>
      <w:r>
        <w:rPr>
          <w:lang w:eastAsia="zh-CN"/>
        </w:rPr>
        <w:t>　　大班(6周岁幼儿)：20__年9月后----20__年8月前出生</w:t>
      </w:r>
      <w:r>
        <w:rPr>
          <w:lang w:eastAsia="zh-CN"/>
        </w:rPr>
        <w:br/>
      </w:r>
      <w:r>
        <w:rPr>
          <w:lang w:eastAsia="zh-CN"/>
        </w:rPr>
        <w:t>　　四、招生时间：</w:t>
      </w:r>
      <w:r>
        <w:rPr>
          <w:lang w:eastAsia="zh-CN"/>
        </w:rPr>
        <w:br/>
      </w:r>
      <w:r>
        <w:rPr>
          <w:lang w:eastAsia="zh-CN"/>
        </w:rPr>
        <w:t>　　12月---1月</w:t>
      </w:r>
      <w:r>
        <w:rPr>
          <w:lang w:eastAsia="zh-CN"/>
        </w:rPr>
        <w:br/>
      </w:r>
      <w:r>
        <w:rPr>
          <w:lang w:eastAsia="zh-CN"/>
        </w:rPr>
        <w:t>　　五、招生要求：</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1、持有本镇常住人口适龄儿童：在家长陪同下带好户口簿复印件、预防接种证原件及复印件，幼儿健康体检卡、幼儿1寸彩照两张，在规定时间内到小星星幼儿园办理报名登记手续。</w:t>
      </w:r>
      <w:r>
        <w:rPr>
          <w:lang w:eastAsia="zh-CN"/>
        </w:rPr>
        <w:br/>
      </w:r>
      <w:r>
        <w:rPr>
          <w:lang w:eastAsia="zh-CN"/>
        </w:rPr>
        <w:t>　　2、外省市户籍的适龄儿童：由家长陪同并带好由公安部门颁发的《横溪镇暂住证》、预防接种证原件及复印件、户口原件及复印件、幼儿健康体检卡、幼儿1寸彩照两张到小星星幼儿园办理报名登记手续。</w:t>
      </w:r>
      <w:r>
        <w:rPr>
          <w:lang w:eastAsia="zh-CN"/>
        </w:rPr>
        <w:br/>
      </w:r>
      <w:r>
        <w:rPr>
          <w:lang w:eastAsia="zh-CN"/>
        </w:rPr>
        <w:t>　　六、20__年第二学期小星星幼儿园招生计划</w:t>
      </w:r>
      <w:r>
        <w:rPr>
          <w:lang w:eastAsia="zh-CN"/>
        </w:rPr>
        <w:br/>
      </w:r>
      <w:r>
        <w:rPr>
          <w:lang w:eastAsia="zh-CN"/>
        </w:rPr>
        <w:t xml:space="preserve">    招生计划 篇2 </w:t>
      </w:r>
      <w:r>
        <w:rPr>
          <w:lang w:eastAsia="zh-CN"/>
        </w:rPr>
        <w:br/>
      </w:r>
      <w:r>
        <w:rPr>
          <w:lang w:eastAsia="zh-CN"/>
        </w:rPr>
        <w:t>　　一、预计招生人数：</w:t>
      </w:r>
      <w:r>
        <w:rPr>
          <w:lang w:eastAsia="zh-CN"/>
        </w:rPr>
        <w:br/>
      </w:r>
      <w:r>
        <w:rPr>
          <w:lang w:eastAsia="zh-CN"/>
        </w:rPr>
        <w:t>　　本园预计开设4个班级：宝宝班、小班、中班、大班各20人。</w:t>
      </w:r>
      <w:r>
        <w:rPr>
          <w:lang w:eastAsia="zh-CN"/>
        </w:rPr>
        <w:br/>
      </w:r>
      <w:r>
        <w:rPr>
          <w:lang w:eastAsia="zh-CN"/>
        </w:rPr>
        <w:t>　　二、招生措施：</w:t>
      </w:r>
      <w:r>
        <w:rPr>
          <w:lang w:eastAsia="zh-CN"/>
        </w:rPr>
        <w:br/>
      </w:r>
      <w:r>
        <w:rPr>
          <w:lang w:eastAsia="zh-CN"/>
        </w:rPr>
        <w:t>　　(一)到商场、超市投放宣传资料;根据幼儿园的收费标准分析入园的适宜人群，所以在投;</w:t>
      </w:r>
      <w:r>
        <w:rPr>
          <w:lang w:eastAsia="zh-CN"/>
        </w:rPr>
        <w:br/>
      </w:r>
      <w:r>
        <w:rPr>
          <w:lang w:eastAsia="zh-CN"/>
        </w:rPr>
        <w:t>　　具体措施：</w:t>
      </w:r>
      <w:r>
        <w:rPr>
          <w:lang w:eastAsia="zh-CN"/>
        </w:rPr>
        <w:br/>
      </w:r>
      <w:r>
        <w:rPr>
          <w:lang w:eastAsia="zh-CN"/>
        </w:rPr>
        <w:t>　　1、锁定目标超市商场、东山商业街及东山小学门口等;</w:t>
      </w:r>
      <w:r>
        <w:rPr>
          <w:lang w:eastAsia="zh-CN"/>
        </w:rPr>
        <w:br/>
      </w:r>
      <w:r>
        <w:rPr>
          <w:lang w:eastAsia="zh-CN"/>
        </w:rPr>
        <w:t>　　2、到超市、商场和负责人或服务台进行沟通，商量合;</w:t>
      </w:r>
      <w:r>
        <w:rPr>
          <w:lang w:eastAsia="zh-CN"/>
        </w:rPr>
        <w:br/>
      </w:r>
      <w:r>
        <w:rPr>
          <w:lang w:eastAsia="zh-CN"/>
        </w:rPr>
        <w:t>　　(二)联合小区做宣传活动：结合节假日，联合附近小。</w:t>
      </w:r>
      <w:r>
        <w:rPr>
          <w:lang w:eastAsia="zh-CN"/>
        </w:rPr>
        <w:br/>
      </w:r>
      <w:r>
        <w:rPr>
          <w:lang w:eastAsia="zh-CN"/>
        </w:rPr>
        <w:t>　　具体措施：</w:t>
      </w:r>
      <w:r>
        <w:rPr>
          <w:lang w:eastAsia="zh-CN"/>
        </w:rPr>
        <w:br/>
      </w:r>
      <w:r>
        <w:rPr>
          <w:lang w:eastAsia="zh-CN"/>
        </w:rPr>
        <w:t>　　第一，编写一本幼儿园的家长完全手册。在这本手册里，把幼儿园的概况、举办者的背景、办园理念、办园特色、收费标准、入托须知等做一详细的介绍。若有家长来咨询时，送上一本。</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第二，做四块幼儿园的展版，搁在幼儿园的大厅，以便家长前来咨询时参看。具体样式，也可参看附录。</w:t>
      </w:r>
      <w:r>
        <w:rPr>
          <w:lang w:eastAsia="zh-CN"/>
        </w:rPr>
        <w:br/>
      </w:r>
      <w:r>
        <w:rPr>
          <w:lang w:eastAsia="zh-CN"/>
        </w:rPr>
        <w:t>　　第三，印一些彩页，在周边小区、各幼儿园家长出入必经地发放。注意，不要直接在人家幼儿园门口发放，不要与这些幼儿园发生正面冲突。通常，这些幼儿园是反对你这么干的，但争取生员，你别无选择。</w:t>
      </w:r>
      <w:r>
        <w:rPr>
          <w:lang w:eastAsia="zh-CN"/>
        </w:rPr>
        <w:br/>
      </w:r>
      <w:r>
        <w:rPr>
          <w:lang w:eastAsia="zh-CN"/>
        </w:rPr>
        <w:t>　　第四，做一些横幅，如“英华幼儿园现招收2-6岁幼儿园。咨询电话：____，挂在小区主要出入口，以及城市主要街道上。</w:t>
      </w:r>
      <w:r>
        <w:rPr>
          <w:lang w:eastAsia="zh-CN"/>
        </w:rPr>
        <w:br/>
      </w:r>
      <w:r>
        <w:rPr>
          <w:lang w:eastAsia="zh-CN"/>
        </w:rPr>
        <w:t>　　第五，在幼儿园，挂一个横幅。在幼儿园四周，插些彩旗，以引起大家的注意。</w:t>
      </w:r>
      <w:r>
        <w:rPr>
          <w:lang w:eastAsia="zh-CN"/>
        </w:rPr>
        <w:br/>
      </w:r>
      <w:r>
        <w:rPr>
          <w:lang w:eastAsia="zh-CN"/>
        </w:rPr>
        <w:t>　　第六，依据自己的经济实力，有选择地在当地媒体，通常是电视台、报纸、室外广告牌上做宣传。</w:t>
      </w:r>
      <w:r>
        <w:rPr>
          <w:lang w:eastAsia="zh-CN"/>
        </w:rPr>
        <w:br/>
      </w:r>
      <w:r>
        <w:rPr>
          <w:lang w:eastAsia="zh-CN"/>
        </w:rPr>
        <w:t>　　第七，一旦幼儿园大型玩具到货，即打开园门，免费供小区幼儿游玩。此时，注意一个环节，一定要在大喇叭里播放儿童经典歌曲，以创造一个儿童游玩的人文环境。园长不要可惜大型玩具会被孩子玩坏。</w:t>
      </w:r>
      <w:r>
        <w:rPr>
          <w:lang w:eastAsia="zh-CN"/>
        </w:rPr>
        <w:br/>
      </w:r>
      <w:r>
        <w:rPr>
          <w:lang w:eastAsia="zh-CN"/>
        </w:rPr>
        <w:t>　　第八，园长招生时机要选择好。如果你的幼儿园定在9月1日正式开学，你务必在7月1日之前完成幼儿园的建设任务，6月份全面招生，7月1日正式开园。你可以通过举办7月份、8月份两期夏令营试运行。如果你的幼儿园定在3月1日正式开学，你务必在2月1日之前完成幼儿园的建设任务。刚过元旦，你就必须全面招生。时间持续两个月。</w:t>
      </w:r>
      <w:r>
        <w:rPr>
          <w:lang w:eastAsia="zh-CN"/>
        </w:rPr>
        <w:br/>
      </w:r>
      <w:r>
        <w:rPr>
          <w:lang w:eastAsia="zh-CN"/>
        </w:rPr>
        <w:t xml:space="preserve">    招生计划 篇3 </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们说培训学校需要招生策划，一是因为当代培训学校是适应社会主义市场经济的需要而产生发展起来的，招生面向市场。尤其是招生，直接面向社会、面向市场、面向家庭、面向学生。既然生源主要靠市场这只看不见的手来调节，就应该聘请教育咨询策划机构的一些专家、智囊来出谋划策。二是培训学校招生竞争越来越激烈，困难越来越大。人们常说，培训学校招生难，难在何处?难就难在缺乏精心的招生策划;只要思想不滑坡，办法总比困难多，这办法来自何处?主要来自招生策划。三是我们目前已经有了一支颇具实力的教育队伍。进入21世纪以来，人们尤其是教育界、策划界的有识之士越来越认同和重视教育策划，对于招生策划更是青睐有加，他们已经积累了丰富的招生策划经验和知识，渴望为培训学校的招生服务。</w:t>
      </w:r>
      <w:r>
        <w:rPr>
          <w:lang w:eastAsia="zh-CN"/>
        </w:rPr>
        <w:br/>
      </w:r>
      <w:r>
        <w:rPr>
          <w:lang w:eastAsia="zh-CN"/>
        </w:rPr>
        <w:t>　　古人云凡事预则立，不预则废，只要我们充分发挥校内校外专家、智囊的作用，立足现实、面向市场，科学预测、精心策划，就一定能够达到预期的招生目标，取得理想的招生效果</w:t>
      </w:r>
      <w:r>
        <w:rPr>
          <w:lang w:eastAsia="zh-CN"/>
        </w:rPr>
        <w:br/>
      </w:r>
      <w:r>
        <w:rPr>
          <w:lang w:eastAsia="zh-CN"/>
        </w:rPr>
        <w:t>　　概括地说，招生策划主要是紧紧围绕招多少学生，(招生数量)招什么样的学生，怎样招来学生(招生渠道)三个问题进行思考，出谋划策的。</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般说来，培训学校对招生市场具有与生俱来的重视和敏感。因为培训学校的生源配置主要依靠市场调节，招生必须进行市场策划。所谓招生市场策划，主要是指对招生市场进行分析和预测，从招生市场的空间中寻找到自己学校的坐标，找到招生的努力方向，为学校争取到尽量多的市场份额。</w:t>
      </w:r>
      <w:r>
        <w:rPr>
          <w:lang w:eastAsia="zh-CN"/>
        </w:rPr>
        <w:br/>
      </w:r>
      <w:r>
        <w:rPr>
          <w:lang w:eastAsia="zh-CN"/>
        </w:rPr>
        <w:t>　　一、 定位策划</w:t>
      </w:r>
      <w:r>
        <w:rPr>
          <w:lang w:eastAsia="zh-CN"/>
        </w:rPr>
        <w:br/>
      </w:r>
      <w:r>
        <w:rPr>
          <w:lang w:eastAsia="zh-CN"/>
        </w:rPr>
        <w:t>　　定位是招生策划的起点和依据，也体现着招生的目标和方向。对一所学校来说，首先应该有一个整体的定位，比如学校的发展定位、目标定位、市场定位、规模定位、质量定位、宗旨定位、价值定位、管理定位、专业定位、等等。招生定位与其整体定位是紧密联系在一起的，是建立在其整体定位的基础之上的。当然，招生定位策划具有自己独特的内容，招生定位是否准确清晰，直接关系着招生的数量和质量。</w:t>
      </w:r>
      <w:r>
        <w:rPr>
          <w:lang w:eastAsia="zh-CN"/>
        </w:rPr>
        <w:br/>
      </w:r>
      <w:r>
        <w:rPr>
          <w:lang w:eastAsia="zh-CN"/>
        </w:rPr>
        <w:t>　　一般说来，招生定位策划主要包括以下几方面的内容。一是定位生源地和招生目标群。这是根据学校的发展规划和培养目标以及办学规模和方向提出的，是解决到哪里去招收以及招收什么样的学生的问题。具体说就是在地理上展开招生的区域和招收学生的目标群。是面向农村，还是面向城市;二是定位招生规模和生源质量。招生规模并非越大越好，招生必须有一定的质量要求，决不能来者不拒，捡到篮子里即是菜。办学、招生决不能搞一锤子买卖，尤其是同一层次的学生，必须有一个统一的质量定位要求。入学不把质量关，反倒严重影响了以后的招生。三是定位生源特色和招生优势。一定要找到本校的个性特点和优势，可以面向特殊的生源群体，可以多层次分类别招生，应该善于剑走偏锋、标新立异、错位发展。</w:t>
      </w:r>
      <w:r>
        <w:rPr>
          <w:lang w:eastAsia="zh-CN"/>
        </w:rPr>
        <w:br/>
      </w:r>
      <w:r>
        <w:rPr>
          <w:lang w:eastAsia="zh-CN"/>
        </w:rPr>
        <w:t>　　二、市场策划</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市场策划首先要进行调查分析，了解生源市场的现状、态势，分析招生的基本形势和发展趋势，掌握有关招生的基本数据，并且，进行必要的统计分析，提出科学的论证报告。然后根据自己学校的实际情况，细分招生市场，确定本校招生的努力方向，确定招生市场开发的策略与战术，确定投入的人力、物力和财力。</w:t>
      </w:r>
      <w:r>
        <w:rPr>
          <w:lang w:eastAsia="zh-CN"/>
        </w:rPr>
        <w:br/>
      </w:r>
      <w:r>
        <w:rPr>
          <w:lang w:eastAsia="zh-CN"/>
        </w:rPr>
        <w:t>　　其次，招生市场策划必须了解人才市场的状况，了解社会、市场对人才的需求。将直接影响着培训学校的专业设置和课程安排，影响着招生的数量和质量。</w:t>
      </w:r>
      <w:r>
        <w:rPr>
          <w:lang w:eastAsia="zh-CN"/>
        </w:rPr>
        <w:br/>
      </w:r>
      <w:r>
        <w:rPr>
          <w:lang w:eastAsia="zh-CN"/>
        </w:rPr>
        <w:t>　　三、形象策划</w:t>
      </w:r>
      <w:r>
        <w:rPr>
          <w:lang w:eastAsia="zh-CN"/>
        </w:rPr>
        <w:br/>
      </w:r>
      <w:r>
        <w:rPr>
          <w:lang w:eastAsia="zh-CN"/>
        </w:rPr>
        <w:t>　　形象是一所学校的门面，更是一所学校核心价值观的体现。所谓招生形象策划，其涵义有两个方面，一方面是通过招生宣传把学校的形象展示出来，这与学校的整体形象密切相关，是建立在学校整体形象基础之上的;另一方面，是指招生过程的形象展示，包括构思设计招生过程中的一系列形象及其如何运用，如何展示。比如，广告诉求语、屏幕形象、宣传画册、招生资料、招生咨询场所人员形象等等。招生形象往往是社会、家长、学生等接触到的第一印象，是能够直接影响学生是否选择上某所学校的首要因素。</w:t>
      </w:r>
      <w:r>
        <w:rPr>
          <w:lang w:eastAsia="zh-CN"/>
        </w:rPr>
        <w:br/>
      </w:r>
      <w:r>
        <w:rPr>
          <w:lang w:eastAsia="zh-CN"/>
        </w:rPr>
        <w:t>　　形象策划能否成功，能否在招生过程中把学校的形象有效地展示出来，宣传出去，关键是能不能成功地建立起学校的形象识别系统，使受众能够迅速地将某校从众多的学校或者纷繁的背景系统之中识别出来，并且形成一种积极的印象和认识，感受到学校的勃勃生机和发展前途，感受到学校的个性特色和明显优势。</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学校形象识别系统的支柱性要素主要有三个，这也是我们进行招生形象策划的切入点和着力点。一是理念识别系统，指学校的价值观体系，包括办学理念、学校文化、战略目标、宣传口号等等。二是视觉识别系统，指运用视觉设计和行为展示，将学校的理念和特征视觉化、规范化、鲜明化，形成学校在人们那里的视觉形象特征，例如学校的校徽、标示牌之类，以提升学校在市场竞争中的识别度，进而实施有效的信息传播。三是行为识别系统，主要指学校的整体行为、组织行为、员工行为等，学校行为识别系统一般集中体现在学校内外举办的招生咨询活动、文化活动、社会公益活动以及学校的管理行为之中。</w:t>
      </w:r>
      <w:r>
        <w:rPr>
          <w:lang w:eastAsia="zh-CN"/>
        </w:rPr>
        <w:br/>
      </w:r>
      <w:r>
        <w:rPr>
          <w:lang w:eastAsia="zh-CN"/>
        </w:rPr>
        <w:t>　　四、公关策划</w:t>
      </w:r>
      <w:r>
        <w:rPr>
          <w:lang w:eastAsia="zh-CN"/>
        </w:rPr>
        <w:br/>
      </w:r>
      <w:r>
        <w:rPr>
          <w:lang w:eastAsia="zh-CN"/>
        </w:rPr>
        <w:t>　　就学校而言，公共关系主要指学校与社会公众的交往、认识和了解的相互关系以及这种关系的发展过程，它主要包括学校与社会组织的关系，学校与社会公众的关系。常用的公共关系活动类型一般分为宣传型、服务型(提供免费服务)、交往型、公益型、尊重型(征求社区及学生家长的意见)、维护型等若干类。</w:t>
      </w:r>
      <w:r>
        <w:rPr>
          <w:lang w:eastAsia="zh-CN"/>
        </w:rPr>
        <w:br/>
      </w:r>
      <w:r>
        <w:rPr>
          <w:lang w:eastAsia="zh-CN"/>
        </w:rPr>
        <w:t>　　一般说来，公共关系所产生的效果是其它任何形式都不能代替的。招生需要宣传，需要公关，需要进行公共关系策划。培训学校必须充分发挥公共关系在招生过程中的作用，精心构思设计各种类型的公关活动，高度重视交往传扬、沟通协调，排忧解难、畅导理解，信息传播、教育引导等各种公关渠道，积极为招生工作出力献智。</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招生公关策划主要表现在以下三个方面。一是公共关系传播策划。传播是公共关系的基本要素之一，也是公共关系活动的主要手段，它是一个完整的信息交流过程。招生公关策划应该紧紧围绕由谁传播、传播什么、通过什么渠道、传播给谁、产生什么效果五个要素进行。二是公共关系工作程序策划。它一般由调查研究、确立目标，编制计划、设计方案，策划实施、传播沟通，评估结果、反馈调整等几个步骤组成。三是公共关系专题活动策划。例如，学校成就展览会，社会赞助活动，招生咨询会，参观考察等等。</w:t>
      </w:r>
      <w:r>
        <w:rPr>
          <w:lang w:eastAsia="zh-CN"/>
        </w:rPr>
        <w:br/>
      </w:r>
      <w:r>
        <w:rPr>
          <w:lang w:eastAsia="zh-CN"/>
        </w:rPr>
        <w:t>　　五、广告策划</w:t>
      </w:r>
      <w:r>
        <w:rPr>
          <w:lang w:eastAsia="zh-CN"/>
        </w:rPr>
        <w:br/>
      </w:r>
      <w:r>
        <w:rPr>
          <w:lang w:eastAsia="zh-CN"/>
        </w:rPr>
        <w:t>　　招生广告策划的关键在于创意。好的创意应该简捷、突出、独特、联想、凝神、形象、时尚。</w:t>
      </w:r>
      <w:r>
        <w:rPr>
          <w:lang w:eastAsia="zh-CN"/>
        </w:rPr>
        <w:br/>
      </w:r>
      <w:r>
        <w:rPr>
          <w:lang w:eastAsia="zh-CN"/>
        </w:rPr>
        <w:t>　　现阶段，广告是培训学校招生的基本手段。有的学校甚至在招生广告方面不惜重金、大量投入。所以，做好招生广告策划显得十分重要。招生广告就是有计划地通过媒体向招生目标群传递有关学校、专业、招生数量、规格要求、学校优势、特色等信息，以介绍、说服、提醒为目标，起到唤起注意、引起兴趣、启发欲望、导致行动等作用。好的招生广告应该真实性强，信息量大，针对性强，符合消费心理，符合道德规范。</w:t>
      </w:r>
      <w:r>
        <w:rPr>
          <w:lang w:eastAsia="zh-CN"/>
        </w:rPr>
        <w:br/>
      </w:r>
      <w:r>
        <w:rPr>
          <w:lang w:eastAsia="zh-CN"/>
        </w:rPr>
        <w:t>　　六、管理策划</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招生管理策划，首先应该对招生工作的机构、人员进行策划安排，确定建立精干、高效的组织系统，选择配备热爱、熟悉招生工作的人员。其次，策划建立科学、高效的指挥协调机制，优化配置各种招生资源，努力以最少的投入取得最大的效益。要遵循管理的原则，把众多的招生人员组织在团队之中，形成群体大于个体相加的合力和团队精神。第三，制定科学高效的激励政策，形成良性的激励机制，也是招生管理策划的重要内容，要充分运用环境、报酬、奖惩、精神、文化等多种要素调动招生人员的积极性、主动性和创造性。要通过管理策划使培训学校的招生工作有条不紊、有序竞争、规范展开、高效进行。</w:t>
      </w:r>
      <w:r>
        <w:rPr>
          <w:lang w:eastAsia="zh-CN"/>
        </w:rPr>
        <w:br/>
      </w:r>
      <w:r>
        <w:rPr>
          <w:lang w:eastAsia="zh-CN"/>
        </w:rPr>
        <w:t>　　七、渠道策划</w:t>
      </w:r>
      <w:r>
        <w:rPr>
          <w:lang w:eastAsia="zh-CN"/>
        </w:rPr>
        <w:br/>
      </w:r>
      <w:r>
        <w:rPr>
          <w:lang w:eastAsia="zh-CN"/>
        </w:rPr>
        <w:t>　　招生工作有多种渠道，尤其是当代，已经进入网络时代，招生渠道正在呈立体化发展的趋势。所谓招生渠道策划，就是谋划形成属于自己学校的招生网络和多种渠道，并且，确保其畅通高效。</w:t>
      </w:r>
      <w:r>
        <w:rPr>
          <w:lang w:eastAsia="zh-CN"/>
        </w:rPr>
        <w:br/>
      </w:r>
      <w:r>
        <w:rPr>
          <w:lang w:eastAsia="zh-CN"/>
        </w:rPr>
        <w:t>　　目前常用的招生渠道主要有以下几种：一是学校的老生带新生，学校全体教职工充当招生人员，四处拉学生。二是聘请招生信息员、招生代理，往各主要生源学校派驻招生机构、招生代表。三是参加各级各类招生咨询会、展览会、进行宣传推销。四是到生源地学校开展各种联谊活动，进行公关。五是新闻宣传，树立形象。六是各种媒体广告、实物广告。七是聘请著名专家、知名教授作顾问，对学校作出正面评价。八是邀请教育行政部门、教育科研机构的领导专家到学校视察指导。</w:t>
      </w:r>
      <w:r>
        <w:rPr>
          <w:lang w:eastAsia="zh-CN"/>
        </w:rPr>
        <w:br/>
      </w:r>
      <w:r>
        <w:rPr>
          <w:lang w:eastAsia="zh-CN"/>
        </w:rPr>
        <w:t>　　八、项目策划</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一般说来，项目是一种一次性的工作，它应当在规定的时间内，由为此专门组织起来的人员完成，充分利用一定的资源范围，去实现一个明确的预期目标。项目可以是建造一栋大楼，也可以是组织一次活动，解决一项课题等。所谓招生项目策划，是指以招生过程中具体的项目活动为对象的策划，例如文娱活动、节庆活动、比赛活动、评奖活动、咨询活动、博览活动、旅游活动、教学活动、德育活动、经济活动等等。它能够提高和推广学校的知名度，给招生学校带来满意的效果和实际的效益。</w:t>
      </w:r>
      <w:r>
        <w:rPr>
          <w:lang w:eastAsia="zh-CN"/>
        </w:rPr>
        <w:br/>
      </w:r>
      <w:r>
        <w:rPr>
          <w:lang w:eastAsia="zh-CN"/>
        </w:rPr>
        <w:t>　　进行招生项目策划首先应该进行项目调研，系统地搜集、分析和报告有关项目的信息，研究影响项目进展的各种环境因素。招生面对的生源是活生生的人，在项目策划中一定要十分注意学生以及家长的心理规律和情感规律，使他们作为情感体验的主体，对策划项目产生积极或消极、肯定或否定的评价。另外，招生项目策划还要注意时效、创新和价值;注意项目细分、项目选择和项目定位三个环节。项目细分是项目策划的基础和前提，项目选择和项目定位是项目细分的深化和继续;没有细分的选择和定位必然是盲目的，而没有目标选择和定位，项目细分也就失去了意义。</w:t>
      </w:r>
      <w:r>
        <w:rPr>
          <w:lang w:eastAsia="zh-CN"/>
        </w:rPr>
        <w:br/>
      </w:r>
      <w:r>
        <w:rPr>
          <w:lang w:eastAsia="zh-CN"/>
        </w:rPr>
        <w:t>　　总之，招生策划是一种很重要的谋略活动，是一项复杂的系统工程。以上主要从宏观的角度对培训学校招生策划的八个方面进行了分析，这也是招生策划的基本内容。需要指出的是，招生策划应该从学校的实际情况出发，具体问题具体分析，而且，要真正落实到具体细致的招生策划方案之中，提供一份独特的、高质量的，供决策者决策、实施的蓝本。</w:t>
      </w:r>
      <w:r>
        <w:rPr>
          <w:lang w:eastAsia="zh-CN"/>
        </w:rPr>
        <w:br/>
      </w:r>
      <w:r>
        <w:rPr>
          <w:lang w:eastAsia="zh-CN"/>
        </w:rPr>
        <w:t xml:space="preserve">    招生计划 篇4 </w:t>
      </w:r>
      <w:r>
        <w:rPr>
          <w:lang w:eastAsia="zh-CN"/>
        </w:rPr>
        <w:br/>
      </w:r>
      <w:r>
        <w:rPr>
          <w:lang w:eastAsia="zh-CN"/>
        </w:rPr>
        <w:t>　　一、园况分析</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我园现有班级6个，其中：小班2个，中班2个，大班2个、</w:t>
      </w:r>
      <w:r>
        <w:rPr>
          <w:lang w:eastAsia="zh-CN"/>
        </w:rPr>
        <w:br/>
      </w:r>
      <w:r>
        <w:rPr>
          <w:lang w:eastAsia="zh-CN"/>
        </w:rPr>
        <w:t>　　二、预计招生</w:t>
      </w:r>
      <w:r>
        <w:rPr>
          <w:lang w:eastAsia="zh-CN"/>
        </w:rPr>
        <w:br/>
      </w:r>
      <w:r>
        <w:rPr>
          <w:lang w:eastAsia="zh-CN"/>
        </w:rPr>
        <w:t>　　本学期，我园欲新增托班一个，招生人数20人。同时，大班面临毕业，我园须在本学期招生70人，共计招生90人。</w:t>
      </w:r>
      <w:r>
        <w:rPr>
          <w:lang w:eastAsia="zh-CN"/>
        </w:rPr>
        <w:br/>
      </w:r>
      <w:r>
        <w:rPr>
          <w:lang w:eastAsia="zh-CN"/>
        </w:rPr>
        <w:t>　　三、招生措施</w:t>
      </w:r>
      <w:r>
        <w:rPr>
          <w:lang w:eastAsia="zh-CN"/>
        </w:rPr>
        <w:br/>
      </w:r>
      <w:r>
        <w:rPr>
          <w:lang w:eastAsia="zh-CN"/>
        </w:rPr>
        <w:t>　　（一）成立招生工作领导小组</w:t>
      </w:r>
      <w:r>
        <w:rPr>
          <w:lang w:eastAsia="zh-CN"/>
        </w:rPr>
        <w:br/>
      </w:r>
      <w:r>
        <w:rPr>
          <w:lang w:eastAsia="zh-CN"/>
        </w:rPr>
        <w:t>　　招生组长：</w:t>
      </w:r>
      <w:r>
        <w:rPr>
          <w:lang w:eastAsia="zh-CN"/>
        </w:rPr>
        <w:br/>
      </w:r>
      <w:r>
        <w:rPr>
          <w:lang w:eastAsia="zh-CN"/>
        </w:rPr>
        <w:t>　　电访负责人：</w:t>
      </w:r>
      <w:r>
        <w:rPr>
          <w:lang w:eastAsia="zh-CN"/>
        </w:rPr>
        <w:br/>
      </w:r>
      <w:r>
        <w:rPr>
          <w:lang w:eastAsia="zh-CN"/>
        </w:rPr>
        <w:t>　　幼儿资料收集人：</w:t>
      </w:r>
      <w:r>
        <w:rPr>
          <w:lang w:eastAsia="zh-CN"/>
        </w:rPr>
        <w:br/>
      </w:r>
      <w:r>
        <w:rPr>
          <w:lang w:eastAsia="zh-CN"/>
        </w:rPr>
        <w:t>　　招生物资负责人：</w:t>
      </w:r>
      <w:r>
        <w:rPr>
          <w:lang w:eastAsia="zh-CN"/>
        </w:rPr>
        <w:br/>
      </w:r>
      <w:r>
        <w:rPr>
          <w:lang w:eastAsia="zh-CN"/>
        </w:rPr>
        <w:t>　　来园接待：</w:t>
      </w:r>
      <w:r>
        <w:rPr>
          <w:lang w:eastAsia="zh-CN"/>
        </w:rPr>
        <w:br/>
      </w:r>
      <w:r>
        <w:rPr>
          <w:lang w:eastAsia="zh-CN"/>
        </w:rPr>
        <w:t>　　（一）招生工作实行组长负责制和教师首问制。</w:t>
      </w:r>
      <w:r>
        <w:rPr>
          <w:lang w:eastAsia="zh-CN"/>
        </w:rPr>
        <w:br/>
      </w:r>
      <w:r>
        <w:rPr>
          <w:lang w:eastAsia="zh-CN"/>
        </w:rPr>
        <w:t>　　（二）全面分析当前招生行情，确定我园招生策略，并做好充分的准备工作</w:t>
      </w:r>
      <w:r>
        <w:rPr>
          <w:lang w:eastAsia="zh-CN"/>
        </w:rPr>
        <w:br/>
      </w:r>
      <w:r>
        <w:rPr>
          <w:lang w:eastAsia="zh-CN"/>
        </w:rPr>
        <w:t>　　1、继续坚持我园面向中低端消费人群办园的宗旨，制作精美、全彩印宣传册，</w:t>
      </w:r>
      <w:r>
        <w:rPr>
          <w:lang w:eastAsia="zh-CN"/>
        </w:rPr>
        <w:br/>
      </w:r>
      <w:r>
        <w:rPr>
          <w:lang w:eastAsia="zh-CN"/>
        </w:rPr>
        <w:t>　　突出我园理性收费高品质办园、环境干净整洁、师资配备合理的特色。</w:t>
      </w:r>
      <w:r>
        <w:rPr>
          <w:lang w:eastAsia="zh-CN"/>
        </w:rPr>
        <w:br/>
      </w:r>
      <w:r>
        <w:rPr>
          <w:lang w:eastAsia="zh-CN"/>
        </w:rPr>
        <w:t>　　2、分析我园在编幼儿的家庭分布特点，与家长讨论择园入学的主要原因，分析</w:t>
      </w:r>
      <w:r>
        <w:rPr>
          <w:lang w:eastAsia="zh-CN"/>
        </w:rPr>
        <w:br/>
      </w:r>
      <w:r>
        <w:rPr>
          <w:lang w:eastAsia="zh-CN"/>
        </w:rPr>
        <w:t>　　我园周边幼儿园的招生特点从中总结我园的竞争优势，确定我园招生的重点范围以及招生特色。</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3、组织全体教师，进行专职培训。强调此项工作的重要性，特别对自身特色、</w:t>
      </w:r>
      <w:r>
        <w:rPr>
          <w:lang w:eastAsia="zh-CN"/>
        </w:rPr>
        <w:br/>
      </w:r>
      <w:r>
        <w:rPr>
          <w:lang w:eastAsia="zh-CN"/>
        </w:rPr>
        <w:t>　　师资配备以及软硬件设施等要统一口径，以便与准生源近距离接触沟通，增加对幼儿园的认知度与信任度。</w:t>
      </w:r>
      <w:r>
        <w:rPr>
          <w:lang w:eastAsia="zh-CN"/>
        </w:rPr>
        <w:br/>
      </w:r>
      <w:r>
        <w:rPr>
          <w:lang w:eastAsia="zh-CN"/>
        </w:rPr>
        <w:t>　　（三）多渠道发布招生信息</w:t>
      </w:r>
      <w:r>
        <w:rPr>
          <w:lang w:eastAsia="zh-CN"/>
        </w:rPr>
        <w:br/>
      </w:r>
      <w:r>
        <w:rPr>
          <w:lang w:eastAsia="zh-CN"/>
        </w:rPr>
        <w:t>　　1、通过在园内宣传栏、园大门口宣传栏张贴20__年春季招生简章和20__年夏季招生简章。</w:t>
      </w:r>
      <w:r>
        <w:rPr>
          <w:lang w:eastAsia="zh-CN"/>
        </w:rPr>
        <w:br/>
      </w:r>
      <w:r>
        <w:rPr>
          <w:lang w:eastAsia="zh-CN"/>
        </w:rPr>
        <w:t>　　2、与小区物业联系，在_小区、_小区、_小区、_小区、_小区、_小区、_市场等场所的主要街道、宣传栏悬挂招生条幅、张贴招生简章。</w:t>
      </w:r>
      <w:r>
        <w:rPr>
          <w:lang w:eastAsia="zh-CN"/>
        </w:rPr>
        <w:br/>
      </w:r>
      <w:r>
        <w:rPr>
          <w:lang w:eastAsia="zh-CN"/>
        </w:rPr>
        <w:t>　　3、向曾经来园咨询并留有信息的家长发送招生信息。</w:t>
      </w:r>
      <w:r>
        <w:rPr>
          <w:lang w:eastAsia="zh-CN"/>
        </w:rPr>
        <w:br/>
      </w:r>
      <w:r>
        <w:rPr>
          <w:lang w:eastAsia="zh-CN"/>
        </w:rPr>
        <w:t>　　4、通过家长收集潜在生源信息，发动家长代为发送招生信息。</w:t>
      </w:r>
      <w:r>
        <w:rPr>
          <w:lang w:eastAsia="zh-CN"/>
        </w:rPr>
        <w:br/>
      </w:r>
      <w:r>
        <w:rPr>
          <w:lang w:eastAsia="zh-CN"/>
        </w:rPr>
        <w:t>　　5、利用"六、一"儿童节大型户外演出活动，请准生源及家长来园观看。</w:t>
      </w:r>
      <w:r>
        <w:rPr>
          <w:lang w:eastAsia="zh-CN"/>
        </w:rPr>
        <w:br/>
      </w:r>
      <w:r>
        <w:rPr>
          <w:lang w:eastAsia="zh-CN"/>
        </w:rPr>
        <w:t>　　6、为了保证资料发放的目的性和有效性，我们可以和家长进行手递手的发放活动，以便我们能和家长进行面对面的交流。教师应耐心讲解，通过有效的沟通，在对咨询者派发宣传册的同时，详细了解生源信息，并留下宝宝姓名、家长姓名、工作单位、联系电话等详细资料，建立详细的准生源数据库。</w:t>
      </w:r>
      <w:r>
        <w:rPr>
          <w:lang w:eastAsia="zh-CN"/>
        </w:rPr>
        <w:br/>
      </w:r>
      <w:r>
        <w:rPr>
          <w:lang w:eastAsia="zh-CN"/>
        </w:rPr>
        <w:t>　　注意事项：与家长交流的内容要完整、准确地体现幼儿园特色，并尽量留下家长资料和联系电话。事后与家长联系，以便确定其来园参观或参加活动的时间。</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（四）电话招生</w:t>
      </w:r>
      <w:r>
        <w:rPr>
          <w:lang w:eastAsia="zh-CN"/>
        </w:rPr>
        <w:br/>
      </w:r>
      <w:r>
        <w:rPr>
          <w:lang w:eastAsia="zh-CN"/>
        </w:rPr>
        <w:t>　　根据收集整理的详细的准生源数据库系统，进行电话跟踪回访，确认需求，加深幼儿园品牌印象。</w:t>
      </w:r>
      <w:r>
        <w:rPr>
          <w:lang w:eastAsia="zh-CN"/>
        </w:rPr>
        <w:br/>
      </w:r>
      <w:r>
        <w:rPr>
          <w:lang w:eastAsia="zh-CN"/>
        </w:rPr>
        <w:t>　　（五）优惠政策，吸引招生</w:t>
      </w:r>
      <w:r>
        <w:rPr>
          <w:lang w:eastAsia="zh-CN"/>
        </w:rPr>
        <w:br/>
      </w:r>
      <w:r>
        <w:rPr>
          <w:lang w:eastAsia="zh-CN"/>
        </w:rPr>
        <w:t>　　1、实行稳定学费制，我园幼儿学费从小班至大班不会随成本的升高而升高，以诚信、理性的收费制度吸引生源。</w:t>
      </w:r>
      <w:r>
        <w:rPr>
          <w:lang w:eastAsia="zh-CN"/>
        </w:rPr>
        <w:br/>
      </w:r>
      <w:r>
        <w:rPr>
          <w:lang w:eastAsia="zh-CN"/>
        </w:rPr>
        <w:t>　　2、实行早报名低学费、晚报名高学费收费政策，激励广大准生源积极报名。</w:t>
      </w:r>
      <w:r>
        <w:rPr>
          <w:lang w:eastAsia="zh-CN"/>
        </w:rPr>
        <w:br/>
      </w:r>
      <w:r>
        <w:rPr>
          <w:lang w:eastAsia="zh-CN"/>
        </w:rPr>
        <w:t>　　3、由家长引荐来的生源，我园将给予该家长一定的学费优惠，以鼓励更多家长参与进来。</w:t>
      </w:r>
      <w:r>
        <w:rPr>
          <w:lang w:eastAsia="zh-CN"/>
        </w:rPr>
        <w:br/>
      </w:r>
      <w:r>
        <w:rPr>
          <w:lang w:eastAsia="zh-CN"/>
        </w:rPr>
        <w:t xml:space="preserve">    招生计划 篇5 </w:t>
      </w:r>
      <w:r>
        <w:rPr>
          <w:lang w:eastAsia="zh-CN"/>
        </w:rPr>
        <w:br/>
      </w:r>
      <w:r>
        <w:rPr>
          <w:lang w:eastAsia="zh-CN"/>
        </w:rPr>
        <w:t>　　一、招生人数：</w:t>
      </w:r>
      <w:r>
        <w:rPr>
          <w:lang w:eastAsia="zh-CN"/>
        </w:rPr>
        <w:br/>
      </w:r>
      <w:r>
        <w:rPr>
          <w:lang w:eastAsia="zh-CN"/>
        </w:rPr>
        <w:t>　　围场卉原中学20__年高一计划招生20个班，每班60人，共计1200人，录满为止。</w:t>
      </w:r>
      <w:r>
        <w:rPr>
          <w:lang w:eastAsia="zh-CN"/>
        </w:rPr>
        <w:br/>
      </w:r>
      <w:r>
        <w:rPr>
          <w:lang w:eastAsia="zh-CN"/>
        </w:rPr>
        <w:t>　　二、收费标准：</w:t>
      </w:r>
      <w:r>
        <w:rPr>
          <w:lang w:eastAsia="zh-CN"/>
        </w:rPr>
        <w:br/>
      </w:r>
      <w:r>
        <w:rPr>
          <w:lang w:eastAsia="zh-CN"/>
        </w:rPr>
        <w:t>　　1、中考成绩535分以上，或各县区前100名的，免收三年赞助费、学费、住宿费，并享受助学金每年20__元。</w:t>
      </w:r>
      <w:r>
        <w:rPr>
          <w:lang w:eastAsia="zh-CN"/>
        </w:rPr>
        <w:br/>
      </w:r>
      <w:r>
        <w:rPr>
          <w:lang w:eastAsia="zh-CN"/>
        </w:rPr>
        <w:t>　　2、中考成绩525-534分，免收三年赞助费、学费、住宿费。</w:t>
      </w:r>
      <w:r>
        <w:rPr>
          <w:lang w:eastAsia="zh-CN"/>
        </w:rPr>
        <w:br/>
      </w:r>
      <w:r>
        <w:rPr>
          <w:lang w:eastAsia="zh-CN"/>
        </w:rPr>
        <w:t>　　3、中考成绩490-524分，免收三年赞助费和第一学期学费，第一学期期末考试成绩达到年级前100名的，下学期继续免收学费。</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4、中考成绩470-489分，免收三年赞助费。(卉原初三毕业生和乡镇中村中学应届毕业生享受加10分优惠，460分以上即免收三年赞助费)。</w:t>
      </w:r>
      <w:r>
        <w:rPr>
          <w:lang w:eastAsia="zh-CN"/>
        </w:rPr>
        <w:br/>
      </w:r>
      <w:r>
        <w:rPr>
          <w:lang w:eastAsia="zh-CN"/>
        </w:rPr>
        <w:t>　　5、中考成绩在470分及以下的，收费标准待中考成绩公布后另行确定。</w:t>
      </w:r>
      <w:r>
        <w:rPr>
          <w:lang w:eastAsia="zh-CN"/>
        </w:rPr>
        <w:br/>
      </w:r>
      <w:r>
        <w:rPr>
          <w:lang w:eastAsia="zh-CN"/>
        </w:rPr>
        <w:t>　　6、以上分数为纯文化课分数，不含体育、实验。</w:t>
      </w:r>
      <w:r>
        <w:rPr>
          <w:lang w:eastAsia="zh-CN"/>
        </w:rPr>
        <w:br/>
      </w:r>
      <w:r>
        <w:rPr>
          <w:lang w:eastAsia="zh-CN"/>
        </w:rPr>
        <w:t>　　7、以上收费标准适用于20__年在承德市参加中考、户口在河北省入高中后在卉原中学入学籍且20__年在卉原中学报名参加高考的学生。</w:t>
      </w:r>
      <w:r>
        <w:rPr>
          <w:lang w:eastAsia="zh-CN"/>
        </w:rPr>
        <w:br/>
      </w:r>
      <w:r>
        <w:rPr>
          <w:lang w:eastAsia="zh-CN"/>
        </w:rPr>
        <w:t>　　三、录取办法：</w:t>
      </w:r>
      <w:r>
        <w:rPr>
          <w:lang w:eastAsia="zh-CN"/>
        </w:rPr>
        <w:br/>
      </w:r>
      <w:r>
        <w:rPr>
          <w:lang w:eastAsia="zh-CN"/>
        </w:rPr>
        <w:t>　　自7月2日开始录取，凡有意到我校就读高中的初中毕业生请持《20__年中考准考证》来我校面试，交赞助费(免赞助费的考生交书费300元)领取录取通知书，录满为止。</w:t>
      </w:r>
      <w:r>
        <w:rPr>
          <w:lang w:eastAsia="zh-CN"/>
        </w:rPr>
        <w:br/>
      </w:r>
      <w:r>
        <w:rPr>
          <w:lang w:eastAsia="zh-CN"/>
        </w:rPr>
        <w:t>　　招生电话：</w:t>
      </w:r>
      <w:r>
        <w:rPr>
          <w:lang w:eastAsia="zh-CN"/>
        </w:rPr>
        <w:br/>
      </w:r>
      <w:r>
        <w:rPr>
          <w:lang w:eastAsia="zh-CN"/>
        </w:rPr>
        <w:t xml:space="preserve">    招生计划 篇6 </w:t>
      </w:r>
      <w:r>
        <w:rPr>
          <w:lang w:eastAsia="zh-CN"/>
        </w:rPr>
        <w:br/>
      </w:r>
      <w:r>
        <w:rPr>
          <w:lang w:eastAsia="zh-CN"/>
        </w:rPr>
        <w:t>　　暑期是一个漫长的假期，也是教育培训行业的招生旺季，孩子们的家长也希望能为孩子提供一个暑期学习平台，那么怎么样好好地把握暑期招生的绝佳时机呢?下面听应届毕业生网为我们详细介绍一下暑假前以及暑期招生计划：</w:t>
      </w:r>
      <w:r>
        <w:rPr>
          <w:lang w:eastAsia="zh-CN"/>
        </w:rPr>
        <w:br/>
      </w:r>
      <w:r>
        <w:rPr>
          <w:lang w:eastAsia="zh-CN"/>
        </w:rPr>
        <w:t>　　(一)暑假前招生计划</w:t>
      </w:r>
      <w:r>
        <w:rPr>
          <w:lang w:eastAsia="zh-CN"/>
        </w:rPr>
        <w:br/>
      </w:r>
      <w:r>
        <w:rPr>
          <w:lang w:eastAsia="zh-CN"/>
        </w:rPr>
        <w:t>　　一、常规发单</w:t>
      </w:r>
      <w:r>
        <w:rPr>
          <w:lang w:eastAsia="zh-CN"/>
        </w:rPr>
        <w:br/>
      </w:r>
      <w:r>
        <w:rPr>
          <w:lang w:eastAsia="zh-CN"/>
        </w:rPr>
        <w:t>　　派发时机：暑假前，6月下旬</w:t>
      </w:r>
      <w:r>
        <w:rPr>
          <w:lang w:eastAsia="zh-CN"/>
        </w:rPr>
        <w:br/>
      </w:r>
      <w:r>
        <w:rPr>
          <w:lang w:eastAsia="zh-CN"/>
        </w:rPr>
        <w:t>　　派单方式：每周派发两次，时间分别是周二下午，周四下午，时间根据派发对象的放学时间为准。</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派发对象：小学生到高中学生学生家长，根据培训机构的培训对象而定。</w:t>
      </w:r>
      <w:r>
        <w:rPr>
          <w:lang w:eastAsia="zh-CN"/>
        </w:rPr>
        <w:br/>
      </w:r>
      <w:r>
        <w:rPr>
          <w:lang w:eastAsia="zh-CN"/>
        </w:rPr>
        <w:t>　　派发地点：学校门口、图书馆、公园等学生家长常出没的地方。具体办法：</w:t>
      </w:r>
      <w:r>
        <w:rPr>
          <w:lang w:eastAsia="zh-CN"/>
        </w:rPr>
        <w:br/>
      </w:r>
      <w:r>
        <w:rPr>
          <w:lang w:eastAsia="zh-CN"/>
        </w:rPr>
        <w:t>　　1、提前半小时到达派发现场，和等待孩子放学的家长进行攀谈、沟通，尽可能拿到多而准确的回执信息。比如：可发放宣传单，赠送小礼品(广告扇、气球)给学生，尽可能取得家长的联系电话、有意向的科目、希望我们暑假开设的科目、等等。</w:t>
      </w:r>
      <w:r>
        <w:rPr>
          <w:lang w:eastAsia="zh-CN"/>
        </w:rPr>
        <w:br/>
      </w:r>
      <w:r>
        <w:rPr>
          <w:lang w:eastAsia="zh-CN"/>
        </w:rPr>
        <w:t>　　2、跟单工作最晚要在周六上午12：00之前完成。</w:t>
      </w:r>
      <w:r>
        <w:rPr>
          <w:lang w:eastAsia="zh-CN"/>
        </w:rPr>
        <w:br/>
      </w:r>
      <w:r>
        <w:rPr>
          <w:lang w:eastAsia="zh-CN"/>
        </w:rPr>
        <w:t>　　(其中因为学校教学楼要加固的问题，有的学生放假比较早，尽可能知道学校的放假时间，在放假的前一周有效的宣传)</w:t>
      </w:r>
      <w:r>
        <w:rPr>
          <w:lang w:eastAsia="zh-CN"/>
        </w:rPr>
        <w:br/>
      </w:r>
      <w:r>
        <w:rPr>
          <w:lang w:eastAsia="zh-CN"/>
        </w:rPr>
        <w:t>　　二、社区活动：</w:t>
      </w:r>
      <w:r>
        <w:rPr>
          <w:lang w:eastAsia="zh-CN"/>
        </w:rPr>
        <w:br/>
      </w:r>
      <w:r>
        <w:rPr>
          <w:lang w:eastAsia="zh-CN"/>
        </w:rPr>
        <w:t>　　搭建咨询台，吸引家长前来主动咨询。人数：3-5人。2人留咨询台接待家长咨询，另外3人分头进行有针对性的派发。派发时间为周三、周五、下午15：30&amp;18：30最佳。</w:t>
      </w:r>
      <w:r>
        <w:rPr>
          <w:lang w:eastAsia="zh-CN"/>
        </w:rPr>
        <w:br/>
      </w:r>
      <w:r>
        <w:rPr>
          <w:lang w:eastAsia="zh-CN"/>
        </w:rPr>
        <w:t>　　社区备选：(以学校为中心向周围的小区辐射)</w:t>
      </w:r>
      <w:r>
        <w:rPr>
          <w:lang w:eastAsia="zh-CN"/>
        </w:rPr>
        <w:br/>
      </w:r>
      <w:r>
        <w:rPr>
          <w:lang w:eastAsia="zh-CN"/>
        </w:rPr>
        <w:t>　　三、其他渠道</w:t>
      </w:r>
      <w:r>
        <w:rPr>
          <w:lang w:eastAsia="zh-CN"/>
        </w:rPr>
        <w:br/>
      </w:r>
      <w:r>
        <w:rPr>
          <w:lang w:eastAsia="zh-CN"/>
        </w:rPr>
        <w:t>　　1、结合公办学校，通过班主任老师的推荐宣传进行招生。如果有渠道，最好是安排某一次课直接到学校进行一次公开课，因没有家长参加，主要是激发学生的报名欲望为主，关键是与学校领导之间的社会关系和经济利益的妥善安排。</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2、为了让我们的宣传人员更加正规，可以统一着装，佩戴工作牌，尽可能多的使用文明宣传术语。</w:t>
      </w:r>
      <w:r>
        <w:rPr>
          <w:lang w:eastAsia="zh-CN"/>
        </w:rPr>
        <w:br/>
      </w:r>
      <w:r>
        <w:rPr>
          <w:lang w:eastAsia="zh-CN"/>
        </w:rPr>
        <w:t>　　四、宣传重点</w:t>
      </w:r>
      <w:r>
        <w:rPr>
          <w:lang w:eastAsia="zh-CN"/>
        </w:rPr>
        <w:br/>
      </w:r>
      <w:r>
        <w:rPr>
          <w:lang w:eastAsia="zh-CN"/>
        </w:rPr>
        <w:t>　　1、很多培训学校设计的彩页，往往都想着面面俱到，任何时候都可以派上用场，其实这样往往适得其反，密密麻麻的子发到家长手中，家长很难有耐心看完，宣传单页要简单明了，一目了然。</w:t>
      </w:r>
      <w:r>
        <w:rPr>
          <w:lang w:eastAsia="zh-CN"/>
        </w:rPr>
        <w:br/>
      </w:r>
      <w:r>
        <w:rPr>
          <w:lang w:eastAsia="zh-CN"/>
        </w:rPr>
        <w:t>　　2、彩页设计要遵循以下几个要点：色彩明快、内容简洁、有针对的区分制作、重点部分一定要醒目。</w:t>
      </w:r>
      <w:r>
        <w:rPr>
          <w:lang w:eastAsia="zh-CN"/>
        </w:rPr>
        <w:br/>
      </w:r>
      <w:r>
        <w:rPr>
          <w:lang w:eastAsia="zh-CN"/>
        </w:rPr>
        <w:t>　　3、老师的受教育层次与专业水平(在以往的接待中，发现家长很注重任课老师的学历、教学经验等)，所以在暑期招生旺季来临前做好充足的师资力量。</w:t>
      </w:r>
      <w:r>
        <w:rPr>
          <w:lang w:eastAsia="zh-CN"/>
        </w:rPr>
        <w:br/>
      </w:r>
      <w:r>
        <w:rPr>
          <w:lang w:eastAsia="zh-CN"/>
        </w:rPr>
        <w:t>　　(二)暑期招生计划</w:t>
      </w:r>
      <w:r>
        <w:rPr>
          <w:lang w:eastAsia="zh-CN"/>
        </w:rPr>
        <w:br/>
      </w:r>
      <w:r>
        <w:rPr>
          <w:lang w:eastAsia="zh-CN"/>
        </w:rPr>
        <w:t>　　七月份进入了通常人们讲的招生旺季，但由于高考刚结束，人们处于高考志愿的选择时期，就是分数低的生也寄希望最后能降分录取，所以七月份仍然不是大丰收时节，七月份的重中之重就是展开宣传攻势。主要做法如下：</w:t>
      </w:r>
      <w:r>
        <w:rPr>
          <w:lang w:eastAsia="zh-CN"/>
        </w:rPr>
        <w:br/>
      </w:r>
      <w:r>
        <w:rPr>
          <w:lang w:eastAsia="zh-CN"/>
        </w:rPr>
        <w:t>　　1、摸清招生地的各个方面的情况。</w:t>
      </w:r>
      <w:r>
        <w:rPr>
          <w:lang w:eastAsia="zh-CN"/>
        </w:rPr>
        <w:br/>
      </w:r>
      <w:r>
        <w:rPr>
          <w:lang w:eastAsia="zh-CN"/>
        </w:rPr>
        <w:t>　　A、招生地的目标招生参考。</w:t>
      </w:r>
      <w:r>
        <w:rPr>
          <w:lang w:eastAsia="zh-CN"/>
        </w:rPr>
        <w:br/>
      </w:r>
      <w:r>
        <w:rPr>
          <w:lang w:eastAsia="zh-CN"/>
        </w:rPr>
        <w:t>　　B、找到目标校的详细地址、毕业生的人数、往年升率等，做校的切入点，找到适合做外联的负责人，进行有效公关，为以后的招生工作提供方便。</w:t>
      </w:r>
      <w:r>
        <w:rPr>
          <w:lang w:eastAsia="zh-CN"/>
        </w:rPr>
        <w:br/>
      </w:r>
      <w:r>
        <w:rPr>
          <w:lang w:eastAsia="zh-CN"/>
        </w:rPr>
        <w:t>　　C、熟悉当地的地理、交通、人文、风俗、经济等情况，以便于招生咨询时和家长及生很好的沟通。</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D、熟悉自己校开设专业的特点、优点、缺点、费用、技术、就业、宣传、师资配备、竞争对手等。尤其在学生和家长面前要注意显示我们对学校各专业非常了解。</w:t>
      </w:r>
      <w:r>
        <w:rPr>
          <w:lang w:eastAsia="zh-CN"/>
        </w:rPr>
        <w:br/>
      </w:r>
      <w:r>
        <w:rPr>
          <w:lang w:eastAsia="zh-CN"/>
        </w:rPr>
        <w:t>　　E、熟悉招生的市场。市场怎样细分;竞争学校有哪些;市场的容量如何;目标学员和学生的地理分布;招生市场的短期发展趋势等情况。分析的越具体，对我们的招生工作就越有利。</w:t>
      </w:r>
      <w:r>
        <w:rPr>
          <w:lang w:eastAsia="zh-CN"/>
        </w:rPr>
        <w:br/>
      </w:r>
      <w:r>
        <w:rPr>
          <w:lang w:eastAsia="zh-CN"/>
        </w:rPr>
        <w:t>　　F、通过各种渠道与当地的教育委员会、招生办、工商、市建等建立良好的关系，以便与以后开展工作的顺利，并及时的汇报给学校，学校会根据各地的实际情况来进行安排及引导。</w:t>
      </w:r>
      <w:r>
        <w:rPr>
          <w:lang w:eastAsia="zh-CN"/>
        </w:rPr>
        <w:br/>
      </w:r>
      <w:r>
        <w:rPr>
          <w:lang w:eastAsia="zh-CN"/>
        </w:rPr>
        <w:t>　　2、制定出每天的工作安排和计划。</w:t>
      </w:r>
      <w:r>
        <w:rPr>
          <w:lang w:eastAsia="zh-CN"/>
        </w:rPr>
        <w:br/>
      </w:r>
      <w:r>
        <w:rPr>
          <w:lang w:eastAsia="zh-CN"/>
        </w:rPr>
        <w:t>　　主要包括每天的工作日程、工作所要达到的目的、工作的进展与遗留等情况。各项工作要力争做在前面，早计划、早行动及时向学校汇报，以便于学校能保证区域内的工作步调一致，协调统一。招生人员在招生过程中要切合实际情况，创造性地开展工作，针对不同的目标要制定出不同的宣传方法，及时总结并找到开展工作的切入点</w:t>
      </w:r>
      <w:r>
        <w:rPr>
          <w:lang w:eastAsia="zh-CN"/>
        </w:rPr>
        <w:br/>
      </w:r>
      <w:r>
        <w:rPr>
          <w:lang w:eastAsia="zh-CN"/>
        </w:rPr>
        <w:t>　　3、掌握当地目标学校学生的集体活动。</w:t>
      </w:r>
      <w:r>
        <w:rPr>
          <w:lang w:eastAsia="zh-CN"/>
        </w:rPr>
        <w:br/>
      </w:r>
      <w:r>
        <w:rPr>
          <w:lang w:eastAsia="zh-CN"/>
        </w:rPr>
        <w:t>　　包括：中考、高考、看考场、体检、填报志愿、公布成绩、咨询会等集会的时间。合理的制定出宣传或讲座安排。</w:t>
      </w:r>
      <w:r>
        <w:rPr>
          <w:lang w:eastAsia="zh-CN"/>
        </w:rPr>
        <w:br/>
      </w:r>
      <w:r>
        <w:rPr>
          <w:lang w:eastAsia="zh-CN"/>
        </w:rPr>
        <w:t>　　4、要准备好各项招生工具和资料。</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如：简章、报纸、条幅、宣传册、报名表、海报、笔记本电脑、PPT课件等、并根据地区情况，可以切合实际的做一些自己的宣传资料。</w:t>
      </w:r>
      <w:r>
        <w:rPr>
          <w:lang w:eastAsia="zh-CN"/>
        </w:rPr>
        <w:br/>
      </w:r>
      <w:r>
        <w:rPr>
          <w:lang w:eastAsia="zh-CN"/>
        </w:rPr>
        <w:t>　　5、选择好的招生办事处。</w:t>
      </w:r>
      <w:r>
        <w:rPr>
          <w:lang w:eastAsia="zh-CN"/>
        </w:rPr>
        <w:br/>
      </w:r>
      <w:r>
        <w:rPr>
          <w:lang w:eastAsia="zh-CN"/>
        </w:rPr>
        <w:t>　　A、首先要注意招生办事处设在有知名度的地方，以便学生好找。</w:t>
      </w:r>
      <w:r>
        <w:rPr>
          <w:lang w:eastAsia="zh-CN"/>
        </w:rPr>
        <w:br/>
      </w:r>
      <w:r>
        <w:rPr>
          <w:lang w:eastAsia="zh-CN"/>
        </w:rPr>
        <w:t>　　B、其次注意人口流量比较大、交通方便、离目标学校比较近或学校集中地区。</w:t>
      </w:r>
      <w:r>
        <w:rPr>
          <w:lang w:eastAsia="zh-CN"/>
        </w:rPr>
        <w:br/>
      </w:r>
      <w:r>
        <w:rPr>
          <w:lang w:eastAsia="zh-CN"/>
        </w:rPr>
        <w:t>　　C、最后要把办公室布置地象一个公众场合，井然有序、宽敞明亮、干净整洁，让学生和家长一进门就有亲切的感觉。</w:t>
      </w:r>
      <w:r>
        <w:rPr>
          <w:lang w:eastAsia="zh-CN"/>
        </w:rPr>
        <w:br/>
      </w:r>
      <w:r>
        <w:rPr>
          <w:lang w:eastAsia="zh-CN"/>
        </w:rPr>
        <w:t>　　6、做好前期宣传。</w:t>
      </w:r>
      <w:r>
        <w:rPr>
          <w:lang w:eastAsia="zh-CN"/>
        </w:rPr>
        <w:br/>
      </w:r>
      <w:r>
        <w:rPr>
          <w:lang w:eastAsia="zh-CN"/>
        </w:rPr>
        <w:t>　　以正当理由进入学校，争取直接面对学生宣传，注意要适度，不要引起反感。密切注意重点目标学生，做其思想工作，引导报名。还要注意学生的从众心理，尽量把这部分学生关系维系好，保持经常联系，以便带动其他同学报名。</w:t>
      </w:r>
      <w:r>
        <w:rPr>
          <w:lang w:eastAsia="zh-CN"/>
        </w:rPr>
        <w:br/>
      </w:r>
      <w:r>
        <w:rPr>
          <w:lang w:eastAsia="zh-CN"/>
        </w:rPr>
        <w:t xml:space="preserve">    招生计划 篇7 </w:t>
      </w:r>
      <w:r>
        <w:rPr>
          <w:lang w:eastAsia="zh-CN"/>
        </w:rPr>
        <w:br/>
      </w:r>
      <w:r>
        <w:rPr>
          <w:lang w:eastAsia="zh-CN"/>
        </w:rPr>
        <w:t>　　一、目的：</w:t>
      </w:r>
      <w:r>
        <w:rPr>
          <w:lang w:eastAsia="zh-CN"/>
        </w:rPr>
        <w:br/>
      </w:r>
      <w:r>
        <w:rPr>
          <w:lang w:eastAsia="zh-CN"/>
        </w:rPr>
        <w:t>　　扩大宣传，更好地达成本季度的招生计划，促进新学期招生。</w:t>
      </w:r>
      <w:r>
        <w:rPr>
          <w:lang w:eastAsia="zh-CN"/>
        </w:rPr>
        <w:br/>
      </w:r>
      <w:r>
        <w:rPr>
          <w:lang w:eastAsia="zh-CN"/>
        </w:rPr>
        <w:t>　　二、时间：</w:t>
      </w:r>
      <w:r>
        <w:rPr>
          <w:lang w:eastAsia="zh-CN"/>
        </w:rPr>
        <w:br/>
      </w:r>
      <w:r>
        <w:rPr>
          <w:lang w:eastAsia="zh-CN"/>
        </w:rPr>
        <w:t>　　_年__月__日</w:t>
      </w:r>
      <w:r>
        <w:rPr>
          <w:lang w:eastAsia="zh-CN"/>
        </w:rPr>
        <w:br/>
      </w:r>
      <w:r>
        <w:rPr>
          <w:lang w:eastAsia="zh-CN"/>
        </w:rPr>
        <w:t>　　三、秋季招生主题：</w:t>
      </w:r>
      <w:r>
        <w:rPr>
          <w:lang w:eastAsia="zh-CN"/>
        </w:rPr>
        <w:br/>
      </w:r>
      <w:r>
        <w:rPr>
          <w:lang w:eastAsia="zh-CN"/>
        </w:rPr>
        <w:t>　　金秋九月，放飞梦想</w:t>
      </w:r>
      <w:r>
        <w:rPr>
          <w:lang w:eastAsia="zh-CN"/>
        </w:rPr>
        <w:br/>
      </w:r>
      <w:r>
        <w:rPr>
          <w:lang w:eastAsia="zh-CN"/>
        </w:rPr>
        <w:t>　　四、宣传内容：</w:t>
      </w:r>
      <w:r>
        <w:rPr>
          <w:lang w:eastAsia="zh-CN"/>
        </w:rPr>
        <w:br/>
      </w:r>
      <w:r>
        <w:rPr>
          <w:lang w:eastAsia="zh-CN"/>
        </w:rPr>
        <w:t>　　1、20__秋季班招生宣传</w:t>
      </w:r>
      <w:r>
        <w:rPr>
          <w:lang w:eastAsia="zh-CN"/>
        </w:rPr>
        <w:br/>
      </w:r>
      <w:r>
        <w:rPr>
          <w:lang w:eastAsia="zh-CN"/>
        </w:rPr>
        <w:t>　　2、秋季班因校制宜的班别宣传</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五、宣传方式：</w:t>
      </w:r>
      <w:r>
        <w:rPr>
          <w:lang w:eastAsia="zh-CN"/>
        </w:rPr>
        <w:br/>
      </w:r>
      <w:r>
        <w:rPr>
          <w:lang w:eastAsia="zh-CN"/>
        </w:rPr>
        <w:t>　　针对秋季招生的特性可采取以下宣传方式：</w:t>
      </w:r>
      <w:r>
        <w:rPr>
          <w:lang w:eastAsia="zh-CN"/>
        </w:rPr>
        <w:br/>
      </w:r>
      <w:r>
        <w:rPr>
          <w:lang w:eastAsia="zh-CN"/>
        </w:rPr>
        <w:t>　　(一)广告投放宣传：</w:t>
      </w:r>
      <w:r>
        <w:rPr>
          <w:lang w:eastAsia="zh-CN"/>
        </w:rPr>
        <w:br/>
      </w:r>
      <w:r>
        <w:rPr>
          <w:lang w:eastAsia="zh-CN"/>
        </w:rPr>
        <w:t>　　1)目标群体人流集中处派单宣传;</w:t>
      </w:r>
      <w:r>
        <w:rPr>
          <w:lang w:eastAsia="zh-CN"/>
        </w:rPr>
        <w:br/>
      </w:r>
      <w:r>
        <w:rPr>
          <w:lang w:eastAsia="zh-CN"/>
        </w:rPr>
        <w:t>　　2)住宅小区和办公楼电梯广告;</w:t>
      </w:r>
      <w:r>
        <w:rPr>
          <w:lang w:eastAsia="zh-CN"/>
        </w:rPr>
        <w:br/>
      </w:r>
      <w:r>
        <w:rPr>
          <w:lang w:eastAsia="zh-CN"/>
        </w:rPr>
        <w:t>　　3)刊物;如20__年推出的双月刊《星爸星妈》;</w:t>
      </w:r>
      <w:r>
        <w:rPr>
          <w:lang w:eastAsia="zh-CN"/>
        </w:rPr>
        <w:br/>
      </w:r>
      <w:r>
        <w:rPr>
          <w:lang w:eastAsia="zh-CN"/>
        </w:rPr>
        <w:t>　　4)地铁或公交站牌广告;</w:t>
      </w:r>
      <w:r>
        <w:rPr>
          <w:lang w:eastAsia="zh-CN"/>
        </w:rPr>
        <w:br/>
      </w:r>
      <w:r>
        <w:rPr>
          <w:lang w:eastAsia="zh-CN"/>
        </w:rPr>
        <w:t>　　5)各中学附近店面招牌、横幅广告。</w:t>
      </w:r>
      <w:r>
        <w:rPr>
          <w:lang w:eastAsia="zh-CN"/>
        </w:rPr>
        <w:br/>
      </w:r>
      <w:r>
        <w:rPr>
          <w:lang w:eastAsia="zh-CN"/>
        </w:rPr>
        <w:t>　　(二)校内宣传活动：(见附表1)</w:t>
      </w:r>
      <w:r>
        <w:rPr>
          <w:lang w:eastAsia="zh-CN"/>
        </w:rPr>
        <w:br/>
      </w:r>
      <w:r>
        <w:rPr>
          <w:lang w:eastAsia="zh-CN"/>
        </w:rPr>
        <w:t>　　(三)户外宣传活动：</w:t>
      </w:r>
      <w:r>
        <w:rPr>
          <w:lang w:eastAsia="zh-CN"/>
        </w:rPr>
        <w:br/>
      </w:r>
      <w:r>
        <w:rPr>
          <w:lang w:eastAsia="zh-CN"/>
        </w:rPr>
        <w:t>　　1、挑战幸运大转盘</w:t>
      </w:r>
      <w:r>
        <w:rPr>
          <w:lang w:eastAsia="zh-CN"/>
        </w:rPr>
        <w:br/>
      </w:r>
      <w:r>
        <w:rPr>
          <w:lang w:eastAsia="zh-CN"/>
        </w:rPr>
        <w:t>　　活动主题：金秋九月，放飞梦想&amp;&amp;快乐开学季，轻松赢好礼</w:t>
      </w:r>
      <w:r>
        <w:rPr>
          <w:lang w:eastAsia="zh-CN"/>
        </w:rPr>
        <w:br/>
      </w:r>
      <w:r>
        <w:rPr>
          <w:lang w:eastAsia="zh-CN"/>
        </w:rPr>
        <w:t>　　活动地点：大型超市入口、商场入口、公园、广场等人流量集中的地方</w:t>
      </w:r>
      <w:r>
        <w:rPr>
          <w:lang w:eastAsia="zh-CN"/>
        </w:rPr>
        <w:br/>
      </w:r>
      <w:r>
        <w:rPr>
          <w:lang w:eastAsia="zh-CN"/>
        </w:rPr>
        <w:t>　　参与对象：3-13岁幼少儿及家长</w:t>
      </w:r>
      <w:r>
        <w:rPr>
          <w:lang w:eastAsia="zh-CN"/>
        </w:rPr>
        <w:br/>
      </w:r>
      <w:r>
        <w:rPr>
          <w:lang w:eastAsia="zh-CN"/>
        </w:rPr>
        <w:t>　　活动内容：1、派发传单;2、参加挑战幸运大转盘活动</w:t>
      </w:r>
      <w:r>
        <w:rPr>
          <w:lang w:eastAsia="zh-CN"/>
        </w:rPr>
        <w:br/>
      </w:r>
      <w:r>
        <w:rPr>
          <w:lang w:eastAsia="zh-CN"/>
        </w:rPr>
        <w:t>　　具体活动：</w:t>
      </w:r>
      <w:r>
        <w:rPr>
          <w:lang w:eastAsia="zh-CN"/>
        </w:rPr>
        <w:br/>
      </w:r>
      <w:r>
        <w:rPr>
          <w:lang w:eastAsia="zh-CN"/>
        </w:rPr>
        <w:t>　　幸运大转盘奖项设置：</w:t>
      </w:r>
      <w:r>
        <w:rPr>
          <w:lang w:eastAsia="zh-CN"/>
        </w:rPr>
        <w:br/>
      </w:r>
      <w:r>
        <w:rPr>
          <w:lang w:eastAsia="zh-CN"/>
        </w:rPr>
        <w:t>　　一等奖：价值200元课程免费试听券1张</w:t>
      </w:r>
      <w:r>
        <w:rPr>
          <w:lang w:eastAsia="zh-CN"/>
        </w:rPr>
        <w:br/>
      </w:r>
      <w:r>
        <w:rPr>
          <w:lang w:eastAsia="zh-CN"/>
        </w:rPr>
        <w:t>　　二等奖：价值20元课程代金券1张</w:t>
      </w:r>
      <w:r>
        <w:rPr>
          <w:lang w:eastAsia="zh-CN"/>
        </w:rPr>
        <w:br/>
      </w:r>
      <w:r>
        <w:rPr>
          <w:lang w:eastAsia="zh-CN"/>
        </w:rPr>
        <w:t>　　三等奖：小新星手提袋1个</w:t>
      </w:r>
      <w:r>
        <w:rPr>
          <w:lang w:eastAsia="zh-CN"/>
        </w:rPr>
        <w:br/>
      </w:r>
      <w:r>
        <w:rPr>
          <w:lang w:eastAsia="zh-CN"/>
        </w:rPr>
        <w:t>　　幸运奖：小新星清凉小扇子1把</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(备注：分校可根据自己学校实际情况进行奖品的设置，代金券请备注限用时间，以及每人仅限使用一张等权限。)</w:t>
      </w:r>
      <w:r>
        <w:rPr>
          <w:lang w:eastAsia="zh-CN"/>
        </w:rPr>
        <w:br/>
      </w:r>
      <w:r>
        <w:rPr>
          <w:lang w:eastAsia="zh-CN"/>
        </w:rPr>
        <w:t>　　参赛规则：</w:t>
      </w:r>
      <w:r>
        <w:rPr>
          <w:lang w:eastAsia="zh-CN"/>
        </w:rPr>
        <w:br/>
      </w:r>
      <w:r>
        <w:rPr>
          <w:lang w:eastAsia="zh-CN"/>
        </w:rPr>
        <w:t>　　1、凡参加活动者需登记小朋友姓名、年龄、所在学校以及家长姓名、联系方式等基本信息。</w:t>
      </w:r>
      <w:r>
        <w:rPr>
          <w:lang w:eastAsia="zh-CN"/>
        </w:rPr>
        <w:br/>
      </w:r>
      <w:r>
        <w:rPr>
          <w:lang w:eastAsia="zh-CN"/>
        </w:rPr>
        <w:t>　　2、每人仅1次参与机会。</w:t>
      </w:r>
      <w:r>
        <w:rPr>
          <w:lang w:eastAsia="zh-CN"/>
        </w:rPr>
        <w:br/>
      </w:r>
      <w:r>
        <w:rPr>
          <w:lang w:eastAsia="zh-CN"/>
        </w:rPr>
        <w:t>　　活动物料准备：幸运大转盘1个、宣传单、信息登记表、奖品、_展架、展台1个。</w:t>
      </w:r>
      <w:r>
        <w:rPr>
          <w:lang w:eastAsia="zh-CN"/>
        </w:rPr>
        <w:br/>
      </w:r>
      <w:r>
        <w:rPr>
          <w:lang w:eastAsia="zh-CN"/>
        </w:rPr>
        <w:t>　　人员安排：2名派单人员、1名信息登记人员、1名活动组织、礼品派发人员。</w:t>
      </w:r>
      <w:r>
        <w:rPr>
          <w:lang w:eastAsia="zh-CN"/>
        </w:rPr>
        <w:br/>
      </w:r>
      <w:r>
        <w:rPr>
          <w:lang w:eastAsia="zh-CN"/>
        </w:rPr>
        <w:t>　　2、英语主题游园活动</w:t>
      </w:r>
      <w:r>
        <w:rPr>
          <w:lang w:eastAsia="zh-CN"/>
        </w:rPr>
        <w:br/>
      </w:r>
      <w:r>
        <w:rPr>
          <w:lang w:eastAsia="zh-CN"/>
        </w:rPr>
        <w:t>　　活动主题：金秋九月，放飞梦想&amp;&amp;小新星英语社区游园会</w:t>
      </w:r>
      <w:r>
        <w:rPr>
          <w:lang w:eastAsia="zh-CN"/>
        </w:rPr>
        <w:br/>
      </w:r>
      <w:r>
        <w:rPr>
          <w:lang w:eastAsia="zh-CN"/>
        </w:rPr>
        <w:t>　　活动地点：社区、广场、公园</w:t>
      </w:r>
      <w:r>
        <w:rPr>
          <w:lang w:eastAsia="zh-CN"/>
        </w:rPr>
        <w:br/>
      </w:r>
      <w:r>
        <w:rPr>
          <w:lang w:eastAsia="zh-CN"/>
        </w:rPr>
        <w:t>　　参与对象：3-13岁幼少儿及家长</w:t>
      </w:r>
      <w:r>
        <w:rPr>
          <w:lang w:eastAsia="zh-CN"/>
        </w:rPr>
        <w:br/>
      </w:r>
      <w:r>
        <w:rPr>
          <w:lang w:eastAsia="zh-CN"/>
        </w:rPr>
        <w:t>　　活动目标：1、小新星的品牌宣传</w:t>
      </w:r>
      <w:r>
        <w:rPr>
          <w:lang w:eastAsia="zh-CN"/>
        </w:rPr>
        <w:br/>
      </w:r>
      <w:r>
        <w:rPr>
          <w:lang w:eastAsia="zh-CN"/>
        </w:rPr>
        <w:t>　　2、发掘潜在客户，收集有效名单</w:t>
      </w:r>
      <w:r>
        <w:rPr>
          <w:lang w:eastAsia="zh-CN"/>
        </w:rPr>
        <w:br/>
      </w:r>
      <w:r>
        <w:rPr>
          <w:lang w:eastAsia="zh-CN"/>
        </w:rPr>
        <w:t>　　3、引导现场报名，促进20__秋季招生</w:t>
      </w:r>
      <w:r>
        <w:rPr>
          <w:lang w:eastAsia="zh-CN"/>
        </w:rPr>
        <w:br/>
      </w:r>
      <w:r>
        <w:rPr>
          <w:lang w:eastAsia="zh-CN"/>
        </w:rPr>
        <w:t>　　活动内容：</w:t>
      </w:r>
      <w:r>
        <w:rPr>
          <w:lang w:eastAsia="zh-CN"/>
        </w:rPr>
        <w:br/>
      </w:r>
      <w:r>
        <w:rPr>
          <w:lang w:eastAsia="zh-CN"/>
        </w:rPr>
        <w:t>　　1、设立咨询展台</w:t>
      </w:r>
      <w:r>
        <w:rPr>
          <w:lang w:eastAsia="zh-CN"/>
        </w:rPr>
        <w:br/>
      </w:r>
      <w:r>
        <w:rPr>
          <w:lang w:eastAsia="zh-CN"/>
        </w:rPr>
        <w:t>　　2、英语主题互动活动</w:t>
      </w:r>
      <w:r>
        <w:rPr>
          <w:lang w:eastAsia="zh-CN"/>
        </w:rPr>
        <w:br/>
      </w:r>
      <w:r>
        <w:rPr>
          <w:lang w:eastAsia="zh-CN"/>
        </w:rPr>
        <w:t>　　3、现场抽奖活动</w:t>
      </w:r>
      <w:r>
        <w:rPr>
          <w:lang w:eastAsia="zh-CN"/>
        </w:rPr>
        <w:br/>
      </w:r>
      <w:r>
        <w:rPr>
          <w:lang w:eastAsia="zh-CN"/>
        </w:rPr>
        <w:t>　　4、现场报名优惠活动</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具体安排：</w:t>
      </w:r>
      <w:r>
        <w:rPr>
          <w:lang w:eastAsia="zh-CN"/>
        </w:rPr>
        <w:br/>
      </w:r>
      <w:r>
        <w:rPr>
          <w:lang w:eastAsia="zh-CN"/>
        </w:rPr>
        <w:t>　　【前期宣传】：</w:t>
      </w:r>
      <w:r>
        <w:rPr>
          <w:lang w:eastAsia="zh-CN"/>
        </w:rPr>
        <w:br/>
      </w:r>
      <w:r>
        <w:rPr>
          <w:lang w:eastAsia="zh-CN"/>
        </w:rPr>
        <w:t>　　与物业协商，确定可做活动的场地，后可提前将活动通知贴在社区各个单元告示栏内或电子门醒目处。</w:t>
      </w:r>
      <w:r>
        <w:rPr>
          <w:lang w:eastAsia="zh-CN"/>
        </w:rPr>
        <w:br/>
      </w:r>
      <w:r>
        <w:rPr>
          <w:lang w:eastAsia="zh-CN"/>
        </w:rPr>
        <w:t>　　活动海报：主题：金秋九月，放飞梦想&amp;&amp;小新星英语社区游园会</w:t>
      </w:r>
      <w:r>
        <w:rPr>
          <w:lang w:eastAsia="zh-CN"/>
        </w:rPr>
        <w:br/>
      </w:r>
      <w:r>
        <w:rPr>
          <w:lang w:eastAsia="zh-CN"/>
        </w:rPr>
        <w:t>　　时间：20__年8月__日(周_)下午：17：00--18：30</w:t>
      </w:r>
      <w:r>
        <w:rPr>
          <w:lang w:eastAsia="zh-CN"/>
        </w:rPr>
        <w:br/>
      </w:r>
      <w:r>
        <w:rPr>
          <w:lang w:eastAsia="zh-CN"/>
        </w:rPr>
        <w:t>　　活动地点：__社区场地</w:t>
      </w:r>
      <w:r>
        <w:rPr>
          <w:lang w:eastAsia="zh-CN"/>
        </w:rPr>
        <w:br/>
      </w:r>
      <w:r>
        <w:rPr>
          <w:lang w:eastAsia="zh-CN"/>
        </w:rPr>
        <w:t>　　活动对象：3-13岁幼少儿及家长</w:t>
      </w:r>
      <w:r>
        <w:rPr>
          <w:lang w:eastAsia="zh-CN"/>
        </w:rPr>
        <w:br/>
      </w:r>
      <w:r>
        <w:rPr>
          <w:lang w:eastAsia="zh-CN"/>
        </w:rPr>
        <w:t>　　活动内容：1、英语主题互动活动</w:t>
      </w:r>
      <w:r>
        <w:rPr>
          <w:lang w:eastAsia="zh-CN"/>
        </w:rPr>
        <w:br/>
      </w:r>
      <w:r>
        <w:rPr>
          <w:lang w:eastAsia="zh-CN"/>
        </w:rPr>
        <w:t>　　2、多重好礼迎开学</w:t>
      </w:r>
      <w:r>
        <w:rPr>
          <w:lang w:eastAsia="zh-CN"/>
        </w:rPr>
        <w:br/>
      </w:r>
      <w:r>
        <w:rPr>
          <w:lang w:eastAsia="zh-CN"/>
        </w:rPr>
        <w:t>　　详情咨询：(分校电话)</w:t>
      </w:r>
      <w:r>
        <w:rPr>
          <w:lang w:eastAsia="zh-CN"/>
        </w:rPr>
        <w:br/>
      </w:r>
      <w:r>
        <w:rPr>
          <w:lang w:eastAsia="zh-CN"/>
        </w:rPr>
        <w:t>　　地址：(分校地址)</w:t>
      </w:r>
      <w:r>
        <w:rPr>
          <w:lang w:eastAsia="zh-CN"/>
        </w:rPr>
        <w:br/>
      </w:r>
      <w:r>
        <w:rPr>
          <w:lang w:eastAsia="zh-CN"/>
        </w:rPr>
        <w:t>　　【活动流程】：</w:t>
      </w:r>
      <w:r>
        <w:rPr>
          <w:lang w:eastAsia="zh-CN"/>
        </w:rPr>
        <w:br/>
      </w:r>
      <w:r>
        <w:rPr>
          <w:lang w:eastAsia="zh-CN"/>
        </w:rPr>
        <w:t>　　(一)活动开始前准备活动。</w:t>
      </w:r>
      <w:r>
        <w:rPr>
          <w:lang w:eastAsia="zh-CN"/>
        </w:rPr>
        <w:br/>
      </w:r>
      <w:r>
        <w:rPr>
          <w:lang w:eastAsia="zh-CN"/>
        </w:rPr>
        <w:t>　　1、场地铺设。工作人员到达预定场地，与场地管理人简单交涉之后，开始铺设活动场地，场地主要由家长等地区及儿童活动区构成。</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2、预备宣传。活动场地陈铺完毕后，工作人员组织扩散于广大群众中，着重对待孩子的年轻夫妻进行宣传引导。然后向家长介绍我们的外场活动的主题和大致内容。通过对家长或者孩子的引导，把对方带至活动主场登记相关信息，填写信息后给孩子发放编号，方可参与活动(活动中抽奖以编号为主)</w:t>
      </w:r>
      <w:r>
        <w:rPr>
          <w:lang w:eastAsia="zh-CN"/>
        </w:rPr>
        <w:br/>
      </w:r>
      <w:r>
        <w:rPr>
          <w:lang w:eastAsia="zh-CN"/>
        </w:rPr>
        <w:t>　　(二)活动开始</w:t>
      </w:r>
      <w:r>
        <w:rPr>
          <w:lang w:eastAsia="zh-CN"/>
        </w:rPr>
        <w:br/>
      </w:r>
      <w:r>
        <w:rPr>
          <w:lang w:eastAsia="zh-CN"/>
        </w:rPr>
        <w:t>　　1、自我介绍(5分钟)由老师带领小朋友进行相互交朋友，培养小朋友社交能力</w:t>
      </w:r>
      <w:r>
        <w:rPr>
          <w:lang w:eastAsia="zh-CN"/>
        </w:rPr>
        <w:br/>
      </w:r>
      <w:r>
        <w:rPr>
          <w:lang w:eastAsia="zh-CN"/>
        </w:rPr>
        <w:t>　　2、热身环节(5分钟)由老师教小朋友唱英文儿歌，让小朋友在欢快的气氛中自然地进入学习状态。</w:t>
      </w:r>
      <w:r>
        <w:rPr>
          <w:lang w:eastAsia="zh-CN"/>
        </w:rPr>
        <w:br/>
      </w:r>
      <w:r>
        <w:rPr>
          <w:lang w:eastAsia="zh-CN"/>
        </w:rPr>
        <w:t>　　3、特色教学展示(15分钟)由老师教小朋友教小朋友学习英语(课程内容需教师自行设置，选取具有代表性且生动活泼的内容进行教学展示)。</w:t>
      </w:r>
      <w:r>
        <w:rPr>
          <w:lang w:eastAsia="zh-CN"/>
        </w:rPr>
        <w:br/>
      </w:r>
      <w:r>
        <w:rPr>
          <w:lang w:eastAsia="zh-CN"/>
        </w:rPr>
        <w:t>　　4、游戏环节(25分钟)</w:t>
      </w:r>
      <w:r>
        <w:rPr>
          <w:lang w:eastAsia="zh-CN"/>
        </w:rPr>
        <w:br/>
      </w:r>
      <w:r>
        <w:rPr>
          <w:lang w:eastAsia="zh-CN"/>
        </w:rPr>
        <w:t>　　①抢椅子游戏(5分钟)当音乐响起时小朋友按照老师的指令做动作同时围着椅子转，当音乐停止时小朋友要快速找到椅子坐下。</w:t>
      </w:r>
      <w:r>
        <w:rPr>
          <w:lang w:eastAsia="zh-CN"/>
        </w:rPr>
        <w:br/>
      </w:r>
      <w:r>
        <w:rPr>
          <w:lang w:eastAsia="zh-CN"/>
        </w:rPr>
        <w:t>　　②单词游戏(5分钟)老师发出指令，小朋友要在最快的时间内找出刚刚学过单词的</w:t>
      </w:r>
      <w:r>
        <w:rPr>
          <w:lang w:eastAsia="zh-CN"/>
        </w:rPr>
        <w:br/>
      </w:r>
      <w:r>
        <w:rPr>
          <w:lang w:eastAsia="zh-CN"/>
        </w:rPr>
        <w:t>　　图片，速度最快的小朋友为冠军。</w:t>
      </w:r>
      <w:r>
        <w:rPr>
          <w:lang w:eastAsia="zh-CN"/>
        </w:rPr>
        <w:br/>
      </w:r>
      <w:r>
        <w:rPr>
          <w:lang w:eastAsia="zh-CN"/>
        </w:rPr>
        <w:t>　　③小小画家(15分钟)小朋友可充分发挥自己的想象力给画面模板涂上颜色。</w:t>
      </w:r>
      <w:r>
        <w:rPr>
          <w:lang w:eastAsia="zh-CN"/>
        </w:rPr>
        <w:br/>
      </w:r>
      <w:r>
        <w:rPr>
          <w:lang w:eastAsia="zh-CN"/>
        </w:rPr>
        <w:t>　　5、抽奖环节</w:t>
      </w:r>
      <w:r>
        <w:rPr>
          <w:lang w:eastAsia="zh-CN"/>
        </w:rPr>
        <w:br/>
      </w:r>
      <w:r>
        <w:rPr>
          <w:lang w:eastAsia="zh-CN"/>
        </w:rPr>
        <w:t>　　一等奖1名(价值100元报课代金券+小新星秋季大礼包)</w:t>
      </w:r>
      <w:r>
        <w:rPr>
          <w:lang w:eastAsia="zh-CN"/>
        </w:rPr>
        <w:br/>
      </w:r>
      <w:r>
        <w:rPr>
          <w:lang w:eastAsia="zh-CN"/>
        </w:rPr>
        <w:t>　　二等奖2名(价值50元报课代金券1张+秋季大礼包一份)</w:t>
      </w:r>
      <w:r>
        <w:rPr>
          <w:lang w:eastAsia="zh-CN"/>
        </w:rPr>
        <w:br/>
      </w:r>
      <w:r>
        <w:rPr>
          <w:lang w:eastAsia="zh-CN"/>
        </w:rPr>
        <w:t>　　三等奖3名(秋季大礼包一份：奖品控制在15元左右)</w:t>
      </w:r>
      <w:r>
        <w:rPr>
          <w:lang w:eastAsia="zh-CN"/>
        </w:rPr>
        <w:br/>
      </w:r>
      <w:r>
        <w:rPr>
          <w:lang w:eastAsia="zh-CN"/>
        </w:rPr>
        <w:t>　　幸运奖若干(赠送免费试听券1张)</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(三)活动结束</w:t>
      </w:r>
      <w:r>
        <w:rPr>
          <w:lang w:eastAsia="zh-CN"/>
        </w:rPr>
        <w:br/>
      </w:r>
      <w:r>
        <w:rPr>
          <w:lang w:eastAsia="zh-CN"/>
        </w:rPr>
        <w:t>　　1、领取奖品</w:t>
      </w:r>
      <w:r>
        <w:rPr>
          <w:lang w:eastAsia="zh-CN"/>
        </w:rPr>
        <w:br/>
      </w:r>
      <w:r>
        <w:rPr>
          <w:lang w:eastAsia="zh-CN"/>
        </w:rPr>
        <w:t>　　2、设置报名专区</w:t>
      </w:r>
      <w:r>
        <w:rPr>
          <w:lang w:eastAsia="zh-CN"/>
        </w:rPr>
        <w:br/>
      </w:r>
      <w:r>
        <w:rPr>
          <w:lang w:eastAsia="zh-CN"/>
        </w:rPr>
        <w:t>　　凡现场报名秋季班者，立减学费__元以及赠送秋季大礼包。</w:t>
      </w:r>
      <w:r>
        <w:rPr>
          <w:lang w:eastAsia="zh-CN"/>
        </w:rPr>
        <w:br/>
      </w:r>
      <w:r>
        <w:rPr>
          <w:lang w:eastAsia="zh-CN"/>
        </w:rPr>
        <w:t>　　物料准备：</w:t>
      </w:r>
      <w:r>
        <w:rPr>
          <w:lang w:eastAsia="zh-CN"/>
        </w:rPr>
        <w:br/>
      </w:r>
      <w:r>
        <w:rPr>
          <w:lang w:eastAsia="zh-CN"/>
        </w:rPr>
        <w:t>　　1、海报</w:t>
      </w:r>
      <w:r>
        <w:rPr>
          <w:lang w:eastAsia="zh-CN"/>
        </w:rPr>
        <w:br/>
      </w:r>
      <w:r>
        <w:rPr>
          <w:lang w:eastAsia="zh-CN"/>
        </w:rPr>
        <w:t>　　2、宣传单</w:t>
      </w:r>
      <w:r>
        <w:rPr>
          <w:lang w:eastAsia="zh-CN"/>
        </w:rPr>
        <w:br/>
      </w:r>
      <w:r>
        <w:rPr>
          <w:lang w:eastAsia="zh-CN"/>
        </w:rPr>
        <w:t>　　3、展台</w:t>
      </w:r>
      <w:r>
        <w:rPr>
          <w:lang w:eastAsia="zh-CN"/>
        </w:rPr>
        <w:br/>
      </w:r>
      <w:r>
        <w:rPr>
          <w:lang w:eastAsia="zh-CN"/>
        </w:rPr>
        <w:t>　　4、音响设备</w:t>
      </w:r>
      <w:r>
        <w:rPr>
          <w:lang w:eastAsia="zh-CN"/>
        </w:rPr>
        <w:br/>
      </w:r>
      <w:r>
        <w:rPr>
          <w:lang w:eastAsia="zh-CN"/>
        </w:rPr>
        <w:t>　　5、奖品</w:t>
      </w:r>
      <w:r>
        <w:rPr>
          <w:lang w:eastAsia="zh-CN"/>
        </w:rPr>
        <w:br/>
      </w:r>
      <w:r>
        <w:rPr>
          <w:lang w:eastAsia="zh-CN"/>
        </w:rPr>
        <w:t>　　6、签到资料</w:t>
      </w:r>
      <w:r>
        <w:rPr>
          <w:lang w:eastAsia="zh-CN"/>
        </w:rPr>
        <w:br/>
      </w:r>
      <w:r>
        <w:rPr>
          <w:lang w:eastAsia="zh-CN"/>
        </w:rPr>
        <w:t>　　7、抽奖箱</w:t>
      </w:r>
      <w:r>
        <w:rPr>
          <w:lang w:eastAsia="zh-CN"/>
        </w:rPr>
        <w:br/>
      </w:r>
      <w:r>
        <w:rPr>
          <w:lang w:eastAsia="zh-CN"/>
        </w:rPr>
        <w:t>　　8、活动道具</w:t>
      </w:r>
      <w:r>
        <w:rPr>
          <w:lang w:eastAsia="zh-CN"/>
        </w:rPr>
        <w:br/>
      </w:r>
      <w:r>
        <w:rPr>
          <w:lang w:eastAsia="zh-CN"/>
        </w:rPr>
        <w:t>　　9、电脑设备</w:t>
      </w:r>
      <w:r>
        <w:rPr>
          <w:lang w:eastAsia="zh-CN"/>
        </w:rPr>
        <w:br/>
      </w:r>
      <w:r>
        <w:rPr>
          <w:lang w:eastAsia="zh-CN"/>
        </w:rPr>
        <w:t>　　人员安排：现场派单人员2人、课程顾问4人、老师2人、机动人员2人。</w:t>
      </w:r>
      <w:r>
        <w:rPr>
          <w:lang w:eastAsia="zh-CN"/>
        </w:rPr>
        <w:br/>
      </w:r>
      <w:r>
        <w:rPr>
          <w:lang w:eastAsia="zh-CN"/>
        </w:rPr>
        <w:t>　　(四)商家联盟宣传活动：</w:t>
      </w:r>
      <w:r>
        <w:rPr>
          <w:lang w:eastAsia="zh-CN"/>
        </w:rPr>
        <w:br/>
      </w:r>
      <w:r>
        <w:rPr>
          <w:lang w:eastAsia="zh-CN"/>
        </w:rPr>
        <w:t>　　与书店、文化用品店联盟</w:t>
      </w:r>
      <w:r>
        <w:rPr>
          <w:lang w:eastAsia="zh-CN"/>
        </w:rPr>
        <w:br/>
      </w:r>
      <w:r>
        <w:rPr>
          <w:lang w:eastAsia="zh-CN"/>
        </w:rPr>
        <w:t>　　开学前，学生需要购买书籍、试卷和文化用品，特别是开学前一周的周六日，是购买最密集的时间。我们既可以选择在书店或文化用品店门口宣传，也可以与书店或文化用品店直接合作，如以书店合作为例：</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(1)放置宣传资料，将我校的宣传资料放在书店的门口、吧台、醒目场所。</w:t>
      </w:r>
      <w:r>
        <w:rPr>
          <w:lang w:eastAsia="zh-CN"/>
        </w:rPr>
        <w:br/>
      </w:r>
      <w:r>
        <w:rPr>
          <w:lang w:eastAsia="zh-CN"/>
        </w:rPr>
        <w:t>　　(2)合作宣传，与书店的促销宣传联合，共同宣传。</w:t>
      </w:r>
      <w:r>
        <w:rPr>
          <w:lang w:eastAsia="zh-CN"/>
        </w:rPr>
        <w:br/>
      </w:r>
      <w:r>
        <w:rPr>
          <w:lang w:eastAsia="zh-CN"/>
        </w:rPr>
        <w:t>　　(3)租用书店场地，摆放宣传桌，进行定点宣传。</w:t>
      </w:r>
      <w:r>
        <w:rPr>
          <w:lang w:eastAsia="zh-CN"/>
        </w:rPr>
        <w:br/>
      </w:r>
      <w:r>
        <w:rPr>
          <w:lang w:eastAsia="zh-CN"/>
        </w:rPr>
        <w:t>　　(4)产品捆绑宣传，将我校的宣传资料放在书中或随书发放。</w:t>
      </w:r>
      <w:r>
        <w:rPr>
          <w:lang w:eastAsia="zh-CN"/>
        </w:rPr>
        <w:br/>
      </w:r>
      <w:r>
        <w:rPr>
          <w:lang w:eastAsia="zh-CN"/>
        </w:rPr>
        <w:t>　　(5)促销宣传，凡购书或购买一点价格的书后，即可获得专用袋子、礼品或课程优惠券、试听卡等。</w:t>
      </w:r>
      <w:r>
        <w:rPr>
          <w:lang w:eastAsia="zh-CN"/>
        </w:rPr>
        <w:br/>
      </w:r>
      <w:r>
        <w:rPr>
          <w:lang w:eastAsia="zh-CN"/>
        </w:rPr>
        <w:t>　　六、宣传成本分析</w:t>
      </w:r>
      <w:r>
        <w:rPr>
          <w:lang w:eastAsia="zh-CN"/>
        </w:rPr>
        <w:br/>
      </w:r>
      <w:r>
        <w:rPr>
          <w:lang w:eastAsia="zh-CN"/>
        </w:rPr>
        <w:t>　　1、宣传成本需根据各分校实际运营成本与收入情况而定，若分校的运营成本占收入的60%，则利润为40%，即可从利润中抽取10%作为本次秋季招生的宣传成本。</w:t>
      </w:r>
      <w:r>
        <w:rPr>
          <w:lang w:eastAsia="zh-CN"/>
        </w:rPr>
        <w:br/>
      </w:r>
      <w:r>
        <w:rPr>
          <w:lang w:eastAsia="zh-CN"/>
        </w:rPr>
        <w:t>　　2、分校可将该10%宣传成本分为两个板块，即可将5%作为宣传活动成本，5%作为报名优惠政策的礼品成本。</w:t>
      </w:r>
      <w:r>
        <w:rPr>
          <w:lang w:eastAsia="zh-CN"/>
        </w:rPr>
        <w:br/>
      </w:r>
      <w:r>
        <w:rPr>
          <w:lang w:eastAsia="zh-CN"/>
        </w:rPr>
        <w:t>　　例如：若秋季班学费为880元/人，扣除运营成本，利润为：880_40%=352元。将10%用做宣传成本，则宣传成本为：352_10%=35。2元，而其中5%：17。6元作为宣传广告成本，剩余5%：17。6元作为报名优惠政策的礼品成本。</w:t>
      </w:r>
      <w:r>
        <w:rPr>
          <w:lang w:eastAsia="zh-CN"/>
        </w:rPr>
        <w:br/>
      </w:r>
      <w:r>
        <w:rPr>
          <w:lang w:eastAsia="zh-CN"/>
        </w:rPr>
        <w:t>　　七、报名优惠措施：</w:t>
      </w:r>
      <w:r>
        <w:rPr>
          <w:lang w:eastAsia="zh-CN"/>
        </w:rPr>
        <w:br/>
      </w:r>
      <w:r>
        <w:rPr>
          <w:lang w:eastAsia="zh-CN"/>
        </w:rPr>
        <w:t>　　1、进校有礼</w:t>
      </w:r>
      <w:r>
        <w:rPr>
          <w:lang w:eastAsia="zh-CN"/>
        </w:rPr>
        <w:br/>
      </w:r>
      <w:r>
        <w:rPr>
          <w:lang w:eastAsia="zh-CN"/>
        </w:rPr>
        <w:t>　　凡第一次进校参观或咨询的家长及学生凭招生宣传单即可获得一张免费试听课程的礼券。</w:t>
      </w:r>
      <w:r>
        <w:rPr>
          <w:lang w:eastAsia="zh-CN"/>
        </w:rPr>
        <w:br/>
      </w:r>
      <w:r>
        <w:rPr>
          <w:lang w:eastAsia="zh-CN"/>
        </w:rPr>
        <w:t>　　2、报名有礼</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凡是秋季第一次报名的新学员，均可获赠1张小新星星币，星币可参与积分兑礼品计划。</w:t>
      </w:r>
      <w:r>
        <w:rPr>
          <w:lang w:eastAsia="zh-CN"/>
        </w:rPr>
        <w:br/>
      </w:r>
      <w:r>
        <w:rPr>
          <w:lang w:eastAsia="zh-CN"/>
        </w:rPr>
        <w:t>　　3、续报有礼</w:t>
      </w:r>
      <w:r>
        <w:rPr>
          <w:lang w:eastAsia="zh-CN"/>
        </w:rPr>
        <w:br/>
      </w:r>
      <w:r>
        <w:rPr>
          <w:lang w:eastAsia="zh-CN"/>
        </w:rPr>
        <w:t>　　凡老生续报秋季班者，均可获赠秋季开学大礼包一份。(礼包根据分校自行拟定)</w:t>
      </w:r>
      <w:r>
        <w:rPr>
          <w:lang w:eastAsia="zh-CN"/>
        </w:rPr>
        <w:br/>
      </w:r>
      <w:r>
        <w:rPr>
          <w:lang w:eastAsia="zh-CN"/>
        </w:rPr>
        <w:t>　　4、介绍有礼</w:t>
      </w:r>
      <w:r>
        <w:rPr>
          <w:lang w:eastAsia="zh-CN"/>
        </w:rPr>
        <w:br/>
      </w:r>
      <w:r>
        <w:rPr>
          <w:lang w:eastAsia="zh-CN"/>
        </w:rPr>
        <w:t>　　凡老生介绍新生报名者，每介绍1人，老生可减学费__元，并同时获赠秋季开学大礼包一份。</w:t>
      </w:r>
      <w:r>
        <w:rPr>
          <w:lang w:eastAsia="zh-CN"/>
        </w:rPr>
        <w:br/>
      </w:r>
      <w:r>
        <w:rPr>
          <w:lang w:eastAsia="zh-CN"/>
        </w:rPr>
        <w:t>　　5、团报有礼</w:t>
      </w:r>
      <w:r>
        <w:rPr>
          <w:lang w:eastAsia="zh-CN"/>
        </w:rPr>
        <w:br/>
      </w:r>
      <w:r>
        <w:rPr>
          <w:lang w:eastAsia="zh-CN"/>
        </w:rPr>
        <w:t>　　凡团体报班(25人/班)，则享受团体报名费：__元。并同时获赠秋季开学大礼包一份。</w:t>
      </w:r>
      <w:r>
        <w:rPr>
          <w:lang w:eastAsia="zh-CN"/>
        </w:rPr>
        <w:br/>
      </w:r>
      <w:r>
        <w:rPr>
          <w:lang w:eastAsia="zh-CN"/>
        </w:rPr>
        <w:t>　　八、其他宣传建议：</w:t>
      </w:r>
      <w:r>
        <w:rPr>
          <w:lang w:eastAsia="zh-CN"/>
        </w:rPr>
        <w:br/>
      </w:r>
      <w:r>
        <w:rPr>
          <w:lang w:eastAsia="zh-CN"/>
        </w:rPr>
        <w:t>　　1、广告投放宣传：</w:t>
      </w:r>
      <w:r>
        <w:rPr>
          <w:lang w:eastAsia="zh-CN"/>
        </w:rPr>
        <w:br/>
      </w:r>
      <w:r>
        <w:rPr>
          <w:lang w:eastAsia="zh-CN"/>
        </w:rPr>
        <w:t>　　宣传单、宣传海报、刊物《星爸星妈》、横幅、邀请函、试听券、灯箱广告，网络媒体广告制作等等(根据各分校具体情况而选择广告投放的方式)。</w:t>
      </w:r>
      <w:r>
        <w:rPr>
          <w:lang w:eastAsia="zh-CN"/>
        </w:rPr>
        <w:br/>
      </w:r>
      <w:r>
        <w:rPr>
          <w:lang w:eastAsia="zh-CN"/>
        </w:rPr>
        <w:t>　　2、分区域分类宣传：</w:t>
      </w:r>
      <w:r>
        <w:rPr>
          <w:lang w:eastAsia="zh-CN"/>
        </w:rPr>
        <w:br/>
      </w:r>
      <w:r>
        <w:rPr>
          <w:lang w:eastAsia="zh-CN"/>
        </w:rPr>
        <w:t>　　各分校可将所属区域的公立学校划分为A、B、C类学校，每类学校采取不同的宣传方式，根据学校老生的比重和新生以往报名的情况，以及今年公立学校的新生招生情况，将公立学校分为A类学校(重点宣传)、B类学校(次重点宣传)C类学校(普通宣传)，根据宣传经费比例对各类学校进行针对性宣传。</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3、网络宣传：</w:t>
      </w:r>
      <w:r>
        <w:rPr>
          <w:lang w:eastAsia="zh-CN"/>
        </w:rPr>
        <w:br/>
      </w:r>
      <w:r>
        <w:rPr>
          <w:lang w:eastAsia="zh-CN"/>
        </w:rPr>
        <w:t>　　现如今网络已经逐渐成为主要的招生方式，分校可将招生信息与当地知名网站(培训园)建立合作关系，利用网络平台进行招生。在互联网上发布宣传广告，现在的家长大多会在网上查询学校信息，因此网络宣传很重要，并且成本比较低。或者也可与各类团购网进行合作。</w:t>
      </w:r>
      <w:r>
        <w:rPr>
          <w:lang w:eastAsia="zh-CN"/>
        </w:rPr>
        <w:br/>
      </w:r>
      <w:r>
        <w:rPr>
          <w:lang w:eastAsia="zh-CN"/>
        </w:rPr>
        <w:t>　　4、公开课宣传：</w:t>
      </w:r>
      <w:r>
        <w:rPr>
          <w:lang w:eastAsia="zh-CN"/>
        </w:rPr>
        <w:br/>
      </w:r>
      <w:r>
        <w:rPr>
          <w:lang w:eastAsia="zh-CN"/>
        </w:rPr>
        <w:t>　　通过媒体或散发传单的方式向公众宣传学校的公开课信息，由学校的优秀教师或总部培训师来展示长45分钟&amp;1小时的公开课;让家长和孩子亲身体验学校的教学质量，课程结束后，课程顾问进行一对一或一对二现场跟单，促成报名。</w:t>
      </w:r>
      <w:r>
        <w:rPr>
          <w:lang w:eastAsia="zh-CN"/>
        </w:rPr>
        <w:br/>
      </w:r>
      <w:r>
        <w:rPr>
          <w:lang w:eastAsia="zh-CN"/>
        </w:rPr>
        <w:t>　　5、免费试学：</w:t>
      </w:r>
      <w:r>
        <w:rPr>
          <w:lang w:eastAsia="zh-CN"/>
        </w:rPr>
        <w:br/>
      </w:r>
      <w:r>
        <w:rPr>
          <w:lang w:eastAsia="zh-CN"/>
        </w:rPr>
        <w:t>　　与当地小学联系，为其在校生做免费试学活动，免费试学活动的学习量应在一个单元左右，用教师的优秀授课质量打动学生。在免费试学结束以后，让有意向参加学习的学员到分校交费学习。使用这种方法应该注意给学校校长和班主任一定额度的提成。</w:t>
      </w:r>
      <w:r>
        <w:rPr>
          <w:lang w:eastAsia="zh-CN"/>
        </w:rPr>
        <w:br/>
      </w:r>
      <w:r>
        <w:rPr>
          <w:lang w:eastAsia="zh-CN"/>
        </w:rPr>
        <w:t>　　6、在小学的家长会上作招生讲座：</w:t>
      </w:r>
      <w:r>
        <w:rPr>
          <w:lang w:eastAsia="zh-CN"/>
        </w:rPr>
        <w:br/>
      </w:r>
      <w:r>
        <w:rPr>
          <w:lang w:eastAsia="zh-CN"/>
        </w:rPr>
        <w:t>　　与学校联系，在学校召开家长会的时候，让学校的教师为所有的家长做招生讲座，以先进的教学理念和教师的教学魅力打动家长，宣传学校，增加生源。</w:t>
      </w:r>
      <w:r>
        <w:rPr>
          <w:lang w:eastAsia="zh-CN"/>
        </w:rPr>
        <w:br/>
      </w:r>
      <w:r>
        <w:rPr>
          <w:lang w:eastAsia="zh-CN"/>
        </w:rPr>
        <w:t>　　7、老生带动新生：</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可利用现有的在校学生做宣传，发动老生带新生，采用续报有礼或介绍有礼等方式吸引老生带来新的生源。</w:t>
      </w:r>
      <w:r>
        <w:rPr>
          <w:lang w:eastAsia="zh-CN"/>
        </w:rPr>
        <w:br/>
      </w:r>
      <w:r>
        <w:rPr>
          <w:lang w:eastAsia="zh-CN"/>
        </w:rPr>
        <w:t xml:space="preserve">    招生计划 篇8 </w:t>
      </w:r>
      <w:r>
        <w:rPr>
          <w:lang w:eastAsia="zh-CN"/>
        </w:rPr>
        <w:br/>
      </w:r>
      <w:r>
        <w:rPr>
          <w:lang w:eastAsia="zh-CN"/>
        </w:rPr>
        <w:t>　　学校在日常的经营中，能否最大限度的利用好本身资源，以最低的成本进行长期持续有效的营销活动，直接决定着学校是否能够健康发展壮大。本活动基于这个出发点，根据此刻学校的经营模式，合理运用已有学员资源，完全针对学校内部进行营销活动，挖掘新学员报名，稳定老学员续班。活动介绍：</w:t>
      </w:r>
      <w:r>
        <w:rPr>
          <w:lang w:eastAsia="zh-CN"/>
        </w:rPr>
        <w:br/>
      </w:r>
      <w:r>
        <w:rPr>
          <w:lang w:eastAsia="zh-CN"/>
        </w:rPr>
        <w:t>　　双响炮：</w:t>
      </w:r>
      <w:r>
        <w:rPr>
          <w:lang w:eastAsia="zh-CN"/>
        </w:rPr>
        <w:br/>
      </w:r>
      <w:r>
        <w:rPr>
          <w:lang w:eastAsia="zh-CN"/>
        </w:rPr>
        <w:t>　　一种爆竹，点燃引线之后会首先“砰”的响一声腾空而起，然后在空中再“彭”的响一声，顾名思义为双响炮。</w:t>
      </w:r>
      <w:r>
        <w:rPr>
          <w:lang w:eastAsia="zh-CN"/>
        </w:rPr>
        <w:br/>
      </w:r>
      <w:r>
        <w:rPr>
          <w:lang w:eastAsia="zh-CN"/>
        </w:rPr>
        <w:t>　　在本次活动中，双响炮指的是，由在校老学员带动新学员报名学校的课程，并且经过带动新学员，老学员和新学员都会获得礼品或奖学金。也就是运用“1+N”的营销模式，利用现有学员资源，以最低的成本，带来N倍的销售。所谓“1+N”，就是经过本次活动的运作，一名老学员能够带来N名新学员报名。活动目的：</w:t>
      </w:r>
      <w:r>
        <w:rPr>
          <w:lang w:eastAsia="zh-CN"/>
        </w:rPr>
        <w:br/>
      </w:r>
      <w:r>
        <w:rPr>
          <w:lang w:eastAsia="zh-CN"/>
        </w:rPr>
        <w:t>　　经过老学员带动新学员报名，促进招生。活动主题：</w:t>
      </w:r>
      <w:r>
        <w:rPr>
          <w:lang w:eastAsia="zh-CN"/>
        </w:rPr>
        <w:br/>
      </w:r>
      <w:r>
        <w:rPr>
          <w:lang w:eastAsia="zh-CN"/>
        </w:rPr>
        <w:t>　　优科100好伙伴!活动口号：</w:t>
      </w:r>
      <w:r>
        <w:rPr>
          <w:lang w:eastAsia="zh-CN"/>
        </w:rPr>
        <w:br/>
      </w:r>
      <w:r>
        <w:rPr>
          <w:lang w:eastAsia="zh-CN"/>
        </w:rPr>
        <w:t>　　噼里啪啦双响炮，你报我报大家报!好课程，当然要和好朋友分享!</w:t>
      </w:r>
      <w:r>
        <w:rPr>
          <w:lang w:eastAsia="zh-CN"/>
        </w:rPr>
        <w:br/>
      </w:r>
      <w:r>
        <w:rPr>
          <w:lang w:eastAsia="zh-CN"/>
        </w:rPr>
        <w:t>　　一齐学习，一齐提高，分享大礼，分享成功!活动时间：</w:t>
      </w:r>
      <w:r>
        <w:rPr>
          <w:lang w:eastAsia="zh-CN"/>
        </w:rPr>
        <w:br/>
      </w:r>
      <w:r>
        <w:rPr>
          <w:lang w:eastAsia="zh-CN"/>
        </w:rPr>
        <w:t>　　适合各个季节长期使用活动适用范围：</w:t>
      </w:r>
      <w:r>
        <w:rPr>
          <w:lang w:eastAsia="zh-CN"/>
        </w:rPr>
        <w:br/>
      </w:r>
      <w:r>
        <w:rPr>
          <w:lang w:eastAsia="zh-CN"/>
        </w:rPr>
        <w:t>　　适用于各分校对内宣传推广活动方式：</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经过对学校老学员及其家长的宣传，带动外部新学员的报名。</w:t>
      </w:r>
      <w:r>
        <w:rPr>
          <w:lang w:eastAsia="zh-CN"/>
        </w:rPr>
        <w:br/>
      </w:r>
      <w:r>
        <w:rPr>
          <w:lang w:eastAsia="zh-CN"/>
        </w:rPr>
        <w:t>　　具体活动优惠方式如下：</w:t>
      </w:r>
      <w:r>
        <w:rPr>
          <w:lang w:eastAsia="zh-CN"/>
        </w:rPr>
        <w:br/>
      </w:r>
      <w:r>
        <w:rPr>
          <w:lang w:eastAsia="zh-CN"/>
        </w:rPr>
        <w:t>　　老学员带来1名新学员成功报名一年课程，新老学员均可获得优科大礼包，(教</w:t>
      </w:r>
      <w:r>
        <w:rPr>
          <w:lang w:eastAsia="zh-CN"/>
        </w:rPr>
        <w:br/>
      </w:r>
      <w:r>
        <w:rPr>
          <w:lang w:eastAsia="zh-CN"/>
        </w:rPr>
        <w:t>　　材、阅读季卡、加湿器、遥控飞机、遥控汽车、机器人等任选一个);老学员家长老学员带来2名新学员成功报名一年课程，老家长能够赠送电烤箱、</w:t>
      </w:r>
      <w:r>
        <w:rPr>
          <w:lang w:eastAsia="zh-CN"/>
        </w:rPr>
        <w:br/>
      </w:r>
      <w:r>
        <w:rPr>
          <w:lang w:eastAsia="zh-CN"/>
        </w:rPr>
        <w:t>　　榨汁机、2个月的课程任选其一。</w:t>
      </w:r>
      <w:r>
        <w:rPr>
          <w:lang w:eastAsia="zh-CN"/>
        </w:rPr>
        <w:br/>
      </w:r>
      <w:r>
        <w:rPr>
          <w:lang w:eastAsia="zh-CN"/>
        </w:rPr>
        <w:t>　　老学员家长老学员带来3名新学员成功报名一年课程，老家长能够赠送高档山</w:t>
      </w:r>
      <w:r>
        <w:rPr>
          <w:lang w:eastAsia="zh-CN"/>
        </w:rPr>
        <w:br/>
      </w:r>
      <w:r>
        <w:rPr>
          <w:lang w:eastAsia="zh-CN"/>
        </w:rPr>
        <w:t>　　地自行车一辆或4个的课程。</w:t>
      </w:r>
      <w:r>
        <w:rPr>
          <w:lang w:eastAsia="zh-CN"/>
        </w:rPr>
        <w:br/>
      </w:r>
      <w:r>
        <w:rPr>
          <w:lang w:eastAsia="zh-CN"/>
        </w:rPr>
        <w:t>　　备注：</w:t>
      </w:r>
      <w:r>
        <w:rPr>
          <w:lang w:eastAsia="zh-CN"/>
        </w:rPr>
        <w:br/>
      </w:r>
      <w:r>
        <w:rPr>
          <w:lang w:eastAsia="zh-CN"/>
        </w:rPr>
        <w:t>　　享受本活动优惠的同时，能够享受学校当期其他优惠活动;老学员为学校当期在班学员，新学员为未在学校报班学生;新学员第一次登门报名填写信息时必须说出老生的姓名和所学专业;每季度评出带来新生最多的学员，当选为本月“号召之星”，进行特殊奖励。</w:t>
      </w:r>
      <w:r>
        <w:rPr>
          <w:lang w:eastAsia="zh-CN"/>
        </w:rPr>
        <w:br/>
      </w:r>
      <w:r>
        <w:rPr>
          <w:lang w:eastAsia="zh-CN"/>
        </w:rPr>
        <w:t>　　活动执行：一、</w:t>
      </w:r>
      <w:r>
        <w:rPr>
          <w:lang w:eastAsia="zh-CN"/>
        </w:rPr>
        <w:br/>
      </w:r>
      <w:r>
        <w:rPr>
          <w:lang w:eastAsia="zh-CN"/>
        </w:rPr>
        <w:t>　　活动准备</w:t>
      </w:r>
      <w:r>
        <w:rPr>
          <w:lang w:eastAsia="zh-CN"/>
        </w:rPr>
        <w:br/>
      </w:r>
      <w:r>
        <w:rPr>
          <w:lang w:eastAsia="zh-CN"/>
        </w:rPr>
        <w:t>　　(一)人员准备</w:t>
      </w:r>
      <w:r>
        <w:rPr>
          <w:lang w:eastAsia="zh-CN"/>
        </w:rPr>
        <w:br/>
      </w:r>
      <w:r>
        <w:rPr>
          <w:lang w:eastAsia="zh-CN"/>
        </w:rPr>
        <w:t>　　1、做好内训</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组织员工召开工作会议，强调活动的重要性，设立绩效考核制度，充分调动员工自身的进取能动性，把每个环节执行到位。2、做好培训</w:t>
      </w:r>
      <w:r>
        <w:rPr>
          <w:lang w:eastAsia="zh-CN"/>
        </w:rPr>
        <w:br/>
      </w:r>
      <w:r>
        <w:rPr>
          <w:lang w:eastAsia="zh-CN"/>
        </w:rPr>
        <w:t>　　针对活动对员工进行系统的培训，包括活动资料、奖项设置、操作流程等，尤其注意对每个阶段相关话术的指导，使员工在宣传过程中，能够准确把握孩子和家长的心理，充分调动他们的进取性，更好的完成招生目标。二、</w:t>
      </w:r>
      <w:r>
        <w:rPr>
          <w:lang w:eastAsia="zh-CN"/>
        </w:rPr>
        <w:br/>
      </w:r>
      <w:r>
        <w:rPr>
          <w:lang w:eastAsia="zh-CN"/>
        </w:rPr>
        <w:t>　　活动宣传</w:t>
      </w:r>
      <w:r>
        <w:rPr>
          <w:lang w:eastAsia="zh-CN"/>
        </w:rPr>
        <w:br/>
      </w:r>
      <w:r>
        <w:rPr>
          <w:lang w:eastAsia="zh-CN"/>
        </w:rPr>
        <w:t>　　(一)宣传材料的运用</w:t>
      </w:r>
      <w:r>
        <w:rPr>
          <w:lang w:eastAsia="zh-CN"/>
        </w:rPr>
        <w:br/>
      </w:r>
      <w:r>
        <w:rPr>
          <w:lang w:eastAsia="zh-CN"/>
        </w:rPr>
        <w:t>　　(二)奖品展示</w:t>
      </w:r>
      <w:r>
        <w:rPr>
          <w:lang w:eastAsia="zh-CN"/>
        </w:rPr>
        <w:br/>
      </w:r>
      <w:r>
        <w:rPr>
          <w:lang w:eastAsia="zh-CN"/>
        </w:rPr>
        <w:t>　　在学校前台明显位置设立奖品展示台(柜)，旁边摆上奖项设置及获奖要求的易</w:t>
      </w:r>
      <w:r>
        <w:rPr>
          <w:lang w:eastAsia="zh-CN"/>
        </w:rPr>
        <w:br/>
      </w:r>
      <w:r>
        <w:rPr>
          <w:lang w:eastAsia="zh-CN"/>
        </w:rPr>
        <w:t>　　拉宝海报，让孩子看见奖品“眼馋”的同时，能够很清楚自我带来多少个新生就能够获得什么样的奖品。如有需要，奖品能够现场体验，增加孩子对奖品的喜好度，增强奖品对孩子的诱惑力。</w:t>
      </w:r>
      <w:r>
        <w:rPr>
          <w:lang w:eastAsia="zh-CN"/>
        </w:rPr>
        <w:br/>
      </w:r>
      <w:r>
        <w:rPr>
          <w:lang w:eastAsia="zh-CN"/>
        </w:rPr>
        <w:t>　　(三)班级动员</w:t>
      </w:r>
      <w:r>
        <w:rPr>
          <w:lang w:eastAsia="zh-CN"/>
        </w:rPr>
        <w:br/>
      </w:r>
      <w:r>
        <w:rPr>
          <w:lang w:eastAsia="zh-CN"/>
        </w:rPr>
        <w:t>　　在班级内给学生讲解活动要求老生约他的同学来试听课程，或者学校组织的活</w:t>
      </w:r>
      <w:r>
        <w:rPr>
          <w:lang w:eastAsia="zh-CN"/>
        </w:rPr>
        <w:br/>
      </w:r>
      <w:r>
        <w:rPr>
          <w:lang w:eastAsia="zh-CN"/>
        </w:rPr>
        <w:t>　　动课。(教师能够拿样品给孩子展示或者让孩子去前台看)。</w:t>
      </w:r>
      <w:r>
        <w:rPr>
          <w:lang w:eastAsia="zh-CN"/>
        </w:rPr>
        <w:br/>
      </w:r>
      <w:r>
        <w:rPr>
          <w:lang w:eastAsia="zh-CN"/>
        </w:rPr>
        <w:t>　　讲解过程中要抓住孩子爱攀比，爱虚荣的心理。相关话术如下，可供参考：教师问大家一个问题，大家都有很多好朋友对不对呀那么大家都有几个好朋友呢让我们看看谁的好朋友最多……(这样的问题小朋友一般都会争着回答，比较自我的朋友最多)</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嗯，看来大家的好朋友都很多呀，大家真棒!那我们的教师棒不棒呀(棒!)你们喜不喜欢(喜欢!)那此刻我们学校呢有个活动，能够把你最好的小朋友带来和我们一齐学习，如果带他来学习，他也喜欢我们的教师，将来报名了，你和你的朋友都挑选一个最喜欢的大礼包。大家说好不好(好!)</w:t>
      </w:r>
      <w:r>
        <w:rPr>
          <w:lang w:eastAsia="zh-CN"/>
        </w:rPr>
        <w:br/>
      </w:r>
      <w:r>
        <w:rPr>
          <w:lang w:eastAsia="zh-CN"/>
        </w:rPr>
        <w:t>　　嗯，到时候我们看看谁的号召力最大，那么他就是我们最棒的小朋友，还能得到更好的奖品呢!可是教师只给表现最好的几个同学邀请朋友来和你一齐上课的机会。其他的相待同学来的同学必须表现足够好才能够。</w:t>
      </w:r>
      <w:r>
        <w:rPr>
          <w:lang w:eastAsia="zh-CN"/>
        </w:rPr>
        <w:br/>
      </w:r>
      <w:r>
        <w:rPr>
          <w:lang w:eastAsia="zh-CN"/>
        </w:rPr>
        <w:t>　　备注：教师能够首先从班级上的“铁杆儿”学生入手，进取动员这些学生带新生报名，让他们这部分老学员在班上起到带头作用。</w:t>
      </w:r>
      <w:r>
        <w:rPr>
          <w:lang w:eastAsia="zh-CN"/>
        </w:rPr>
        <w:br/>
      </w:r>
      <w:r>
        <w:rPr>
          <w:lang w:eastAsia="zh-CN"/>
        </w:rPr>
        <w:t>　　(四)家长课后十分钟推介</w:t>
      </w:r>
      <w:r>
        <w:rPr>
          <w:lang w:eastAsia="zh-CN"/>
        </w:rPr>
        <w:br/>
      </w:r>
      <w:r>
        <w:rPr>
          <w:lang w:eastAsia="zh-CN"/>
        </w:rPr>
        <w:t>　　在活动推广期间，能够在以班级为宣传“双响炮”的活动，可是，对于家长不能太直接，能够走亲情路线，异常是对于铁杆粉丝，给家长说说优科100的发展史以及核心价值点或者说你看孩子跟我学那么长时间了，提高都挺大的，孩子必须有想要学习课程的同学，好课程也要分享一下，我自我也有任务，帮帮忙把他的同学约到我们课堂上一齐体验体验，感受下我们的课堂，另外对于老家长介绍的学生报</w:t>
      </w:r>
      <w:r>
        <w:rPr>
          <w:lang w:eastAsia="zh-CN"/>
        </w:rPr>
        <w:br/>
      </w:r>
      <w:r>
        <w:rPr>
          <w:lang w:eastAsia="zh-CN"/>
        </w:rPr>
        <w:t>　　名交年费的，我们会有友情关心奖品，新家长也会感激你的介绍的。(把老带新的政策讲解清楚)</w:t>
      </w:r>
      <w:r>
        <w:rPr>
          <w:lang w:eastAsia="zh-CN"/>
        </w:rPr>
        <w:br/>
      </w:r>
      <w:r>
        <w:rPr>
          <w:lang w:eastAsia="zh-CN"/>
        </w:rPr>
        <w:t>　　三、活动奖品的发放要及时</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对于带来新学员的老学员要及时进行奖励，只要这边有新学员报名，那边就要在班里当着其他学生的面，把老学员和新学员同时请上讲台，分别发放大礼包，同时还要进行口头表扬，让其他孩子看到这样能够即拿奖品还能受到表扬，吸引大家继续想办法把周围的小朋友带到学校来。</w:t>
      </w:r>
      <w:r>
        <w:rPr>
          <w:lang w:eastAsia="zh-CN"/>
        </w:rPr>
        <w:br/>
      </w:r>
      <w:r>
        <w:rPr>
          <w:lang w:eastAsia="zh-CN"/>
        </w:rPr>
        <w:t>　　相关话术：</w:t>
      </w:r>
      <w:r>
        <w:rPr>
          <w:lang w:eastAsia="zh-CN"/>
        </w:rPr>
        <w:br/>
      </w:r>
      <w:r>
        <w:rPr>
          <w:lang w:eastAsia="zh-CN"/>
        </w:rPr>
        <w:t>　　【上课后，教师带着大礼包走进教室】：“同学们，大家看见我手上的大礼包了吧，猜一猜今日我们班哪位同学要得到它这位同学的号召力真大，他不仅仅自我学习提高了，还要邀请了一个好朋友一齐来学习，一齐提高，所以我们要奖励给这位同学还有他的好朋友，一人一份大礼包，这位同学就是___!”</w:t>
      </w:r>
      <w:r>
        <w:rPr>
          <w:lang w:eastAsia="zh-CN"/>
        </w:rPr>
        <w:br/>
      </w:r>
      <w:r>
        <w:rPr>
          <w:lang w:eastAsia="zh-CN"/>
        </w:rPr>
        <w:t>　　【鼓掌】“下头就请___同学和他的好朋友___一齐上台领奖，大家欢迎!”</w:t>
      </w:r>
      <w:r>
        <w:rPr>
          <w:lang w:eastAsia="zh-CN"/>
        </w:rPr>
        <w:br/>
      </w:r>
      <w:r>
        <w:rPr>
          <w:lang w:eastAsia="zh-CN"/>
        </w:rPr>
        <w:t>　　【颁奖】“相信我们的同学们都像___一样优秀，那么，就让我们把好朋友都叫来和我们一齐学习，一齐提高，大家说好不好”</w:t>
      </w:r>
      <w:r>
        <w:rPr>
          <w:lang w:eastAsia="zh-CN"/>
        </w:rPr>
        <w:br/>
      </w:r>
      <w:r>
        <w:rPr>
          <w:lang w:eastAsia="zh-CN"/>
        </w:rPr>
        <w:t>　　【鼓掌】学生：“好!”活动推广进度：</w:t>
      </w:r>
      <w:r>
        <w:rPr>
          <w:lang w:eastAsia="zh-CN"/>
        </w:rPr>
        <w:br/>
      </w:r>
      <w:r>
        <w:rPr>
          <w:lang w:eastAsia="zh-CN"/>
        </w:rPr>
        <w:t>　　注意事项：</w:t>
      </w:r>
      <w:r>
        <w:rPr>
          <w:lang w:eastAsia="zh-CN"/>
        </w:rPr>
        <w:br/>
      </w:r>
      <w:r>
        <w:rPr>
          <w:lang w:eastAsia="zh-CN"/>
        </w:rPr>
        <w:t>　　1、奖品要经常换，孩子们就会觉得新鲜感。</w:t>
      </w:r>
      <w:r>
        <w:rPr>
          <w:lang w:eastAsia="zh-CN"/>
        </w:rPr>
        <w:br/>
      </w:r>
      <w:r>
        <w:rPr>
          <w:lang w:eastAsia="zh-CN"/>
        </w:rPr>
        <w:t>　　2、必须要经常把奖品拿出来，在课间的时候，当着孩子们的面，讲解怎样样才能得到。</w:t>
      </w:r>
      <w:r>
        <w:rPr>
          <w:lang w:eastAsia="zh-CN"/>
        </w:rPr>
        <w:br/>
      </w:r>
      <w:r>
        <w:rPr>
          <w:lang w:eastAsia="zh-CN"/>
        </w:rPr>
        <w:t>　　3、来了新生后，要注意及时跟进(按前台接待流程执行)：</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A、要在试听课上充分关注(坐姿、语言表达、课堂注意力、课堂进取性、专业程度、性格等)，让他感受到绝对的欢乐，绝对的有价值体现。</w:t>
      </w:r>
      <w:r>
        <w:rPr>
          <w:lang w:eastAsia="zh-CN"/>
        </w:rPr>
        <w:br/>
      </w:r>
      <w:r>
        <w:rPr>
          <w:lang w:eastAsia="zh-CN"/>
        </w:rPr>
        <w:t>　　B、要在课后，及时与孩子聊天，聊他上课的感受，告诉他你对他的了解与未来的期待。</w:t>
      </w:r>
      <w:r>
        <w:rPr>
          <w:lang w:eastAsia="zh-CN"/>
        </w:rPr>
        <w:br/>
      </w:r>
      <w:r>
        <w:rPr>
          <w:lang w:eastAsia="zh-CN"/>
        </w:rPr>
        <w:t>　　C、要及时与新来学生的家长聊天，孩子的上课表现情景(坐姿、语言表达、包含各类专业文献、幼儿，小学，中学教育、外语学习资料、行业资料、应用写作文书、生活休闲娱乐、文学作品欣赏、20__培训学校招生方案(内)49等资料。</w:t>
      </w:r>
      <w:r>
        <w:rPr>
          <w:lang w:eastAsia="zh-CN"/>
        </w:rPr>
        <w:br/>
      </w:r>
      <w:r>
        <w:rPr>
          <w:lang w:eastAsia="zh-CN"/>
        </w:rPr>
        <w:t xml:space="preserve">    招生计划 篇9 </w:t>
      </w:r>
      <w:r>
        <w:rPr>
          <w:lang w:eastAsia="zh-CN"/>
        </w:rPr>
        <w:br/>
      </w:r>
      <w:r>
        <w:rPr>
          <w:lang w:eastAsia="zh-CN"/>
        </w:rPr>
        <w:t>　　一、招生人数：按照市教育局批准的计划共计招收高一新生1600人，其中各初中学校指标分配生1280人，统招生320人。</w:t>
      </w:r>
      <w:r>
        <w:rPr>
          <w:lang w:eastAsia="zh-CN"/>
        </w:rPr>
        <w:br/>
      </w:r>
      <w:r>
        <w:rPr>
          <w:lang w:eastAsia="zh-CN"/>
        </w:rPr>
        <w:t>　　二、录取优惠政策：</w:t>
      </w:r>
      <w:r>
        <w:rPr>
          <w:lang w:eastAsia="zh-CN"/>
        </w:rPr>
        <w:br/>
      </w:r>
      <w:r>
        <w:rPr>
          <w:lang w:eastAsia="zh-CN"/>
        </w:rPr>
        <w:t>　　1、全县中考前200名(或录取到我校前100名的)可以享受三强英才生待遇：由三强助学基金提供学费(700元)、住宿费(220元)、提供春季校服(410元)、书费(每学期约450元)。同时，每学期还提供一定数额的生活补贴(500-1000元)。享受三强英才生还可同时享受国家财政助学金(每学期1000-1500元不等)。</w:t>
      </w:r>
      <w:r>
        <w:rPr>
          <w:lang w:eastAsia="zh-CN"/>
        </w:rPr>
        <w:br/>
      </w:r>
      <w:r>
        <w:rPr>
          <w:lang w:eastAsia="zh-CN"/>
        </w:rPr>
        <w:t>　　2、中考全县201-300名的贫困家庭学生可以享受国家财政助学金(每学期500-1500元不等)。</w:t>
      </w:r>
      <w:r>
        <w:rPr>
          <w:lang w:eastAsia="zh-CN"/>
        </w:rPr>
        <w:br/>
      </w:r>
      <w:r>
        <w:rPr>
          <w:lang w:eastAsia="zh-CN"/>
        </w:rPr>
        <w:t>　　3、今年录取到我校的建档立卡户前50名的贫困优秀学生还可同时享受扶贫办每人1800元的专项助学金。</w:t>
      </w:r>
      <w:r>
        <w:rPr>
          <w:lang w:eastAsia="zh-CN"/>
        </w:rPr>
        <w:br/>
      </w:r>
      <w:r>
        <w:rPr>
          <w:lang w:eastAsia="zh-CN"/>
        </w:rPr>
        <w:t>　　4、中考前700名的可以直接分入实验班。</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5、每学期期末考试对成绩优异的学生还将进行奖励(最高可达3000元)。</w:t>
      </w:r>
      <w:r>
        <w:rPr>
          <w:lang w:eastAsia="zh-CN"/>
        </w:rPr>
        <w:br/>
      </w:r>
      <w:r>
        <w:rPr>
          <w:lang w:eastAsia="zh-CN"/>
        </w:rPr>
        <w:t>　　三、录取办法：</w:t>
      </w:r>
      <w:r>
        <w:rPr>
          <w:lang w:eastAsia="zh-CN"/>
        </w:rPr>
        <w:br/>
      </w:r>
      <w:r>
        <w:rPr>
          <w:lang w:eastAsia="zh-CN"/>
        </w:rPr>
        <w:t>　　自20__年7月2日开始面试，凡有意到围场一中就读的初中毕业生可持本人《20__年中考准考证》到围场一中新校园面试办理相关手续。</w:t>
      </w:r>
      <w:r>
        <w:rPr>
          <w:lang w:eastAsia="zh-CN"/>
        </w:rPr>
        <w:br/>
      </w:r>
      <w:r>
        <w:rPr>
          <w:lang w:eastAsia="zh-CN"/>
        </w:rPr>
        <w:t>　　20__年6月29日</w:t>
      </w:r>
      <w:r>
        <w:rPr>
          <w:lang w:eastAsia="zh-CN"/>
        </w:rPr>
        <w:br/>
      </w:r>
      <w:r>
        <w:rPr>
          <w:lang w:eastAsia="zh-CN"/>
        </w:rPr>
        <w:t xml:space="preserve">    招生计划 篇10 </w:t>
      </w:r>
      <w:r>
        <w:rPr>
          <w:lang w:eastAsia="zh-CN"/>
        </w:rPr>
        <w:br/>
      </w:r>
      <w:r>
        <w:rPr>
          <w:lang w:eastAsia="zh-CN"/>
        </w:rPr>
        <w:t>　　一、具体方法</w:t>
      </w:r>
      <w:r>
        <w:rPr>
          <w:lang w:eastAsia="zh-CN"/>
        </w:rPr>
        <w:br/>
      </w:r>
      <w:r>
        <w:rPr>
          <w:lang w:eastAsia="zh-CN"/>
        </w:rPr>
        <w:t>　　第一，编写一本家长完全手册。在这本手册里，把培训概况、举办者的背景、办学理念、办学特色、收费标准、入学须知等做一详细的介绍。若有家长来咨询时，送上一本。</w:t>
      </w:r>
      <w:r>
        <w:rPr>
          <w:lang w:eastAsia="zh-CN"/>
        </w:rPr>
        <w:br/>
      </w:r>
      <w:r>
        <w:rPr>
          <w:lang w:eastAsia="zh-CN"/>
        </w:rPr>
        <w:t>　　第二，做几块展版，搁在外面，以便家长前来咨询时参看。</w:t>
      </w:r>
      <w:r>
        <w:rPr>
          <w:lang w:eastAsia="zh-CN"/>
        </w:rPr>
        <w:br/>
      </w:r>
      <w:r>
        <w:rPr>
          <w:lang w:eastAsia="zh-CN"/>
        </w:rPr>
        <w:t>　　第三，印一些彩页，在周边小区、家长出入必经地发放。</w:t>
      </w:r>
      <w:r>
        <w:rPr>
          <w:lang w:eastAsia="zh-CN"/>
        </w:rPr>
        <w:br/>
      </w:r>
      <w:r>
        <w:rPr>
          <w:lang w:eastAsia="zh-CN"/>
        </w:rPr>
        <w:t>　　第四，做一些横幅，挂在小区主要出入口，以及城市主要街道上。</w:t>
      </w:r>
      <w:r>
        <w:rPr>
          <w:lang w:eastAsia="zh-CN"/>
        </w:rPr>
        <w:br/>
      </w:r>
      <w:r>
        <w:rPr>
          <w:lang w:eastAsia="zh-CN"/>
        </w:rPr>
        <w:t>　　第五，在自己门口，挂一个横幅，以引起大家的注意。</w:t>
      </w:r>
      <w:r>
        <w:rPr>
          <w:lang w:eastAsia="zh-CN"/>
        </w:rPr>
        <w:br/>
      </w:r>
      <w:r>
        <w:rPr>
          <w:lang w:eastAsia="zh-CN"/>
        </w:rPr>
        <w:t>　　第六，依据自己的经济实力，有选择地在当地媒体，通常是电视台、报纸、室外广告牌上做宣传.</w:t>
      </w:r>
      <w:r>
        <w:rPr>
          <w:lang w:eastAsia="zh-CN"/>
        </w:rPr>
        <w:br/>
      </w:r>
      <w:r>
        <w:rPr>
          <w:lang w:eastAsia="zh-CN"/>
        </w:rPr>
        <w:t>　　第七，必须全面招生，时间持续两个月。</w:t>
      </w:r>
      <w:r>
        <w:rPr>
          <w:lang w:eastAsia="zh-CN"/>
        </w:rPr>
        <w:br/>
      </w:r>
      <w:r>
        <w:rPr>
          <w:lang w:eastAsia="zh-CN"/>
        </w:rPr>
        <w:t>　　第八，找学校老师.</w:t>
      </w:r>
      <w:r>
        <w:rPr>
          <w:lang w:eastAsia="zh-CN"/>
        </w:rPr>
        <w:br/>
      </w:r>
      <w:r>
        <w:rPr>
          <w:lang w:eastAsia="zh-CN"/>
        </w:rPr>
        <w:t>　　二、家长咨询</w:t>
      </w:r>
      <w:r>
        <w:rPr>
          <w:lang w:eastAsia="zh-CN"/>
        </w:rPr>
        <w:br/>
      </w:r>
      <w:r>
        <w:rPr>
          <w:lang w:eastAsia="zh-CN"/>
        </w:rPr>
        <w:t>　　1、介绍教学特色;</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2、问讯学生情况;</w:t>
      </w:r>
      <w:r>
        <w:rPr>
          <w:lang w:eastAsia="zh-CN"/>
        </w:rPr>
        <w:br/>
      </w:r>
      <w:r>
        <w:rPr>
          <w:lang w:eastAsia="zh-CN"/>
        </w:rPr>
        <w:t>　　3、三分钟倾听(说三分听十分)</w:t>
      </w:r>
      <w:r>
        <w:rPr>
          <w:lang w:eastAsia="zh-CN"/>
        </w:rPr>
        <w:br/>
      </w:r>
      <w:r>
        <w:rPr>
          <w:lang w:eastAsia="zh-CN"/>
        </w:rPr>
        <w:t>　　4、接待人员要微笑，耐心，细致，善意承诺.</w:t>
      </w:r>
      <w:r>
        <w:rPr>
          <w:lang w:eastAsia="zh-CN"/>
        </w:rPr>
        <w:br/>
      </w:r>
      <w:r>
        <w:rPr>
          <w:lang w:eastAsia="zh-CN"/>
        </w:rPr>
        <w:t>　　5、登记学生名字及相关情况.</w:t>
      </w:r>
      <w:r>
        <w:rPr>
          <w:lang w:eastAsia="zh-CN"/>
        </w:rPr>
        <w:br/>
      </w:r>
      <w:r>
        <w:rPr>
          <w:lang w:eastAsia="zh-CN"/>
        </w:rPr>
        <w:t>　　三、宣传阶段</w:t>
      </w:r>
      <w:r>
        <w:rPr>
          <w:lang w:eastAsia="zh-CN"/>
        </w:rPr>
        <w:br/>
      </w:r>
      <w:r>
        <w:rPr>
          <w:lang w:eastAsia="zh-CN"/>
        </w:rPr>
        <w:t>　　宣传主要分三个阶段，每个阶段都是对消费人群进行一次有效的过滤，筛选目标人群，然后重点攻坚，刺激其就读需求，实现春季招生计划。</w:t>
      </w:r>
      <w:r>
        <w:rPr>
          <w:lang w:eastAsia="zh-CN"/>
        </w:rPr>
        <w:br/>
      </w:r>
      <w:r>
        <w:rPr>
          <w:lang w:eastAsia="zh-CN"/>
        </w:rPr>
        <w:t>　　第一阶段为预热，通过 学生成绩展活动，为春季招生播种希望，并将后期重点活动有效地托起;</w:t>
      </w:r>
      <w:r>
        <w:rPr>
          <w:lang w:eastAsia="zh-CN"/>
        </w:rPr>
        <w:br/>
      </w:r>
      <w:r>
        <w:rPr>
          <w:lang w:eastAsia="zh-CN"/>
        </w:rPr>
        <w:t>　　第二阶段为高潮，通过咨询活动，唤起目标人群的愿望，最大限度地刺激目标消费者的消费需求;</w:t>
      </w:r>
      <w:r>
        <w:rPr>
          <w:lang w:eastAsia="zh-CN"/>
        </w:rPr>
        <w:br/>
      </w:r>
      <w:r>
        <w:rPr>
          <w:lang w:eastAsia="zh-CN"/>
        </w:rPr>
        <w:t>　　第三阶段为收获，进行生源的最终过滤.</w:t>
      </w:r>
      <w:r>
        <w:rPr>
          <w:lang w:eastAsia="zh-CN"/>
        </w:rPr>
        <w:br/>
      </w:r>
      <w:r>
        <w:rPr>
          <w:lang w:eastAsia="zh-CN"/>
        </w:rPr>
        <w:t>　　活动有效地推动招生活动开展和延伸，同时有效地封杀竞争对手的攻击。如果试点成功，下次招生活动就可以将成功经验快速复制。但前期筹备阶段，运筹帷幄，筹备先行.制定策略，规划流程，预算金额，掌控时间，权责到位，绝对执行，刻不容缓。</w:t>
      </w:r>
      <w:r>
        <w:rPr>
          <w:lang w:eastAsia="zh-CN"/>
        </w:rPr>
        <w:br/>
      </w:r>
      <w:r>
        <w:rPr>
          <w:lang w:eastAsia="zh-CN"/>
        </w:rPr>
        <w:t>　　四、教师选择</w:t>
      </w:r>
      <w:r>
        <w:rPr>
          <w:lang w:eastAsia="zh-CN"/>
        </w:rPr>
        <w:br/>
      </w:r>
      <w:r>
        <w:rPr>
          <w:lang w:eastAsia="zh-CN"/>
        </w:rPr>
        <w:t>　　教师以大学生为主，也在考虑请退休的老教师</w:t>
      </w:r>
      <w:r>
        <w:rPr>
          <w:lang w:eastAsia="zh-CN"/>
        </w:rPr>
        <w:br/>
      </w:r>
      <w:r>
        <w:rPr>
          <w:lang w:eastAsia="zh-CN"/>
        </w:rPr>
        <w:t>　　优秀老师必须具备以下几点职业素质：</w:t>
      </w:r>
      <w:r>
        <w:rPr>
          <w:lang w:eastAsia="zh-CN"/>
        </w:rPr>
        <w:br/>
      </w:r>
      <w:r>
        <w:rPr>
          <w:lang w:eastAsia="zh-CN"/>
        </w:rPr>
        <w:t>　　1.要有非常深厚的理论功底，现在的学生爱钻研，爱提些刁钻古怪的问题，老师要想回答就要不断地提高自己的理论水平;</w:t>
      </w:r>
      <w:r>
        <w:rPr>
          <w:lang w:eastAsia="zh-CN"/>
        </w:rPr>
        <w:br/>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2.要有行之有效的教学方法，就是说，教师应该让学生通过不同的角度去理解知识，不应只拘泥于传统的教学模式;</w:t>
      </w:r>
      <w:r>
        <w:rPr>
          <w:lang w:eastAsia="zh-CN"/>
        </w:rPr>
        <w:br/>
      </w:r>
      <w:r>
        <w:rPr>
          <w:lang w:eastAsia="zh-CN"/>
        </w:rPr>
        <w:t>　　3.要善于与学生交流，与学生互动，传统的那种老师不考虑学生的感受，只顾自己闷头讲课，所谓的填鸭式教学时代过去了;</w:t>
      </w:r>
      <w:r>
        <w:rPr>
          <w:lang w:eastAsia="zh-CN"/>
        </w:rPr>
        <w:br/>
      </w:r>
      <w:r>
        <w:rPr>
          <w:lang w:eastAsia="zh-CN"/>
        </w:rPr>
        <w:t>　　4.讲课时要有性格魅力，那些在授课中非常投入的老师总是能让课堂气氛激情澎湃，学生们听得如痴如醉。</w:t>
      </w:r>
      <w:r>
        <w:rPr>
          <w:lang w:eastAsia="zh-CN"/>
        </w:rPr>
        <w:br/>
      </w:r>
      <w:r>
        <w:rPr>
          <w:lang w:eastAsia="zh-CN"/>
        </w:rPr>
        <w:t>　　具体要求：</w:t>
      </w:r>
      <w:r>
        <w:rPr>
          <w:lang w:eastAsia="zh-CN"/>
        </w:rPr>
        <w:br/>
      </w:r>
      <w:r>
        <w:rPr>
          <w:lang w:eastAsia="zh-CN"/>
        </w:rPr>
        <w:t>　　1、要用最快的时间吸引学生们的注意力，激发学生的学习兴趣;</w:t>
      </w:r>
      <w:r>
        <w:rPr>
          <w:lang w:eastAsia="zh-CN"/>
        </w:rPr>
        <w:br/>
      </w:r>
      <w:r>
        <w:rPr>
          <w:lang w:eastAsia="zh-CN"/>
        </w:rPr>
        <w:t>　　2、要能够帮助学生在最短的时间内归纳和梳理知识要点，并且教会他们如何自己来做这种最有意义的事情;</w:t>
      </w:r>
      <w:r>
        <w:rPr>
          <w:lang w:eastAsia="zh-CN"/>
        </w:rPr>
        <w:br/>
      </w:r>
      <w:r>
        <w:rPr>
          <w:lang w:eastAsia="zh-CN"/>
        </w:rPr>
        <w:t>　　3、一定要重视备课、授课内容以及列举的例题既要非常典型又要独具创意;</w:t>
      </w:r>
      <w:r>
        <w:rPr>
          <w:lang w:eastAsia="zh-CN"/>
        </w:rPr>
        <w:br/>
      </w:r>
      <w:r>
        <w:rPr>
          <w:lang w:eastAsia="zh-CN"/>
        </w:rPr>
        <w:t>　　4、讲课时注意理论联系实际，这样的课堂内容也深受学生的喜欢。新东方成功的地方固然很多，但，讲究课堂气氛，讲究调动学生高昂的学习状态，在枯燥的英语学习中注入幽默、笑话、知识、人生激励，把苦行僧般的生活变成追求人生目标的一个有趣过程，把新东方营造成为努力、奋斗、成功的精神象征。</w:t>
      </w:r>
      <w:r>
        <w:rPr>
          <w:lang w:eastAsia="zh-CN"/>
        </w:rPr>
        <w:br/>
      </w:r>
      <w:r>
        <w:rPr>
          <w:lang w:eastAsia="zh-CN"/>
        </w:rPr>
        <w:t>　　5、除了日常授课还应施行班主任坐堂管理制度，班主任和学生们坐在一个课堂上听课。这样一来，班主任掌握了考勤情况，消除了家长们在孩子出勤问题上的顾虑;班主任了解学生的听课情况，及时与家长沟通，让他们掌握自己孩子的听课状况;班主任和同学们经常做交流，向学生传授一些学习心得，家长们一定会很放心的。</w:t>
      </w:r>
      <w:r>
        <w:rPr>
          <w:lang w:eastAsia="zh-CN"/>
        </w:rPr>
        <w:br/>
      </w:r>
    </w:p>
    <w:p w:rsidR="001B1F19" w14:textId="27C3F48A">
      <w:pPr>
        <w:rPr>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6、施行电话家访制度。其主要目的不是为了告学生的状，主要是了解学生和家长对辅导、管理、服务等方面有什么意见和好的建议。只要意见正确学校就一定要改进，只要建议合理学校就一定要采纳,这样才会了解需求,发展的更好.</w:t>
      </w:r>
      <w:r>
        <w:rPr>
          <w:lang w:eastAsia="zh-CN"/>
        </w:rPr>
        <w:br/>
      </w:r>
      <w:r>
        <w:rPr>
          <w:lang w:eastAsia="zh-CN"/>
        </w:rPr>
        <w:t>　　五.品牌扩张：</w:t>
      </w:r>
      <w:r>
        <w:rPr>
          <w:lang w:eastAsia="zh-CN"/>
        </w:rPr>
        <w:br/>
      </w:r>
      <w:r>
        <w:rPr>
          <w:lang w:eastAsia="zh-CN"/>
        </w:rPr>
        <w:t>　　很多学生家长因为路途太远担心孩子的安全问题，学校在这种情况下应该扩大学校规模，增加新的教学地点。坚持多层次的教育方式，开展多元化的教育模式，眼于目前的教育培训市场的发展情况，发展方向应该坚持现在多层次的教育方式，在原有的精英班、实验班、提高班的基础上开设精英晚班、精品小班、特色班等，进一步提高教育服务质量，借鉴重点中学的优秀管理模式和教学手段，结合培训学校自身发展的特点，实行以学生为本的教育方针，开展多元化的教育模式，坚持学习也是一种娱乐这一教育口号，注重学习的实用性，向素质教育靠拢。让学生不仅是得高分的应试天才，更是素质教育下的栋梁人才</w:t>
      </w:r>
      <w:r>
        <w:rPr>
          <w:lang w:eastAsia="zh-CN"/>
        </w:rPr>
        <w:br/>
      </w:r>
      <w:r>
        <w:rPr>
          <w:lang w:eastAsia="zh-CN"/>
        </w:rPr>
        <w:t>　　六.总结说明：</w:t>
      </w:r>
      <w:r>
        <w:rPr>
          <w:lang w:eastAsia="zh-CN"/>
        </w:rPr>
        <w:br/>
      </w:r>
      <w:r>
        <w:rPr>
          <w:lang w:eastAsia="zh-CN"/>
        </w:rPr>
        <w:t>　　校外辅导机构要将品牌、口碑、师资等因素综合考虑，首要考虑的是口碑和社会信誉。师资是否是名校的名师固然重要，关键是要考虑这个学校的老师是否适合自己的学习程度。找出学生最弱的科目，选择与学生程度相应的课程对时间宝贵的学生来说是比较合理的办法。另外，学校办学稳定性也是考量学校办学质量和水平的关键因素，频繁变换地点也有一种难以令人信赖的感觉。</w:t>
      </w:r>
      <w:r>
        <w:rPr>
          <w:lang w:eastAsia="zh-CN"/>
        </w:rPr>
        <w:br/>
      </w:r>
    </w:p>
    <w:p w:rsidR="001B1F19" w14:textId="27C3F48A">
      <w:pPr>
        <w:rPr>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学生人数多少才能达到最佳的教学效果?人数少的小班，可以使得学生和老师之间的互动比较及时，老师会分析学生本身的情况，来制定一套学习计划根据计划来安排学习根除病因。大概三、四十人的班级课程，则有利于学生间的有效互动，激发学生的学习灵感，增强学生间的沟通能力。不过，近百人的大班教学就不适合补习的学生了，但是定期举行大型讲座，也会有意想不到的结果。由于学生的需求是多元的，这也决定了目前课外培训方式的多元。</w:t>
      </w:r>
      <w:r>
        <w:rPr>
          <w:lang w:eastAsia="zh-CN"/>
        </w:rPr>
        <w:br/>
      </w:r>
      <w:r>
        <w:rPr>
          <w:lang w:eastAsia="zh-CN"/>
        </w:rPr>
        <w:t>　　目前，中学生的课外辅导主要包括预初到高中辅导等多个方面。预初是小学毕业即将升入初中的学生提前预习初一课程的辅导;初中辅导则主要针中考;高中可分高中辅导以及高复班。根据学生的实际情况还分为基础班、补习班和强化班。</w:t>
      </w:r>
      <w:r>
        <w:rPr>
          <w:lang w:eastAsia="zh-CN"/>
        </w:rPr>
        <w:br/>
      </w:r>
      <w:r>
        <w:rPr>
          <w:lang w:eastAsia="zh-CN"/>
        </w:rPr>
        <w:t>　　注重外部宣传的前提应该是把内部做好、把教育质量提高。现在有些培训机构，急于扩张、占领市场、建立分校，这样做的前提是什么?就是价格战，以低廉的价格吸引家长和学生。我认为，教育是不能打折的。</w:t>
      </w:r>
      <w:r>
        <w:rPr>
          <w:lang w:eastAsia="zh-CN"/>
        </w:rPr>
        <w:br/>
      </w:r>
      <w:r>
        <w:rPr>
          <w:lang w:eastAsia="zh-CN"/>
        </w:rPr>
        <w:t>　　进行价格战的最终结果是，学生在学校不能学到应有的知识，不能达到预期效果。拿着宣传单来培训机构的和经过口碑相传来培训机构的，哪个效果更好些，大家都知道答案。</w:t>
      </w:r>
      <w:r>
        <w:rPr>
          <w:lang w:eastAsia="zh-CN"/>
        </w:rPr>
        <w:br/>
      </w:r>
      <w:r>
        <w:rPr>
          <w:lang w:eastAsia="zh-CN"/>
        </w:rPr>
        <w:t>　　所以说，大家在进行招生时，首先要在内部质量上下工夫，没有必要总是大打价格战，这样做的结果只能是让培训市场更混乱，让我们的教育质量大打折扣。</w:t>
      </w:r>
      <w:r>
        <w:rPr>
          <w:lang w:eastAsia="zh-CN"/>
        </w:rPr>
        <w:br/>
      </w:r>
    </w:p>
    <w:p w:rsidR="001B1F19" w14:textId="27C3F48A">
      <w:pPr>
        <w:rPr>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好的学校并不是广告打出来的，而主要是靠学生的口碑一拨儿一拨儿传下来的。一个好的口碑形成一个良性循环，促进了学校的发展，学校也越来越注重创造学校品牌，维护和发展学校品牌。品牌要实实在在地搞，要做出特色，做出成绩来，这才是办学的根本。</w:t>
      </w:r>
      <w:r>
        <w:rPr>
          <w:lang w:eastAsia="zh-CN"/>
        </w:rPr>
        <w:br/>
      </w:r>
      <w:r>
        <w:rPr>
          <w:lang w:eastAsia="zh-CN"/>
        </w:rPr>
        <w:t xml:space="preserve">    招生计划 篇11 </w:t>
      </w:r>
      <w:r>
        <w:rPr>
          <w:lang w:eastAsia="zh-CN"/>
        </w:rPr>
        <w:br/>
      </w:r>
      <w:r>
        <w:rPr>
          <w:lang w:eastAsia="zh-CN"/>
        </w:rPr>
        <w:t>　　一、营销目的 在一定周期内使招生的规模幅射所有的居民村，熟悉三分之二以上居民家庭的构成及其联系方式，从中发掘现有客户和未来的潜在客户。通过宣传推广使居民对了解度达到80%以上，认知度达45%以上，在社区取得较好的口碑并产生较好的社会效益。</w:t>
      </w:r>
      <w:r>
        <w:rPr>
          <w:lang w:eastAsia="zh-CN"/>
        </w:rPr>
        <w:br/>
      </w:r>
      <w:r>
        <w:rPr>
          <w:lang w:eastAsia="zh-CN"/>
        </w:rPr>
        <w:t>　　二、推广周期及目标以三年为一周期，分三阶段实施预期每年在班学生达280名以上，学生流失率在8%以下不包括自然流失</w:t>
      </w:r>
      <w:r>
        <w:rPr>
          <w:lang w:eastAsia="zh-CN"/>
        </w:rPr>
        <w:br/>
      </w:r>
      <w:r>
        <w:rPr>
          <w:lang w:eastAsia="zh-CN"/>
        </w:rPr>
        <w:t>　　三、人员配备及支出预算 初期预算约25000元左右</w:t>
      </w:r>
      <w:r>
        <w:rPr>
          <w:lang w:eastAsia="zh-CN"/>
        </w:rPr>
        <w:br/>
      </w:r>
      <w:r>
        <w:rPr>
          <w:lang w:eastAsia="zh-CN"/>
        </w:rPr>
        <w:t>　　1、外招营销推广员6人：采取提成与底薪递减的薪资方案。三个月试用期每人约千元，共6000元。</w:t>
      </w:r>
      <w:r>
        <w:rPr>
          <w:lang w:eastAsia="zh-CN"/>
        </w:rPr>
        <w:br/>
      </w:r>
      <w:r>
        <w:rPr>
          <w:lang w:eastAsia="zh-CN"/>
        </w:rPr>
        <w:t>　　2、校方营销推广专员2至3人：负责外招员的培训，协助，和社区活动的联系、直辖市以及方案执行。三个月试用9000元。</w:t>
      </w:r>
      <w:r>
        <w:rPr>
          <w:lang w:eastAsia="zh-CN"/>
        </w:rPr>
        <w:br/>
      </w:r>
      <w:r>
        <w:rPr>
          <w:lang w:eastAsia="zh-CN"/>
        </w:rPr>
        <w:t>　　3、宣传品的费用：2500元。</w:t>
      </w:r>
      <w:r>
        <w:rPr>
          <w:lang w:eastAsia="zh-CN"/>
        </w:rPr>
        <w:br/>
      </w:r>
      <w:r>
        <w:rPr>
          <w:lang w:eastAsia="zh-CN"/>
        </w:rPr>
        <w:t>　　4、专职任课老师兼职性质：每天50元，每年约100天课时，约需6000元。</w:t>
      </w:r>
      <w:r>
        <w:rPr>
          <w:lang w:eastAsia="zh-CN"/>
        </w:rPr>
        <w:br/>
      </w:r>
      <w:r>
        <w:rPr>
          <w:lang w:eastAsia="zh-CN"/>
        </w:rPr>
        <w:t>　　四、具体措施</w:t>
      </w:r>
      <w:r>
        <w:rPr>
          <w:lang w:eastAsia="zh-CN"/>
        </w:rPr>
        <w:t xml:space="preserve"> 第一阶段探索期前三个月</w:t>
      </w:r>
    </w:p>
    <w:p w:rsidR="001B1F19" w14:textId="27C3F48A">
      <w:pPr>
        <w:rPr>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xml:space="preserve"> 营销员的培训六人分为三组进行社区走访，每组必须有一名女性，要求以学校为中心向外幅射，时间为19：30至20：15，每天完成三户。晨跑时间：着制服，第周改变路线。时间：7：30至7：55。专业知识培训：9：00至11：00。户外走访时间：15：00至18：00。宣传品</w:t>
      </w:r>
      <w:r>
        <w:rPr>
          <w:lang w:eastAsia="zh-CN"/>
        </w:rPr>
        <w:t xml:space="preserve"> 精选3000句日常生活英语编辑册，录成光盘作为内部资料随走访选择性的发放，光盘内要求有教学互动的内容，不得多于十分钟。</w:t>
      </w:r>
      <w:r>
        <w:rPr>
          <w:lang w:eastAsia="zh-CN"/>
        </w:rPr>
        <w:t xml:space="preserve"> 社区合作</w:t>
      </w:r>
      <w:r>
        <w:rPr>
          <w:lang w:eastAsia="zh-CN"/>
        </w:rPr>
        <w:t xml:space="preserve"> 与社区联系合作进行老年人和成人英语的免费课程培训，扩大认知度，信任度。根据学校的有限资源选择受众范围，要求尽量合理分配。其间建立信息库</w:t>
      </w:r>
      <w:r>
        <w:rPr>
          <w:lang w:eastAsia="zh-CN"/>
        </w:rPr>
        <w:t xml:space="preserve"> 户外英语角</w:t>
      </w:r>
      <w:r>
        <w:rPr>
          <w:lang w:eastAsia="zh-CN"/>
        </w:rPr>
        <w:t xml:space="preserve"> 成立户外英语角，可以与周边的学校协办。</w:t>
      </w:r>
      <w:r>
        <w:rPr>
          <w:lang w:eastAsia="zh-CN"/>
        </w:rPr>
        <w:t xml:space="preserve"> 客源置换</w:t>
      </w:r>
      <w:r>
        <w:rPr>
          <w:lang w:eastAsia="zh-CN"/>
        </w:rPr>
        <w:t xml:space="preserve"> 与社区知名或信誉度高的单位进行客源转换隐性费用，以取得双赢。</w:t>
      </w:r>
    </w:p>
    <w:p w:rsidR="001B1F19" w14:textId="27C3F48A">
      <w:pPr>
        <w:rPr>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xml:space="preserve"> 第二阶段拓展期二年时间稳定营销队伍：此段时间人员流失很大，根据具体情况考虑人员的补充和本项活动的终止。主要是扩大效益及信息收集的成果如何。销售人员进入收获阶段，留下的销售员可以自给自足，应着重激励引导和必要的重新定位。晨练方式已经成为习惯，既增强了员工的本质又巩固了学校在居民中的依赖度。定点英语角的成立能最大限度的聚集人气，扩大影响度，达到媒体自主宣传的目的，使受众呈几何度增长。免费的成人、老人培训与英语角成为一个品牌。可寻求赞助合作商。此期间可以与企业交换服务。第三阶段验收期后九个月逐步完善信息库收集资料的分类，建档，建立数据库。巩固前段时间的成效，找出不足及疏忽的地方，加以完善改进。检验宣传收益率。开发英语教学以年的教学内容，提升教学附加值。使_学校成为孩子从学校到家庭的第三个连接点，成为他们的三度空间。我们的教育是不同于学校的压力，也不同于家庭的封闭，要传达的是快乐，创造，自由，联想的教学理念。要让孩子们乐于到学校来并成为他们成长中的亲密伙伴。</w:t>
      </w:r>
      <w:r>
        <w:rPr>
          <w:lang w:eastAsia="zh-CN"/>
        </w:rPr>
        <w:br/>
      </w:r>
      <w:r>
        <w:rPr>
          <w:lang w:eastAsia="zh-CN"/>
        </w:rPr>
        <w:t>　　五、方案的可行性论证调查学校结构、近期目标、战略形式、教学导向。社区环境组成，人际脉络。人才的储备。财务状况。师资力量。硬件配备。专业技术知识支持情况。现阶段民意调查</w:t>
      </w:r>
      <w:r>
        <w:rPr>
          <w:lang w:eastAsia="zh-CN"/>
        </w:rPr>
        <w:br/>
      </w:r>
      <w:r>
        <w:rPr>
          <w:lang w:eastAsia="zh-CN"/>
        </w:rPr>
        <w:t>　　方案一：竞价广告</w:t>
      </w:r>
      <w:r>
        <w:rPr>
          <w:lang w:eastAsia="zh-CN"/>
        </w:rPr>
        <w:br/>
      </w:r>
      <w:r>
        <w:rPr>
          <w:lang w:eastAsia="zh-CN"/>
        </w:rPr>
        <w:t>　　所谓竞价广告，就是购买百度或者其他搜索引擎的竞价关键词，但事实上，这也是一笔不小的投入，但是之所以被那么多学校接受，是因为它有一定的精准性。用百度的说法，是按效果付费。是否真的是按效果付费呢，当然大家可以见仁见智了。其方案是，一个学校购买一些关键词的较优排名，当有用户在搜索引擎里搜索这些关键词的时候，该学校的网站排名靠前，这样的话这个学校的网站被点击的可能性就较大，也就有一定机会获得该生源。虽然，这种方式有一定的弊端，比如容易被恶意点击，而且转换率不会太高，但是发现：在目前的网络推广方案中，由于百度的市场占有率之高，而搜索引擎的使用率之普遍，这种方式可能是相对来说效果教好的了。当然，竞价广告也是一笔不小的投入，对于学校来说，没有一定实力也是消耗不起的。</w:t>
      </w:r>
      <w:r>
        <w:rPr>
          <w:lang w:eastAsia="zh-CN"/>
        </w:rPr>
        <w:br/>
      </w:r>
      <w:r>
        <w:rPr>
          <w:lang w:eastAsia="zh-CN"/>
        </w:rPr>
        <w:t>　　方案二：网络代理招生</w:t>
      </w:r>
      <w:r>
        <w:rPr>
          <w:lang w:eastAsia="zh-CN"/>
        </w:rPr>
        <w:br/>
      </w:r>
    </w:p>
    <w:p w:rsidR="001B1F19" w14:textId="27C3F48A">
      <w:pPr>
        <w:rPr>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网络代理招生目前是相当成熟的一种推广方式，基本模式是：培训学校和一些培训门户网站合作，由这些网站为培训学校招生;如果学生报名了，由培训学校支付给网站一部分提成作为报酬;如果学生没有报名，则不用支付任何费用。就是以这种模式为主和培训学校合作的，一般对于学校来说不会拒绝，但是也有一些没有认清网络营销形势或者规模相当小没有必要采取这种合作的学校拒绝合作。事实上，这种模式好些年以前就已经有了，笔者在和一家培训机构谈合作的时候，对方的负责人说，他们20__年的时候就开始这么做了。最近几年，由于一些培训行业门户站的兴起，这种方式逐渐火了起来，它之所以火，是因为它真正达到了双赢。一方面，培训学校可以以更少的投入获得生源;另一方面，培训网站可以获得自己的招生佣金。</w:t>
      </w:r>
      <w:r>
        <w:rPr>
          <w:lang w:eastAsia="zh-CN"/>
        </w:rPr>
        <w:br/>
      </w:r>
      <w:r>
        <w:rPr>
          <w:lang w:eastAsia="zh-CN"/>
        </w:rPr>
        <w:t>　　方案三：分类信息网站</w:t>
      </w:r>
      <w:r>
        <w:rPr>
          <w:lang w:eastAsia="zh-CN"/>
        </w:rPr>
        <w:br/>
      </w:r>
      <w:r>
        <w:rPr>
          <w:lang w:eastAsia="zh-CN"/>
        </w:rPr>
        <w:t>　　分类信息网站有专门的教育板块，很多培训机构都喜欢在上面发布信息，也有一些学校购买了置顶的位置或者其他的增值服务，效果也是不错的。当然，一般人都是通过搜索引擎寻找相关学校的，而分类信息网站虽然也有投放竞价广告，告诉您：但是在竞争激烈的培训领域，其出价一般低于那些直接做培训的学校而导致排名相对靠后。所以，只有在竞争不是很激烈的领域，或者一些长尾关键词的被搜索的时候，学校在分类信息网站上发布的信息才可能会被用户检索到。所以说，如果想靠分类信息网站作为主要推广手段的话，效果不会很好，作为辅助推广手段还是可以的。</w:t>
      </w:r>
      <w:r>
        <w:rPr>
          <w:lang w:eastAsia="zh-CN"/>
        </w:rPr>
        <w:br/>
      </w:r>
      <w:r>
        <w:rPr>
          <w:lang w:eastAsia="zh-CN"/>
        </w:rPr>
        <w:t>　　方案四：自有网站seo</w:t>
      </w:r>
      <w:r>
        <w:rPr>
          <w:lang w:eastAsia="zh-CN"/>
        </w:rPr>
        <w:br/>
      </w:r>
    </w:p>
    <w:p w:rsidR="001B1F19" w14:textId="27C3F48A">
      <w:pPr>
        <w:rPr>
          <w:lang w:eastAsia="zh-CN"/>
        </w:rPr>
      </w:pPr>
      <w:r>
        <w:rPr>
          <w:lang w:eastAsia="zh-CN"/>
        </w:rPr>
        <w:t>　　这个方案可能是最为划算的方案。建设一个自己的网站，选好相关关键词，认为：通过搜索引擎优化手段把相关的关键词优化到百度排名的前列，这样就相当于在不花钱买竞价的情况下获得了较好的排名。不过，一般培训学校没有自己的seo负责人，都是交由外人来做，花钱也是常见的情况。</w:t>
      </w:r>
      <w:r>
        <w:rPr>
          <w:lang w:eastAsia="zh-CN"/>
        </w:rPr>
        <w:br/>
      </w:r>
      <w:r>
        <w:rPr>
          <w:lang w:eastAsia="zh-CN"/>
        </w:rPr>
        <w:t>　　方案五：联盟广告</w:t>
      </w:r>
      <w:r>
        <w:rPr>
          <w:lang w:eastAsia="zh-CN"/>
        </w:rPr>
        <w:br/>
      </w:r>
      <w:r>
        <w:rPr>
          <w:lang w:eastAsia="zh-CN"/>
        </w:rPr>
        <w:t>　　所谓联盟广告，就是培训学校参加一些广告联盟，然后把自己的广告展现在参加了这个广告联盟的网站上。比较知名的联盟有百度联盟、谷歌adsense联盟等。举个例子，一般我们访问一个网站，在这个网站上很容易看到一些广告，凡是广告的右下角有Gooegle提供的广告或者百度联盟之类字样的，就是属于这两个联盟的广告。联盟广告也是按点击付费的，由于其展现量之大，所以费用也是不菲的。一般情况下，做联盟广告的投入要比竞价广告更大，而且转换率更低，当然其单次点击的价格肯定是大大低于竞价广告的。</w:t>
      </w:r>
      <w:r>
        <w:rPr>
          <w:lang w:eastAsia="zh-CN"/>
        </w:rPr>
        <w:br/>
      </w:r>
      <w:r>
        <w:rPr>
          <w:lang w:eastAsia="zh-CN"/>
        </w:rPr>
        <w:t>　　方案六：网络广告</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https://d.book118.com/747122131006006054</w:t>
        </w:r>
      </w:hyperlink>
    </w:p>
    <w:p w:rsidR="001B1F19">
      <w:pPr>
        <w:rPr>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47122131006006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