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小学老师年度个人总结范文（32篇）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小学老师年度个人总结范文（通用32篇）</w:t>
      </w:r>
      <w:r>
        <w:rPr>
          <w:lang w:eastAsia="zh-CN"/>
        </w:rPr>
        <w:br/>
      </w:r>
      <w:r>
        <w:rPr>
          <w:lang w:eastAsia="zh-CN"/>
        </w:rPr>
        <w:t xml:space="preserve">    小学老师年度个人总结范文 篇1 </w:t>
      </w:r>
      <w:r>
        <w:rPr>
          <w:lang w:eastAsia="zh-CN"/>
        </w:rPr>
        <w:br/>
      </w:r>
      <w:r>
        <w:rPr>
          <w:lang w:eastAsia="zh-CN"/>
        </w:rPr>
        <w:t>　　这学期我担任的是二年级八班的语文教学。由于教学经验尚浅。因此，我对教学工作不敢怠慢，认真学习，深入研究教法，虚心向前辈学习。经过一个学期的努力，获取了很多宝贵的教学经验。以下是我在本学期的教学情况总结。</w:t>
      </w:r>
      <w:r>
        <w:rPr>
          <w:lang w:eastAsia="zh-CN"/>
        </w:rPr>
        <w:br/>
      </w:r>
      <w:r>
        <w:rPr>
          <w:lang w:eastAsia="zh-CN"/>
        </w:rPr>
        <w:t>　　一：提高教学质量，关键是上好课。</w:t>
      </w:r>
      <w:r>
        <w:rPr>
          <w:lang w:eastAsia="zh-CN"/>
        </w:rPr>
        <w:br/>
      </w:r>
      <w:r>
        <w:rPr>
          <w:lang w:eastAsia="zh-CN"/>
        </w:rPr>
        <w:t>　　教学中，备课是一个必不可少，十分重要的环节，备学生，又要备教法。备课不充分或者备得不好，会严重影响课堂气氛和积极性，曾有一位前辈对我说：“备课备不好，倒不如不上课，否则就是白费心机。”我明白到备课的重要性，因此，每天我都花费大量的时间在备课之上，认认真真钻研教材和教法，不满意就不收工。虽然辛苦，但事实证明是值得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例如我在讲授《跨越百年的美丽》的时候，这课的主题是居里夫人三种不同的“美丽”，教学难度比较大。如果照本宣科地讲授，学生会感到困难和沉闷。为了上好这堂课，我认真研究了课文，找出了重点，难点，准备有针对性地讲。为了令教学生动，不沉闷，我还为此熟记了居里夫人的生活资料，授课时就胸有成竹了。当讲到一半的时候，我会偶尔穿插一下居里夫人的故事，学生特别用功，教学效果十分理想。相反，我没有认真备课的时候，课堂气氛沉闷，教学效果不好，可见，认真备课对教学十分重要。备课充分，能调动学生的积极性，上课效果就好。但同时又要有驾驭课堂的能力，因为学生在课堂上的一举一动都会直接影响课堂教学。因此上课一定要设法令学生投入，不让其分心，这就很讲究方法了。</w:t>
      </w:r>
      <w:r>
        <w:rPr>
          <w:lang w:eastAsia="zh-CN"/>
        </w:rPr>
        <w:br/>
      </w:r>
      <w:r>
        <w:rPr>
          <w:lang w:eastAsia="zh-CN"/>
        </w:rPr>
        <w:t>　　上课内容丰富，现实。教态自然，讲课生动，难易适中照顾全部，就自然能够吸引住学生。所以，老师每天都要有充足的精神，让学生感受到一种自然气氛。这样，授课就事半功倍。回看自己的授课，我感到有点愧疚，因为有时我并不能很好地做到这点。当学生在课堂上无心向学，违反纪律时，我的情绪就受到影响，并且把这带到教学中，让原本正常的讲课受到冲击，发挥不到应有的水平，以致影响教学效果。我以后必须努力克服，研究方法，采取有利方法解决当中困难。</w:t>
      </w:r>
      <w:r>
        <w:rPr>
          <w:lang w:eastAsia="zh-CN"/>
        </w:rPr>
        <w:br/>
      </w:r>
      <w:r>
        <w:rPr>
          <w:lang w:eastAsia="zh-CN"/>
        </w:rPr>
        <w:t>　　二：有的放矢的教学</w:t>
      </w:r>
      <w:r>
        <w:rPr>
          <w:lang w:eastAsia="zh-CN"/>
        </w:rPr>
        <w:br/>
      </w:r>
      <w:r>
        <w:rPr>
          <w:lang w:eastAsia="zh-CN"/>
        </w:rPr>
        <w:t>　　教学就是教与学，两者是相互联系，不可分割的，有教者就必然有学者。学生是被教的主体。因此，了解和分析学生情况，有针对地教对教学成功与否至关重要。对于我班学生，一方面，听，说的能力相对较弱，另一方面，中等生、差生占较大多数，尖子生相对较少。因此，如果讲得太深，可能照顾不到整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平时我在备课时没有注意到这点，因此教学效果不太理想。后了解及分析学生实际情况后，我能实事求是，具体问题具体分析，做到因材施教，对授课效果有直接影响。这就是学中提到的“备教法的同时要备学生”。这一理论在我的教学实践中得到了验证。</w:t>
      </w:r>
      <w:r>
        <w:rPr>
          <w:lang w:eastAsia="zh-CN"/>
        </w:rPr>
        <w:br/>
      </w:r>
      <w:r>
        <w:rPr>
          <w:lang w:eastAsia="zh-CN"/>
        </w:rPr>
        <w:t>　　三：重视学习方法指导与学生学习质量的提高</w:t>
      </w:r>
      <w:r>
        <w:rPr>
          <w:lang w:eastAsia="zh-CN"/>
        </w:rPr>
        <w:br/>
      </w:r>
      <w:r>
        <w:rPr>
          <w:lang w:eastAsia="zh-CN"/>
        </w:rPr>
        <w:t>　　语文是一门工具学科，对学生而言，既熟悉又困难，在这样一种大环境之下，要教好语文，就要让学生喜爱语文，让他们对语文产生兴趣。否则学生对这门学科产生畏难情绪，不愿学，也无法学下去。为此，我采取了一些方法，就是尽量多讲一些文化生活故事，让他们更了解语文，更喜欢学习语文。因为只有语文水平提高，他们才能提高同学们的语文写作能力，对成绩优秀的同学很有好处。因为语文的特殊情况，学生在不断学习中，会出现好差分化现象，差生面扩大，会严重影响班内的学习风气。因此，绝对不能忽视。为此，我制定了具体的计划和目标。对这部分同学进行有计划的辅导。</w:t>
      </w:r>
      <w:r>
        <w:rPr>
          <w:lang w:eastAsia="zh-CN"/>
        </w:rPr>
        <w:br/>
      </w:r>
      <w:r>
        <w:rPr>
          <w:lang w:eastAsia="zh-CN"/>
        </w:rPr>
        <w:t>　　我把这批同学分为三个组。第一组是有能力提高，但平时懒动脑筋不学的同学，对这些同学，我采取集体辅导，给他们分配固定任务，不让他们有偷懒的机会，让他们发挥应有水平。第二组是肯学，但由于能力不强的同学。对这部分同学要适当引导，耐心教导，慢慢提高他们的成绩，不能操之过急，且要多鼓励。只要他们肯努力，成绩有望搞提高。第三组是纪律松散，学习不认真，基础又不好的同学。对这部分人要进行课余时间个别辅导。因为这部分同学需要一个安静而又不受干扰的环境，才会立下心来学习。只要坚持辅导，这些同学基础重新建立起来，以后授课的效果就会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四：注重知识点的落实及过关</w:t>
      </w:r>
      <w:r>
        <w:rPr>
          <w:lang w:eastAsia="zh-CN"/>
        </w:rPr>
        <w:br/>
      </w:r>
      <w:r>
        <w:rPr>
          <w:lang w:eastAsia="zh-CN"/>
        </w:rPr>
        <w:t>　　语文是语言。困此，除了课堂效果之外，还需要让学生多读，多讲，多练。为此，在早读时，我坚持课间多了解早读情况，发现问题及时纠正。课后发现学生作业问题也及时解决，及时讲清楚，让学生及时消化。另外，对部分不自觉的同学还采取强硬背诵等方式，提高他们的能力。</w:t>
      </w:r>
      <w:r>
        <w:rPr>
          <w:lang w:eastAsia="zh-CN"/>
        </w:rPr>
        <w:br/>
      </w:r>
      <w:r>
        <w:rPr>
          <w:lang w:eastAsia="zh-CN"/>
        </w:rPr>
        <w:t>　　经过一个学期的努力，终结考试就是一种考验。无论成绩高低，都体现了我在这学期的教学成果。我明白到这并不是最重要的，重要的是在本学期后如何自我提高，如何共同提高学生的语文水平。因此，无论怎样辛苦，我都会继续努力，多问，多想，多向前辈学习，争取进步。</w:t>
      </w:r>
      <w:r>
        <w:rPr>
          <w:lang w:eastAsia="zh-CN"/>
        </w:rPr>
        <w:br/>
      </w:r>
      <w:r>
        <w:rPr>
          <w:lang w:eastAsia="zh-CN"/>
        </w:rPr>
        <w:t>　　以上就是我在本学期的教学。由于经验颇浅，许多地方存在不足，希望在未来的日子里，能在各位领导老师，前辈的指导下，取得更好成绩。</w:t>
      </w:r>
      <w:r>
        <w:rPr>
          <w:lang w:eastAsia="zh-CN"/>
        </w:rPr>
        <w:br/>
      </w:r>
      <w:r>
        <w:rPr>
          <w:lang w:eastAsia="zh-CN"/>
        </w:rPr>
        <w:t xml:space="preserve">    小学老师年度个人总结范文 篇2 </w:t>
      </w:r>
      <w:r>
        <w:rPr>
          <w:lang w:eastAsia="zh-CN"/>
        </w:rPr>
        <w:br/>
      </w:r>
      <w:r>
        <w:rPr>
          <w:lang w:eastAsia="zh-CN"/>
        </w:rPr>
        <w:t>　　一年来，我严格遵守《中小学教师职业道德规范》要求，落实教育局、学校工作部署，以重实际，抓实事，求实效为教学工作的基本原则，以培养学生创新精神和实践潜力为重点，以新课程改革为契机，深化课堂教学改革，认真落实课程计划，落实教学常规，落实教学改革措施，大力推进素质教育，使五年级甲班教学质量有了大面积提高，现就将一年以来工作状况总结如下：</w:t>
      </w:r>
      <w:r>
        <w:rPr>
          <w:lang w:eastAsia="zh-CN"/>
        </w:rPr>
        <w:br/>
      </w:r>
      <w:r>
        <w:rPr>
          <w:lang w:eastAsia="zh-CN"/>
        </w:rPr>
        <w:t>　　一、认真学习，提高思想认识，树立新理念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1、坚持每周的政治学习和业务学习，紧紧围绕学习新课程，构建新课程，尝试新教法的目标，不断更新教学观念。注重把学习新课程标准与构建新理念有机的结合起来。透过学习新的《课程标准》，认识到新课程改革既是挑战，又是机遇。将理论联系到实际教学工作中，解放思想，更新观念，丰富知识，提高潜力，以全新的素质结构理解新一轮课程改革浪潮的"洗礼"。</w:t>
      </w:r>
      <w:r>
        <w:rPr>
          <w:lang w:eastAsia="zh-CN"/>
        </w:rPr>
        <w:br/>
      </w:r>
      <w:r>
        <w:rPr>
          <w:lang w:eastAsia="zh-CN"/>
        </w:rPr>
        <w:t>　　2、透过学习新的《课程标准》，使自己逐步领会到"一切为了人的发展"的教学理念。树立了学生主体观，贯彻了民主教学的思想，构建了一种民主和谐平等的新型师生关系，使尊重学生人格，尊重学生观点，承认学生个性差异，用心创造和带给满足不同学生学习成长条件的理念落到实处。将学生的发展作为教学活动的出发点和归宿。重视了学生独立性，自主性的培养与发挥，收到了良好的效果。</w:t>
      </w:r>
      <w:r>
        <w:rPr>
          <w:lang w:eastAsia="zh-CN"/>
        </w:rPr>
        <w:br/>
      </w:r>
      <w:r>
        <w:rPr>
          <w:lang w:eastAsia="zh-CN"/>
        </w:rPr>
        <w:t>　　二、教学工作</w:t>
      </w:r>
      <w:r>
        <w:rPr>
          <w:lang w:eastAsia="zh-CN"/>
        </w:rPr>
        <w:br/>
      </w:r>
      <w:r>
        <w:rPr>
          <w:lang w:eastAsia="zh-CN"/>
        </w:rPr>
        <w:t>　　教学工作是学校各项工作的中心，也是检验一个教师工作成败的关键。一年来，在坚持抓好新课程理念学习和应用的同时，我用心探索教育教学规律，充分运用学校现有的教育教学资源，大胆改革课堂教学，加大新型教学方法使用力度，取得了明显效果，具体表此刻：</w:t>
      </w:r>
      <w:r>
        <w:rPr>
          <w:lang w:eastAsia="zh-CN"/>
        </w:rPr>
        <w:br/>
      </w:r>
      <w:r>
        <w:rPr>
          <w:lang w:eastAsia="zh-CN"/>
        </w:rPr>
        <w:t>　　（一）发挥教师为主导的作用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1、备课深入细致。平时认真研究教材，多方参阅各种资料，力求深入理解教材，准确把握难重点。在制定教学目的时，十分注意学生的实际状况。教案编写认真，并不断归纳总结经验教训。</w:t>
      </w:r>
      <w:r>
        <w:rPr>
          <w:lang w:eastAsia="zh-CN"/>
        </w:rPr>
        <w:br/>
      </w:r>
      <w:r>
        <w:rPr>
          <w:lang w:eastAsia="zh-CN"/>
        </w:rPr>
        <w:t>　　2、注重课堂教学效果。针对高年级学生特点，以愉快式教学为主，不搞满堂灌，坚持学生为主体，教师为主导、教学为主线，注重讲练结合。在教学中注意抓住重点，突破难点。</w:t>
      </w:r>
      <w:r>
        <w:rPr>
          <w:lang w:eastAsia="zh-CN"/>
        </w:rPr>
        <w:br/>
      </w:r>
      <w:r>
        <w:rPr>
          <w:lang w:eastAsia="zh-CN"/>
        </w:rPr>
        <w:t>　　3、坚持参加校内外教学研讨活动，不断汲取他人的宝贵经验，提高自己的教学水平。经常向经验丰富的教师请教并经常在一齐讨论教学问题。听公开课多次，使我明确了今后讲课的方向和以后语文课该怎样教和怎样讲。</w:t>
      </w:r>
      <w:r>
        <w:rPr>
          <w:lang w:eastAsia="zh-CN"/>
        </w:rPr>
        <w:br/>
      </w:r>
      <w:r>
        <w:rPr>
          <w:lang w:eastAsia="zh-CN"/>
        </w:rPr>
        <w:t>　　4、在作业批改上，认真及时，力求做到全批全改，重在订正，及时了解学生的学习状况，以便在辅导中做到有的放矢。</w:t>
      </w:r>
      <w:r>
        <w:rPr>
          <w:lang w:eastAsia="zh-CN"/>
        </w:rPr>
        <w:br/>
      </w:r>
      <w:r>
        <w:rPr>
          <w:lang w:eastAsia="zh-CN"/>
        </w:rPr>
        <w:t>　　（二）调动学生的用心性。</w:t>
      </w:r>
      <w:r>
        <w:rPr>
          <w:lang w:eastAsia="zh-CN"/>
        </w:rPr>
        <w:br/>
      </w:r>
      <w:r>
        <w:rPr>
          <w:lang w:eastAsia="zh-CN"/>
        </w:rPr>
        <w:t>　　在教学中尊重孩子的不同兴趣爱好，不同的生活感受和不同的表现形式，使他们构成自己不同的风格，不强求一律。有意识地以学生为主体，教师为主导，透过各种游戏、比赛等教学手段，充分调动他们的学习兴趣及学习用心性。让他们的天性和个性得以自由健康的发挥。让学生在视、听、触觉中培养了创造性思维方式，变"要我学"为"我要学"，极大地活跃了课堂气氛，相应提高了课堂教学效率。</w:t>
      </w:r>
      <w:r>
        <w:rPr>
          <w:lang w:eastAsia="zh-CN"/>
        </w:rPr>
        <w:br/>
      </w:r>
      <w:r>
        <w:rPr>
          <w:lang w:eastAsia="zh-CN"/>
        </w:rPr>
        <w:t>　　（三）做好后进生转化工作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作为教师，就应明白任何学生都会同时存在优点和缺点两方面，对优生的优点是显而易见的，对后进生则易于发现其缺点，尤其是在学习上后进的学生，往往得不到老师的肯定，而后进生转化成功与否，直接影响着全班学生的整体成绩。所以，一年来，我一向注重从以下几方面抓好后进生转化工作：</w:t>
      </w:r>
      <w:r>
        <w:rPr>
          <w:lang w:eastAsia="zh-CN"/>
        </w:rPr>
        <w:br/>
      </w:r>
      <w:r>
        <w:rPr>
          <w:lang w:eastAsia="zh-CN"/>
        </w:rPr>
        <w:t>　　1、用发展的观点看学生。</w:t>
      </w:r>
      <w:r>
        <w:rPr>
          <w:lang w:eastAsia="zh-CN"/>
        </w:rPr>
        <w:br/>
      </w:r>
      <w:r>
        <w:rPr>
          <w:lang w:eastAsia="zh-CN"/>
        </w:rPr>
        <w:t>　　应当纵向地看到：后进生的这天比他的昨日好，即使不然，也应相信他的明天会比这天好。</w:t>
      </w:r>
      <w:r>
        <w:rPr>
          <w:lang w:eastAsia="zh-CN"/>
        </w:rPr>
        <w:br/>
      </w:r>
      <w:r>
        <w:rPr>
          <w:lang w:eastAsia="zh-CN"/>
        </w:rPr>
        <w:t>　　2、因势利导，化消极因素为用心因素。</w:t>
      </w:r>
      <w:r>
        <w:rPr>
          <w:lang w:eastAsia="zh-CN"/>
        </w:rPr>
        <w:br/>
      </w:r>
      <w:r>
        <w:rPr>
          <w:lang w:eastAsia="zh-CN"/>
        </w:rPr>
        <w:t>　　首先帮忙后进生找到优、缺点，以发扬优点，克服缺点。其次以平常的心态对待：后进生也是孩子，厌恶、责骂只能适得其反，他们就应享有同其它学生同样的平等和民主，也就应在稍有一点进步时得到老师的肯定。</w:t>
      </w:r>
      <w:r>
        <w:rPr>
          <w:lang w:eastAsia="zh-CN"/>
        </w:rPr>
        <w:br/>
      </w:r>
      <w:r>
        <w:rPr>
          <w:lang w:eastAsia="zh-CN"/>
        </w:rPr>
        <w:t>　　3、真正做到晓之以理，动之以情。首先做到"真诚"二字，即教师不应有丝毫虚伪与欺哄，一旦学生发现"有假"，那么教师所做的一切都会被看作是在"演戏"。其次做到"理解"，即能感受后进生在学习过程中的各种心理表现和看法，如对学习的畏惧、犹豫、满足、冷漠，错误的想法和指责等，信任他们，鼓励他们自由讨论。最后做到"理解"二字，即透过学生的眼睛看事物。</w:t>
      </w:r>
      <w:r>
        <w:rPr>
          <w:lang w:eastAsia="zh-CN"/>
        </w:rPr>
        <w:br/>
      </w:r>
      <w:r>
        <w:rPr>
          <w:lang w:eastAsia="zh-CN"/>
        </w:rPr>
        <w:t>　　因为做到了以上几点，所以我在后进生转化工作上，效果还是明显的。</w:t>
      </w:r>
      <w:r>
        <w:rPr>
          <w:lang w:eastAsia="zh-CN"/>
        </w:rPr>
        <w:br/>
      </w:r>
      <w:r>
        <w:rPr>
          <w:lang w:eastAsia="zh-CN"/>
        </w:rPr>
        <w:t>　　四、班主任工作</w:t>
      </w:r>
      <w:r>
        <w:rPr>
          <w:lang w:eastAsia="zh-CN"/>
        </w:rPr>
        <w:br/>
      </w:r>
      <w:r>
        <w:rPr>
          <w:lang w:eastAsia="zh-CN"/>
        </w:rPr>
        <w:t>　　作为班主任，我深深懂得教师的一言一行都影响着学生，对学生起着言传身教的作用。所以在工作中我一向遵循"严要求，高标准"的指导方针。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1、思想教育常抓不懈：利用班会，晨会进行思想品德教育，增强学生的卫生、纪律、安全意识，着重培养学生良好的道德品质、学习习惯、劳动习惯和礼貌行为习惯等。</w:t>
      </w:r>
      <w:r>
        <w:rPr>
          <w:lang w:eastAsia="zh-CN"/>
        </w:rPr>
        <w:br/>
      </w:r>
      <w:r>
        <w:rPr>
          <w:lang w:eastAsia="zh-CN"/>
        </w:rPr>
        <w:t>　　2、发挥"小干部"的大作用：大胆放手使用班干部，透过制定班级管理制度，对学生各方面做出了严格要求，班内构成了团结向上的优良班风。</w:t>
      </w:r>
      <w:r>
        <w:rPr>
          <w:lang w:eastAsia="zh-CN"/>
        </w:rPr>
        <w:br/>
      </w:r>
      <w:r>
        <w:rPr>
          <w:lang w:eastAsia="zh-CN"/>
        </w:rPr>
        <w:t>　　3、经常与任课教师取得联系，了解学生的学习状况，协同对学生进行学习目的教育，激发学习兴趣，培养刻苦学习的意志，教会学习方法，学好各门功课，并掌握学生的课业负担量。</w:t>
      </w:r>
      <w:r>
        <w:rPr>
          <w:lang w:eastAsia="zh-CN"/>
        </w:rPr>
        <w:br/>
      </w:r>
      <w:r>
        <w:rPr>
          <w:lang w:eastAsia="zh-CN"/>
        </w:rPr>
        <w:t>　　4、关心学生身体健康，注意保护视力，指导开展丰富多彩的班级活动，用心参加学校组织的各项活动，搞好班级的经常性管理工作，对学生进行常规训练，培养学生养成良好的学习、生活习惯。</w:t>
      </w:r>
      <w:r>
        <w:rPr>
          <w:lang w:eastAsia="zh-CN"/>
        </w:rPr>
        <w:br/>
      </w:r>
      <w:r>
        <w:rPr>
          <w:lang w:eastAsia="zh-CN"/>
        </w:rPr>
        <w:t>　　5、经常与家长持续联系，星期天进行家访，互通状况，取得家长的支持和配合，指导家长正确教育子女等。</w:t>
      </w:r>
      <w:r>
        <w:rPr>
          <w:lang w:eastAsia="zh-CN"/>
        </w:rPr>
        <w:br/>
      </w:r>
      <w:r>
        <w:rPr>
          <w:lang w:eastAsia="zh-CN"/>
        </w:rPr>
        <w:t>　　透过以上工作，本班学生纪律、学习、生活习惯、日常行为规范等都有了较大转变，为今后的教育教学工作打好了基础。</w:t>
      </w:r>
      <w:r>
        <w:rPr>
          <w:lang w:eastAsia="zh-CN"/>
        </w:rPr>
        <w:br/>
      </w:r>
      <w:r>
        <w:rPr>
          <w:lang w:eastAsia="zh-CN"/>
        </w:rPr>
        <w:t>　　总之，这一年来，工作取得了一些成绩，但成绩只能代表过去，工作中也存在着一些不足，如：学生学习两极分化严重，行为习惯还不够规范等，在今后的工作中，我必须要发扬优点，改正不足，扬长避短，争取更大的进步、前进。</w:t>
      </w:r>
      <w:r>
        <w:rPr>
          <w:lang w:eastAsia="zh-CN"/>
        </w:rPr>
        <w:br/>
      </w:r>
      <w:r>
        <w:rPr>
          <w:lang w:eastAsia="zh-CN"/>
        </w:rPr>
        <w:t xml:space="preserve">    小学老师年度个人总结范文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年一度的述职在今天拉开了帷幕。能有一大块的时间静静地坐下，审视己一年的工作，总结一年的得失，感触很多。述职，我个人理解为己评价一下己的工作，一个人的我评价总是不能那么客观，我批评意识不够，我抬高意识很强。所以，如果我今天的述职有失偏颇之处请在座的老师多多批评指正。</w:t>
      </w:r>
      <w:r>
        <w:rPr>
          <w:lang w:eastAsia="zh-CN"/>
        </w:rPr>
        <w:br/>
      </w:r>
      <w:r>
        <w:rPr>
          <w:lang w:eastAsia="zh-CN"/>
        </w:rPr>
        <w:t>　　纵观过去的一年，我只是和在座的每一位老师一样，认认真真地对待每一件事、每一份工作，做到勤勤恳恳教书，踏踏实实做人，下面就简单地向大家汇报一下。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苏联著名教育家苏霍姆林斯基说过这样一句话：“教育的技巧的全部奥秘就在于热爱每一个学生。”热爱学生是教师职业道德的核心。工作中，我用我的真心真情去关爱每一位学生，尊重他们的思想和观点，平等地分享他们的喜怒哀乐，耐心地引导他们迈好成长的步履，和学生建立了深厚的感情。担任五（1）班的语教学工作，我的肩上担负着双倍的责任。时间真的是很有限，但我必须对我的学生负责。我以十倍的责任感投入到教学工作之中，不断学习优秀的教育教学经验，改进己的教学教法，期望能提高他们的学习兴趣，影响他们的思想情操，培养他们的良好习惯，拓展他们的知识技能。对于我的学生我在尽我所能地指导他们学习，但分管工作耗费了我的一定的精力，花在学生们身上的时间相对少了，对此，我总觉得心怀歉疚。古人云：“飞瀑之下，必有深潭。”这“深潭”是“飞瀑”长年累月冲击地面而成的。同样，教学经验和方法也是靠长时间积累起的。在以后的教学中我还要注意对己的知识进行分类、比较、归纳和提炼，总结了教学中的成功与失败、经验与教训，更注重研究如何启迪学生智慧，调动学生学习的积极性，真正做到扬长避短，更好地教书育人。找范</w:t>
      </w:r>
      <w:r>
        <w:rPr>
          <w:lang w:eastAsia="zh-CN"/>
        </w:rPr>
        <w:br/>
      </w:r>
      <w:r>
        <w:rPr>
          <w:lang w:eastAsia="zh-CN"/>
        </w:rPr>
        <w:t>　　谈到我的分管工作，我要感谢在座的每一位同仁。是你们给予了我最大的理解和支持，是你们替我分担了肩头的重量。回想一年的德育工作、少先队工作：从军事夏令营、常规教育成果展示会到江苏省公益广告设计大赛，从红读征到加碘盐征、科普征，从江苏省第__届青少年科技创新大赛到少先队DV短片大赛……一个个比赛纷至踏，一项项活动应接不暇，再加上学校的德育常规工作，牵扯了不少精力，花费了不少心血，度过了不少个不眠之夜。但这一切都是值得的。在这一年中，我校的德育工作为评估为优秀级，少先队工作年度考核连续两年被评为武进区少先队基础建设星级单位。算不上什么成绩，但它是我们全校教师共同努力的结果。</w:t>
      </w:r>
      <w:r>
        <w:rPr>
          <w:lang w:eastAsia="zh-CN"/>
        </w:rPr>
        <w:br/>
      </w:r>
      <w:r>
        <w:rPr>
          <w:lang w:eastAsia="zh-CN"/>
        </w:rPr>
        <w:t>　　一年一度的述职，让我更清醒地认识到了己工作中的疏漏和失误，实事求是地认真反思后，发现己工作中还存在以下不足：</w:t>
      </w:r>
      <w:r>
        <w:rPr>
          <w:lang w:eastAsia="zh-CN"/>
        </w:rPr>
        <w:br/>
      </w:r>
      <w:r>
        <w:rPr>
          <w:lang w:eastAsia="zh-CN"/>
        </w:rPr>
        <w:t>　　1缺乏进取精神。工作中，虽有勇于创新、锐意改革的意识，但缺乏细致果敢的工作作风，容易我陶醉，且有很强的惰性，工作还不够主动、大胆，更谈不上潜心钻研。</w:t>
      </w:r>
      <w:r>
        <w:rPr>
          <w:lang w:eastAsia="zh-CN"/>
        </w:rPr>
        <w:br/>
      </w:r>
      <w:r>
        <w:rPr>
          <w:lang w:eastAsia="zh-CN"/>
        </w:rPr>
        <w:t>　　2身学习还不够。我分管学校德育工作，同时担任五年级语教学，理应多充电，多学习，多吸收新的信息，但由于某些客观上的原因（家务忙、工作重、压力大），再加上主观不够努力，所以，业务水平进步不快，德育工作也不能做得出色加有特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俗话说：“旁观者清。”在座的老师就是我的一面镜子，在镜子里，我看到了己的不足，我真诚地希望在座的每一位老师能直言不讳地对我的工作提出宝贵意见和建议，使我前行的脚步迈得更扎实，谢谢！</w:t>
      </w:r>
      <w:r>
        <w:rPr>
          <w:lang w:eastAsia="zh-CN"/>
        </w:rPr>
        <w:br/>
      </w:r>
      <w:r>
        <w:rPr>
          <w:lang w:eastAsia="zh-CN"/>
        </w:rPr>
        <w:t xml:space="preserve">    小学老师年度个人总结范文 篇4 </w:t>
      </w:r>
      <w:r>
        <w:rPr>
          <w:lang w:eastAsia="zh-CN"/>
        </w:rPr>
        <w:br/>
      </w:r>
      <w:r>
        <w:rPr>
          <w:lang w:eastAsia="zh-CN"/>
        </w:rPr>
        <w:t>　　20__年__月，我很幸运的来到宿迁学院附属学校。转眼间一个学期就过去了。新的环境，新的同事和刚入学的“新学生”等等，一切对于我来说，又是一个新的起点，新的挑战。在这短短的一个学期里，我获益良多。作为一年级的教师，我是新手，倍感自己肩上的担子之重。由于低年级数学教学经验尚浅，因此，我对教学工作不敢怠慢，认真学习，虚心向其他教师学习。立足现在，放眼未来，为使今后的工作取得更大的进步，现对本学期教学工作作以下的总结，希望能克服不足，总结检验教训，以促进教学工作更上一层楼。</w:t>
      </w:r>
      <w:r>
        <w:rPr>
          <w:lang w:eastAsia="zh-CN"/>
        </w:rPr>
        <w:br/>
      </w:r>
      <w:r>
        <w:rPr>
          <w:lang w:eastAsia="zh-CN"/>
        </w:rPr>
        <w:t>　　小学生年龄还比较小，稳定性较差，注意力容易分散。要改变这种现象，必须使小学生对数学课产生浓厚的兴趣，那么，怎样才能使他们产生学习的兴趣呢?所以让孩子喜欢我，爱上我的课是我要考虑的第一件事。新授课中，我可以和学生建立平等的地位，象朋友一样讨论教学内容，走进小朋友的心里，使他们消除心理障碍和压力，使“要我学”转变成为“我要学”。可以请小朋友当小老师来判断其他同学的答案是否正确;或者通过比赛形式来完成。对于胜出的小组给予红花或星星等作为奖品，这样促进学生的兴趣和自信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教授符合小学生年龄特点的学习方法。低年级儿童活泼好动，概括水平的发展处于概括事物的直观的、具体形象的外部特征或属性的直观形象水平阶段。他们所掌握的概念大部分是具体的、直接感知的。因此，低年级儿童学习方法的选择和运用应注意直观形象性和游戏活动性。我代这两个班学生的成绩有一定的差距，8班的整体情况好一点，没有过差的学生，而7班有几个学生由于多种因素的原因总是跟不上，学生的学习习惯也就不太好。</w:t>
      </w:r>
      <w:r>
        <w:rPr>
          <w:lang w:eastAsia="zh-CN"/>
        </w:rPr>
        <w:br/>
      </w:r>
      <w:r>
        <w:rPr>
          <w:lang w:eastAsia="zh-CN"/>
        </w:rPr>
        <w:t>　　过去常说，要给学生一杯水，教师必须有一桶水，但在现在创新与改革不断变化的新时代，看来已经不够了。教师更重要的考虑是应该教会学生如何寻找水源，解决用水问题。因此，在以后的教学工作中，要不断总结经验，力求提高自己的教学水平，还要多下功夫加强对个别差生的辅导，相信一切问题都会迎刃而解，我也相信有耕耘总会有收获!</w:t>
      </w:r>
      <w:r>
        <w:rPr>
          <w:lang w:eastAsia="zh-CN"/>
        </w:rPr>
        <w:br/>
      </w:r>
      <w:r>
        <w:rPr>
          <w:lang w:eastAsia="zh-CN"/>
        </w:rPr>
        <w:t xml:space="preserve">    小学老师年度个人总结范文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作为一名人民教师，肩负着培养祖国接班人的重任，我们要做到：“给人一瓢水，自己要有一桶水。”正如窦桂梅老师所说：“读书一生”、“海纳百川。”教师这一行业更需要有挤的精神！挤时间思考、挤时间看书、挤时间学习、挤时间写作！挤时间总结。只有在不断总结、不断反省、不断修正的努力下，教师的各项水平才能得到提高。经过培训后，我觉得教师绝对不是一桶水这么简单，它应该是一条有源头的溪流。我认为，教师只有树立“活到老，学到老”的终身教育思想，才能跟上时代前进和知识发展的步伐，才能胜任复杂而又富有创造性的教育工作。“问渠那得清如许，唯有源头活水来。”只有不断学习，不断充实自己的知识，不断更新自己的教育观念，不断否定自己，才能不断进步，拥有的知识才能像‘泉水”般沽沽涌出，而不只是可怜的“一桶水”了。</w:t>
      </w:r>
      <w:r>
        <w:rPr>
          <w:lang w:eastAsia="zh-CN"/>
        </w:rPr>
        <w:br/>
      </w:r>
      <w:r>
        <w:rPr>
          <w:lang w:eastAsia="zh-CN"/>
        </w:rPr>
        <w:t>　　得到通知，我们参加了teta—__年的教师培训，问问老师朋友们：为什么教师教育技术能力培训简称teta？是英文简称吧？t— teachers 教师 ；e— education 教育 ； t —technology 技术；a—是什么？或许是authorware软件（培训的意思吧？）</w:t>
      </w:r>
      <w:r>
        <w:rPr>
          <w:lang w:eastAsia="zh-CN"/>
        </w:rPr>
        <w:br/>
      </w:r>
      <w:r>
        <w:rPr>
          <w:lang w:eastAsia="zh-CN"/>
        </w:rPr>
        <w:t>　　培训活动带给我的收获却是无限的。我参加的是小学语文的培训，整个培训过程中内容丰富，形式多样，有各级专家的专题报告，有特级教师的教学展示，有名师与培训教师的在线辅导、答疑和专家讲评。也有学员的互动讨论，更有专家的指导、引领。通过理论的培训学习，现场教学片段的观摩，使学员们从知识到理论到实践都来了一次观念的洗礼。因此，对我们很多老师来讲，这次培训既有观念上的洗礼，也有理论上的提高，既有知识上的积淀，也有教学技艺的增长。对我们今后的教学工作是一个很好的引领。</w:t>
      </w:r>
      <w:r>
        <w:rPr>
          <w:lang w:eastAsia="zh-CN"/>
        </w:rPr>
        <w:br/>
      </w:r>
      <w:r>
        <w:rPr>
          <w:lang w:eastAsia="zh-CN"/>
        </w:rPr>
        <w:t>　　在培训中，是专家们的精彩讲座一次次的激起我内心的感应，更激起了我的反思，在我以前的教学工作中存在着不少问题，有思想怠慢的问题、有理论和信心不足的问题、也有操作不得法的问题。各位专家的讲座给了我很多启示，让我受益匪浅。下面就是我在这次培训中的一些体会：</w:t>
      </w:r>
      <w:r>
        <w:rPr>
          <w:lang w:eastAsia="zh-CN"/>
        </w:rPr>
        <w:br/>
      </w:r>
      <w:r>
        <w:rPr>
          <w:lang w:eastAsia="zh-CN"/>
        </w:rPr>
        <w:t>　　一、对课堂教学行为的重新认识与思考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课堂是教师教学生命力的所在地，也是学生智慧的发源地之一。</w:t>
      </w:r>
      <w:r>
        <w:rPr>
          <w:lang w:eastAsia="zh-CN"/>
        </w:rPr>
        <w:br/>
      </w:r>
      <w:r>
        <w:rPr>
          <w:lang w:eastAsia="zh-CN"/>
        </w:rPr>
        <w:t>　　（一）要及时反思自己的教学</w:t>
      </w:r>
      <w:r>
        <w:rPr>
          <w:lang w:eastAsia="zh-CN"/>
        </w:rPr>
        <w:br/>
      </w:r>
      <w:r>
        <w:rPr>
          <w:lang w:eastAsia="zh-CN"/>
        </w:rPr>
        <w:t>　　传统意义上的课堂，就是教师讲，学生听，老师很少审视自己的教学是否引起了学生的兴趣，也不够关注学生的参与度是否与自己有关。当学生出现与课堂教学不一致的行为时，只是一味怨学生，很少反思自己的教学行为是否适应了学生心理特点，激发了学生的求知欲。优秀教师之所以优秀，其特点之一，就是每节课后及时反思自己的教学，不断改进教学，以增加课堂教学的魅力，达到及时调控学生的情绪，引导学生积极参与课堂教学的目的，使学生获得更好的发展。</w:t>
      </w:r>
      <w:r>
        <w:rPr>
          <w:lang w:eastAsia="zh-CN"/>
        </w:rPr>
        <w:br/>
      </w:r>
      <w:r>
        <w:rPr>
          <w:lang w:eastAsia="zh-CN"/>
        </w:rPr>
        <w:t>　　（二）要留给学生思考的空间和时间</w:t>
      </w:r>
      <w:r>
        <w:rPr>
          <w:lang w:eastAsia="zh-CN"/>
        </w:rPr>
        <w:br/>
      </w:r>
      <w:r>
        <w:rPr>
          <w:lang w:eastAsia="zh-CN"/>
        </w:rPr>
        <w:t>　　学生获取知识的结果，远远比不上他获取结果的过程重要。让学生在学习上有所发现，有所体验，重要的前提是给予他在学习和研究知识的过程中主动思考与积极探究的时间与空间，这样，他的体验才是幸福而自信的。如：“小组合作学习”、“让学生亲历阅读过程”等。</w:t>
      </w:r>
      <w:r>
        <w:rPr>
          <w:lang w:eastAsia="zh-CN"/>
        </w:rPr>
        <w:br/>
      </w:r>
      <w:r>
        <w:rPr>
          <w:lang w:eastAsia="zh-CN"/>
        </w:rPr>
        <w:t>　　（三）要学会欣赏学生</w:t>
      </w:r>
      <w:r>
        <w:rPr>
          <w:lang w:eastAsia="zh-CN"/>
        </w:rPr>
        <w:br/>
      </w:r>
      <w:r>
        <w:rPr>
          <w:lang w:eastAsia="zh-CN"/>
        </w:rPr>
        <w:t>　　教师要在教学中树立以学生为本的现代教育观念，给每个学生提供思考、创造、表现及获得成功体验的机会。做到这一点，教师要学会欣赏每一位学生，发现每一位学生的闪光点。学生在老师的关注中，不仅会喜欢老师，喜欢上课，产生融洽和谐的师生情感，还会在课堂上积极表现，快乐愉快地去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二、提升了理论水平，认识到科研的重要性</w:t>
      </w:r>
      <w:r>
        <w:rPr>
          <w:lang w:eastAsia="zh-CN"/>
        </w:rPr>
        <w:br/>
      </w:r>
      <w:r>
        <w:rPr>
          <w:lang w:eastAsia="zh-CN"/>
        </w:rPr>
        <w:t>　　作为新教师，我们没有多少教学经验，理论水平低，对自己的工作不善于总结归纳，现在，通过对教育研究的理解，基本上能用理论来指导自己的实践活动。在教育教学理论的指导下，把握了教改方向，坚定了探索新路子的信心，并增加了教育科研的意识，认识到不能只做教书匠，而要做新时期的教育家，特别是有关综合性学习的教学，我们不但认识了它的重要性，也掌握了一些实际的操作方法和注意事项。综合性学习将带给学生超越课本的新的只是领域，教师要认真对待。</w:t>
      </w:r>
      <w:r>
        <w:rPr>
          <w:lang w:eastAsia="zh-CN"/>
        </w:rPr>
        <w:br/>
      </w:r>
      <w:r>
        <w:rPr>
          <w:lang w:eastAsia="zh-CN"/>
        </w:rPr>
        <w:t>　　三、认识到继续教育的重要性，树立了终身学习的目标</w:t>
      </w:r>
      <w:r>
        <w:rPr>
          <w:lang w:eastAsia="zh-CN"/>
        </w:rPr>
        <w:br/>
      </w:r>
      <w:r>
        <w:rPr>
          <w:lang w:eastAsia="zh-CN"/>
        </w:rPr>
        <w:t>　　这次培训，就自身更新优化而言，树立了终身教育（学习）的思想。以前总以为搞继续教育没有学到什么新知识，所以总觉着耽误时间，不如读读书，备备课，这次，通过听取了报告，真正认识到了继续教育的重要性，树立了终身学习的目标，提高了对继续教育的认识。学然后知不足，这是我的一个体会。在培训中，专家的耐心指导、学员的激烈讨论都给我不少启发。通过培训，感觉以前所学的知识太有限了，看问题的眼光也太肤浅了，工作方法也太单一了。在今后的工作中，我要把这次学得的经验运用到教学实践中去，做到课前有预设、有准备，课堂上不呆板，给与学生宽松的学习氛围，课后抓反馈，进行反思，有必要的还要进行课后辅导，促自身的教学不断提高、学生的学习成绩不断飞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培训结束了，再次感谢专家的指导，同时也感谢我们的辅导老师，道一声：“你们辛苦了！谢谢！”</w:t>
      </w:r>
      <w:r>
        <w:rPr>
          <w:lang w:eastAsia="zh-CN"/>
        </w:rPr>
        <w:br/>
      </w:r>
      <w:r>
        <w:rPr>
          <w:lang w:eastAsia="zh-CN"/>
        </w:rPr>
        <w:t>　　四、给培训平台的建议</w:t>
      </w:r>
      <w:r>
        <w:rPr>
          <w:lang w:eastAsia="zh-CN"/>
        </w:rPr>
        <w:br/>
      </w:r>
      <w:r>
        <w:rPr>
          <w:lang w:eastAsia="zh-CN"/>
        </w:rPr>
        <w:t>　　这次培训确实给了我们许多指导，但本人觉得培训班培训的时间和空间都有限，短短的一个星期时间是不够的。空间方面，学员受培训地方管理器的限制，实际上别的省份的指导和讨论更详细、更精彩，我们是否以后可以随便进入？还有，教师培训不应该只是本门学科的提高，我认为：班主任工作、心理学、教育学、教师自身的修养以及世界别的国家的教育状况与教学经验是不是都要学？我希望专家商讨一下，以后能给我们更广阔的培训平台？期待中！</w:t>
      </w:r>
      <w:r>
        <w:rPr>
          <w:lang w:eastAsia="zh-CN"/>
        </w:rPr>
        <w:br/>
      </w:r>
      <w:r>
        <w:rPr>
          <w:lang w:eastAsia="zh-CN"/>
        </w:rPr>
        <w:t xml:space="preserve">    小学老师年度个人总结范文 篇6 </w:t>
      </w:r>
      <w:r>
        <w:rPr>
          <w:lang w:eastAsia="zh-CN"/>
        </w:rPr>
        <w:br/>
      </w:r>
      <w:r>
        <w:rPr>
          <w:lang w:eastAsia="zh-CN"/>
        </w:rPr>
        <w:t>　　光阴似箭，日月如梭。转眼，一个学期的教育教学工作已经结束了，回顾这一学期以来，在学校领导的大力支持和直接领导下，在各科任老师和家长的积极配合和耐心帮助下；圆满地完成了教育教学工作任务，并取得了一定的成绩，现将具体工作总结如下：</w:t>
      </w:r>
      <w:r>
        <w:rPr>
          <w:lang w:eastAsia="zh-CN"/>
        </w:rPr>
        <w:br/>
      </w:r>
      <w:r>
        <w:rPr>
          <w:lang w:eastAsia="zh-CN"/>
        </w:rPr>
        <w:t>　　一、激发学生学习</w:t>
      </w:r>
      <w:r>
        <w:rPr>
          <w:lang w:eastAsia="zh-CN"/>
        </w:rPr>
        <w:br/>
      </w:r>
      <w:r>
        <w:rPr>
          <w:lang w:eastAsia="zh-CN"/>
        </w:rPr>
        <w:t>　　语文是一门充满思想、充满人文精神、充满智慧的学科。在新课改的大背景中，学生的自主学习，培养学生的创新能力，已成为教师关注的热点，讨论、交流、探究等学习方式已成为课堂的主流。我在语文课堂教学中，力求做到让学生变得鲜活，让学生学得兴致盎然，使学生在语文学习中享受学习的乐趣，从而发展学生的语文素养。</w:t>
      </w:r>
      <w:r>
        <w:rPr>
          <w:lang w:eastAsia="zh-CN"/>
        </w:rPr>
        <w:br/>
      </w:r>
      <w:r>
        <w:rPr>
          <w:lang w:eastAsia="zh-CN"/>
        </w:rPr>
        <w:t>　　（一）、注意新课导入新颖。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兴趣是最好的老师”。在教学中，我十分注重培养和激发学生的学习兴趣。譬如，在导入新课，让学生一上课就能置身于一种轻松和谐的环境氛围中，而又不知不觉地学语文。我们要根据不同的课型，设计不同的导入方式。可以用多媒体展示课文的画面让学生进入情景；也可用讲述故事的方式导入，采用激发兴趣、设计悬念……引发设计，比起简单的讲述更能激发学生的灵性，开启学生学习之门。</w:t>
      </w:r>
      <w:r>
        <w:rPr>
          <w:lang w:eastAsia="zh-CN"/>
        </w:rPr>
        <w:br/>
      </w:r>
      <w:r>
        <w:rPr>
          <w:lang w:eastAsia="zh-CN"/>
        </w:rPr>
        <w:t>　　（二）、培养积极探究习惯，发展求异思维能力。</w:t>
      </w:r>
      <w:r>
        <w:rPr>
          <w:lang w:eastAsia="zh-CN"/>
        </w:rPr>
        <w:br/>
      </w:r>
      <w:r>
        <w:rPr>
          <w:lang w:eastAsia="zh-CN"/>
        </w:rPr>
        <w:t>　　在语文教学中，阅读者对语言意义、语言情感、语言技巧的感悟，在很大程度上与学生的生活经历、知识积累、认识能力、理解水平有关。为此，在语文教学中，构建语义的理解、体会，要引导学生仁者见仁，智者见智，大胆，各抒己见。在思考辩论中，教师穿针引线，巧妙点拨，以促进学生在激烈的争辩中，在思维的碰撞中，得到语言的升华和灵性的开发。教师应因势利导，让学生对问题充分思考后，学生根据已有的经验，知识的积累等发表不同的见解，对有分歧的问题进行辩论。通过辩论，让学生进一步认识了自然，懂得了知识无穷的，再博学的人也会有所不知，体会学习是无止境的道理。这样的课，课堂气氛很活跃，其间，开放的课堂教学给了学生更多的自主学习空间，教师也毫不吝惜地让学生去思考，争辩，真正让学生在学习中体验到了自己价值。这一环节的设计，充分让学生表述自己对课文的理解和感悟，使学生理解和表达，输入和输出相辅相成，真正为学生的学习提供了广阔的舞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二、重视朗读品评感悟，让课堂教学“活”起来。</w:t>
      </w:r>
      <w:r>
        <w:rPr>
          <w:lang w:eastAsia="zh-CN"/>
        </w:rPr>
        <w:br/>
      </w:r>
      <w:r>
        <w:rPr>
          <w:lang w:eastAsia="zh-CN"/>
        </w:rPr>
        <w:t>　　小学语文课本中的每一篇课文都是文质兼美的佳作，其语境描述的美妙，语言运用的精妙，思想表达的深邃，见解阐述的独到，都是引导学生感悟的重要内容。而由于课堂教学时间的有限，课文中的精彩之处没有可能引导学生一一感悟。为了使这些精彩给学生留下整体印象，我们可以在阅读中抓重点，引导学生对语言文字反复诵读，以悟出语言丰富的形象内涵，意义内涵，情感内涵。同时，让学生在感悟的基础上，引导学生居高临下地对课文进行品评，在品评中深化理解，升华认识，填补空白。如在《李时珍》的阅读教学中，我是这样引导学生这样品评：“学习了这篇课文，你认为文中什么地方给你留下了深刻的印象？请你选择其中的一点说一说。”此时的学生充分表述他们的真实感受，有的说：“文中第一、和末尾自然段，以及中间精彩的段落，我为他深感骄傲。”这样引导学生选择自己阅读感悟的精华，进行具体表述，让他们在各自品评中进一步升华认识。</w:t>
      </w:r>
      <w:r>
        <w:rPr>
          <w:lang w:eastAsia="zh-CN"/>
        </w:rPr>
        <w:br/>
      </w:r>
      <w:r>
        <w:rPr>
          <w:lang w:eastAsia="zh-CN"/>
        </w:rPr>
        <w:t>　　三、注重课内外结合。</w:t>
      </w:r>
      <w:r>
        <w:rPr>
          <w:lang w:eastAsia="zh-CN"/>
        </w:rPr>
        <w:br/>
      </w:r>
      <w:r>
        <w:rPr>
          <w:lang w:eastAsia="zh-CN"/>
        </w:rPr>
        <w:t>　　在课程改革实践中，我们已把语文教学的触角伸向了广阔的天地。让学生阅读《水浒传》等课外书；通过这些收集与阅读，为深入理解课文内容奠定了基础。</w:t>
      </w:r>
      <w:r>
        <w:rPr>
          <w:lang w:eastAsia="zh-CN"/>
        </w:rPr>
        <w:br/>
      </w:r>
      <w:r>
        <w:rPr>
          <w:lang w:eastAsia="zh-CN"/>
        </w:rPr>
        <w:t>　　其次，重视丰富多彩的语文实践活动。如：学习《春天》后，组织学生去郊外放风筝，寻找大自然的足迹。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总之，这学期我在教学中是快乐的，下学期我会注重学生各方面的训练，特别要加强基础知识、阅读、和作文的训练。</w:t>
      </w:r>
      <w:r>
        <w:rPr>
          <w:lang w:eastAsia="zh-CN"/>
        </w:rPr>
        <w:br/>
      </w:r>
      <w:r>
        <w:rPr>
          <w:lang w:eastAsia="zh-CN"/>
        </w:rPr>
        <w:t xml:space="preserve">    小学老师年度个人总结范文 篇7 </w:t>
      </w:r>
      <w:r>
        <w:rPr>
          <w:lang w:eastAsia="zh-CN"/>
        </w:rPr>
        <w:br/>
      </w:r>
      <w:r>
        <w:rPr>
          <w:lang w:eastAsia="zh-CN"/>
        </w:rPr>
        <w:t>　　本学期，我担任的是二（4）班辅导员，一学期以来，我致力于建立一个既能使学生的行为受到严格规范的约束，又能在宽松自如的氛围中充分发挥自己的个性特长的班集体。工作主要从以下几方面开展：</w:t>
      </w:r>
      <w:r>
        <w:rPr>
          <w:lang w:eastAsia="zh-CN"/>
        </w:rPr>
        <w:br/>
      </w:r>
      <w:r>
        <w:rPr>
          <w:lang w:eastAsia="zh-CN"/>
        </w:rPr>
        <w:t>　　一、坚持"一个标准"，即在处理班级事务时，尤其是奖惩方面，对好学生和后进生使用一个标准。通常好学生易受到偏爱，而后进生常使老师产生偏见。我坚持了一个标准，对好学生和后进生的错误和缺点一视同仁，赢得学生的尊敬和信任，建立了较高的威信。</w:t>
      </w:r>
      <w:r>
        <w:rPr>
          <w:lang w:eastAsia="zh-CN"/>
        </w:rPr>
        <w:br/>
      </w:r>
      <w:r>
        <w:rPr>
          <w:lang w:eastAsia="zh-CN"/>
        </w:rPr>
        <w:t>　　二、尊重每个学生，充分调动学生的积极性。</w:t>
      </w:r>
      <w:r>
        <w:rPr>
          <w:lang w:eastAsia="zh-CN"/>
        </w:rPr>
        <w:br/>
      </w:r>
      <w:r>
        <w:rPr>
          <w:lang w:eastAsia="zh-CN"/>
        </w:rPr>
        <w:t>　　1、在课余时间里，尽量多深入到学生中去，与他们一起交谈、游戏、活动，使他们与我无所不谈，更好地了解每个学生。</w:t>
      </w:r>
      <w:r>
        <w:rPr>
          <w:lang w:eastAsia="zh-CN"/>
        </w:rPr>
        <w:br/>
      </w:r>
      <w:r>
        <w:rPr>
          <w:lang w:eastAsia="zh-CN"/>
        </w:rPr>
        <w:t>　　2、发动大家参加班级管理的各项活动，让学生人人都有自己的发言权，都有展现自己才能的机会。学生愿意干的事，干起来热情高，干劲大，成效也好。</w:t>
      </w:r>
      <w:r>
        <w:rPr>
          <w:lang w:eastAsia="zh-CN"/>
        </w:rPr>
        <w:br/>
      </w:r>
      <w:r>
        <w:rPr>
          <w:lang w:eastAsia="zh-CN"/>
        </w:rPr>
        <w:t>　　3、全班同学参加班级日常管理轮值制度，每个人都有机会履行班级管理职责，增强责任感和参与意识，为管理好班级献出自己的一份力量。</w:t>
      </w:r>
      <w:r>
        <w:rPr>
          <w:lang w:eastAsia="zh-CN"/>
        </w:rPr>
        <w:br/>
      </w:r>
      <w:r>
        <w:rPr>
          <w:lang w:eastAsia="zh-CN"/>
        </w:rPr>
        <w:t>　　三、充分调动和运用学校、家庭和社会三个方面力量参与班级管理，以提高班级管理工作的成效。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学校的.职能是毋庸置疑的，家庭的作用也是显而易见的。我经常与家长联系，尤其是借助于电话这一快捷的通讯工具，可以及时交换学生的有关信息，让学生家长积极参与对学生的教育和管理，支持班级工作。</w:t>
      </w:r>
      <w:r>
        <w:rPr>
          <w:lang w:eastAsia="zh-CN"/>
        </w:rPr>
        <w:br/>
      </w:r>
      <w:r>
        <w:rPr>
          <w:lang w:eastAsia="zh-CN"/>
        </w:rPr>
        <w:t>　　我班有位同学长期沉迷于玩游戏机房，精力没有放在学习上，极大的影响了学习成绩，养成了许多不良习惯。了解到这一情况后，我与家长商定：通过《家长联系簿》由老师签注每天放学离校时间，再由家长签注到家时间，以杜绝途中游玩的机会，平时注意关心和提醒他，稍有进步就给于表扬和鼓励。</w:t>
      </w:r>
      <w:r>
        <w:rPr>
          <w:lang w:eastAsia="zh-CN"/>
        </w:rPr>
        <w:br/>
      </w:r>
      <w:r>
        <w:rPr>
          <w:lang w:eastAsia="zh-CN"/>
        </w:rPr>
        <w:t>　　坚持了一一段时间，该生的学习和行为习惯有了很大的进步。在班级管理过程中，我们还经常结合班中、校中的一些真人真事对学生的思想进行感化，强化思想教育。</w:t>
      </w:r>
      <w:r>
        <w:rPr>
          <w:lang w:eastAsia="zh-CN"/>
        </w:rPr>
        <w:br/>
      </w:r>
      <w:r>
        <w:rPr>
          <w:lang w:eastAsia="zh-CN"/>
        </w:rPr>
        <w:t>　　四、充分培养和发挥班干部的管理能力。</w:t>
      </w:r>
      <w:r>
        <w:rPr>
          <w:lang w:eastAsia="zh-CN"/>
        </w:rPr>
        <w:br/>
      </w:r>
      <w:r>
        <w:rPr>
          <w:lang w:eastAsia="zh-CN"/>
        </w:rPr>
        <w:t>　　班干部是班级的中坚力量，他们的模范作用如何，他们对班级管理的成效至关重要。在选举这些干部时，我坚持做到：人人参与竞选，力求把大家信赖的好同学推选出来，使他们一开始就具有良好的群众基础。对班干部，我既严格要求大胆压担子，也处处从各方面关心支持他们，尤其在工作细节上给予具体的帮助和指导。</w:t>
      </w:r>
      <w:r>
        <w:rPr>
          <w:lang w:eastAsia="zh-CN"/>
        </w:rPr>
        <w:br/>
      </w:r>
      <w:r>
        <w:rPr>
          <w:lang w:eastAsia="zh-CN"/>
        </w:rPr>
        <w:t>　　五、以素质教育为准绳，全方面地关心学生的学习生活。</w:t>
      </w:r>
      <w:r>
        <w:rPr>
          <w:lang w:eastAsia="zh-CN"/>
        </w:rPr>
        <w:br/>
      </w:r>
      <w:r>
        <w:rPr>
          <w:lang w:eastAsia="zh-CN"/>
        </w:rPr>
        <w:t>　　作为一名辅导员，不能只把精力放在自己本学科的教学上。必须学生的学习生活统筹管理，特别在音体美等方面不容忽视。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不轻易取消学生参与兴趣活动的机会，并积极鼓励其他同学参加他们喜爱的兴趣活动；其次，利用班会和其他活动，尽可能渗入娱乐性的文体内容，以达到活跃身心，调剂生活，融洽关系的目的；另外，在班级管理和有关活动中发动有一技之长的同学多参与，充分发挥他们的特长，以带动其他同学积极投入；积极参与学校组织的各项竞赛活动，通过参赛，增强大家的集体观念和竞争意识。</w:t>
      </w:r>
      <w:r>
        <w:rPr>
          <w:lang w:eastAsia="zh-CN"/>
        </w:rPr>
        <w:br/>
      </w:r>
      <w:r>
        <w:rPr>
          <w:lang w:eastAsia="zh-CN"/>
        </w:rPr>
        <w:t>　　辅导员工作千头万绪，工作方法千差万别，形势和任务又在千变万化，让我们在实践中去探索总结行之有效的方法和经验，使班级管理工作的水平不断跃上新台阶。</w:t>
      </w:r>
      <w:r>
        <w:rPr>
          <w:lang w:eastAsia="zh-CN"/>
        </w:rPr>
        <w:br/>
      </w:r>
      <w:r>
        <w:rPr>
          <w:lang w:eastAsia="zh-CN"/>
        </w:rPr>
        <w:t xml:space="preserve">    小学老师年度个人总结范文 篇8 </w:t>
      </w:r>
      <w:r>
        <w:rPr>
          <w:lang w:eastAsia="zh-CN"/>
        </w:rPr>
        <w:br/>
      </w:r>
      <w:r>
        <w:rPr>
          <w:lang w:eastAsia="zh-CN"/>
        </w:rPr>
        <w:t>　　在平平常常中，我又度过了一个学年，回顾这一学年的工作，我感到有自己值得怀念的地方，有一点我感到无比欣慰，就是不管社会多么纷繁，多么复杂，没有放弃 我做人的基本原则：以诚待人，以诚感人，以诚育人，在自己力所能及的范围内，努力做好每件事，虽然不都十分成功，但我在努力。</w:t>
      </w:r>
      <w:r>
        <w:rPr>
          <w:lang w:eastAsia="zh-CN"/>
        </w:rPr>
        <w:br/>
      </w:r>
      <w:r>
        <w:rPr>
          <w:lang w:eastAsia="zh-CN"/>
        </w:rPr>
        <w:t>　　一、加强以爱为中心的师德修养。</w:t>
      </w:r>
      <w:r>
        <w:rPr>
          <w:lang w:eastAsia="zh-CN"/>
        </w:rPr>
        <w:br/>
      </w:r>
      <w:r>
        <w:rPr>
          <w:lang w:eastAsia="zh-CN"/>
        </w:rPr>
        <w:t>　　在 教育实践中，我们常常感到非常的迷茫：一个简单的道理，一个不很难理解的问题，为什么学生就是不能接受，不能理解呢?或者是当时表面上理解了、接受了，在 实际的学习、生活中又是一个空白点?究其深层次的原因，学生在学习中处于被动接受的地位，教师的良好愿望，没有能变成学生主动学习的强大动力，没有能内化 到学生的身心结构中去，也就不能变成学生的自觉行为。</w:t>
      </w:r>
      <w:r>
        <w:rPr>
          <w:lang w:eastAsia="zh-CN"/>
        </w:rPr>
        <w:br/>
      </w:r>
      <w:r>
        <w:rPr>
          <w:lang w:eastAsia="zh-CN"/>
        </w:rPr>
        <w:t>　　如何处理好教与学这一对关系，提高教育教学的效果，我认为建立一种新颖师生关</w:t>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系、摆正教与学的地位是开创教育新天地的关键，而其中的核心是一个</w:t>
      </w:r>
      <w:r>
        <w:rPr>
          <w:lang w:eastAsia="zh-CN"/>
        </w:rPr>
        <w:t xml:space="preserve"> 爱字。有人说，教师对学生的爱，是一种比母爱更伟大的爱，因为它不带任何的前提条件。热爱教育教学工作，爱班级中的每个学生，用关爱的眼光看待学生的</w:t>
      </w:r>
      <w:r>
        <w:rPr>
          <w:lang w:eastAsia="zh-CN"/>
        </w:rPr>
        <w:t xml:space="preserve"> 每件作品、每项活动。这种爱，不仅体现在对学生生活的关心、学业的帮助，也包括积极的鼓励，远大理想的引导，更体现在教育教学的每个环节之中，如教学过程</w:t>
      </w:r>
      <w:r>
        <w:rPr>
          <w:lang w:eastAsia="zh-CN"/>
        </w:rPr>
        <w:t xml:space="preserve"> 的安排，教学模式的选择、具体问题的提出，新知识的导入等等。我坚信，加强以爱为核心的师德修养，不仅是教育教学的客观需要，也是教师个人品德的具体体</w:t>
      </w:r>
      <w:r>
        <w:rPr>
          <w:lang w:eastAsia="zh-CN"/>
        </w:rPr>
        <w:t xml:space="preserve"> 现，更是维护每个学生的自尊心、自信心，保护学生基本人权的根本保证。很难想象，一个对祖国的花朵都不热爱、不能倾注满腔爱心的人，怎么有资格谈得上爱祖</w:t>
      </w:r>
      <w:r>
        <w:rPr>
          <w:lang w:eastAsia="zh-CN"/>
        </w:rPr>
        <w:t xml:space="preserve"> 国、爱人民?当然，有实际工作中，我有时做到并不十分圆满，但从我主观上来说，我是努力朝一方向前进的，我也就感到问心无愧。</w:t>
      </w:r>
      <w:r>
        <w:rPr>
          <w:lang w:eastAsia="zh-CN"/>
        </w:rPr>
        <w:br/>
      </w:r>
      <w:r>
        <w:rPr>
          <w:lang w:eastAsia="zh-CN"/>
        </w:rPr>
        <w:t>　　二、加强学习，不断提高自身素质。</w:t>
      </w:r>
      <w:r>
        <w:rPr>
          <w:lang w:eastAsia="zh-CN"/>
        </w:rPr>
        <w:br/>
      </w:r>
      <w:r>
        <w:rPr>
          <w:lang w:eastAsia="zh-CN"/>
        </w:rPr>
        <w:t>　　现</w:t>
      </w:r>
      <w:r>
        <w:rPr>
          <w:lang w:eastAsia="zh-CN"/>
        </w:rPr>
        <w:t xml:space="preserve"> 代社会，日新月异。知识的更新周期在缩短。不加强学习，紧跟时代步伐，就会被社会所淘汰，甚至成为现代社会的科盲。在日常生活中，我能不断主动学习，第一</w:t>
      </w:r>
      <w:r>
        <w:rPr>
          <w:lang w:eastAsia="zh-CN"/>
        </w:rPr>
        <w:t xml:space="preserve"> 是学科学知识，了解当今科学发展的一些动态，纳米技术、器官移殖、网络、沙尘暴等等，都是我学习的源泉。因为我深深的知道，个人工作总结范文只有把自己的</w:t>
      </w:r>
      <w:r>
        <w:rPr>
          <w:lang w:eastAsia="zh-CN"/>
        </w:rPr>
        <w:t xml:space="preserve"> 思维经常处于一种开放的状态，才能不断接受新知识、新观点、新理念，</w:t>
      </w:r>
      <w:r>
        <w:rPr>
          <w:lang w:eastAsia="zh-CN"/>
        </w:rPr>
        <w:t xml:space="preserve"> 也才能去发现问题，进而去研究问题，不致成为笼中鸟，井底蛙，新知识的不断输入，对自</w:t>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身从事的教育教学工作，也有莫大的帮助;第二是学教育教学理论。学习新的教育教学理论，掌握其中的精髓，是进行教育教学改革的必然需要。因为只有在科学理</w:t>
      </w:r>
      <w:r>
        <w:rPr>
          <w:lang w:eastAsia="zh-CN"/>
        </w:rPr>
        <w:t xml:space="preserve"> 论指导下的教育改革，才能克服盲目性、随意必，才能取得积极的效果。在这一学年，我主要学习了《教育科研基础理论》、《活动课程理论与实践》、《素质教育</w:t>
      </w:r>
      <w:r>
        <w:rPr>
          <w:lang w:eastAsia="zh-CN"/>
        </w:rPr>
        <w:t xml:space="preserve"> 课程论》等一些书刊;第三是学习一些革命传统教育的书刊，了解一些近现代史。教师是灵魂的工程师，不是流水线上的操作工，这一职业的特点决定了除了必须具</w:t>
      </w:r>
      <w:r>
        <w:rPr>
          <w:lang w:eastAsia="zh-CN"/>
        </w:rPr>
        <w:t xml:space="preserve"> 备一般的知识、技能之外，更要有做好这一工作的热情、信心和激情。前几年，江主席就很明确地提出，要在国人特别是青年中进行历史知识的教育，一部屈辱的中</w:t>
      </w:r>
      <w:r>
        <w:rPr>
          <w:lang w:eastAsia="zh-CN"/>
        </w:rPr>
        <w:t xml:space="preserve"> 国近代史，就是一部生动的爱国教育题材，可以设想，缺乏对过去的了解，哪来对现实的满腔热爱，又从何谈得上对未来的憧憬。一个麻木不仁的人，哪来创作的灵</w:t>
      </w:r>
      <w:r>
        <w:rPr>
          <w:lang w:eastAsia="zh-CN"/>
        </w:rPr>
        <w:t xml:space="preserve"> 感?哪来教育的创新?走进一些伟人的世界，他们高尚的人格魅力吸引着我;通过了解历史，过去和现在的强烈对比，使我激动不已。激动之后，我常常告诫自己，</w:t>
      </w:r>
      <w:r>
        <w:rPr>
          <w:lang w:eastAsia="zh-CN"/>
        </w:rPr>
        <w:t xml:space="preserve"> 不能在生活的冲刷中，变成一个麻木不仁、人云亦云、随波逐流的人。人是自然的造化，更是社会的产物，我可以放弃其它一切，但我不能不成为一个我心中的好</w:t>
      </w:r>
      <w:r>
        <w:rPr>
          <w:lang w:eastAsia="zh-CN"/>
        </w:rPr>
        <w:t xml:space="preserve"> 人，我在努力充实自己的精神生活，营造一个属于我自己的美好世界。一颗充满活力的心脏、一颗纯洁的心灵，一种开放进取的思维方式，是完成教书育人工作的保</w:t>
      </w:r>
      <w:r>
        <w:rPr>
          <w:lang w:eastAsia="zh-CN"/>
        </w:rPr>
        <w:t xml:space="preserve"> 证。</w:t>
      </w:r>
      <w:r>
        <w:rPr>
          <w:lang w:eastAsia="zh-CN"/>
        </w:rPr>
        <w:br/>
      </w:r>
      <w:r>
        <w:rPr>
          <w:lang w:eastAsia="zh-CN"/>
        </w:rPr>
        <w:t>　　三、做好自己的本职工作。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第一，上好每节课。作为一名教师，认真上好每节课，是一个教师价值体现的基本途</w:t>
      </w:r>
      <w:r>
        <w:rPr>
          <w:lang w:eastAsia="zh-CN"/>
        </w:rPr>
        <w:t xml:space="preserve"> 径。钻研教材、研究教法、总结教学所得，是我平常教育教学工作的重点。在完成一般教育教学任务的同时，我还积极开展教育研究活动。对一些教育教学中遇到的</w:t>
      </w:r>
      <w:r>
        <w:rPr>
          <w:lang w:eastAsia="zh-CN"/>
        </w:rPr>
        <w:t xml:space="preserve"> 问题，进行有目的的分析和选择，抓住其中的核心问题，有计划地进行研究。在本学年中，我个人的研究课题是：让学生做课堂学习的主人。通过近一年的研究，有</w:t>
      </w:r>
      <w:r>
        <w:rPr>
          <w:lang w:eastAsia="zh-CN"/>
        </w:rPr>
        <w:t xml:space="preserve"> 效地推动了我班学生学习积极性的提高，素质教育的观念已成为我日常教育教学的具体行动;</w:t>
      </w:r>
      <w:r>
        <w:rPr>
          <w:lang w:eastAsia="zh-CN"/>
        </w:rPr>
        <w:br/>
      </w:r>
      <w:r>
        <w:rPr>
          <w:lang w:eastAsia="zh-CN"/>
        </w:rPr>
        <w:t>　　第二，做好年级组长工作。作为学校的一名中层领导干部，做好年级组的管理工作，是我工作的一个重要部分。在年级组管理中，我能做到尽心尽力，以身作则，团结同事，发挥各位教师的特长，把年级组工作搞得有声有色;</w:t>
      </w:r>
      <w:r>
        <w:rPr>
          <w:lang w:eastAsia="zh-CN"/>
        </w:rPr>
        <w:br/>
      </w:r>
      <w:r>
        <w:rPr>
          <w:lang w:eastAsia="zh-CN"/>
        </w:rPr>
        <w:t>　　第 三，做好学校教科研工作。作为分管本校教科研工作的我，在日常工作中，能与学校领导一起，制定我校的教育科研计划、课题研究规划、新课题的立项、设计研究 方案、并做好课题的申报、论证工作。在本学年，我校的一个常州市级课题已经结题，得到了有关专家的好评，所撰写的结题报告，在常州市交流;__年3月，根 据学校发展的需要和自身的条件，有积极申报了一个江苏省级研究课题，已经批准立项。</w:t>
      </w:r>
      <w:r>
        <w:rPr>
          <w:lang w:eastAsia="zh-CN"/>
        </w:rPr>
        <w:br/>
      </w:r>
      <w:r>
        <w:rPr>
          <w:lang w:eastAsia="zh-CN"/>
        </w:rPr>
        <w:t>　　四、今后努力的方向：增强工作的主动性和责任性。把提高学校的办学特色，发展学校，作为自己的一个奋半目标。</w:t>
      </w:r>
      <w:r>
        <w:rPr>
          <w:lang w:eastAsia="zh-CN"/>
        </w:rPr>
        <w:br/>
      </w:r>
      <w:r>
        <w:rPr>
          <w:lang w:eastAsia="zh-CN"/>
        </w:rPr>
        <w:t xml:space="preserve">    小学老师年度个人总结范文 篇9 </w:t>
      </w:r>
      <w:r>
        <w:rPr>
          <w:lang w:eastAsia="zh-CN"/>
        </w:rPr>
        <w:br/>
      </w:r>
      <w:r>
        <w:rPr>
          <w:lang w:eastAsia="zh-CN"/>
        </w:rPr>
        <w:t>　　一、基本情况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__小学现有学生__人，教师_人，有中心小学_所，村小_所，_个班级、学生分散居住在_个乡镇的__个村、农民工子女_人，来自全国__个省和自治区、学生来源复杂，6所学校全是平房，校舍老旧，是全区办学条件最艰苦的农村小学之一。</w:t>
      </w:r>
      <w:r>
        <w:rPr>
          <w:lang w:eastAsia="zh-CN"/>
        </w:rPr>
        <w:br/>
      </w:r>
      <w:r>
        <w:rPr>
          <w:lang w:eastAsia="zh-CN"/>
        </w:rPr>
        <w:t>　　二、指导思想</w:t>
      </w:r>
      <w:r>
        <w:rPr>
          <w:lang w:eastAsia="zh-CN"/>
        </w:rPr>
        <w:br/>
      </w:r>
      <w:r>
        <w:rPr>
          <w:lang w:eastAsia="zh-CN"/>
        </w:rPr>
        <w:t>　　我们学校德育工作的指导思想是：《关于进一步加强和改进未成年人思想道德建设的若干意见》为指针，以创办传统美德示范区为契机，以德育科研为支撑，以生命教育为载体，以提高学生的基础文明素质为核心，整体推进学校的德育工作。</w:t>
      </w:r>
      <w:r>
        <w:rPr>
          <w:lang w:eastAsia="zh-CN"/>
        </w:rPr>
        <w:br/>
      </w:r>
      <w:r>
        <w:rPr>
          <w:lang w:eastAsia="zh-CN"/>
        </w:rPr>
        <w:t>　　三、存在问题</w:t>
      </w:r>
      <w:r>
        <w:rPr>
          <w:lang w:eastAsia="zh-CN"/>
        </w:rPr>
        <w:br/>
      </w:r>
      <w:r>
        <w:rPr>
          <w:lang w:eastAsia="zh-CN"/>
        </w:rPr>
        <w:t>　　经过反思，我们认为目前德育工作存在的问题可归结为两点：</w:t>
      </w:r>
      <w:r>
        <w:rPr>
          <w:lang w:eastAsia="zh-CN"/>
        </w:rPr>
        <w:br/>
      </w:r>
      <w:r>
        <w:rPr>
          <w:lang w:eastAsia="zh-CN"/>
        </w:rPr>
        <w:t>　　1、在教育层面上，存在着有教无育的现象、教师在教学中，重视知识技能传授，忽视学生底线道德，也就是最基本的道德习惯的培养、著名教育家叶圣陶曾经说，教育就是培养习惯。</w:t>
      </w:r>
      <w:r>
        <w:rPr>
          <w:lang w:eastAsia="zh-CN"/>
        </w:rPr>
        <w:br/>
      </w:r>
      <w:r>
        <w:rPr>
          <w:lang w:eastAsia="zh-CN"/>
        </w:rPr>
        <w:t>　　2、在学生层面上，存在着有学无生的现象、我们应该尊重学生，关注生命、就是要求教师不仅仅将教育看作是完成开发智力，培养能力的教学任务，而是要求教师将课堂视为养育学生人性的殿堂，将目标定位于提升学生道德修养和促进学生人格发展、我们由此而得到启示：关注生命就是要求教师调整教学关注的视角、关注的重心，要求教师把思考学生需要什么放在第一位，把开发学生美好人生作为自身职业的第一要义。</w:t>
      </w:r>
      <w:r>
        <w:rPr>
          <w:lang w:eastAsia="zh-CN"/>
        </w:rPr>
        <w:br/>
      </w:r>
      <w:r>
        <w:rPr>
          <w:lang w:eastAsia="zh-CN"/>
        </w:rPr>
        <w:t>　　四、具体做法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面对教育的现状和艰苦的条件，我们没有退缩，相反，我们选择了艰难的探索、我们的思路是：利用教育科研的优良传统和浓厚氛围，以德育科研为支撑，以生命教育为载体，以提高学生的基础文明素质为核心，整体推进学校的德育工作、下面，对我们的德育科研工作进行简单介绍。</w:t>
      </w:r>
      <w:r>
        <w:rPr>
          <w:lang w:eastAsia="zh-CN"/>
        </w:rPr>
        <w:br/>
      </w:r>
      <w:r>
        <w:rPr>
          <w:lang w:eastAsia="zh-CN"/>
        </w:rPr>
        <w:t>　　1、进行过的研究</w:t>
      </w:r>
      <w:r>
        <w:rPr>
          <w:lang w:eastAsia="zh-CN"/>
        </w:rPr>
        <w:br/>
      </w:r>
      <w:r>
        <w:rPr>
          <w:lang w:eastAsia="zh-CN"/>
        </w:rPr>
        <w:t>　　《小学生心理健康教育研究》，区级优秀课题；《农村小学品德与生活课程资源的开发与利用》市级课题，通过鉴定验收；《小学生心理健康教育的途径与方法研究》，国家级课题，学校被国家基础教育实验中心评为全国心理健康教育研究先进单位，2人被评为先进个人，3篇案例被评为优秀成果。</w:t>
      </w:r>
      <w:r>
        <w:rPr>
          <w:lang w:eastAsia="zh-CN"/>
        </w:rPr>
        <w:br/>
      </w:r>
      <w:r>
        <w:rPr>
          <w:lang w:eastAsia="zh-CN"/>
        </w:rPr>
        <w:t>　　2、正在进行的研究</w:t>
      </w:r>
      <w:r>
        <w:rPr>
          <w:lang w:eastAsia="zh-CN"/>
        </w:rPr>
        <w:br/>
      </w:r>
      <w:r>
        <w:rPr>
          <w:lang w:eastAsia="zh-CN"/>
        </w:rPr>
        <w:t>　　校本课题、《生命教育：水资源利用和保护》、进行德育校本课程的创编工作，对学生进行生命教育，使学生们处理好个人与环境的关系，引导他们亲近自然，保护资源与环境、我们校科研室和德育处编写了校本教材《水资源的利用与保护》，共课，23000多字、该书以水为线索，介绍了有关水资源的利用、保护、节约、家乡的河流和沈北新区简介与发展等方面的内容、该课程安排在品德与生活（社会）课时间给学生讲授，受到了学生的欢迎、该书已入选区小学教研室主编的校本课程汇编。</w:t>
      </w:r>
      <w:r>
        <w:rPr>
          <w:lang w:eastAsia="zh-CN"/>
        </w:rPr>
        <w:br/>
      </w:r>
      <w:r>
        <w:rPr>
          <w:lang w:eastAsia="zh-CN"/>
        </w:rPr>
        <w:t>　　学生基础文明素质的培养研究、目的是塑造学生文明行为，提高学生文明素质。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是制定了一系列礼仪规范来塑造学生的文明行为，提高学生的文明素质，培养学生的良好文明习惯、这些礼仪规范包括：学校礼仪规范，从走路、说话及课间活动抓起，强化细节管理，人人见到老师主动问好、衣冠整洁等小事做起，开展养成教育；家庭礼仪规范，要求学生进出家门主动向父母打招呼，帮助父母做家务，做些力所能及的事情等，让学生体会一饭一衣来之不易；社会礼仪规范，教育学生参加社会活动和在公共场合时要遵守社会公德等，从我做起，用自己的文明言行带动社会风气的良性发展。</w:t>
      </w:r>
      <w:r>
        <w:rPr>
          <w:lang w:eastAsia="zh-CN"/>
        </w:rPr>
        <w:br/>
      </w:r>
      <w:r>
        <w:rPr>
          <w:lang w:eastAsia="zh-CN"/>
        </w:rPr>
        <w:t>　　二是利用红领巾广播站、手抄报、黑板报、《德育月报》等各种媒体，宣传学校的典型经验，促进德育中心工作的开展、本学期，编印《德育月报》6期，开展丰富多彩的文明礼仪教育活动和“十要十不要”宣传教育活动，引导学生懂礼貌、知礼仪、重礼节、讲道德，养成科学文明的生活方式和文明礼貌的行为习惯、自开展礼仪教育活动后，学生讲文明、懂礼貌了，自身修养得到了提高，充分展示了我校学生良好形象，受到了广大教师和家长的一致好评。</w:t>
      </w:r>
      <w:r>
        <w:rPr>
          <w:lang w:eastAsia="zh-CN"/>
        </w:rPr>
        <w:br/>
      </w:r>
      <w:r>
        <w:rPr>
          <w:lang w:eastAsia="zh-CN"/>
        </w:rPr>
        <w:t>　　规划课题、目前研究的课题包括：《家校沟通互动的形式与方法研究》省级课题和中央教科所《整体构建家庭和谐德育途径方法体系研究》两项、研究工作正顺利进行。</w:t>
      </w:r>
      <w:r>
        <w:rPr>
          <w:lang w:eastAsia="zh-CN"/>
        </w:rPr>
        <w:br/>
      </w:r>
      <w:r>
        <w:rPr>
          <w:lang w:eastAsia="zh-CN"/>
        </w:rPr>
        <w:t>　　另外，为弥补学校没有网站的不足，德育处和科研室开设了教育博客，与全乡各校进行沟通和交流、现在，博客的点击率已达到12万次以上，与全国各地的学校建立了良好的联系，既宣传了我们自己，也从其它学校的网站和博客上获得了先进的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五、基本成效</w:t>
      </w:r>
      <w:r>
        <w:rPr>
          <w:lang w:eastAsia="zh-CN"/>
        </w:rPr>
        <w:br/>
      </w:r>
      <w:r>
        <w:rPr>
          <w:lang w:eastAsia="zh-CN"/>
        </w:rPr>
        <w:t>　　德育科研工作开展以来，取得了一定成效、几年来，我们的德育科研从无到有，从少到多，取得了一定成绩、德育队伍的素质得到了提高、先后有区级以上德育论文几十篇获奖，其中国家级论文2篇，心理健康区优课2节，省优课一节，国家级优秀课一节、学生们的文明意识提高了，环保意识增强了，学校的环境整洁了、学校先后被评为区寒假工作先进单位、市区教育科研先进单位、市教育学会学术研究先进单位，市区优秀少先大队，东北地区教育情报工作先进集体、省创新教育先进学校、全国心理健康教育研究先进单位，全国青少年（丰田）生态环保日志大赛组织奖、多名学生的环保征文在市、区比赛中获奖、个人荣誉有市寒假工作先进个人、未成年人保护工作先进个人、少年儿童良师益友、优秀德育工作者。</w:t>
      </w:r>
      <w:r>
        <w:rPr>
          <w:lang w:eastAsia="zh-CN"/>
        </w:rPr>
        <w:br/>
      </w:r>
      <w:r>
        <w:rPr>
          <w:lang w:eastAsia="zh-CN"/>
        </w:rPr>
        <w:t xml:space="preserve">    小学老师年度个人总结范文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幸福路小学是在一个狭窄的小路旁，早晨学生们陆陆续续地进入学校，见到老师会主动而又礼貌地鞠躬问好，每个师生的脸上洋溢着幸福的微笑，这是发自内心的幸福，校园的面积不大，却处处渗透着校园文化和教师的教学理念，入校门的四根柱子，每个上面都有一句富有教育意义的桔子，从小事做起，从点滴做起，教会学生从小树立感恩的信念，感恩父母给我以生命，感恩老师给我以教诲，感恩朋友给我以帮助，感恩社会给我以舞台，培养学生做一个知恩图报的人么校园有面墙，墙上布满了教师和学生幸福的`笑脸，而角落里校长和领导却不夺目，这是一个尊重教师，爱护学生的和谐氛围，平等互助是每个向往自由，追求幸福却必不可少的前提，而忙碌的教学工作之余，教师有自己的休闲空间，可以饮茶作诗，可以赏花弹琴，可以读书畅谈，可以坐在吊床上小栖，这也许是教师们最为向往的福利吧！</w:t>
      </w:r>
      <w:r>
        <w:rPr>
          <w:lang w:eastAsia="zh-CN"/>
        </w:rPr>
        <w:br/>
      </w:r>
      <w:r>
        <w:rPr>
          <w:lang w:eastAsia="zh-CN"/>
        </w:rPr>
        <w:t>　　每个班级有自己的管理理念，门口的墙上贴着自理之星，纪律之星，卫生之星，学生们会自豪地说这是我们班级得的奖励，这也是培养学生集体荣誉感，有理有据的时候，每个班级里，乌鸦鸦地一片，学生座次恰好能够进出，面对着这样一群活泼好动，聪明伶俐的小孩，教师恐怕要练就三头六臂，我们是在一四班听数学课，课堂中教师崇恩尊重学生，任由学生在数学的海洋中自由畅游，孩子们开拓思维，千奇百怪的答案，老师也用教育机智游刃有余地应答，课堂中教师照顾每个学生，用童真的教学语言吸引学生的注意力，学生们兴趣高涨，思维活跃，课堂教学成效显著，年轻教师用自己的个人魅力征服了学生，成了课堂中的引导者，这就是教学的魅力，也是教师们不断追求的一大学问。</w:t>
      </w:r>
      <w:r>
        <w:rPr>
          <w:lang w:eastAsia="zh-CN"/>
        </w:rPr>
        <w:br/>
      </w:r>
      <w:r>
        <w:rPr>
          <w:lang w:eastAsia="zh-CN"/>
        </w:rPr>
        <w:t>　　语文课堂，教师循规蹈矩，学生偶尔会跑进自己的小世界，教师引导的语言似乎并不奏效，也让学生不知所措，教学风格不同，教学理念不同，学生的课堂表现千差万别，教师自有她的魅力，而最有魅力就是吸引学生注意力，让学生主动参与教学，这就是我们不断追求的动力，愿学习继续，思考前行，做一个有心人，用专业说服同行，用魅力征服学生。</w:t>
      </w:r>
      <w:r>
        <w:rPr>
          <w:lang w:eastAsia="zh-CN"/>
        </w:rPr>
        <w:br/>
      </w:r>
      <w:r>
        <w:rPr>
          <w:lang w:eastAsia="zh-CN"/>
        </w:rPr>
        <w:t xml:space="preserve">    小学老师年度个人总结范文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本学期，我适应新时期教学工作的要求，认真学习,从各方面严格要求自己，积极向老教师请教，结合本校的实际条件和学生的实际情况，勤勤恳恳，兢兢业业，使教学工作有计划，有组织，有步骤地开展。立足现在，放眼未来，为使今后的工作取得更大的进步，现对本学期教学工作作出总结，希望能发扬优点，克服不足，总结检验教训，继往开来，以促进教学工作更上一层楼。</w:t>
      </w:r>
      <w:r>
        <w:rPr>
          <w:lang w:eastAsia="zh-CN"/>
        </w:rPr>
        <w:br/>
      </w:r>
      <w:r>
        <w:rPr>
          <w:lang w:eastAsia="zh-CN"/>
        </w:rPr>
        <w:t>　　一、认真备课</w:t>
      </w:r>
      <w:r>
        <w:rPr>
          <w:lang w:eastAsia="zh-CN"/>
        </w:rPr>
        <w:br/>
      </w:r>
      <w:r>
        <w:rPr>
          <w:lang w:eastAsia="zh-CN"/>
        </w:rPr>
        <w:t>　　不但备学生而且备教材备教法，根据教材内容及学生的实际，设计课的类型，拟定采用的教学方法，并对教学过程的程序及时间安排都作了详细的记录，认真写好教案。每一课都做到“有备而来”，每堂课都在课前做好充分的准备，并制作各种利于吸引学生注意力的有趣教具，课后及时对该课作出总结，写好教学反思。</w:t>
      </w:r>
      <w:r>
        <w:rPr>
          <w:lang w:eastAsia="zh-CN"/>
        </w:rPr>
        <w:br/>
      </w:r>
      <w:r>
        <w:rPr>
          <w:lang w:eastAsia="zh-CN"/>
        </w:rPr>
        <w:t>　　二、增强上课技能，提高教学质量</w:t>
      </w:r>
      <w:r>
        <w:rPr>
          <w:lang w:eastAsia="zh-CN"/>
        </w:rPr>
        <w:br/>
      </w:r>
      <w:r>
        <w:rPr>
          <w:lang w:eastAsia="zh-CN"/>
        </w:rPr>
        <w:t>　　在课堂上，我始终注意调动学生的积极性，加强师生交流，充分体现学生的主体作用，让学生学得容易，学得轻松，学得愉快;注意精讲精练，在课堂上老师讲得尽量少，学生动口动手动脑尽量多;同时在每一堂课上都充分考虑每一个层次的学生学习需求和学习能力，让各个层次的学生都得到提高。由于是一年级的学生，所以我平时非常重视对他们学习兴趣的培养，现在学生普遍反映喜欢上语文课，就连以前极讨厌语文的学生都乐于上课了。</w:t>
      </w:r>
      <w:r>
        <w:rPr>
          <w:lang w:eastAsia="zh-CN"/>
        </w:rPr>
        <w:br/>
      </w:r>
      <w:r>
        <w:rPr>
          <w:lang w:eastAsia="zh-CN"/>
        </w:rPr>
        <w:t>　　三、虚心请教其他老师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教学上，有疑必问。在各个章节的学习上都积极征求其他老师的意见，学习他们的方法，同时，多听老师的课，做到边听边讲，学习别人的优点，克服自己的不足，并常常邀请其他老师来听课，征求他们的意见，改进工作。</w:t>
      </w:r>
      <w:r>
        <w:rPr>
          <w:lang w:eastAsia="zh-CN"/>
        </w:rPr>
        <w:br/>
      </w:r>
      <w:r>
        <w:rPr>
          <w:lang w:eastAsia="zh-CN"/>
        </w:rPr>
        <w:t>　　四、真批改作业：布置作业做到精读精练</w:t>
      </w:r>
      <w:r>
        <w:rPr>
          <w:lang w:eastAsia="zh-CN"/>
        </w:rPr>
        <w:br/>
      </w:r>
      <w:r>
        <w:rPr>
          <w:lang w:eastAsia="zh-CN"/>
        </w:rPr>
        <w:t>　　为了做到这点，在平时布置作业的过程中，我力求每一次练习都起到最大的效果。同时对学生的作业批改及时、认真，分析并记录学生的作业情况，将他们在作业过程出现的问题作出分类总结，进行透切的评讲，并针对有关情况及时改进教学方法，做到有的放矢。</w:t>
      </w:r>
      <w:r>
        <w:rPr>
          <w:lang w:eastAsia="zh-CN"/>
        </w:rPr>
        <w:br/>
      </w:r>
      <w:r>
        <w:rPr>
          <w:lang w:eastAsia="zh-CN"/>
        </w:rPr>
        <w:t>　　五、做好课后辅导工作，注意分层教学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使学习成为他们自我意识力度一部分。在此基础上，再教给他们学习的方法，提高他们的技能。并认真细致地做好查漏补缺工作。由于我所带的班级是一年级，所以学生在接受知识的水平上有着明显的差异，所以后进生通常存在很多知识断层，这些都是后进生转化过程中的拌脚石，在做好后进生的转化工作时，要特别注意给他们补课，把他们以前学习的知识断层补充完整，这样，他们就会学得轻松，进步也快，兴趣和求知欲也会随之增加。</w:t>
      </w:r>
      <w:r>
        <w:rPr>
          <w:lang w:eastAsia="zh-CN"/>
        </w:rPr>
        <w:br/>
      </w:r>
      <w:r>
        <w:rPr>
          <w:lang w:eastAsia="zh-CN"/>
        </w:rPr>
        <w:t>　　总之，在工作中我还有很多不足，学生的学风和学习兴趣还不是很踏实，在教学上也需要进一步严格要求自己，力争把本职工作做的更好。</w:t>
      </w:r>
      <w:r>
        <w:rPr>
          <w:lang w:eastAsia="zh-CN"/>
        </w:rPr>
        <w:br/>
      </w:r>
      <w:r>
        <w:rPr>
          <w:lang w:eastAsia="zh-CN"/>
        </w:rPr>
        <w:t xml:space="preserve">    小学老师年度个人总结范文 篇12 </w:t>
      </w:r>
      <w:r>
        <w:rPr>
          <w:lang w:eastAsia="zh-CN"/>
        </w:rPr>
        <w:br/>
      </w:r>
      <w:r>
        <w:rPr>
          <w:lang w:eastAsia="zh-CN"/>
        </w:rPr>
        <w:t>　　“做一名好老师”是许多老师一生所追求的目标，也是我的目标。自踏入教育这个岗位以来，我始终以勤勤恳恳、踏踏实实的态度来对待我的工作，以“师德”规范自己的教育教学工作，以“当一名好老师”作为自己工作的座右铭来要求自己，现将本学期的工作总结如下：</w:t>
      </w:r>
      <w:r>
        <w:rPr>
          <w:lang w:eastAsia="zh-CN"/>
        </w:rPr>
        <w:br/>
      </w:r>
      <w:r>
        <w:rPr>
          <w:lang w:eastAsia="zh-CN"/>
        </w:rPr>
        <w:t>　　一、 在思想上，爱国爱党，积极上进。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在这一个学期里，我在思想上严于律己，热爱党的教育事业。去年4月我已经是预备党员所以这一学期来我都是以党员的要求来约束自己，鞭策自己。对自己要求更为严格，力争在思想上、工作上在同事、学生的心目中树立起榜样的作用。通过上级党委及学校党委的认真考察今年4月10日我已正式转正成为了一名中国共产党员。使自己的思想上了一个新的台阶，同时也是对自己思想上严格要求的一个新的开始。一学期来，我还积极参加各类政治业务学习，努力提高自己的政治水平和业务水平。同时服从学校的工作安排，做好教育教学工作的同时，做好微机室的打印及复印材料的工作，配合领导和老师们做好工作。</w:t>
      </w:r>
      <w:r>
        <w:rPr>
          <w:lang w:eastAsia="zh-CN"/>
        </w:rPr>
        <w:br/>
      </w:r>
      <w:r>
        <w:rPr>
          <w:lang w:eastAsia="zh-CN"/>
        </w:rPr>
        <w:t>　　在工作中，我积极、主动、勤恳、责任性较强，乐于接受学校布置的各项工作;我还注重文化学习。在不断的学习中，努力使自己的思想觉悟、理论水平、业务能力都得到较快的提高。</w:t>
      </w:r>
      <w:r>
        <w:rPr>
          <w:lang w:eastAsia="zh-CN"/>
        </w:rPr>
        <w:br/>
      </w:r>
      <w:r>
        <w:rPr>
          <w:lang w:eastAsia="zh-CN"/>
        </w:rPr>
        <w:t>　　二、 工作方面</w:t>
      </w:r>
      <w:r>
        <w:rPr>
          <w:lang w:eastAsia="zh-CN"/>
        </w:rPr>
        <w:br/>
      </w:r>
      <w:r>
        <w:rPr>
          <w:lang w:eastAsia="zh-CN"/>
        </w:rPr>
        <w:t>　　1、在教育教学上，敬业爱岗，严谨治教。</w:t>
      </w:r>
      <w:r>
        <w:rPr>
          <w:lang w:eastAsia="zh-CN"/>
        </w:rPr>
        <w:br/>
      </w:r>
      <w:r>
        <w:rPr>
          <w:lang w:eastAsia="zh-CN"/>
        </w:rPr>
        <w:t>　　把学生教好，让学生成功，是每位教师最大的心愿、最高的荣誉。作为一名数学教师，让学生掌握良好的学习方法，获取更多的知识是最重要的任务。因此，我在课堂教学中，坚持做到认真钻研大纲，仔细分析教材的编写意图，认真备课，注意设计好每堂课的教学方法，研究现代教育技术在课堂教学中的应用，注重对学生各种能力的培养。在认真做好日常教学工作的同时，努力探索在小学数学课堂教学中落实素质教育的方法及手段，探索在教育中培养学生能力发展的途径。</w:t>
      </w:r>
      <w:r>
        <w:rPr>
          <w:lang w:eastAsia="zh-CN"/>
        </w:rPr>
        <w:br/>
      </w:r>
      <w:r>
        <w:rPr>
          <w:lang w:eastAsia="zh-CN"/>
        </w:rPr>
        <w:t>　　2、重视学科渗透，加强德育科研。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挖掘渗透内容。德育要寓各学科教学之中，贯穿于教育教学的各个环节。结合教学内容对学生进行爱国主义、集体主义和社会主义思想教育，提高心理素质，激发爱国主义情感，磨练意志品质，培养团结协作和坚忍不拔的精神。优化学科教学。课堂是实施德育教育的主阵地，学科教学中渗透德育教育是一种全员性策略，教师要在教学目标、教学内容和教学方法诸方面渗透德育教育来优化课堂教学的全过程，要开展学科渗透德育教育的教研研究活动。</w:t>
      </w:r>
      <w:r>
        <w:rPr>
          <w:lang w:eastAsia="zh-CN"/>
        </w:rPr>
        <w:br/>
      </w:r>
      <w:r>
        <w:rPr>
          <w:lang w:eastAsia="zh-CN"/>
        </w:rPr>
        <w:t>　　加强德育科研。树立向科研质量要效益的现代意识，认真学习教科研理论的书籍并运用于德育实践研究，认真作好学习笔记。针对新形势下的学生特点，进行分析研究，撰写有一定质量的教育、德育论文。</w:t>
      </w:r>
      <w:r>
        <w:rPr>
          <w:lang w:eastAsia="zh-CN"/>
        </w:rPr>
        <w:br/>
      </w:r>
      <w:r>
        <w:rPr>
          <w:lang w:eastAsia="zh-CN"/>
        </w:rPr>
        <w:t>　　这一学期即将画上句号，但我希望这个句号能是完美的。在付出了很多的同时，自己也收获了很多。现在，这短短的一个学期又要结束了，但这不是我理想和向往的终点，因为我在期待着新学期的开始，在期待着自己更大的进步，期待着自己能取得更好的成绩。</w:t>
      </w:r>
      <w:r>
        <w:rPr>
          <w:lang w:eastAsia="zh-CN"/>
        </w:rPr>
        <w:br/>
      </w:r>
      <w:r>
        <w:rPr>
          <w:lang w:eastAsia="zh-CN"/>
        </w:rPr>
        <w:t xml:space="preserve">    小学老师年度个人总结范文 篇13 </w:t>
      </w:r>
      <w:r>
        <w:rPr>
          <w:lang w:eastAsia="zh-CN"/>
        </w:rPr>
        <w:br/>
      </w:r>
      <w:r>
        <w:rPr>
          <w:lang w:eastAsia="zh-CN"/>
        </w:rPr>
        <w:t>　　转眼间，我在教师的岗位上又平凡地走过了一年。追忆往昔，展望未来，为了更好的总结经验教训使自己迅速成长，成为一名合格的“人民教师”，无愧于这一称号，我现将20__年度工作情况总结如下：</w:t>
      </w:r>
      <w:r>
        <w:rPr>
          <w:lang w:eastAsia="zh-CN"/>
        </w:rPr>
        <w:br/>
      </w:r>
      <w:r>
        <w:rPr>
          <w:lang w:eastAsia="zh-CN"/>
        </w:rPr>
        <w:t>　　一、师德方面：加强修养，塑造“师德”。</w:t>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xml:space="preserve"> 我始终认为作为一名教师应把“师德”放在一个极其重要的位置上，因为这是教师的立身之本。“学高为师，身正为范”，这个道理古今皆然。从踏上讲台的第一天，我就时刻严格要求自己，上班开会不迟到不早退，遵守学校的各项规章制度，力争做一个有崇高师德的人。我始终坚持给学生一个好的示范，希望从我这走出去的都是合格的学生，都是一个个大写的“人”。为了给自己的学生一个好的表率，同时也是使自己陶冶情操，加强修养，课余时间我阅读了大量的书籍，不断提高自己水平。今后我将继续加强师德方面的修养，力争在这一方面有更大的提高。</w:t>
      </w:r>
      <w:r>
        <w:rPr>
          <w:lang w:eastAsia="zh-CN"/>
        </w:rPr>
        <w:br/>
      </w:r>
      <w:r>
        <w:rPr>
          <w:lang w:eastAsia="zh-CN"/>
        </w:rPr>
        <w:t>　　二、教学方面：虚心求教，强化自我。对于一名教师来说，加强自身业务水平，提高教学质量无疑是至关重要的。随着岁月的流逝，伴着我教学天数的增加，我越来越感到我知识的匮乏，经验的缺少。面对讲台下那一双双渴望的眼睛，每次上课我都感到自己责任之重大。为了尽快充实自己，使自己教学水平有一个质的飞跃，我从以下几个方面对自身进行了强化。</w:t>
      </w:r>
      <w:r>
        <w:rPr>
          <w:lang w:eastAsia="zh-CN"/>
        </w:rPr>
        <w:br/>
      </w:r>
      <w:r>
        <w:rPr>
          <w:lang w:eastAsia="zh-CN"/>
        </w:rPr>
        <w:t>　　首先是从教学理论和教学知识上。我自己订阅了语文教学杂志进行教学参考，对于里面各种教学理论和教学方法尽量做到博采众家之长为己所用。在让先进的理论指导自己的教学实践的同时，我也在一次次的教学实践中来验证和发展这种理论。</w:t>
      </w:r>
      <w:r>
        <w:rPr>
          <w:lang w:eastAsia="zh-CN"/>
        </w:rPr>
        <w:br/>
      </w:r>
      <w:r>
        <w:rPr>
          <w:lang w:eastAsia="zh-CN"/>
        </w:rPr>
        <w:t>　　其次是做到“不耻下问”教学互长。这一年来，通过认真学习教学理论，刻苦钻研教学，虚心向优秀教师学习，我自己感到我比前两年在教学方面有了较大的提高。学生的语文成绩也证实了这一点，我教的班级语文考试平均分、总体合格率、总体优秀率名次一般保持在年级前三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三、班主任工作：全心全意，尽职尽责。从担任班主任第一天开始，我就兢兢业业，把自己大部分时间和精力放在班级和学生上面，甚至不惜牺牲自己大量业余时间。古人云：“其身正，不令则从。其身不正，虽令不从。”在管理班级、教育学生的过程中，我始终坚持这一原则，要求学生做到的，我首先做到;反对学生做的，我也坚决不做。经过一年多的言传身教，我班学生基本做到令行止禁，班级风气正，同学关系融洽。由于我处理班级事务坚持“对事不对人”，从不歧视任何一个学生，因此学生和我关系非常融洽，班级工作开展的有声有色，取得大量成绩。先后获得：学期学习成绩名列前矛;“达标运动会”第三;广播操比赛第一;校运动会团体总分第三;“班班有歌声比赛”冠军;荣获校“书香班级”荣誉称号,</w:t>
      </w:r>
      <w:r>
        <w:rPr>
          <w:lang w:eastAsia="zh-CN"/>
        </w:rPr>
        <w:t xml:space="preserve"> 并被学校推荐参加区“书香班级”评比;沈佳丽在“压岁钱征文”中获区级二等奖;指导学生李鼎佳写的《战胜脆弱，学会坚强》一文在“知荣辱，树新风”读书教育活动中，获区级三等奖，吴金金获片级演讲比赛三等奖;王莹莹写的《一朝染毒害终身》获萧山区中小学生禁毒观后感三等奖;带领学生努力争创“星级班级”现已争创到两星。本人也获得了校“优秀辅导员”的荣誉。</w:t>
      </w:r>
      <w:r>
        <w:rPr>
          <w:lang w:eastAsia="zh-CN"/>
        </w:rPr>
        <w:br/>
      </w:r>
      <w:r>
        <w:rPr>
          <w:lang w:eastAsia="zh-CN"/>
        </w:rPr>
        <w:t>　　四、学校各项活动情况：积极参与活动，严格要求自我。认真参加学校组织的各项活动，并取得了一点小成绩：参加镇教师教学技能比武，获三等奖;参加本年度还如愿被评为区教坛新秀;在我校举行的首届特殊教育论坛会上，承担了一堂语文随班就读研讨课——《一碗水的愤怒》;成功地开设了年级组公开课《老人与海鸥》;与汪丽老师一起承担了“六年级作文兴趣小组”指导工作，在“阳光杯”萧山区第五届小学生现场作文比赛中有3生获奖;认真撰写论文和博客,有一文获奖;所带班级语文学科成绩在年级组中名列前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旧的一年即将过去，新的一年马上来到。我又要踏上新的征程，道远任重，我仍需继续加倍努力，争取在平凡的岗位上做出不平凡的成绩。</w:t>
      </w:r>
      <w:r>
        <w:rPr>
          <w:lang w:eastAsia="zh-CN"/>
        </w:rPr>
        <w:br/>
      </w:r>
      <w:r>
        <w:rPr>
          <w:lang w:eastAsia="zh-CN"/>
        </w:rPr>
        <w:t xml:space="preserve">    小学老师年度个人总结范文 篇14 </w:t>
      </w:r>
      <w:r>
        <w:rPr>
          <w:lang w:eastAsia="zh-CN"/>
        </w:rPr>
        <w:br/>
      </w:r>
      <w:r>
        <w:rPr>
          <w:lang w:eastAsia="zh-CN"/>
        </w:rPr>
        <w:t>　　我叫，现年31岁，中国共产党党员，本科学历，小教一级教师，__年参加工作的，至今工作已近13年了。从参加工作以来我始终坚持四项基本原则，拥护中国共产党的领导，热爱社会主义祖国，关心我国社会主义现代化的建设大业，关心国家大事，关心世界大事;热爱党的教育事业，关心、热爱每一位学生，热心为师生排忧解难;遵纪守法，遵守学校的各项规章制度，在各个方面从严要求自己，努力提高自己的政治思想觉悟和教育教学水平。13年来我凡是都脚踏实地工作，不驰于空想，不鹜于虚声，坚持求真务实的态度为党和人民的教育事业而工作，在此，为了总结经验，今后改正工作中的不足，特做如下总结：</w:t>
      </w:r>
      <w:r>
        <w:rPr>
          <w:lang w:eastAsia="zh-CN"/>
        </w:rPr>
        <w:br/>
      </w:r>
      <w:r>
        <w:rPr>
          <w:lang w:eastAsia="zh-CN"/>
        </w:rPr>
        <w:t>　　一、思想品德方面：我自参加工作近13年，尤其是从事教导主任工作3年多来，我爱岗敬业，教书育人，模范地遵守了教师职业道德和岗位规范，自觉遵守了社会公德、严于律己。在平时的工作中从不做有违教师职业道德的事，为协助校长抓好教师的职业道德工作，我并结合_中小学教师职业道德规范制定了我校教师的师德八条和教师七不准。为进一步规范我校教师的行为并起到了很好的约束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二、教学能力方面，我积极参与教育教学改革与研究，学习新课程改革理论，积极掌握现代教育技术，我的教育教学能力不断得到提高。我的教学研究课两次荣获县级奖励：__年在初中英语优质课竞赛中获镇一等奖;__年4月在白鹿镇中学的生物竞赛课中取得了第一名，因而代表白鹿镇参加了_生物说课竞赛并获得县三等奖;__年在县教育局举办的中小学爱国主义影评征文活动中荣获教师辅导贰等奖;__年3月指导该班学生古志梅、雷琴等四位同学所写的作文获_中学生新四纪希望之星创新作文大赛获两个壹等奖和两个贰等奖;__年被评为优秀教师;撰写的论文《论德育艺术的把握》获_论文评选一等奖;__年11月指导该班学生古志银写作的作文在泸州报上发表;__年在_选拔教师参加_课程改革学科优质课竞赛获二等奖;__年度被_评为优秀德育工作者;、连续两年被学校评为优秀;__年被被评为秀教师和_师德标兵;我参加_年9月的新课程优质课政治学科竞赛中获县一等奖并进入第二轮的决赛。</w:t>
      </w:r>
      <w:r>
        <w:rPr>
          <w:lang w:eastAsia="zh-CN"/>
        </w:rPr>
        <w:br/>
      </w:r>
      <w:r>
        <w:rPr>
          <w:lang w:eastAsia="zh-CN"/>
        </w:rPr>
        <w:t>　　三、在出勤方面：因我十分的热爱党的教育事业，近13年来我全身心地投入到了党和人民的教书育人的工作中去，兢兢业业，勤勤恳恳，近13年里从未迟到、早退和旷课的现象。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四、在教学第一线，我认为我在教学工作中勤勤恳恳，在实施素质教育的13年里、在具体的教育教学实践中，我的教育教学水平方面成绩良好，取得了如下一点成绩：我当时在中学任英语科教学，所教学科毕业升学统考成绩获全县乡镇中学前列，(其中该班有上中师、上中专、上高中);所带的毕业班年在马庙中学任英语教学(该班有考上中师、上中专、上高中的好成绩),是我新校点办中学后中考历史上的最好成绩，更得到了社会和家长的好评，受到政府的奖励;__年带的毕业班有考上中师，上高中;__年所教的小学毕业班语文科在县统考中获全镇第一名;__年所任的初中英语教学成绩较好;__年同时任中学和小学教学和教导管理工作，本年度的教学成绩获本片区第一。</w:t>
      </w:r>
      <w:r>
        <w:rPr>
          <w:lang w:eastAsia="zh-CN"/>
        </w:rPr>
        <w:br/>
      </w:r>
      <w:r>
        <w:rPr>
          <w:lang w:eastAsia="zh-CN"/>
        </w:rPr>
        <w:t>　　五、管理工作方面：</w:t>
      </w:r>
      <w:r>
        <w:rPr>
          <w:lang w:eastAsia="zh-CN"/>
        </w:rPr>
        <w:br/>
      </w:r>
      <w:r>
        <w:rPr>
          <w:lang w:eastAsia="zh-CN"/>
        </w:rPr>
        <w:t>　　(一)、在日常的学校的日常管理工作中，我严格按照上级业务主管部门、校长的指示和要求，结合我校各方面管理工作的实际开展工作，花了大量的时间对学校过去的制度进行修改和完善，重新制订了许多符合我校实际的学校常规管理制度。注重对学生进行常规教育工作。加强了对学校的教育教学管理工作。使我校的制度更加完善、各项常规教育内容更加全面,日常管理更加科学，措施更加得力，得到了上级的好评。为我校连续多年继续保持_的抗洪救灾先进单位、_的常规管理合格学校、县级文明单位、县级校风示范学校、县级卫生先进单位、县级青年文明号和_红旗大队等荣誉作出了贡献。</w:t>
      </w:r>
      <w:r>
        <w:rPr>
          <w:lang w:eastAsia="zh-CN"/>
        </w:rPr>
        <w:br/>
      </w:r>
      <w:r>
        <w:rPr>
          <w:lang w:eastAsia="zh-CN"/>
        </w:rPr>
        <w:t>　　(二)、在班主任工作中，我善于思考、积极探索、勇于实践。</w:t>
      </w:r>
      <w:r>
        <w:rPr>
          <w:lang w:eastAsia="zh-CN"/>
        </w:rPr>
        <w:br/>
      </w:r>
    </w:p>
    <w:p w:rsidR="001B1F19" w14:textId="27C3F48A">
      <w:pPr>
        <w:rPr>
          <w:rFonts w:hint="eastAsia"/>
          <w:lang w:eastAsia="zh-CN"/>
        </w:rPr>
      </w:pPr>
      <w:r>
        <w:rPr>
          <w:lang w:eastAsia="zh-CN"/>
        </w:rPr>
        <w:t>　　在我任教导主任前多年的班主任管理工作实践中，我通过总结发现班里的干部只是全班同学的少数，针对有许多学生当不上干部，其能力也势必得不到培养的情况。为此，我广泛听取意见和讨论后，在中队会议上郑重提议：是否能实行轮换制制度，让每一位同学都有机会。这个活动引起了学生广泛参与班级管理的积极性，一时间，班级气氛一下子活跃了起来，学习、纪律、各项活动都有了崭新的面貌。就这样，班级里几乎每位学生都当过干部，不仅培养了全体同学的能力，也使同学们认识到干部的真正含义。通过这项活动，同学之间</w:t>
      </w:r>
      <w:r>
        <w:rPr>
          <w:lang w:eastAsia="zh-CN"/>
        </w:rPr>
        <w:br/>
      </w:r>
      <w:r>
        <w:rPr>
          <w:lang w:eastAsia="zh-CN"/>
        </w:rPr>
        <w:t>　　的凝聚力大大增强，集体荣誉感也大大增强。在学校每学年度一次的优秀班级评比中，他所带的班级经常是优秀。</w:t>
      </w:r>
      <w:r>
        <w:rPr>
          <w:lang w:eastAsia="zh-CN"/>
        </w:rPr>
        <w:br/>
      </w:r>
      <w:r>
        <w:rPr>
          <w:lang w:eastAsia="zh-CN"/>
        </w:rPr>
        <w:t>　　六、在对待学困生和贫困生方面。</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https://d.book118.com/748004121013006043</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48004121013006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