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书香读书活动心得体会范文800字（34篇）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书香读书活动心得体会范文800字（通用34篇）</w:t>
      </w:r>
      <w:r>
        <w:rPr>
          <w:lang w:eastAsia="zh-CN"/>
        </w:rPr>
        <w:br/>
      </w:r>
      <w:r>
        <w:rPr>
          <w:lang w:eastAsia="zh-CN"/>
        </w:rPr>
        <w:t xml:space="preserve">    书香读书活动心得体会范文800字 篇1 </w:t>
      </w:r>
      <w:r>
        <w:rPr>
          <w:lang w:eastAsia="zh-CN"/>
        </w:rPr>
        <w:br/>
      </w:r>
      <w:r>
        <w:rPr>
          <w:lang w:eastAsia="zh-CN"/>
        </w:rPr>
        <w:t>　　反思性学习是小学生学习过程中的重要一环。关注小学生学习过程的反思，可以促进小学生自主学习能力的提高。学习过程中的自我反思是指学生对自己的学习方式、认知方式、理解程度、思维过程等方面自我认识、自我评价、以及对自己学习进度、学习心理的自我监控。</w:t>
      </w:r>
      <w:r>
        <w:rPr>
          <w:lang w:eastAsia="zh-CN"/>
        </w:rPr>
        <w:br/>
      </w:r>
      <w:r>
        <w:rPr>
          <w:lang w:eastAsia="zh-CN"/>
        </w:rPr>
        <w:t>　　自我反思是学生主体意识发展的充分体现。学习过程中，反思是不可缺少的环节。一个人对解决问题的体验是有时效的，如果不及时进行总结，这种经验就会消退，从而也就失去宝贵的思想方法的训练机会，这是教学上的一种最大浪费。对活动的全过程进行调节与控制，这是一个活动主体对自己活动过程的自我意识问题，学会了对自己的思维活动进行反思和有效的自我调节，是思维成熟的标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为了提高小学生数学学习的效率，必须使学生有时间、有机会对自己思维活动进行反思，对自己是怎样发现问题和解决问题的，应用了哪些基本的思考方法、技能和技巧，走过哪些弯路，从中获得哪些经验教训，进行认真的剖析，逐渐培养随时监控自己的数学思维活动的习惯。</w:t>
      </w:r>
      <w:r>
        <w:rPr>
          <w:lang w:eastAsia="zh-CN"/>
        </w:rPr>
        <w:br/>
      </w:r>
      <w:r>
        <w:rPr>
          <w:lang w:eastAsia="zh-CN"/>
        </w:rPr>
        <w:t>　　学生解决问题时，习惯性为完成任务而解题，导致解题质量不高，效率低下。解题是学好数学的必由之路，但是不同的解题指导思想会有不同的解题效果。养成对自己的解题过程进行反思的习惯是具有正确的解题思想的体现。为提高解题质量和效率，教师应该帮助学生整理思维过程，确定解题关键，引导学生回顾和整理解题思路，概括解题思想，使解题的过程清晰、思维条理化、精确化和概括化。</w:t>
      </w:r>
      <w:r>
        <w:rPr>
          <w:lang w:eastAsia="zh-CN"/>
        </w:rPr>
        <w:br/>
      </w:r>
      <w:r>
        <w:rPr>
          <w:lang w:eastAsia="zh-CN"/>
        </w:rPr>
        <w:t>　　在实际学习过程中，小学生总是根据问题的具体情景来决定解题方法，这种方法是受具体情景制约的，如果不对它进行提炼、概括，那么它的适用范围就有局限，不易产生迁移。因此应在学习后让学生反思学习过程，结合数学基本方法，引导学生在思维策略上回顾总结，分析具体方法中包含的数学基本思想方法，对具体方法进行再加工，从中提炼出应用范围广泛的一般数学思想方法。为了使解题达到举一反三的目的，在反思问题设计时，就应该考虑让学生对具体方法进行再加工，提出提炼数学思想方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从上述过程可以看到，通过引导学生反思、总结、归纳，既使他们看到了自己思想的不全面，找到了差距，培养了他们思维的逻辑性，又使他们学习揭示概念的本质的一般思想方法，使学生切实体验了数学思想方法对解题的指导作用，这就超出了题目本身的意义。</w:t>
      </w:r>
      <w:r>
        <w:rPr>
          <w:lang w:eastAsia="zh-CN"/>
        </w:rPr>
        <w:br/>
      </w:r>
      <w:r>
        <w:rPr>
          <w:lang w:eastAsia="zh-CN"/>
        </w:rPr>
        <w:t xml:space="preserve">    书香读书活动心得体会范文800字 篇2 </w:t>
      </w:r>
      <w:r>
        <w:rPr>
          <w:lang w:eastAsia="zh-CN"/>
        </w:rPr>
        <w:br/>
      </w:r>
      <w:r>
        <w:rPr>
          <w:lang w:eastAsia="zh-CN"/>
        </w:rPr>
        <w:t>　　市工商局于今年月份起在系统干部职工内开展了我喜爱的一本好书读书活动。也许我孤陋寡闻,据我所知,一个行政部门开展这样别具一格的读书活动在我市还是头一家。</w:t>
      </w:r>
      <w:r>
        <w:rPr>
          <w:lang w:eastAsia="zh-CN"/>
        </w:rPr>
        <w:br/>
      </w:r>
      <w:r>
        <w:rPr>
          <w:lang w:eastAsia="zh-CN"/>
        </w:rPr>
        <w:t>　　众所周知,我们国家是比较热衷于搞活动的一个国度,活动几乎涵盖了社会生活的各个层面。活动也不失为提高效率的一种好方式。但问题的关键是举办活动的目的和活</w:t>
      </w:r>
      <w:r>
        <w:rPr>
          <w:lang w:eastAsia="zh-CN"/>
        </w:rPr>
        <w:br/>
      </w:r>
      <w:r>
        <w:rPr>
          <w:lang w:eastAsia="zh-CN"/>
        </w:rPr>
        <w:t>　　动的内容。社会上的诸多活动我们实在不敢恭维。读书活动也一样,有些读书活动是应景之举,是摆花架子,是制造一种外部效应。所读之书是规定之书,读罢之后要写出规定字数的读书笔记,还要辅之以考核奖罚之手段,于是乎,读书者为完成任务,或自己争时间抢进度或让他人代劳摘抄书中篇章段落,如此,在上级检查验收之时,在年终总结之中就有了内容。至于读书者真正从书中学到了什么,那就是另一回事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市工商局的读书活动是别具一格的,首先读什么书?没作统一规定,是我所喜爱的。这种看似自由的阅读,其实正是对阅读者的阅读品位的无形检验。其次,要求阅读者写读后感,并与报纸联系开辟栏目公开发表。这样一来就把读书真正落到了实处,因为读后感不同于读书笔记,读书要有所感,就得细读,就得细想,想好了还得写出来让大家看,你还得说得准确、有理,有一定深度或高度。这一系列的反应过程,才算是真正意义上的读书。第三,这样的读书谁也不敢敷衍,谁也不敢见书就读,他得有选择,有辨别,选择和辨别的过程就是一个自我提升的过程。</w:t>
      </w:r>
      <w:r>
        <w:rPr>
          <w:lang w:eastAsia="zh-CN"/>
        </w:rPr>
        <w:br/>
      </w:r>
      <w:r>
        <w:rPr>
          <w:lang w:eastAsia="zh-CN"/>
        </w:rPr>
        <w:t>　　行文至此,我得对市工商局的领导们说一声谢谢,谢谢他们对文化的重视,对好书的尊敬,对职工的精神生活的关心。工商部门是执法机构,在现行的社会环境中,被请吃请喝是难免的,朋友应酬也是不可缺少的,因为风俗是难以抗拒的。读书之举,至少为这种风俗注入了新的内容,增添了雅的成份,让职工们少了点烟酒味,多了点书卷气。酒摊场上一旦有了书香飘散,酒气烟气就不再那么熏人了,于人,于单位,于社会不亦乐乎?</w:t>
      </w:r>
      <w:r>
        <w:rPr>
          <w:lang w:eastAsia="zh-CN"/>
        </w:rPr>
        <w:br/>
      </w:r>
      <w:r>
        <w:rPr>
          <w:lang w:eastAsia="zh-CN"/>
        </w:rPr>
        <w:t xml:space="preserve">    书香读书活动心得体会范文800字 篇3 </w:t>
      </w:r>
      <w:r>
        <w:rPr>
          <w:lang w:eastAsia="zh-CN"/>
        </w:rPr>
        <w:br/>
      </w:r>
      <w:r>
        <w:rPr>
          <w:lang w:eastAsia="zh-CN"/>
        </w:rPr>
        <w:t>　　在教育局领导和学校领导的关心与支持下，我们学校开展了轰轰烈烈的读书活动，通过这次读书活动我受益非浅。平时由于工作比较繁重，很难静下心来认真的去读书，但借这次读书活动的东风，我经过认真选择，主要认真阅读了《数学方法论》等书籍。选择这本书主要目的是想在专业上有所提高，为今后的教学充电，为了更好的服务于今后的教学工作。通过认真的评读该书，基本上达到了我预期的目的。</w:t>
      </w:r>
      <w:r>
        <w:rPr>
          <w:lang w:eastAsia="zh-CN"/>
        </w:rPr>
        <w:br/>
      </w:r>
      <w:r>
        <w:rPr>
          <w:lang w:eastAsia="zh-CN"/>
        </w:rPr>
        <w:t>　　该书主要从波利亚的数学启发法、数学抽象的方法、数学发现的逻辑与关系映射反演方法数学抽象的方法论原则 、数学美与数学直觉、数学文化等方面进行了阐述。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启发法是我们平时在教学过程中经常不自觉地在运用的教学方法，通过阅读这本书，使我了解了启发法的起源，发展与完善的过程。明白了启发在教学中的作用，以及怎样更好地运用它去为我们的教学工作服务。书中以几个实例详细说明了如何在教学工作中运用启发法，使我茅塞顿开。如解题的四种具体的模式：双轨迹模式、笛卡尔模式、递归模式、叠加模式;解题过程的介绍，怎样解题的介绍。数学中的合情推理详细介绍了如何类比，</w:t>
      </w:r>
      <w:r>
        <w:rPr>
          <w:lang w:eastAsia="zh-CN"/>
        </w:rPr>
        <w:t xml:space="preserve"> 如何归纳，合情推理的模式，等等。</w:t>
      </w:r>
      <w:r>
        <w:rPr>
          <w:lang w:eastAsia="zh-CN"/>
        </w:rPr>
        <w:t xml:space="preserve"> 数学发现的逻辑与反演的方法详细介绍了数学发现的逻辑，化归原则与关系映射反演奏的方法，特殊化与一般化等等。对我平时的业务学习及教学工作都有很大启迪作用。</w:t>
      </w:r>
      <w:r>
        <w:rPr>
          <w:lang w:eastAsia="zh-CN"/>
        </w:rPr>
        <w:br/>
      </w:r>
      <w:r>
        <w:rPr>
          <w:lang w:eastAsia="zh-CN"/>
        </w:rPr>
        <w:t>　　通过学习我了解了数学方法论对数学教学的意义：它有助于我们将数学课讲活、讲懂、讲深。所谓讲活就是教师应通过自己的教学活动向学生展现活生生的教学研究工作，而不是死的数学知识;所谓的讲懂就是教师应当帮助学生真正理解有关的教学内容，而不是囫囵吞枣，死记硬背;所谓的讲深就是教师在数学教学中不仅应使学生掌握具体的数学知识，而且应当帮助学生学会领会内在的思维方法。</w:t>
      </w:r>
      <w:r>
        <w:rPr>
          <w:lang w:eastAsia="zh-CN"/>
        </w:rPr>
        <w:br/>
      </w:r>
      <w:r>
        <w:rPr>
          <w:lang w:eastAsia="zh-CN"/>
        </w:rPr>
        <w:t>　　该书通过详实的例子教我们如何达到上述目的。因此，通过这次读书活动本人受益非浅，为我今后的教学工作，业务学习指明的具体的方向。</w:t>
      </w:r>
      <w:r>
        <w:rPr>
          <w:lang w:eastAsia="zh-CN"/>
        </w:rPr>
        <w:br/>
      </w:r>
      <w:r>
        <w:rPr>
          <w:lang w:eastAsia="zh-CN"/>
        </w:rPr>
        <w:t xml:space="preserve">    书香读书活动心得体会范文800字 篇4 </w:t>
      </w:r>
      <w:r>
        <w:rPr>
          <w:lang w:eastAsia="zh-CN"/>
        </w:rPr>
        <w:br/>
      </w:r>
      <w:r>
        <w:rPr>
          <w:lang w:eastAsia="zh-CN"/>
        </w:rPr>
        <w:t>　　为进一步提高教师自身素质，促进教师专业成长，根据本学期工作安排，我园在全园教师中开展了以“潜心读书、丰富内涵、促进发展”为主题的读书活动。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首先，宣传发动，明确读书活动目的。</w:t>
      </w:r>
      <w:r>
        <w:rPr>
          <w:lang w:eastAsia="zh-CN"/>
        </w:rPr>
        <w:br/>
      </w:r>
      <w:r>
        <w:rPr>
          <w:lang w:eastAsia="zh-CN"/>
        </w:rPr>
        <w:t>　　1.营造读书氛围，让广大教师从优秀作品中汲取营养，开阔视野，丰富知识，从而提高教师的文化底蕴和文化修养，使教师成为“有思想的教育者”。</w:t>
      </w:r>
      <w:r>
        <w:rPr>
          <w:lang w:eastAsia="zh-CN"/>
        </w:rPr>
        <w:br/>
      </w:r>
      <w:r>
        <w:rPr>
          <w:lang w:eastAsia="zh-CN"/>
        </w:rPr>
        <w:t>　　2.学习教育经典理论，更新教育观念，丰富教育智慧，促进教育创新。</w:t>
      </w:r>
      <w:r>
        <w:rPr>
          <w:lang w:eastAsia="zh-CN"/>
        </w:rPr>
        <w:br/>
      </w:r>
      <w:r>
        <w:rPr>
          <w:lang w:eastAsia="zh-CN"/>
        </w:rPr>
        <w:t>　　3.搭建教师交流平台，切实解决教育教学中的问题，实现教师专业水平和幼儿园办园品味同步提升。</w:t>
      </w:r>
      <w:r>
        <w:rPr>
          <w:lang w:eastAsia="zh-CN"/>
        </w:rPr>
        <w:br/>
      </w:r>
      <w:r>
        <w:rPr>
          <w:lang w:eastAsia="zh-CN"/>
        </w:rPr>
        <w:t>　　4.探索新形势下教师读书活动的特点和规律，重点充实幼儿园图书室教育理论方面的书籍，让图书室成为教师最向往的地方。</w:t>
      </w:r>
      <w:r>
        <w:rPr>
          <w:lang w:eastAsia="zh-CN"/>
        </w:rPr>
        <w:br/>
      </w:r>
      <w:r>
        <w:rPr>
          <w:lang w:eastAsia="zh-CN"/>
        </w:rPr>
        <w:t>　　5.创建幼儿园学习型组织，以教师的读书行为引领幼儿形成良好的读书习惯。</w:t>
      </w:r>
      <w:r>
        <w:rPr>
          <w:lang w:eastAsia="zh-CN"/>
        </w:rPr>
        <w:br/>
      </w:r>
      <w:r>
        <w:rPr>
          <w:lang w:eastAsia="zh-CN"/>
        </w:rPr>
        <w:t>　　其次，领导重视，行政支持。</w:t>
      </w:r>
      <w:r>
        <w:rPr>
          <w:lang w:eastAsia="zh-CN"/>
        </w:rPr>
        <w:br/>
      </w:r>
      <w:r>
        <w:rPr>
          <w:lang w:eastAsia="zh-CN"/>
        </w:rPr>
        <w:t>　　为了确保读书活动有效、深入、有序地开展，我园成立了以园长任组长，各中层领导、学年组长为成员的领导小组。根据活动目的，层层落实责任，分配任务，制定了便于操作的活动计划，使得读书活动有部署、有检查、有总结，确保了读书活动落到实处，顺利实施。</w:t>
      </w:r>
      <w:r>
        <w:rPr>
          <w:lang w:eastAsia="zh-CN"/>
        </w:rPr>
        <w:br/>
      </w:r>
      <w:r>
        <w:rPr>
          <w:lang w:eastAsia="zh-CN"/>
        </w:rPr>
        <w:t>　　再次，完善图书建设，组织教师交流研讨。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幼儿园本学期购置了大量新书，完善了园内图书室的建设，读书活动领导小组在广泛征求意见的基础上，推荐必读书目，指定阅读书目和自选书目，教师们在精读必读书的基础上，有计划地进行阅读，撰写读书笔记和读书心得。园内还利用校园网的网络平台，开设了“读书论坛”，发布读书信息，交流读书体会，开展在线讨论等活动，同时与其它有关的读书网站建立链接，为交流读书心得与开展网络阅读提供便利。</w:t>
      </w:r>
      <w:r>
        <w:rPr>
          <w:lang w:eastAsia="zh-CN"/>
        </w:rPr>
        <w:br/>
      </w:r>
      <w:r>
        <w:rPr>
          <w:lang w:eastAsia="zh-CN"/>
        </w:rPr>
        <w:t>　　第四，结合教育教学，组织读书活动。</w:t>
      </w:r>
      <w:r>
        <w:rPr>
          <w:lang w:eastAsia="zh-CN"/>
        </w:rPr>
        <w:br/>
      </w:r>
      <w:r>
        <w:rPr>
          <w:lang w:eastAsia="zh-CN"/>
        </w:rPr>
        <w:t>　　我园还根据本学期“园本教研制度建设”实施方案《以课例研究为载体，提高园本教研的针对性和有效性》，组织全园教师寻找阅读有关课例研究方面的书籍，选择其中一方面研究内容，重点学习，反复阅读，并组织开展了“专题研讨”活动，将自己在阅读中的感受与收获与同行分享。这样，以点带面，在有主题、有目的的读书活动中，教师们营造出了种“相互尊重、积极主动、共同发展”的教研文化氛围，研究习惯和意识都增强了。</w:t>
      </w:r>
      <w:r>
        <w:rPr>
          <w:lang w:eastAsia="zh-CN"/>
        </w:rPr>
        <w:br/>
      </w:r>
      <w:r>
        <w:rPr>
          <w:lang w:eastAsia="zh-CN"/>
        </w:rPr>
        <w:t>　　最后，及时总结，不断进步。</w:t>
      </w:r>
      <w:r>
        <w:rPr>
          <w:lang w:eastAsia="zh-CN"/>
        </w:rPr>
        <w:br/>
      </w:r>
      <w:r>
        <w:rPr>
          <w:lang w:eastAsia="zh-CN"/>
        </w:rPr>
        <w:t>　　通过读书活动，教师们从内心深处接受了这项活动，也喜欢上了读书，他们在读书过程中把感受都记录下来，并随时把学到的新思想、新方法运用到教学中。幼儿园定时对读书活动进行了全面总结，树立典型，推广先进，对“多读多思、以读长知、以读增智、读写结合、以读促教、卓有成效”的教师给予鼓励表彰。同时，幼儿园建立了教师读书档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读书活动是一项长期、有效、文明、健康的教育工程，需要每个教师持续地投入极大的热情。今后，我们将在全园进一步深入地开展读书学习活动，营造浓厚的读书氛围，培养良好的读书习惯，完善我园的读书机制，倡导“读书明理、读书求知、读书成才”的新风尚。</w:t>
      </w:r>
      <w:r>
        <w:rPr>
          <w:lang w:eastAsia="zh-CN"/>
        </w:rPr>
        <w:br/>
      </w:r>
      <w:r>
        <w:rPr>
          <w:lang w:eastAsia="zh-CN"/>
        </w:rPr>
        <w:t xml:space="preserve">    书香读书活动心得体会范文800字 篇5 </w:t>
      </w:r>
      <w:r>
        <w:rPr>
          <w:lang w:eastAsia="zh-CN"/>
        </w:rPr>
        <w:br/>
      </w:r>
      <w:r>
        <w:rPr>
          <w:lang w:eastAsia="zh-CN"/>
        </w:rPr>
        <w:t>　　营造书香校园，激发阅读热情，基于我校“晴暖教育”的办学哲学，6月15日下午，星五小学全体教师集中学校音乐室，举行本学期教师读书交流活动。</w:t>
      </w:r>
      <w:r>
        <w:rPr>
          <w:lang w:eastAsia="zh-CN"/>
        </w:rPr>
        <w:br/>
      </w:r>
      <w:r>
        <w:rPr>
          <w:lang w:eastAsia="zh-CN"/>
        </w:rPr>
        <w:t>　　本次读书交流活动是学校“爱阅读”系列活动之一。开学初，学校教科室积极倡导每位教师多读书，读好书，并为老师们购买并推荐阅读《暖教育的姿态》一书。老师们利用课余时间，潜心阅读，及时摘录读书笔记并结合教学实际撰写读书心得，为读书交流会做准备。</w:t>
      </w:r>
      <w:r>
        <w:rPr>
          <w:lang w:eastAsia="zh-CN"/>
        </w:rPr>
        <w:br/>
      </w:r>
      <w:r>
        <w:rPr>
          <w:lang w:eastAsia="zh-CN"/>
        </w:rPr>
        <w:t>　　今天的读书交流活动分为两个板块。首先，老师们按照进教室的顺序随机分成四组，围坐一起，组内讨论，畅所欲言，交流书籍带给自己的点滴启发与感悟。接着，集体分享，由各小组推选一名教师代表发言。活动中，黄作槐老师结合教学实践，反思了自己的教学行为，他认为应抓住细节引导学生，给予彼此温暖。</w:t>
      </w:r>
      <w:r>
        <w:rPr>
          <w:lang w:eastAsia="zh-CN"/>
        </w:rPr>
        <w:br/>
      </w:r>
      <w:r>
        <w:rPr>
          <w:lang w:eastAsia="zh-CN"/>
        </w:rPr>
        <w:t>　　陈z老师从书中具体案例出发，结合自己平时的班级管理工作，感悟到“暖教育”除了教师温暖学生，还可以引导生生之间，彼此帮助，互相影响。周爱珍老师更是以一个母亲的角度，与大家沟通育儿方面的心得，由此更引起了老师们的共鸣——每个学生都是独立的个体，善待他们的差异，就像善待自己的孩子一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此次活动，为老师们搭建了一个互动交流的平台，激起了老师们的思维碰撞。做一个内心温暖而精神富足的人，用智慧启迪智慧，用激情点燃激情，用爱心浇灌爱心，用温暖传递温暖，用精神影响精神。这不只是一种教育的理念，更是一种美好生活的信条，一种积极生活的态度。</w:t>
      </w:r>
      <w:r>
        <w:rPr>
          <w:lang w:eastAsia="zh-CN"/>
        </w:rPr>
        <w:br/>
      </w:r>
      <w:r>
        <w:rPr>
          <w:lang w:eastAsia="zh-CN"/>
        </w:rPr>
        <w:t xml:space="preserve">    书香读书活动心得体会范文800字 篇6 </w:t>
      </w:r>
      <w:r>
        <w:rPr>
          <w:lang w:eastAsia="zh-CN"/>
        </w:rPr>
        <w:br/>
      </w:r>
      <w:r>
        <w:rPr>
          <w:lang w:eastAsia="zh-CN"/>
        </w:rPr>
        <w:t>　　单位的读书活动开展以来，自己在不知不觉中已读过许多书籍，并写出了读书心得体会。现在驻足回首，感慨良多。</w:t>
      </w:r>
      <w:r>
        <w:rPr>
          <w:lang w:eastAsia="zh-CN"/>
        </w:rPr>
        <w:br/>
      </w:r>
      <w:r>
        <w:rPr>
          <w:lang w:eastAsia="zh-CN"/>
        </w:rPr>
        <w:t>　　首先，真实的感受到鲁迅曾经说过的那句话的含义，“时间就像海绵里的水，只要愿意挤，总还是有的”。自己平常总是感觉很忙，但却说不来都忙了些什么。尤其是想要做些什么事的时候，总感觉没时间去做。单位的读书活动让我知道，只要自己努力去做，时间自然而然的就会有的。当自己犹豫不决时，坐着发呆时，时间就已经被我们无声无息的浪费掉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其次，感受到读过一本好书，就像交了一个益友。以前也读过不少书，但都是随着自己的喜好选择书籍，更谈不上用笔记录下自己的读书心得体会。由于单位的读书活动要求大家交流读书心得体会，我就需要对自己要读的书进行慎重选择。每月选出来的书都是对提高个人素养有帮助的书，在写过读书心得体会之后，更是感觉自己的心灵得到一次洗涤。再次，对自己的工作和生活指导意义很大。通过读《把信送给加西亚》、《谁动了我的奶酪》、《责任胜于能力》等书籍让我明白工作中要有责任心，要以完成工作目标为目的，发挥主观能动性，克服困难创造性的开展工作。也让我发自内心的体会到责任心和工作中的积极主动性的重要性。《颜氏家训》告诉了我提高个人修养和营造一个良好的家庭环境的重要性，以及如何付诸行动。读书活动让我发现自己身上还有许多需要提升的地方，在今后的工作和生活中要从以下几方面努力提升自己。</w:t>
      </w:r>
      <w:r>
        <w:rPr>
          <w:lang w:eastAsia="zh-CN"/>
        </w:rPr>
        <w:br/>
      </w:r>
      <w:r>
        <w:rPr>
          <w:lang w:eastAsia="zh-CN"/>
        </w:rPr>
        <w:t>　　第一，不管有没有单位要求，要坚持每月读一本好书。要持之以恒养成良好的习惯，活到老学到老的思维深入内心。</w:t>
      </w:r>
      <w:r>
        <w:rPr>
          <w:lang w:eastAsia="zh-CN"/>
        </w:rPr>
        <w:br/>
      </w:r>
      <w:r>
        <w:rPr>
          <w:lang w:eastAsia="zh-CN"/>
        </w:rPr>
        <w:t>　　第二，把自己从书籍中体会到的优良品德贯彻到工作和生活中，并且不断提高自己的能力。</w:t>
      </w:r>
      <w:r>
        <w:rPr>
          <w:lang w:eastAsia="zh-CN"/>
        </w:rPr>
        <w:br/>
      </w:r>
      <w:r>
        <w:rPr>
          <w:lang w:eastAsia="zh-CN"/>
        </w:rPr>
        <w:t>　　第三，平常也要多读一些报纸、文章类的东西，可以使自己的知识面更为广阔。学习要成为一种习惯，积极主动的去学习，不能一直处于被动状态。</w:t>
      </w:r>
      <w:r>
        <w:rPr>
          <w:lang w:eastAsia="zh-CN"/>
        </w:rPr>
        <w:br/>
      </w:r>
      <w:r>
        <w:rPr>
          <w:lang w:eastAsia="zh-CN"/>
        </w:rPr>
        <w:t xml:space="preserve">    书香读书活动心得体会范文800字 篇7 </w:t>
      </w:r>
      <w:r>
        <w:rPr>
          <w:lang w:eastAsia="zh-CN"/>
        </w:rPr>
        <w:br/>
      </w:r>
      <w:r>
        <w:rPr>
          <w:lang w:eastAsia="zh-CN"/>
        </w:rPr>
        <w:t>　　在教育局领导和学校领导的关心与支持下，我们学校开展了轰轰烈烈的读书活动，通过这次读书活动我受益匪浅。平时由于工作比较繁重，很难静下心来认真的去读书，但借这次读书活动的东风，我经过认真选择，主要认真阅读了《数学方法论》等书籍。选择这本书主要目的是想在专业上有所提高，为今后的教学充电，为了更好的服务于今后的教学工作。通过认真的评读该书，基本上达到了我预期的目的。</w:t>
      </w:r>
      <w:r>
        <w:rPr>
          <w:lang w:eastAsia="zh-CN"/>
        </w:rPr>
        <w:br/>
      </w:r>
      <w:r>
        <w:rPr>
          <w:lang w:eastAsia="zh-CN"/>
        </w:rPr>
        <w:t>　　该书主要从波利亚的.数学启发法、数学抽象的方法、数学发现的逻辑与关系映射反演方法数学抽象的方法论原则、数学美与数学直觉、数学文化等方面进行了阐述。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启发法是我们平时在教学过程中经常不自觉地在运用的教学方法，通过阅读这本书，使我了解了启发法的起源，发展与完善的过程。明白了启发在教学中的作用，以及怎样更好地运用它去为我们的教学工作服务。书中以几个实例详细说明了如何在教学工作中运用启发法，使我茅塞顿开。如解题的四种具体的模式：双轨迹模式、笛卡尔模式、递归模式、叠加模式;解题过程的介绍，怎样解题的介绍。数学中的合情推理详细介绍了如何类比，如何归纳，合情推理的模式，等等。 数学发现的逻辑与反演的方法详细介绍了数学发现的逻辑，化归原则与关系映射反演奏的方法，特殊化与一般化等等。对我平时的业务学习及教学工作都有很大启迪作用。</w:t>
      </w:r>
      <w:r>
        <w:rPr>
          <w:lang w:eastAsia="zh-CN"/>
        </w:rPr>
        <w:br/>
      </w:r>
      <w:r>
        <w:rPr>
          <w:lang w:eastAsia="zh-CN"/>
        </w:rPr>
        <w:t>　　通过学习我了解了数学方法论对数学教学的意义：它有助于我们将数学课讲活、讲懂、讲深。所谓讲活就是教师应通过自己的教学活动向学生展现活生生的教学研究工作，而不是死的数学知识;所谓的讲懂就是教师应当帮助学生真正理解有关的教学内容，而不是囫囵吞枣，死记硬背;所谓的讲深就是教师在数学教学中不仅应使学生掌握具体的数学知识，而且应当帮助学生学会领会内在的思维方法。</w:t>
      </w:r>
      <w:r>
        <w:rPr>
          <w:lang w:eastAsia="zh-CN"/>
        </w:rPr>
        <w:br/>
      </w:r>
      <w:r>
        <w:rPr>
          <w:lang w:eastAsia="zh-CN"/>
        </w:rPr>
        <w:t>　　该书通过详实的例子教我们如何达到上述目的。因此，通过这次读书活动本人受益匪浅，为我今后的教学工作，业务学习指明的具体的方向。</w:t>
      </w:r>
      <w:r>
        <w:rPr>
          <w:lang w:eastAsia="zh-CN"/>
        </w:rPr>
        <w:br/>
      </w:r>
      <w:r>
        <w:rPr>
          <w:lang w:eastAsia="zh-CN"/>
        </w:rPr>
        <w:t xml:space="preserve">    书香读书活动心得体会范文800字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为了营造好的读书氛围，配合好学校“书香满校园”的活动，让更多的学生去多读书、好读书、读好书，让我们的教室洋溢书香。我们开展了一系列的读书活动，从总体上来说取得了一定的成效，每个孩子从不同程度上感受到了课外阅读给他们带来的快乐，现将本阶段活动做一简单小结：</w:t>
      </w:r>
      <w:r>
        <w:rPr>
          <w:lang w:eastAsia="zh-CN"/>
        </w:rPr>
        <w:br/>
      </w:r>
      <w:r>
        <w:rPr>
          <w:lang w:eastAsia="zh-CN"/>
        </w:rPr>
        <w:t>　　一、课外阅读的时间得到了保证</w:t>
      </w:r>
      <w:r>
        <w:rPr>
          <w:lang w:eastAsia="zh-CN"/>
        </w:rPr>
        <w:br/>
      </w:r>
      <w:r>
        <w:rPr>
          <w:lang w:eastAsia="zh-CN"/>
        </w:rPr>
        <w:t>　　1、每天中午到校就读书，开放班级读书角，学生在课间可以随时随意地看书。</w:t>
      </w:r>
      <w:r>
        <w:rPr>
          <w:lang w:eastAsia="zh-CN"/>
        </w:rPr>
        <w:br/>
      </w:r>
      <w:r>
        <w:rPr>
          <w:lang w:eastAsia="zh-CN"/>
        </w:rPr>
        <w:t>　　2、回家后学生自主阅读30分钟并做好读书笔记。</w:t>
      </w:r>
      <w:r>
        <w:rPr>
          <w:lang w:eastAsia="zh-CN"/>
        </w:rPr>
        <w:br/>
      </w:r>
      <w:r>
        <w:rPr>
          <w:lang w:eastAsia="zh-CN"/>
        </w:rPr>
        <w:t>　　二、营造了读书氛围</w:t>
      </w:r>
      <w:r>
        <w:rPr>
          <w:lang w:eastAsia="zh-CN"/>
        </w:rPr>
        <w:br/>
      </w:r>
      <w:r>
        <w:rPr>
          <w:lang w:eastAsia="zh-CN"/>
        </w:rPr>
        <w:t>　　让班上的墙壁、黑板、书橱能够说话，飘着浓郁的书香。</w:t>
      </w:r>
      <w:r>
        <w:rPr>
          <w:lang w:eastAsia="zh-CN"/>
        </w:rPr>
        <w:br/>
      </w:r>
      <w:r>
        <w:rPr>
          <w:lang w:eastAsia="zh-CN"/>
        </w:rPr>
        <w:t>　　三、阅读内容上得到了落实</w:t>
      </w:r>
      <w:r>
        <w:rPr>
          <w:lang w:eastAsia="zh-CN"/>
        </w:rPr>
        <w:br/>
      </w:r>
      <w:r>
        <w:rPr>
          <w:lang w:eastAsia="zh-CN"/>
        </w:rPr>
        <w:t>　　充分发挥了班级图书馆的优势。</w:t>
      </w:r>
      <w:r>
        <w:rPr>
          <w:lang w:eastAsia="zh-CN"/>
        </w:rPr>
        <w:br/>
      </w:r>
      <w:r>
        <w:rPr>
          <w:lang w:eastAsia="zh-CN"/>
        </w:rPr>
        <w:t>　　每个学生把自己读过的好书放在图书角，也可以借阅其他同学带来的好书，达到交流阅读，资源共享。</w:t>
      </w:r>
      <w:r>
        <w:rPr>
          <w:lang w:eastAsia="zh-CN"/>
        </w:rPr>
        <w:br/>
      </w:r>
      <w:r>
        <w:rPr>
          <w:lang w:eastAsia="zh-CN"/>
        </w:rPr>
        <w:t>　　四、读书活动顺利开展</w:t>
      </w:r>
      <w:r>
        <w:rPr>
          <w:lang w:eastAsia="zh-CN"/>
        </w:rPr>
        <w:br/>
      </w:r>
      <w:r>
        <w:rPr>
          <w:lang w:eastAsia="zh-CN"/>
        </w:rPr>
        <w:t>　　1、每天早晨学生到校就诵读经典诗词。</w:t>
      </w:r>
      <w:r>
        <w:rPr>
          <w:lang w:eastAsia="zh-CN"/>
        </w:rPr>
        <w:br/>
      </w:r>
      <w:r>
        <w:rPr>
          <w:lang w:eastAsia="zh-CN"/>
        </w:rPr>
        <w:t>　　2.班级开展了《窗边的小豆豆》阅读指导与交流活动。师生共读共写。学生认真完成了《窗边的小豆豆》整本书阅读手抄报。</w:t>
      </w:r>
      <w:r>
        <w:rPr>
          <w:lang w:eastAsia="zh-CN"/>
        </w:rPr>
        <w:br/>
      </w:r>
      <w:r>
        <w:rPr>
          <w:lang w:eastAsia="zh-CN"/>
        </w:rPr>
        <w:t>　　3.学生根据自己看书所得，每人写了一篇读书随笔，记录下自己的读书感悟。</w:t>
      </w:r>
      <w:r>
        <w:rPr>
          <w:lang w:eastAsia="zh-CN"/>
        </w:rPr>
        <w:br/>
      </w:r>
      <w:r>
        <w:rPr>
          <w:lang w:eastAsia="zh-CN"/>
        </w:rPr>
        <w:t>　　4.学生写《我的读书故事》，讲述自己和书的故事。</w:t>
      </w:r>
      <w:r>
        <w:rPr>
          <w:lang w:eastAsia="zh-CN"/>
        </w:rPr>
        <w:br/>
      </w:r>
      <w:r>
        <w:rPr>
          <w:lang w:eastAsia="zh-CN"/>
        </w:rPr>
        <w:t>　　5.举办了一次美文诵读比赛，学生积极准备，踊跃参与。</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6、表演课本剧、情境剧。为激发学生课外阅读的兴趣，我大胆放手让学生自己搞活动，他们自己策划、编导故事情节，发挥了自己的聪明才智，也锻炼了自己的组织能力和实践能力。</w:t>
      </w:r>
      <w:r>
        <w:rPr>
          <w:lang w:eastAsia="zh-CN"/>
        </w:rPr>
        <w:br/>
      </w:r>
      <w:r>
        <w:rPr>
          <w:lang w:eastAsia="zh-CN"/>
        </w:rPr>
        <w:t>　　7、根据读书活动中学生的表现，评选出了“书香少年”和“书香家庭”。</w:t>
      </w:r>
      <w:r>
        <w:rPr>
          <w:lang w:eastAsia="zh-CN"/>
        </w:rPr>
        <w:br/>
      </w:r>
      <w:r>
        <w:rPr>
          <w:lang w:eastAsia="zh-CN"/>
        </w:rPr>
        <w:t>　　“自信来自鼓励，习惯决定人生。”课堂小天地，人生大课堂。我以后还将计划定期组织各种比赛，让尽可能多的学生尽情得展示自己的语文才能。比如适时评选一批朗读小能人、故事大王、古诗背诵状元等，满足学生的荣誉感，激发其阅读的积极性。学生通过大量的阅读，会逐步学会自学，审美、想象、思维、表达等各方面能力也会得到不同程度的提高。变“要我读”为“我要读”，让孩子们切实感受到阅读是人生中的一大乐事。</w:t>
      </w:r>
      <w:r>
        <w:rPr>
          <w:lang w:eastAsia="zh-CN"/>
        </w:rPr>
        <w:br/>
      </w:r>
      <w:r>
        <w:rPr>
          <w:lang w:eastAsia="zh-CN"/>
        </w:rPr>
        <w:t xml:space="preserve">    书香读书活动心得体会范文800字 篇9 </w:t>
      </w:r>
      <w:r>
        <w:rPr>
          <w:lang w:eastAsia="zh-CN"/>
        </w:rPr>
        <w:br/>
      </w:r>
      <w:r>
        <w:rPr>
          <w:lang w:eastAsia="zh-CN"/>
        </w:rPr>
        <w:t>　　一年多来，“读书好，好读书，读好书”越来越深入每一位同学的心，也渐渐地成为我们四(2)班的一种氛围。为了让学生走进书的世界，播下爱读书的种子，我班开展了丰富多彩的读书活动，让学生在优良的环境和条件下快乐地读书，养成热爱书籍，博览群书的好习惯。现将书香班级读书活动总结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1、建立班级图书角。学期初向学校图书馆借来一些书放到班级的图书角里，每天中午让学生借阅。为了充实图书的数量和内容，学生还从家里带来上百本自己的藏书放供同学自由借阅。为了更好的保管图书，提高图书的使用率，我们还成立了“班级图书管委会”，确保图书借阅的正常运转。</w:t>
      </w:r>
      <w:r>
        <w:rPr>
          <w:lang w:eastAsia="zh-CN"/>
        </w:rPr>
        <w:br/>
      </w:r>
      <w:r>
        <w:rPr>
          <w:lang w:eastAsia="zh-CN"/>
        </w:rPr>
        <w:t>　　2、做好摘抄笔记。经过一年多的努力，现在每个学生的“采蜜本”“诵读本”已初具规模，能做到及时摘录，并运用到作文当中，还能做到图文并茂，从孩子们的日记本中发现运用了好多书上及课外书上的优美词句，写作方法及修辞方法，使文章大增其色，重要的一点是有许多孩子原来一听说写作文就头疼，现在变得有话可说，有话可写，不是那么讨厌写作文了，孩子们一点一滴的进步，正是由于平时的积累，内化，才一步步提升了他们的语言表达能力。</w:t>
      </w:r>
      <w:r>
        <w:rPr>
          <w:lang w:eastAsia="zh-CN"/>
        </w:rPr>
        <w:br/>
      </w:r>
      <w:r>
        <w:rPr>
          <w:lang w:eastAsia="zh-CN"/>
        </w:rPr>
        <w:t>　　3、安排读书时间：为了让读书活动有序开展，我认真制订了“书香班级”的读书时间。每天每节课课前三分钟为班级集体诵诵的时间，让学生一起诵读经典诗歌及《弟 子规》。每周的阅读课上请一至两名同学上台向同学介绍自己读过的好书，摘读其中的优美字段或读书的心得。中午两点半到三点这一段时间是学生自由阅读的时间，让学生读一些课外书籍。</w:t>
      </w:r>
      <w:r>
        <w:rPr>
          <w:lang w:eastAsia="zh-CN"/>
        </w:rPr>
        <w:br/>
      </w:r>
      <w:r>
        <w:rPr>
          <w:lang w:eastAsia="zh-CN"/>
        </w:rPr>
        <w:t>　　4、营造良好的家庭读书氛围。就像苏霍姆林斯基说的：“要天天看书，终生以书为友，这是一天也不能断流的潺潺小溪，它充实着思想。”为了让孩子在家也有个看书、读书的环境和氛围，在家长会上我与家长共商创建书香家庭的相关事宜。部分家长能积极为孩子购买图书，周末带孩子去书店看书，经常读书读报以做好孩子的榜样，有个别家长还能和孩子共看一本书，共同谈读后的感想和体会，为培养孩子的读书兴趣做了很好的铺垫。</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5、丰富多彩的读书活动。为了培养学生的阅读兴趣，我班每月举行一次围绕阅读为主题的读书活动，学生踊跃参加。如：举行“我爱读书”手抄报比赛，开展成语接龙，“小故事大道理”&amp;&amp;讲寓言故事比赛、阅读红色书籍征文等丰富多彩的活动。通过这些不同形式的活动的开展，在班级中形成浓郁的阅读氛围，引领学生走上阅读之路，从心底里爱上阅读。</w:t>
      </w:r>
      <w:r>
        <w:rPr>
          <w:lang w:eastAsia="zh-CN"/>
        </w:rPr>
        <w:br/>
      </w:r>
      <w:r>
        <w:rPr>
          <w:lang w:eastAsia="zh-CN"/>
        </w:rPr>
        <w:t>　　6、取得的成绩。我班开展读书活动已有一年半的时间了，从总体上来说取得了一定的效果，每个孩子都从不同程度上感受到了课外阅读给他们带来的快乐。在整个读书活动中，同学们在书海中尽情地遨游，不断吸收知识，取得了较为丰硕的成果。学生的作文水平有了一定程度的提高，知识面也扩大了。并做了很多读书笔记，写出了具有一定深度的读书心得与读后感。如周雨馨、袁媛等同学在学校开展的征文比赛中获奖，并在学校的网站上发表他们的读书作品。</w:t>
      </w:r>
      <w:r>
        <w:rPr>
          <w:lang w:eastAsia="zh-CN"/>
        </w:rPr>
        <w:br/>
      </w:r>
      <w:r>
        <w:rPr>
          <w:lang w:eastAsia="zh-CN"/>
        </w:rPr>
        <w:t>　　书是人类进步的阶梯!让阅读课外书籍为孩子们打开一扇扇窗，开启一道道门，让他们看到一个魅力无穷的大千世界。让每个孩子畅游书海，让每个孩子都能从浓浓的书香中汲取营养。丰富他们的知识，开阔他们的视野，活跃他们的思维，陶冶他们的情操，使他们体验：我读书，我快乐!</w:t>
      </w:r>
      <w:r>
        <w:rPr>
          <w:lang w:eastAsia="zh-CN"/>
        </w:rPr>
        <w:br/>
      </w:r>
      <w:r>
        <w:rPr>
          <w:lang w:eastAsia="zh-CN"/>
        </w:rPr>
        <w:t xml:space="preserve">    书香读书活动心得体会范文800字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记得第一次看《平凡的世界》这本小说还是在读高三的时候，那时候作为天天埋头苦读，面临高考的学生来说，看小说也变成了一种奢侈的享受。我从同桌的一堆课本中翻到了这本书，翻开书的第一页，看到的就是这样一段话：“1975年的二、_月间，一个平平常常的日子，细蒙蒙的雨丝夹着一星半点的雪花，正纷纷淋淋地向大地飘洒着。时令已快到惊蛰，雪当然不会存留，往往还没到落地，就已经消失得无影无踪了。黄土高原严寒而漫长的冬天看来就要过去了，但那真正温暖的春天还远远地没有到来。”寥寥数语，用语朴实，却给读者留下一个画面感极强的景象。不知不觉间，我被这本小说深深吸引了，但这毕竟是一本长篇小说，对于正在高考冲刺的我来说，篇幅太长，只能走马观花看了一遍。</w:t>
      </w:r>
      <w:r>
        <w:rPr>
          <w:lang w:eastAsia="zh-CN"/>
        </w:rPr>
        <w:br/>
      </w:r>
      <w:r>
        <w:rPr>
          <w:lang w:eastAsia="zh-CN"/>
        </w:rPr>
        <w:t>　　再读《平凡的世界》，却是已经参加工作。也是在偶然的机会之下，发现同事有这本小说，带着当年走马观花，不慎明白的遗憾，向同事再借了这本书，仔细品味。</w:t>
      </w:r>
      <w:r>
        <w:rPr>
          <w:lang w:eastAsia="zh-CN"/>
        </w:rPr>
        <w:br/>
      </w:r>
      <w:r>
        <w:rPr>
          <w:lang w:eastAsia="zh-CN"/>
        </w:rPr>
        <w:t>　　《平凡的世界》讲述的是发生在上个世纪七十年代至八十年代期间黄土高坡上双水村的故事，主要围绕孙少安、孙少平、田润叶、田晓霞、贺秀莲、孙玉厚等当时社会各阶层众多普通人的形象的劳动与爱情、挫折与追求、痛苦与欢乐、日常生活与社会冲突纷繁地交织在一起，深刻的反映了农民生活中的喜怒哀乐，深刻的展示了普通人在大时代历史中所走过的艰难曲折的道路。众人人物中，我影响最深、最有感触的是孙少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孙少平接受过高中教育，他不甘于生活在落后的农村中，积极追求知识，是一个热爱生活的热血青年，又是一个淳朴而倔强的人。他生活在农村中，尽管家境贫寒，但他一直在致力于改变自己的行动中，就像是小说写的那样：“他慢慢懂得，人活着，就得随时准备接受磨难和痛苦。”孙少平是农民的儿子，是在苦难和饥饿中长大的，他不怕艰难困苦的社会现实，尽管在求学期间面临饥饿、衣裳褴褛，但他挺过来了，以清醒的思考，以男子汉的豁达平静的接受着这一切但是他不满足立于黄土地上，渴望呼吸城市的文明之风，渴望在更广阔的天地中展示自己，高中毕业，当他从县城回到乡下之后，“一种强烈的愿望就不断从内心升起，他不甘心在双水村静悄悄的生活一辈子，他老感觉到有一种东西在向他召唤，他在不间断的做着远行的梦。”于是他不贪图家中温馨、条件日益变好的生活，去陌生的城市，开辟崭新的天地。尽管在城市中，他在工地当小工，与其他农民工一样背着沉重的石头，但他不沦于一般的农民工，沉重的体力劳动之后，他在简陋的工棚里挑灯夜读，不断对生活进行观察和思考。在工地打工条件好转后，他到煤矿工作，在工作中，他无所畏惧的努力着，兢兢业业，最终因工作出色而名声响遍整个煤矿，成为班长……</w:t>
      </w:r>
      <w:r>
        <w:rPr>
          <w:lang w:eastAsia="zh-CN"/>
        </w:rPr>
        <w:br/>
      </w:r>
      <w:r>
        <w:rPr>
          <w:lang w:eastAsia="zh-CN"/>
        </w:rPr>
        <w:t>　　《平凡的世界》，尽管书中描述的是黄土高原上几千几万座村落中的一座，黄土高原上几千几万高原农民中的一个，他们身上虽然平凡，但即使最平凡的人也要为他生活的那个世界而奋斗。人生无论处于何种时期、处于何种困境中，都必将面对苦难、流言，遭受孤独、痛苦，都必须心怀理想，保持一颗不屈不挠、直面挫折、勇往直前的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如今，《平凡的世界》已经拍成了电视剧，我的母亲看得津津有味，她说在电视剧中可以看到她们以前生活的影子。于是，我又陪着母亲去她的年代回味了一番。</w:t>
      </w:r>
      <w:r>
        <w:rPr>
          <w:lang w:eastAsia="zh-CN"/>
        </w:rPr>
        <w:br/>
      </w:r>
      <w:r>
        <w:rPr>
          <w:lang w:eastAsia="zh-CN"/>
        </w:rPr>
        <w:t>　　曾经看到过这样一句话：“你读过的书中，藏着你走过的路、掉下的泪、爱过的人。”《平凡的世界》之所以令人难忘，因为它描述的平凡人、平凡事或许就是我们自己，或许就是我们所做的事……</w:t>
      </w:r>
      <w:r>
        <w:rPr>
          <w:lang w:eastAsia="zh-CN"/>
        </w:rPr>
        <w:br/>
      </w:r>
      <w:r>
        <w:rPr>
          <w:lang w:eastAsia="zh-CN"/>
        </w:rPr>
        <w:t xml:space="preserve">    书香读书活动心得体会范文800字 篇11 </w:t>
      </w:r>
      <w:r>
        <w:rPr>
          <w:lang w:eastAsia="zh-CN"/>
        </w:rPr>
        <w:br/>
      </w:r>
      <w:r>
        <w:rPr>
          <w:lang w:eastAsia="zh-CN"/>
        </w:rPr>
        <w:t>　　高尔基曾说过：书籍是人类进步的阶梯， 读书破万卷，下笔如有神是唐代大诗人杜甫的名句，胸藏文墨虚若谷，腹有诗书气自华，这就是爱读书的人的写照。对于书，不同的人会有不同的品味，不同的品味会有不同的选择，不同的选择会得到不同的效果，书能提高人们的精神境界，使生活充实。这样的人本身就是一本书，一本耐人寻味的好书，所以说读书就是人的立身之本。 结合自己工作之余的读书感受，我个人有以下几点体会：</w:t>
      </w:r>
      <w:r>
        <w:rPr>
          <w:lang w:eastAsia="zh-CN"/>
        </w:rPr>
        <w:br/>
      </w:r>
      <w:r>
        <w:rPr>
          <w:lang w:eastAsia="zh-CN"/>
        </w:rPr>
        <w:t>　　一、不断反思中能积累智慧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人们常说：一个善于思考的人就是一个充满智慧的人。我想，只要我们回过头来用理性的眼光审视自己，我们就可以透过琐屑和繁杂逐步找到事物的本质规律，就能少走弯路。美国教育心理学家加涅指出，人类有一种特殊的智慧叫认智策略，是对内解决问题的智慧。这是一种高级智慧和意识活动，即反思智慧和自我批判意识，这是使人通向天堂、成为天使的正确途径。反思就是行为主体对自身既往行为及其相关观念自觉进行异位思考的认识活动。反思不同于一般的回想或回忆。美国教育心理学家波斯纳说，没有反思的经验是狭隘</w:t>
      </w:r>
      <w:r>
        <w:rPr>
          <w:lang w:eastAsia="zh-CN"/>
        </w:rPr>
        <w:t xml:space="preserve"> 的经验，至多只能是肤浅的的知识。所以，在平时的工作中，我都台邑进行很好的反思，总绪工作中的得失，让反思成为一种习惯。</w:t>
      </w:r>
      <w:r>
        <w:rPr>
          <w:lang w:eastAsia="zh-CN"/>
        </w:rPr>
        <w:br/>
      </w:r>
      <w:r>
        <w:rPr>
          <w:lang w:eastAsia="zh-CN"/>
        </w:rPr>
        <w:t>　　二、联系实际教学中写作能形成智慧 教育的反思缺不了写作，感悟、经验、研究等等让它形成文字，让它形成理论。我在教学中也不断反思，经常思考，在与学生共同的学习之中不断积累并写下一些体会，我觉得就是智慧形成的过程。没有反思、没有写作，就没有积累，那么智慧又从何而来?在实践中不断对自己的教育教学进行研究、反思，对自己的知识和经验不断进行重组，形成在研究状态下的职业生活方式，才能适应新的变革，从容面对新的挑战，实现从经验型教师向专家型教师的转变。</w:t>
      </w:r>
      <w:r>
        <w:rPr>
          <w:lang w:eastAsia="zh-CN"/>
        </w:rPr>
        <w:br/>
      </w:r>
      <w:r>
        <w:rPr>
          <w:lang w:eastAsia="zh-CN"/>
        </w:rPr>
        <w:t>　　智慧的形成是一个大量读书、不断反思、不断积累的过程，在领略一本本好书魅力的同时，我们也应该对照自己的教育智慧与真情进行一番锤炼与升华。当我们在与学生一道探究的时候，我们的教育才能在坚守与创造中向着理想的彼岸始终不断走向前去。</w:t>
      </w:r>
      <w:r>
        <w:rPr>
          <w:lang w:eastAsia="zh-CN"/>
        </w:rPr>
        <w:br/>
      </w:r>
      <w:r>
        <w:rPr>
          <w:lang w:eastAsia="zh-CN"/>
        </w:rPr>
        <w:t>　　最后，我想用摘取的教师誓言来激励自己，那就是爱生如子，爱校如家，爱学如痴。我们要做学生人生发展的有效引领者;做教育改革和学校发展的主动参与者;做终身学习的积极实践者。在以后的工作和生活中，我会勇敢面对各种困难和挑战，与同事携手向前，践行学校核心价值，为打造丰收乡的优质教育，贡献自己的一份力量。</w:t>
      </w:r>
      <w:r>
        <w:rPr>
          <w:lang w:eastAsia="zh-CN"/>
        </w:rPr>
        <w:br/>
      </w:r>
      <w:r>
        <w:rPr>
          <w:lang w:eastAsia="zh-CN"/>
        </w:rPr>
        <w:t xml:space="preserve">    书香读书活动心得体会范文800字 篇12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在新冠肺炎疫情防控的特殊时期，为进一步提高青年教师队伍的整体素质和人文素养，促进青年教师专业成长，20__年3月26日-27日，省沙高以腾讯会议的形式，开展了青年教师读书沙龙活动之线上读书交流会。本项活动分为两部分，3月26日为工作1-2年教师交流《积极心理学》读书心得；3月27日为工作3-5年教师交流《今天怎样做教科研》读书心得。活动由教科室副主任黄菊主持。</w:t>
      </w:r>
      <w:r>
        <w:rPr>
          <w:lang w:eastAsia="zh-CN"/>
        </w:rPr>
        <w:br/>
      </w:r>
      <w:r>
        <w:rPr>
          <w:lang w:eastAsia="zh-CN"/>
        </w:rPr>
        <w:t>　　交流会上，青年教师们围绕所读书目，畅所欲言，或阐述书中的教育理念，或结合生活体验和工作经历发表见解，或畅谈体悟、表达希冀，尽情地分享读书的喜悦。张、陆、张等7位老师在阅读了《积极心理学》一书后，深刻地认识到积极心理学对于我们自身和教育教学的重要意义；吴玲玲、匡苏兰、徐雨辞、王晨浩等8位老师通过阅读《今天怎样做教科研》一书，收获了有关于教育随笔写作、教育论文写作、课题研究等方面的许多知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交流过后，陈书记总结发言，他充分肯定了本次交流会上青年教师们的精彩交流，分析了阅读对教师的重要性，并向青年教师们提出了两点要求：一是把读书与“端正教风、增强素质、改进教学、提高能力”相结合，使读书成为自己的职业习惯，在阅读中不断提升理论和实践水平，获得新的成长动力。二是进一步加强阅读学习的自觉性、自主性，做好“五个一”——每天上网浏览一下教育教学信息、每周精读一篇教育教学论文、每月阅读一本教育教学刊物、每学期研读一本教育专著或专业杂志，养成一个坚持写教育随笔的习惯！陈书记指出，只有坚持不断完善自我，我们的形象才会更厚重、更雅致！我们才会成为学生喜欢、钦佩的良师益友！</w:t>
      </w:r>
      <w:r>
        <w:rPr>
          <w:lang w:eastAsia="zh-CN"/>
        </w:rPr>
        <w:br/>
      </w:r>
      <w:r>
        <w:rPr>
          <w:lang w:eastAsia="zh-CN"/>
        </w:rPr>
        <w:t>　　我校青年教师读书沙龙，以读书活动为载体，积极为青年老师搭建交流读书体会的平台，让青年教师们通过与书本为伴，与经典为友，与大师对话，来陶冶情操，开拓视野，获得成长。在今后的工作中，我校还将定期开展读书交流、专题研讨、读书沙龙等交流研讨活动，构建青年教师学习共同体，促进青年教师的快速成长。</w:t>
      </w:r>
      <w:r>
        <w:rPr>
          <w:lang w:eastAsia="zh-CN"/>
        </w:rPr>
        <w:br/>
      </w:r>
      <w:r>
        <w:rPr>
          <w:lang w:eastAsia="zh-CN"/>
        </w:rPr>
        <w:t xml:space="preserve">    书香读书活动心得体会范文800字 篇13 </w:t>
      </w:r>
      <w:r>
        <w:rPr>
          <w:lang w:eastAsia="zh-CN"/>
        </w:rPr>
        <w:br/>
      </w:r>
      <w:r>
        <w:rPr>
          <w:lang w:eastAsia="zh-CN"/>
        </w:rPr>
        <w:t>　　为进一步提高教师自身素质，促进教师专业成长，根据本学期工作安排，我园在全园教师中开展了以“潜心读书、丰富内涵、促进发展”为主题的读书活动。</w:t>
      </w:r>
      <w:r>
        <w:rPr>
          <w:lang w:eastAsia="zh-CN"/>
        </w:rPr>
        <w:br/>
      </w:r>
      <w:r>
        <w:rPr>
          <w:lang w:eastAsia="zh-CN"/>
        </w:rPr>
        <w:t>　　宣传发动，明确读书活动目的</w:t>
      </w:r>
      <w:r>
        <w:rPr>
          <w:lang w:eastAsia="zh-CN"/>
        </w:rPr>
        <w:br/>
      </w:r>
      <w:r>
        <w:rPr>
          <w:lang w:eastAsia="zh-CN"/>
        </w:rPr>
        <w:t>　　营造读书氛围，让广大教师从优秀作品中汲取营养，开阔视野，丰富知识，从而提高教师的文化底蕴和文化修养，使教师成为“有思想的教育者”；学习教育经典理论，更新教育观念，丰富教育智慧，促进教育创新；搭建教师交流平台，切实解决教育教学中的问题，实现教师专业水平和幼儿园办园品味同步提升；探索新形势下教师读书活动的特点和规律，重点充实幼儿园图书室教育理论方面的书籍，让图书室成为教师最向往的地方。；建立幼儿园学习型组织，以教师的`读书行为引领幼儿构成良好的读书习惯。</w:t>
      </w:r>
      <w:r>
        <w:rPr>
          <w:lang w:eastAsia="zh-CN"/>
        </w:rPr>
        <w:br/>
      </w:r>
      <w:r>
        <w:rPr>
          <w:lang w:eastAsia="zh-CN"/>
        </w:rPr>
        <w:t>　　领导重视，行政支持。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为了确保读书活动有效、深入、有序地开展，我园成立了以园长任组长，各中层领导、学年组长为成员的领导小组。根据活动目的，层层落实职责，分配任务，制定了便于操作的活动计划，使得读书活动有部署、有检查、有总结，确保了读书活动落到实处，顺利实施。</w:t>
      </w:r>
      <w:r>
        <w:rPr>
          <w:lang w:eastAsia="zh-CN"/>
        </w:rPr>
        <w:br/>
      </w:r>
      <w:r>
        <w:rPr>
          <w:lang w:eastAsia="zh-CN"/>
        </w:rPr>
        <w:t>　　完善图书建设，组织教师交流研讨。</w:t>
      </w:r>
      <w:r>
        <w:rPr>
          <w:lang w:eastAsia="zh-CN"/>
        </w:rPr>
        <w:br/>
      </w:r>
      <w:r>
        <w:rPr>
          <w:lang w:eastAsia="zh-CN"/>
        </w:rPr>
        <w:t>　　幼儿园本学期购置了超多新书，完善了园内图书室的建设，读书活动领导小组在广泛征求意见的基础上，推荐必读书目，指定阅读书目和自选书目，教师们在精读必读书的基础上，有计划地进行阅读，撰写读书笔记和读书心得。园内还利用校园网的网络平台，开设了“读书论坛”，发布读书信息，交流读书体会，开展在线讨论等活动，同时与其它有关的读书网站建立链接，为交流读书心得与开展网络阅读带给便利。</w:t>
      </w:r>
      <w:r>
        <w:rPr>
          <w:lang w:eastAsia="zh-CN"/>
        </w:rPr>
        <w:br/>
      </w:r>
      <w:r>
        <w:rPr>
          <w:lang w:eastAsia="zh-CN"/>
        </w:rPr>
        <w:t>　　结合教育教学，组织读书活动。</w:t>
      </w:r>
      <w:r>
        <w:rPr>
          <w:lang w:eastAsia="zh-CN"/>
        </w:rPr>
        <w:br/>
      </w:r>
      <w:r>
        <w:rPr>
          <w:lang w:eastAsia="zh-CN"/>
        </w:rPr>
        <w:t>　　我园还根据本学期“园本教研制度建设”实施方案，以课例研究为载体，提高园本教研的针对性和有效性，组织全园教师寻找阅读有关课例研究方面的书籍，选取其中一方面研究资料，重点学习，反复阅读，并组织开展了“专题研讨”活动，将自己在阅读中的感受与收获与同行分享。这样，以点带面，在有主题、有目的的读书活动中，教师们营造出了种“相互尊重、积极主动、共同发展”的教研文化氛围，研究习惯和意识都增强了。</w:t>
      </w:r>
      <w:r>
        <w:rPr>
          <w:lang w:eastAsia="zh-CN"/>
        </w:rPr>
        <w:br/>
      </w:r>
      <w:r>
        <w:rPr>
          <w:lang w:eastAsia="zh-CN"/>
        </w:rPr>
        <w:t>　　及时总结，不断进步。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透过读书活动，教师们从内心深处理解了这项活动，也喜爱上了读书，他们在读书过程中把感受都记录下来，并随时把学到的新思想、新方法运用到教学中。幼儿园定时对读书活动进行了全面总结，树立典型，推广先进，对“多读多思、以读长知、以读增智、读写结合、以读促教、卓有成效”的教师给予鼓励表彰。同时，幼儿园建立了教师读书档案。</w:t>
      </w:r>
      <w:r>
        <w:rPr>
          <w:lang w:eastAsia="zh-CN"/>
        </w:rPr>
        <w:br/>
      </w:r>
      <w:r>
        <w:rPr>
          <w:lang w:eastAsia="zh-CN"/>
        </w:rPr>
        <w:t>　　读书活动是一项长期、有效、礼貌、健康的教育工程，需要每个教师持续地投入极大的热情。今后，我们将在全园进一步深入地开展读书学习活动，营造浓厚的读书氛围，培养良好的读书习惯，完善我园的读书机制，倡导“读书明理、读书求知、读书成才”的新风尚。</w:t>
      </w:r>
      <w:r>
        <w:rPr>
          <w:lang w:eastAsia="zh-CN"/>
        </w:rPr>
        <w:br/>
      </w:r>
      <w:r>
        <w:rPr>
          <w:lang w:eastAsia="zh-CN"/>
        </w:rPr>
        <w:t xml:space="preserve">    书香读书活动心得体会范文800字 篇14 </w:t>
      </w:r>
      <w:r>
        <w:rPr>
          <w:lang w:eastAsia="zh-CN"/>
        </w:rPr>
        <w:br/>
      </w:r>
      <w:r>
        <w:rPr>
          <w:lang w:eastAsia="zh-CN"/>
        </w:rPr>
        <w:t>　　自从上周我校读书月活动启动以来，系列活动之一“我是朗读者”一直在各班火热进行着，每个班级选定一篇班级共读篇目，在小组内展示朗读或者在小组的qq群里发送录音，每天评选小组的朗读之星，学校不定时的抽查各班的朗读开展情况。</w:t>
      </w:r>
      <w:r>
        <w:rPr>
          <w:lang w:eastAsia="zh-CN"/>
        </w:rPr>
        <w:br/>
      </w:r>
      <w:r>
        <w:rPr>
          <w:lang w:eastAsia="zh-CN"/>
        </w:rPr>
        <w:t>　　今天下午是学校的第一次验收各班朗读效果，随机抽取了每个班级的一号，这二十多名同学集中在学校会议室里，首先欣赏了准备参加区里朗读复赛的四个学生的朗读，这四个孩子落落大方的仪态，抑扬顿挫的朗读，以及恰到好处的表情和动作的辅助，给前来参加展示的同学们树立了良好的榜样和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接下来是各班选手的展示，有了榜样的作用，他们也在尽量的学习模仿，每一个选手展读完毕，指导老师都对他们从不同方面进行了评价，并指出优点和不足之处。最后几个参加这次活动的老师一起交流讨论，大家一致对学生的朗读的给以肯定，并对我校下一步对学生的朗读指导工作进行了研讨。</w:t>
      </w:r>
      <w:r>
        <w:rPr>
          <w:lang w:eastAsia="zh-CN"/>
        </w:rPr>
        <w:br/>
      </w:r>
      <w:r>
        <w:rPr>
          <w:lang w:eastAsia="zh-CN"/>
        </w:rPr>
        <w:t>　　这二十多个同学的朗读都特别流利，证明了我校各班的朗读指导的开展已经落到了实处。在这次展示中也反映一个现象，就是大家在有感情的朗读的时候，低年级的孩子比高年级的孩子更好，更能放得开，他们敢于用肢体动作或者面部表情来表情达意，另外，他们善于模仿指导老师的语气和语调和动作，而中高年级学生相比而言则有些含蓄含羞，有顾忌不敢表现，所以低年级的朗读效果明显高于中高年级。</w:t>
      </w:r>
      <w:r>
        <w:rPr>
          <w:lang w:eastAsia="zh-CN"/>
        </w:rPr>
        <w:br/>
      </w:r>
      <w:r>
        <w:rPr>
          <w:lang w:eastAsia="zh-CN"/>
        </w:rPr>
        <w:t>　　回想我们平时的语文课堂，总是引导学生通过反复地朗读体验作者的情感、领悟语言的内涵。然而，要想使学生真正把书读好、读出语言的滋味、读出语言的神韵，就要引领学生入境如情，体验课文描写的意境，体味语言文字的节奏美、音韵美，丰富自己的语言储备和语感经验。只要我们在日常的朗读教学中，认真总结、循序渐进，学生的朗读水平一定会有所提高。</w:t>
      </w:r>
      <w:r>
        <w:rPr>
          <w:lang w:eastAsia="zh-CN"/>
        </w:rPr>
        <w:br/>
      </w:r>
      <w:r>
        <w:rPr>
          <w:lang w:eastAsia="zh-CN"/>
        </w:rPr>
        <w:t xml:space="preserve">    书香读书活动心得体会范文800字 篇15 </w:t>
      </w:r>
      <w:r>
        <w:rPr>
          <w:lang w:eastAsia="zh-CN"/>
        </w:rPr>
        <w:br/>
      </w:r>
      <w:r>
        <w:rPr>
          <w:lang w:eastAsia="zh-CN"/>
        </w:rPr>
        <w:t>　　按照__区妇联《关于组织开展“爱读书读好书善读书”活动的通知》（玉红妇发［20__］10号）要求，我局积极响应在干部职工中深入开展“爱读书、读好书、善读书”活动（以下简称“三读”活动）的号召，及时制定实施方案，力求将“三读”的学习成果体现在思想上、创新在岗位上、积累在素质上，为实现和谐计生、平安计生提供强大动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（一）及时召开“三读”活动动员大会。</w:t>
      </w:r>
      <w:r>
        <w:rPr>
          <w:lang w:eastAsia="zh-CN"/>
        </w:rPr>
        <w:br/>
      </w:r>
      <w:r>
        <w:rPr>
          <w:lang w:eastAsia="zh-CN"/>
        </w:rPr>
        <w:t>　　成立以局党组成员和支部成员及主要科室负责人为主的活动领导小组，统一购买书籍。号召全区计生党员干部顺应时代发展，本着“干什么，学什么；缺什么，补什么”的要求，树立全员学习、自觉学习、终身学习的理念，实现知识的不断更新，营造以学习提高素质、培养能力、推动工作的良好氛围，为更好地履行职能职责奠定基础。</w:t>
      </w:r>
      <w:r>
        <w:rPr>
          <w:lang w:eastAsia="zh-CN"/>
        </w:rPr>
        <w:br/>
      </w:r>
      <w:r>
        <w:rPr>
          <w:lang w:eastAsia="zh-CN"/>
        </w:rPr>
        <w:t>　　（二）加大活动的宣传力度。</w:t>
      </w:r>
      <w:r>
        <w:rPr>
          <w:lang w:eastAsia="zh-CN"/>
        </w:rPr>
        <w:br/>
      </w:r>
      <w:r>
        <w:rPr>
          <w:lang w:eastAsia="zh-CN"/>
        </w:rPr>
        <w:t>　　在局机关形成良好的氛围，让干部职工及时了解活动开展的进度和情况。单位院内张贴活动宣传海报，扩大读书活动的宣传面与知晓率。</w:t>
      </w:r>
      <w:r>
        <w:rPr>
          <w:lang w:eastAsia="zh-CN"/>
        </w:rPr>
        <w:br/>
      </w:r>
      <w:r>
        <w:rPr>
          <w:lang w:eastAsia="zh-CN"/>
        </w:rPr>
        <w:t>　　（三）开展党员干部读书系列活动。</w:t>
      </w:r>
      <w:r>
        <w:rPr>
          <w:lang w:eastAsia="zh-CN"/>
        </w:rPr>
        <w:br/>
      </w:r>
      <w:r>
        <w:rPr>
          <w:lang w:eastAsia="zh-CN"/>
        </w:rPr>
        <w:t>　　大力倡导党员干部带头读书。在党员干部中开展以“每日自学，每周导学，每月互学，提高党性，提高能力”为主要内容的“三学两提高”活动。一是每日自学，即组织党员在工作之余进行自学；二是每周导学。“周三集中学习日”制度，充分发挥党组织的龙头带动作用，开展“领导一讲”活动。读书月内，组织机关干部开展业务培训；三是每月互学。组织局各支部之间开展学习交流、经验推介活动，达到开阔思维、增长见识、促进工作的目的。</w:t>
      </w:r>
      <w:r>
        <w:rPr>
          <w:lang w:eastAsia="zh-CN"/>
        </w:rPr>
        <w:br/>
      </w:r>
    </w:p>
    <w:p w:rsidR="001B1F19" w14:textId="27C3F48A">
      <w:pPr>
        <w:rPr>
          <w:rFonts w:hint="eastAsia"/>
          <w:lang w:eastAsia="zh-CN"/>
        </w:rPr>
      </w:pPr>
      <w:r>
        <w:rPr>
          <w:lang w:eastAsia="zh-CN"/>
        </w:rPr>
        <w:t>　　通过开展“爱读书读好书善读书”活动，进一步提高了干部职工阅读能力，在创建省级文明城市中发挥了积极的作用。但限于经费、人力等方面的制约，活动的规模、质量与效果还有待进一步的提高，我们将会在今后的工作中进一步探索，总结经验，不断丰富活动内容，创建活动载体，将我局的“三读活动”开展得更有特色。</w:t>
      </w:r>
      <w:r>
        <w:rPr>
          <w:lang w:eastAsia="zh-CN"/>
        </w:rPr>
        <w:br/>
      </w:r>
      <w:r>
        <w:rPr>
          <w:lang w:eastAsia="zh-CN"/>
        </w:rPr>
        <w:t xml:space="preserve">    书香读书活动心得体会范文800字 篇16 </w:t>
      </w:r>
      <w:r>
        <w:rPr>
          <w:lang w:eastAsia="zh-CN"/>
        </w:rPr>
        <w:br/>
      </w:r>
      <w:r>
        <w:rPr>
          <w:lang w:eastAsia="zh-CN"/>
        </w:rPr>
        <w:t>　　它，是一只受尽苦难的狮王；它，是一只被雌狮训化为善良、勤劳、勇敢、正直的狮王；它，被驯化成功，却在登上狮王宝座的那一刹那，所有的驯化努力全都变成了泡沫，它恢复了狮王原有的秉性。</w:t>
      </w:r>
      <w:r>
        <w:rPr>
          <w:lang w:eastAsia="zh-CN"/>
        </w:rPr>
        <w:br/>
      </w:r>
      <w:r>
        <w:rPr>
          <w:lang w:eastAsia="zh-CN"/>
        </w:rPr>
        <w:t>　　蜂腰雌狮因为目睹孩子被新一任狮王残忍杀害，而出走。它决定培养一只善良、勤劳、勇敢、正直的狮王，就在这时它遇到了将来的狮王——红飘带。蜂腰雌狮与红飘带在葫芦荒地生下孩子，组成了最小狮群。天意不应人，因为一次拒绝无鬣（liè）雄狮，悲剧就降临到了这个最小狮群。红飘带因此雄性大降，蜂腰雌狮为此煞费苦心，幸好红飘带不负蜂腰雌狮的期望，不再萎靡不振。在一次象狮大战后，红飘带终于成了狮王，可最后它将所有的驯化努力全都变成了泡沫，恢复了狮王原有的秉性。</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https://d.book118.com/748043005044006036</w:t>
        </w:r>
      </w:hyperlink>
    </w:p>
    <w:p w:rsidR="001B1F19">
      <w:pPr>
        <w:rPr>
          <w:rFonts w:hint="eastAsia"/>
          <w:lang w:eastAsia="zh-CN"/>
        </w:rPr>
      </w:pPr>
    </w:p>
    <w:sectPr>
      <w:type w:val="nextPage"/>
      <w:pgSz w:w="11906" w:h="16838"/>
      <w:pgMar w:top="1440" w:right="1800" w:bottom="1440" w:left="1800" w:header="851" w:footer="992" w:gutter="0"/>
      <w:pgNumType w:start="2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4804300504400603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