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高一地理教师工作总结（31篇）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高一地理教师工作总结（通用31篇）</w:t>
      </w:r>
      <w:r>
        <w:rPr>
          <w:lang w:eastAsia="zh-CN"/>
        </w:rPr>
        <w:br/>
      </w:r>
      <w:r>
        <w:rPr>
          <w:lang w:eastAsia="zh-CN"/>
        </w:rPr>
        <w:t xml:space="preserve">    高一地理教师工作总结 篇1 </w:t>
      </w:r>
      <w:r>
        <w:rPr>
          <w:lang w:eastAsia="zh-CN"/>
        </w:rPr>
        <w:br/>
      </w:r>
      <w:r>
        <w:rPr>
          <w:lang w:eastAsia="zh-CN"/>
        </w:rPr>
        <w:t>　　阴飞逝，日月如梭。转眼，一个学期的教育教学工作已经结束了，回顾这一学期以来，圆满地完成了教育地理学科工作任务，并取得了一定的成绩，现将具体工作总结如下：</w:t>
      </w:r>
      <w:r>
        <w:rPr>
          <w:lang w:eastAsia="zh-CN"/>
        </w:rPr>
        <w:br/>
      </w:r>
      <w:r>
        <w:rPr>
          <w:lang w:eastAsia="zh-CN"/>
        </w:rPr>
        <w:t>　　一、认真钻研业务。</w:t>
      </w:r>
      <w:r>
        <w:rPr>
          <w:lang w:eastAsia="zh-CN"/>
        </w:rPr>
        <w:br/>
      </w:r>
      <w:r>
        <w:rPr>
          <w:lang w:eastAsia="zh-CN"/>
        </w:rPr>
        <w:t>　　我担任高一4个班的地理科教学工作，在教学中我认真学习新课标，钻研教材，为了准确的传授知识，我经常虚心向有经验的教师请教，和他们一起探讨教学中出现的问题。</w:t>
      </w:r>
      <w:r>
        <w:rPr>
          <w:lang w:eastAsia="zh-CN"/>
        </w:rPr>
        <w:br/>
      </w:r>
      <w:r>
        <w:rPr>
          <w:lang w:eastAsia="zh-CN"/>
        </w:rPr>
        <w:t>　　二、创设良好的学习情境。</w:t>
      </w:r>
      <w:r>
        <w:rPr>
          <w:lang w:eastAsia="zh-CN"/>
        </w:rPr>
        <w:br/>
      </w:r>
      <w:r>
        <w:rPr>
          <w:lang w:eastAsia="zh-CN"/>
        </w:rPr>
        <w:t>　　创设情境有助于学生自主学习。只有将认识主体置于问题情境中，才能促进认识主体的主动发展。教学中，我充分利用学校多媒体设备，设计制作多媒体课件，精心创设教学情境，有效地调动学生主动参与教学活动，使其学习的内部动机从好奇逐步升华为兴趣。通过精心设计，巧妙地将学习目标任务置于学生的最近发展区，促成学生对新知识意义的自主建构，让学生在充分地经历探索中掌握地理事物事物发展发生和变化规律。</w:t>
      </w:r>
      <w:r>
        <w:rPr>
          <w:lang w:eastAsia="zh-CN"/>
        </w:rPr>
        <w:br/>
      </w:r>
      <w:r>
        <w:rPr>
          <w:lang w:eastAsia="zh-CN"/>
        </w:rPr>
        <w:t>　　三、致力于地理教学的优化。</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1、注重课堂气氛的活跃。沉闷的课堂气氛只会让学生昏昏欲睡，为此在课堂教学中我十分注重创设良好的课堂教学氛围，尽量给学生创设喜闻乐见的学习情景，使学生能比较直观形象地理解知识。</w:t>
      </w:r>
      <w:r>
        <w:rPr>
          <w:lang w:eastAsia="zh-CN"/>
        </w:rPr>
        <w:br/>
      </w:r>
      <w:r>
        <w:rPr>
          <w:lang w:eastAsia="zh-CN"/>
        </w:rPr>
        <w:t>　　2、注重作业的开放性。开放性的问题能活跃学生解决问题的思维，提高学生思维的发散性、求异性、深刻性。注重学生主动获取知识、重组应用，从综合的角度培养学生创新思维。注重作业批改的及时性，经常当面批改，个别辅导。</w:t>
      </w:r>
      <w:r>
        <w:rPr>
          <w:lang w:eastAsia="zh-CN"/>
        </w:rPr>
        <w:br/>
      </w:r>
      <w:r>
        <w:rPr>
          <w:lang w:eastAsia="zh-CN"/>
        </w:rPr>
        <w:t>　　3、注重与学生的交流。“理解”是建立师生情感的纽带与桥梁。理解学生就是要以饱满的热情和充沛的精力投入来感染学生，给他们一张笑脸、一颗诚心、一份真情。当学生取得好成绩，获得成功时，要给以祝贺和鼓励，当学生遇到困难，遭受挫折时，要给以安慰和支持。并鼓励学生积极大胆地说出自己的想法</w:t>
      </w:r>
      <w:r>
        <w:rPr>
          <w:lang w:eastAsia="zh-CN"/>
        </w:rPr>
        <w:br/>
      </w:r>
      <w:r>
        <w:rPr>
          <w:lang w:eastAsia="zh-CN"/>
        </w:rPr>
        <w:t>　　今后教学工作的建议：通过前面对试题的分析，在今后的教学中我们除了要把握好知识体系，熟悉知识点覆盖面之外，还要认真钻研新课程理念，理解、研究教材，找到教材中知识与理念的结合点，自然地理思想与地理方法的嵌入点，凭借教学手段、方法，在教学地理知识中让学生潜移默化地渗透、理解、掌握地理思想、地理方法，从而达到学习地理、应用地理的最终目的。</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1、多教一些地理方法、地理思想，地理思想是在地理活动中解决问题的基本观点和根本想法，是对地理概念、命题、规律、方法和技巧的本质认识，是地理中的智慧和灵魂。所以，领悟地理思想，方法是地理教学的首要任务。教学中要钻研教材，把握知识中蕴含的'地理思想和方法，通过传授知识，教给学生解决问题的地理方法，思考问题的地理思想。学生在学习了地理知识的同时，更能领悟到地理思想和方法，能熟练的对知识进行举一反三式的应用，真正达到活学活用，使教学理念转变，促进学习方式转变，为学生更深层次的理解、学习地理知识探索有效途径。只有学生自己掌握了好的学习方法，他的学习才会事半功倍。</w:t>
      </w:r>
      <w:r>
        <w:rPr>
          <w:lang w:eastAsia="zh-CN"/>
        </w:rPr>
        <w:br/>
      </w:r>
      <w:r>
        <w:rPr>
          <w:lang w:eastAsia="zh-CN"/>
        </w:rPr>
        <w:t>　　2、多一些过程探究，少一些知识陈列。地理知识起源于生活，是从实际应用中逐渐抽象、概括、演示、推理而形成的系统的、严密的学科体系，地理中要注意培养学生灵活的思维，开放的思路，就要以学生熟悉的现实生活为地理知识生长的基础，对知识的生成，讲授多一些过程性探究，通过学生主动性探究来理解知识的形成、发展和最终定义，对学生地理思维的形成、发展有良好的促进作用。特别是讲难题时，我常常会让学生上讲台上来发表自己的见解，用学生自己的表达方式让大家去理解，去判断谁是对的，谁的方法最简单。我发现有很多的同学乐与表达并与大家辩论。而实际教学中公式化、概念化的粗浅、简单、枯燥的诵读、机械式的演练教学不注重地理理性的、深层次的内涵，使地理教学浮于表面，不利于学生面对新理念指导下的检测，不利于今后的教学和学生地理方面的发展。</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3、多一些以生为本，少一些教师中心。高中学生对学习的热情是非常高的，尤其是对贴近他们的生活，有一定感性经验的学习素材，更能焕发出极大的学习积极性和主动性。但长期的教师中心式的讲授，会挫伤学生学习热情，造成了学习的被动和教学的困境。地理学习中结合知识多创设一些生动活泼、具有挑战性的问题情境，将学生放置于问题之中，容易激活学生已有经验和地理知识，能培养学生独立思考、探索发现的思维品质，对地理学习有推进作用。以生为本，破除教师中心，要始终成为地理课堂实施教学的首要策略。</w:t>
      </w:r>
      <w:r>
        <w:rPr>
          <w:lang w:eastAsia="zh-CN"/>
        </w:rPr>
        <w:br/>
      </w:r>
      <w:r>
        <w:rPr>
          <w:lang w:eastAsia="zh-CN"/>
        </w:rPr>
        <w:t>　　我认为让学生发自内心的喜爱地理，乐于学习地理，才是重要的。为了总结教学经验，使今后的教学更有进步，现将一年的高三地理教学工作总结如下：</w:t>
      </w:r>
      <w:r>
        <w:rPr>
          <w:lang w:eastAsia="zh-CN"/>
        </w:rPr>
        <w:br/>
      </w:r>
      <w:r>
        <w:rPr>
          <w:lang w:eastAsia="zh-CN"/>
        </w:rPr>
        <w:t>　　一、依纲教学，明确复习方向</w:t>
      </w:r>
      <w:r>
        <w:rPr>
          <w:lang w:eastAsia="zh-CN"/>
        </w:rPr>
        <w:br/>
      </w:r>
      <w:r>
        <w:rPr>
          <w:lang w:eastAsia="zh-CN"/>
        </w:rPr>
        <w:t>　　作为高三地理教师应认真学习地理教学大纲和高考考试说明，加强高考地理试题研究，把握高考命题走向，使高三地理复习有明确的导向。</w:t>
      </w:r>
      <w:r>
        <w:rPr>
          <w:lang w:eastAsia="zh-CN"/>
        </w:rPr>
        <w:br/>
      </w:r>
      <w:r>
        <w:rPr>
          <w:lang w:eastAsia="zh-CN"/>
        </w:rPr>
        <w:t>　　二、立足课本，夯实双基</w:t>
      </w:r>
      <w:r>
        <w:rPr>
          <w:lang w:eastAsia="zh-CN"/>
        </w:rPr>
        <w:br/>
      </w:r>
      <w:r>
        <w:rPr>
          <w:lang w:eastAsia="zh-CN"/>
        </w:rPr>
        <w:t>　　在教学过程中要注重知识点的落实和知识网络的构成。这也比较符合近几年高考地理试题的特点：突出能力立意，重在考查学科的知识主干、基本原理和规律，以及地理理性思维逻辑和知识运用能力。能力是建立在夯实的基础上的，没有扎实、全面的基础知识和基本技能，很难获得高分。</w:t>
      </w:r>
      <w:r>
        <w:rPr>
          <w:lang w:eastAsia="zh-CN"/>
        </w:rPr>
        <w:br/>
      </w:r>
      <w:r>
        <w:rPr>
          <w:lang w:eastAsia="zh-CN"/>
        </w:rPr>
        <w:t>　　三、合理安排复习时间</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高三地理复习一般为三个阶段：第一阶段是按教材的顺序梳理知识，形成知识网络，这是重点，一般在第二年的三月初完成，要“扎扎实实”，不可盲目追求进度；第二阶段是专题复习，打破常规的章节，对知识进行重组，寻求联系，侧重于能力的培养，时间为两个月左右，专题的个数不能弄得太多；第三阶段为查漏补缺，调整心态，做好考试前的准备。</w:t>
      </w:r>
      <w:r>
        <w:rPr>
          <w:lang w:eastAsia="zh-CN"/>
        </w:rPr>
        <w:br/>
      </w:r>
      <w:r>
        <w:rPr>
          <w:lang w:eastAsia="zh-CN"/>
        </w:rPr>
        <w:t>　　四、加强知识的归纳整理，形成知识体系</w:t>
      </w:r>
      <w:r>
        <w:rPr>
          <w:lang w:eastAsia="zh-CN"/>
        </w:rPr>
        <w:br/>
      </w:r>
      <w:r>
        <w:rPr>
          <w:lang w:eastAsia="zh-CN"/>
        </w:rPr>
        <w:t>　　教学理论的研究表明，建立完整的知识结构体系要比掌握大量具体的零散知识更具价值。在传统的学习过程中，比较偏重于掌握知识的细节，而忽略了对知识结构整体上的理解和掌握。由此使获得的知识难以成为今后深入探究的基础。在知识整理加工的过程中，伴随一系列思维活动，如分析、判断、归纳、演绎、比较、分类、总结、概括、推理等，可以说这个过程也是思维综合训练的过程。经过这一过程可以加深知识的理解、强化记忆，同时也可以发现问题、弥补漏洞、纠正错误。在对基本原理、规律的探究、发现、归纳和应用的过程中，还要注意多思、敢问、善问？可准备一个问题本？，真正弄懂、吃透地理概念、地理原理和地理规律，既要知其然，更要知其所以然，达到举一反三的目的。</w:t>
      </w:r>
      <w:r>
        <w:rPr>
          <w:lang w:eastAsia="zh-CN"/>
        </w:rPr>
        <w:br/>
      </w:r>
      <w:r>
        <w:rPr>
          <w:lang w:eastAsia="zh-CN"/>
        </w:rPr>
        <w:t>　　五、落实基础，突出主干，注意与初中地理知识的有机结合</w:t>
      </w:r>
      <w:r>
        <w:rPr>
          <w:lang w:eastAsia="zh-CN"/>
        </w:rPr>
        <w:br/>
      </w:r>
      <w:r>
        <w:rPr>
          <w:lang w:eastAsia="zh-CN"/>
        </w:rPr>
        <w:t>　　基础和主干知识是指地理学科的基本概念、原理、规律和重要的地理事物、观念、结论。它们分布在教材的各个部分。但总体来看，能够体现地理学科学习功能的、能够形成再生知识的、与生活生产紧密联系的部分多为高考复习的重点所在。如：地图、地球运动、大气运动、人类活动、人地关系等。</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对于基础和主干知识的学习和掌握，不是要死记硬背，而是要深入理解和具体应用。高考试题往往通过大量引用课外知识和丰富的社会素材，形成新的问题情景，构成新的问题角度，从而考查学生的能力。但是无论如何，其考查的落脚点仍然是地理学科的基础和主干知识。所以我们必须抓住各部分的基础和主干知识，寻找各部分知识与其他知识的内在联系，形成综合的思维方法，才能在高三地理复习中取得较好的效果。</w:t>
      </w:r>
      <w:r>
        <w:rPr>
          <w:lang w:eastAsia="zh-CN"/>
        </w:rPr>
        <w:br/>
      </w:r>
      <w:r>
        <w:rPr>
          <w:lang w:eastAsia="zh-CN"/>
        </w:rPr>
        <w:t>　　在重点复习高中系统地理知识的同时，还要正确处理好初高中地理知识的有机结合。初高中地理知识是一个完整的知识体系，只要高中地理中涉及到的初中地理知识，都应该掌握，决不能回避。要正确处理好高中系统地理与初中区域地理之间的关系，以高中系统地理为主，兼顾初中地理，当涉及到相关初中地理知识时要进行串联复习，并落实到区域图上。只有把具体的地理事物或现象落实到具体的区域中，才能更深刻地理解它产生的原因、特点，预测它的发展变化趋势。如复习“地球运动”时，就应把初中的“时区和日界线”融入其中，复习“地壳运动”时应一并复习初中“地形和地形的变化”等等。</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通过这样处理，不仅使初高中地理知识紧密结合，形成一个有机整体，而且便于提高综合分析地理知识的能力。可见，抓住多角度观察地理事物的空间性质，综合分析地理系统内部与外部物质、能量和信息的运动与转化这些大问题，一方面能使地理知识学习更加透彻、完整，另一方面又能提高形象思维和逻辑思维能力，拓展思考与解答地理问题的深度与广度。</w:t>
      </w:r>
      <w:r>
        <w:rPr>
          <w:lang w:eastAsia="zh-CN"/>
        </w:rPr>
        <w:br/>
      </w:r>
      <w:r>
        <w:rPr>
          <w:lang w:eastAsia="zh-CN"/>
        </w:rPr>
        <w:t>　　六、加强空间思维训练，形成科学的整体观念，不断提高认识水平</w:t>
      </w:r>
      <w:r>
        <w:rPr>
          <w:lang w:eastAsia="zh-CN"/>
        </w:rPr>
        <w:br/>
      </w:r>
      <w:r>
        <w:rPr>
          <w:lang w:eastAsia="zh-CN"/>
        </w:rPr>
        <w:t>　　从近几年高考试题看，地理试题选取了能够反映地理学科主要研究分析方法的内容为命题素材，紧紧围绕“描述、概括、理解各种地理事物的空间结构联系和发展变化过程”、“认识重要地理事物的名称和空间位置”等能力要求。试题中时差的推断、地图的判读、世界和中国某个区域的特征分析、判断等都是在考查学生的空间能力。因此，在高考地理复习中要特别注重空间思维的训练，以促进我们的整体思维观形成。</w:t>
      </w:r>
      <w:r>
        <w:rPr>
          <w:lang w:eastAsia="zh-CN"/>
        </w:rPr>
        <w:br/>
      </w:r>
      <w:r>
        <w:rPr>
          <w:lang w:eastAsia="zh-CN"/>
        </w:rPr>
        <w:t>　　空间思维能力的考察主要有这几项内容：各类地图的判读，地球的自转与公转，大气的运动和变化，世界和中国区域（大洲、大洋、地区、国家）中的重要经线、纬线，各类重要地理分界线（自然地理界线、人文地理界限）等。培养地理学科的空间思维能力，一定要讲求方法。如对空间概念和物体空间运动的理性思维分析？可选取十条重要经纬线（赤道、南北回归线、南北极圈、本初子午线、180°经线、20°W、160°E、120°E），通过它们，在脑海中形成完整经纬网，并想象地球运转起来线与线之间相互位置关系及晨昏线的动态关系。</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通过有效的空间思维训练，才能达到当给出世界上某一点或线时？在脑海中涌现的不是乱糟糟的一团，而是一系列相互关联、相互影响的地理事物。而有了这样的水平，无论命题角度如何，一切问题都会迎刃而解。</w:t>
      </w:r>
      <w:r>
        <w:rPr>
          <w:lang w:eastAsia="zh-CN"/>
        </w:rPr>
        <w:br/>
      </w:r>
      <w:r>
        <w:rPr>
          <w:lang w:eastAsia="zh-CN"/>
        </w:rPr>
        <w:t>　　高三地理复习中有法而无定法，只要我们老老实实地紧扣大纲，立足基础，构建知识体系，形成整体观念，加强能力培养，不断提高分析问题、解决问题的能力，要以地理事实材料为基础，形成地理概念，认识地理规律和地理原理，建立完整的知识结构体系要比掌握大量具体的零散知识更有价值，抓住主干知识，注重培养逻辑推理能力，紧紧把握住区域特征认定及其出现的问题与解决措施，注重空间思维的训练，促进空间思维能力的形成，定能取得令人满意的成绩。</w:t>
      </w:r>
      <w:r>
        <w:rPr>
          <w:lang w:eastAsia="zh-CN"/>
        </w:rPr>
        <w:br/>
      </w:r>
      <w:r>
        <w:rPr>
          <w:lang w:eastAsia="zh-CN"/>
        </w:rPr>
        <w:t xml:space="preserve">    高一地理教师工作总结 篇2 </w:t>
      </w:r>
      <w:r>
        <w:rPr>
          <w:lang w:eastAsia="zh-CN"/>
        </w:rPr>
        <w:br/>
      </w:r>
      <w:r>
        <w:rPr>
          <w:lang w:eastAsia="zh-CN"/>
        </w:rPr>
        <w:t>　　20__年9月开始我担任了二中学校高一三个班的地理教学工作任务艰巨在与诸位地理教师的协同合作下明确职责脚踏实地的工作各项教学活动开展的井井有条现将一学期的具体工作总结如下：</w:t>
      </w:r>
      <w:r>
        <w:rPr>
          <w:lang w:eastAsia="zh-CN"/>
        </w:rPr>
        <w:br/>
      </w:r>
      <w:r>
        <w:rPr>
          <w:lang w:eastAsia="zh-CN"/>
        </w:rPr>
        <w:t>　　积极参加课改培训加强理论学习、促进观念转变根据学校的统一安排通识培训对《普通高中课程方案实验》进行了解读科学的培训使我们对国家新一轮高中课程改革的背景、理论、目标、策略、步骤等方面有了一定的认识理论学习的加强是走进新课程的第一重要关口。</w:t>
      </w:r>
      <w:r>
        <w:rPr>
          <w:lang w:eastAsia="zh-CN"/>
        </w:rPr>
        <w:br/>
      </w:r>
      <w:r>
        <w:rPr>
          <w:lang w:eastAsia="zh-CN"/>
        </w:rPr>
        <w:t>　　认真做好本职工作切切实实做好高中地理工作力争全部学生达标</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1、学习地理课程标准做好新课程培训工作认真学习和钻研学科课程标准新教材对实践中出现的一些问题进行研究反思与调整力求实现突破课改中的重点和难点。</w:t>
      </w:r>
      <w:r>
        <w:rPr>
          <w:lang w:eastAsia="zh-CN"/>
        </w:rPr>
        <w:br/>
      </w:r>
      <w:r>
        <w:rPr>
          <w:lang w:eastAsia="zh-CN"/>
        </w:rPr>
        <w:t>　　2、每一个星期的教学进度、课时安排每堂课的大致上法从而保证十个班级的教学进度一致。每位科任老师上俩次公开课取长补短教学相长。</w:t>
      </w:r>
      <w:r>
        <w:rPr>
          <w:lang w:eastAsia="zh-CN"/>
        </w:rPr>
        <w:br/>
      </w:r>
      <w:r>
        <w:rPr>
          <w:lang w:eastAsia="zh-CN"/>
        </w:rPr>
        <w:t>　　3、做好期中、期末复习工作、认真学习考试说明探讨复习教学策略做好期中、期末考试的组织、阅卷、分数统计和阅卷分析等有关工作。</w:t>
      </w:r>
      <w:r>
        <w:rPr>
          <w:lang w:eastAsia="zh-CN"/>
        </w:rPr>
        <w:br/>
      </w:r>
      <w:r>
        <w:rPr>
          <w:lang w:eastAsia="zh-CN"/>
        </w:rPr>
        <w:t>　　4、抓教学常规组织有关学习活动多研究探索教法不断提高课堂效益研究学法将如何引导学生改善学习方式促进学习方式多元化为研究重点促进学生学习方式的转变。主要措施培养良好的道德规范和学习习惯在教学中多采用启发式创造性的教学方式。鼓励学生动脑思考、大胆想象、主动参与。课堂上精心设计各种丰富多彩“任务性”活动设计各种真实的活动通过各种实践达到有利于学生综合能力提高的目的。</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投身单元备课活动研究新课标、把握新教材为了更快更好的适应新课改的要求早在暑期培训期间高一地理备课组就拟订了针对必修《地理1》的备课畅想开学后及时制定了周密详细的计划并已把任务落实。安排我承担第一章四两节与第五章的集体备课主讲任务。备课组采用“个人精备-集体研讨-个人修改”的备课新模式发挥了个人的优势和特色整体提高了备课效率。通过举办组内备课活动老师之间的交流、研讨、相互借鉴的机会增多对更好的把握、驾驭新教材起到了较大的促进作用。通过几次集体备课活动不仅积累了宝贵的经验教师的研究视野也开阔了目光更明亮了把握新课程的能力增强了。此外还积累搜集了大量的可共享交流的课程资源。</w:t>
      </w:r>
      <w:r>
        <w:rPr>
          <w:lang w:eastAsia="zh-CN"/>
        </w:rPr>
        <w:br/>
      </w:r>
      <w:r>
        <w:rPr>
          <w:lang w:eastAsia="zh-CN"/>
        </w:rPr>
        <w:t>　　寻求理念与课堂的契合发现问题、找出困惑新课改实施各种各样的问题不断涌现经过多次认真分析总结本学期主要在以下几个方面存在明显问题</w:t>
      </w:r>
      <w:r>
        <w:rPr>
          <w:lang w:eastAsia="zh-CN"/>
        </w:rPr>
        <w:br/>
      </w:r>
      <w:r>
        <w:rPr>
          <w:lang w:eastAsia="zh-CN"/>
        </w:rPr>
        <w:t>　　1、课时紧张与教学任务繁重的矛盾</w:t>
      </w:r>
      <w:r>
        <w:rPr>
          <w:lang w:eastAsia="zh-CN"/>
        </w:rPr>
        <w:br/>
      </w:r>
      <w:r>
        <w:rPr>
          <w:lang w:eastAsia="zh-CN"/>
        </w:rPr>
        <w:t>　　2、理念与现实之间的落差较大“一言堂”“满堂灌”仍然存在</w:t>
      </w:r>
      <w:r>
        <w:rPr>
          <w:lang w:eastAsia="zh-CN"/>
        </w:rPr>
        <w:br/>
      </w:r>
      <w:r>
        <w:rPr>
          <w:lang w:eastAsia="zh-CN"/>
        </w:rPr>
        <w:t>　　3、初高中地理衔接问题和矛盾突出</w:t>
      </w:r>
      <w:r>
        <w:rPr>
          <w:lang w:eastAsia="zh-CN"/>
        </w:rPr>
        <w:br/>
      </w:r>
      <w:r>
        <w:rPr>
          <w:lang w:eastAsia="zh-CN"/>
        </w:rPr>
        <w:t>　　4、配套习题难度较大与教学进度不统一问题回首这即将过去的一学期各项工作扎扎实实、井井有条这让我略感欣慰展望即将到来的下学期新课改尚处于不成熟的探索阶段却又颇感任重道远。要正确引领并促进自己教育教学技能的专业成长必须不断突破旧的思维方式和个人时间管理方式逐步树立正确的教学观、质量观等素质教育新观念加强日常工作的归纳、总结与反思。</w:t>
      </w:r>
      <w:r>
        <w:rPr>
          <w:lang w:eastAsia="zh-CN"/>
        </w:rPr>
        <w:br/>
      </w:r>
      <w:r>
        <w:rPr>
          <w:lang w:eastAsia="zh-CN"/>
        </w:rPr>
        <w:t xml:space="preserve">    高一地理教师工作总结 篇3 </w:t>
      </w:r>
      <w:r>
        <w:rPr>
          <w:lang w:eastAsia="zh-CN"/>
        </w:rPr>
        <w:br/>
      </w:r>
      <w:r>
        <w:rPr>
          <w:lang w:eastAsia="zh-CN"/>
        </w:rPr>
        <w:t>　　本学期我担任高一年级4个班的地理课，高一地理教学工作总结。由于我是产假后才接手这些班级，所以对班级的认识还比较有限，仅管带着小孩上课很辛苦，但我还是尽量挤出时间多方面了解学生情况，根据学生实际，认真专研课程标准，结合备课组的教学计划，积极完成了教学任务。具体总结如下：</w:t>
      </w:r>
      <w:r>
        <w:rPr>
          <w:lang w:eastAsia="zh-CN"/>
        </w:rPr>
        <w:br/>
      </w:r>
      <w:r>
        <w:rPr>
          <w:lang w:eastAsia="zh-CN"/>
        </w:rPr>
        <w:t>　　学习新课程标准，以当前先进的教学理念为指导，提高学生学习积极性。</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高中地理课程的总目标是要求学生初步掌握地理的基本知识和基本原理，或得地理技能，发展地理思维能力，掌握学习和探究地理问题的基本方法和技术手段;增强爱国主义情感，树立科学的人口观、资源观、环境观和可持续发展观念，工作总结《高一地理教学工作总结》。在教学中进行目标的细化，从知识和技能、过程和方法、情感态度和价值观三个维度进行落实。即不但要求学生掌握基本的地理知识和学习地理的基本技能，同时还要求学生掌握获得知识的方法或了解知识获得的过程，为了培养合格的社会主义现代公民，在教学过程中培养学生形成正确的人地关系、可持续发展观念及爱国情感。</w:t>
      </w:r>
      <w:r>
        <w:rPr>
          <w:lang w:eastAsia="zh-CN"/>
        </w:rPr>
        <w:br/>
      </w:r>
      <w:r>
        <w:rPr>
          <w:lang w:eastAsia="zh-CN"/>
        </w:rPr>
        <w:t>　　教学中，要视学生为知识的创造者，而不仅把学生当作一个知识的接受者培养。教学的目的就是让学生学会学习，只有学生学会了学习，教学才变得有意义和有希望。要实现这一教学理念，教学手段要灵活多样，让学生学会主动学习。在班级教学中，班级之间有差别，学生个体也有差异，教学中根据学生实际情况，采用分层教学，以先带后，承包互帮，展现学生个性风采，凸现团队式学习，建立学习型小组。遵循进步就是优秀的原则，突出过程性评价，提高学生的学习的积极性。</w:t>
      </w:r>
      <w:r>
        <w:rPr>
          <w:lang w:eastAsia="zh-CN"/>
        </w:rPr>
        <w:br/>
      </w:r>
      <w:r>
        <w:rPr>
          <w:lang w:eastAsia="zh-CN"/>
        </w:rPr>
        <w:t xml:space="preserve">    高一地理教师工作总结 篇4 </w:t>
      </w:r>
      <w:r>
        <w:rPr>
          <w:lang w:eastAsia="zh-CN"/>
        </w:rPr>
        <w:br/>
      </w:r>
      <w:r>
        <w:rPr>
          <w:lang w:eastAsia="zh-CN"/>
        </w:rPr>
        <w:t>　　阴飞逝，日月如梭。转眼，一个学期的教育教学工作已经结束了，回顾这一学期以来，圆满地完成了教育地理学科工作任务，并取得了一定的成绩，现将具体工作总结如下：</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一、认真钻研业务。</w:t>
      </w:r>
      <w:r>
        <w:rPr>
          <w:lang w:eastAsia="zh-CN"/>
        </w:rPr>
        <w:br/>
      </w:r>
      <w:r>
        <w:rPr>
          <w:lang w:eastAsia="zh-CN"/>
        </w:rPr>
        <w:t>　　我担任高一4个班的地理科教学工作，在教学中我认真学习新课标，钻研教材，为了准确的传授知识，我经常虚心向有经验的教师请教，和他们一起探讨教学中出现的问题。</w:t>
      </w:r>
      <w:r>
        <w:rPr>
          <w:lang w:eastAsia="zh-CN"/>
        </w:rPr>
        <w:br/>
      </w:r>
      <w:r>
        <w:rPr>
          <w:lang w:eastAsia="zh-CN"/>
        </w:rPr>
        <w:t>　　二、创设良好的学习情境。</w:t>
      </w:r>
      <w:r>
        <w:rPr>
          <w:lang w:eastAsia="zh-CN"/>
        </w:rPr>
        <w:br/>
      </w:r>
      <w:r>
        <w:rPr>
          <w:lang w:eastAsia="zh-CN"/>
        </w:rPr>
        <w:t>　　创设情境有助于学生自主学习。只有将认识主体置于问题情境中，才能促进认识主体的主动发展。教学中，我充分利用学校多媒体设备，设计制作多媒体课件，精心创设教学情境，有效地调动学生主动参与教学活动，使其学习的内部动机从好奇逐步升华为兴趣。通过精心设计，巧妙地将学习目标任务置于学生的最近发展区，促成学生对新知识意义的自主建构，让学生在充分地经历探索中掌握地理事物事物发展发生和变化规律。</w:t>
      </w:r>
      <w:r>
        <w:rPr>
          <w:lang w:eastAsia="zh-CN"/>
        </w:rPr>
        <w:br/>
      </w:r>
      <w:r>
        <w:rPr>
          <w:lang w:eastAsia="zh-CN"/>
        </w:rPr>
        <w:t>　　三、致力于地理教学的优化。</w:t>
      </w:r>
      <w:r>
        <w:rPr>
          <w:lang w:eastAsia="zh-CN"/>
        </w:rPr>
        <w:br/>
      </w:r>
      <w:r>
        <w:rPr>
          <w:lang w:eastAsia="zh-CN"/>
        </w:rPr>
        <w:t>　　1、注重课堂气氛的活跃。沉闷的课堂气氛只会让学生昏昏欲睡，为此在课堂教学中我十分注重创设良好的课堂教学氛围，尽量给学生创设喜闻乐见的学习情景，使学生能比较直观形象地理解知识。</w:t>
      </w:r>
      <w:r>
        <w:rPr>
          <w:lang w:eastAsia="zh-CN"/>
        </w:rPr>
        <w:br/>
      </w:r>
      <w:r>
        <w:rPr>
          <w:lang w:eastAsia="zh-CN"/>
        </w:rPr>
        <w:t>　　2、注重作业的开放性。开放性的问题能活跃学生解决问题的思维，提高学生思维的发散性、求异性、深刻性。注重学生主动获取知识、重组应用，从综合的角度培养学生创新思维。注重作业批改的及时性，经常当面批改，个别辅导。</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注重与学生的交流。“理解”是建立师生情感的纽带与桥梁。理解学生就是要以饱满的热情和充沛的精力投入来感染学生，给他们一张笑脸、一颗诚心、一份真情。当学生取得好成绩，获得成功时，要给以祝贺和鼓励，当学生遇到困难，遭受挫折时，要给以安慰和支持。并鼓励学生积极大胆地说出自己的想法</w:t>
      </w:r>
      <w:r>
        <w:rPr>
          <w:lang w:eastAsia="zh-CN"/>
        </w:rPr>
        <w:br/>
      </w:r>
      <w:r>
        <w:rPr>
          <w:lang w:eastAsia="zh-CN"/>
        </w:rPr>
        <w:t>　　今后教学工作的建议：通过前面对试题的分析，在今后的教学中我们除了要把握好知识体系，熟悉知识点覆盖面之外，还要认真钻研新课程理念，理解、研究教材，找到教材中知识与理念的结合点，自然地理思想与地理方法的嵌入点，凭借教学手段、方法，在教学地理知识中让学生潜移默化地渗透、理解、掌握地理思想、地理方法，从而达到学习地理、应用地理的最终目的。</w:t>
      </w:r>
      <w:r>
        <w:rPr>
          <w:lang w:eastAsia="zh-CN"/>
        </w:rPr>
        <w:br/>
      </w:r>
      <w:r>
        <w:rPr>
          <w:lang w:eastAsia="zh-CN"/>
        </w:rPr>
        <w:t>　　1、多教一些地理方法、地理思想，地理思想是在地理活动中解决问题的基本观点和根本想法，是对地理概念、命题、规律、方法和技巧的本质认识，是地理中的智慧和灵魂。所以，领悟地理思想，方法是地理教学的首要任务。教学中要钻研教材，把握知识中蕴含的地理思想和方法，通过传授知识，教给学生解决问题的地理方法，思考问题的地理思想。学生在学习了地理知识的同时，更能领悟到地理思想和方法，能熟练的对知识进行举一反三式的应用，真正达到活学活用，使教学理念转变，促进学习方式转变，为学生更深层次的理解、学习地理知识探索有效途径。只有学生自己掌握了好的学习方法，他的学习才会事半功倍。</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多一些过程探究，少一些知识陈列。地理知识起源于生活，是从实际应用中逐渐抽象、概括、演示、推理而形成的系统的、严密的学科体系，地理中要注意培养学生灵活的思维，开放的思路，就要以学生熟悉的现实生活为地理知识生长的基础，对知识的生成，讲授多一些过程性探究，通过学生主动性探究来理解知识的形成、发展和最终定义，对学生地理思维的形成、发展有良好的促进作用。特别是讲难题时，我常常会让学生上讲台上来发表自己的见解，用学生自己的表达方式让大家去理解，去判断谁是对的，谁的方法最简单。我发现有很多的同学乐与表达并与大家辩论。而实际教学中公式化、概念化的粗浅、简单、枯燥的诵读、机械式的演练教学不注重地理理性的、深层次的内涵，使地理教学浮于表面，不利于学生面对新理念指导下的检测，不利于今后的教学和学生地理方面的发展。</w:t>
      </w:r>
      <w:r>
        <w:rPr>
          <w:lang w:eastAsia="zh-CN"/>
        </w:rPr>
        <w:br/>
      </w:r>
      <w:r>
        <w:rPr>
          <w:lang w:eastAsia="zh-CN"/>
        </w:rPr>
        <w:t>　　3、多一些以生为本，少一些教师中心。高中学生对学习的热情是非常高的，尤其是对贴近他们的生活，有一定感性经验的学习素材，更能焕发出极大的学习积极性和主动性。但长期的教师中心式的讲授，会挫伤学生学习热情，造成了学习的被动和教学的困境。地理学习中结合知识多创设一些生动活泼、具有挑战性的问题情境，将学生放置于问题之中，容易激活学生已有经验和地理知识，能培养学生独立思考、探索发现的思维品质，对地理学习有推进作用。以生为本，破除教师中心，要始终成为地理课堂实施教学的首要策略。</w:t>
      </w:r>
      <w:r>
        <w:rPr>
          <w:lang w:eastAsia="zh-CN"/>
        </w:rPr>
        <w:br/>
      </w:r>
      <w:r>
        <w:rPr>
          <w:lang w:eastAsia="zh-CN"/>
        </w:rPr>
        <w:t>　　我认为让学生发自内心的喜爱地理，乐于学习地理，才是重要的。　　为了总结教学经验，使今后的教学更有进步，现将一年的高三地理教学工作总结如下：</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一、依纲教学，明确复习方向</w:t>
      </w:r>
      <w:r>
        <w:rPr>
          <w:lang w:eastAsia="zh-CN"/>
        </w:rPr>
        <w:br/>
      </w:r>
      <w:r>
        <w:rPr>
          <w:lang w:eastAsia="zh-CN"/>
        </w:rPr>
        <w:t>　　作为高三地理教师应认真学习地理教学大纲和高考考试说明，加强高考地理试题研究，把握高考命题走向，使高三地理复习有明确的导向。</w:t>
      </w:r>
      <w:r>
        <w:rPr>
          <w:lang w:eastAsia="zh-CN"/>
        </w:rPr>
        <w:br/>
      </w:r>
      <w:r>
        <w:rPr>
          <w:lang w:eastAsia="zh-CN"/>
        </w:rPr>
        <w:t>　　二、立足课本，夯实双基</w:t>
      </w:r>
      <w:r>
        <w:rPr>
          <w:lang w:eastAsia="zh-CN"/>
        </w:rPr>
        <w:br/>
      </w:r>
      <w:r>
        <w:rPr>
          <w:lang w:eastAsia="zh-CN"/>
        </w:rPr>
        <w:t>　　在教学过程中要注重知识点的落实和知识网络的构成。这也比较符合近几年高考地理试题的特点：突出能力立意，重在考查学科的知识主干、基本原理和规律，以及地理理性思维逻辑和知识运用能力。能力是建立在夯实的基础上的，没有扎实、全面的基础知识和基本技能，很难获得高分。</w:t>
      </w:r>
      <w:r>
        <w:rPr>
          <w:lang w:eastAsia="zh-CN"/>
        </w:rPr>
        <w:br/>
      </w:r>
      <w:r>
        <w:rPr>
          <w:lang w:eastAsia="zh-CN"/>
        </w:rPr>
        <w:t>　　三、合理安排复习时间</w:t>
      </w:r>
      <w:r>
        <w:rPr>
          <w:lang w:eastAsia="zh-CN"/>
        </w:rPr>
        <w:br/>
      </w:r>
      <w:r>
        <w:rPr>
          <w:lang w:eastAsia="zh-CN"/>
        </w:rPr>
        <w:t>　　高三地理复习一般为三个阶段：第一阶段是按教材的顺序梳理知识，形成知识网络，这是重点，一般在第二年的三月初完成，要“扎扎实实”，不可盲目追求进度;第二阶段是专题复习，打破常规的章节，对知识进行重组，寻求联系，侧重于能力的培养，时间为两个月左右，专题的个数不能弄得太多;第三阶段为查漏补缺，调整心态，做好考试前的准备。</w:t>
      </w:r>
      <w:r>
        <w:rPr>
          <w:lang w:eastAsia="zh-CN"/>
        </w:rPr>
        <w:br/>
      </w:r>
      <w:r>
        <w:rPr>
          <w:lang w:eastAsia="zh-CN"/>
        </w:rPr>
        <w:t>　　四、加强知识的归纳整理，形成知识体系</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教学理论的研究表明，建立完整的知识结构体系要比掌握大量具体的零散知识更具价值。在传统的学习过程中，比较偏重于掌握知识的细节，而忽略了对知识结构整体上的理解和掌握。由此使获得的知识难以成为今后深入探究的基础。在知识整理加工的过程中，伴随一系列思维活动，如分析、判断、归纳、演绎、比较、分类、总结、概括、推理等，可以说这个过程也是思维综合训练的过程。经过这一过程可以加深知识的理解、强化记忆，同时也可以发现问题、弥补漏洞、纠正错误。在对基本原理、规律的探究、发现、归纳和应用的过程中，还要注意多思、敢问、善问?可准备一个问题本，真正弄懂、吃透地理概念、地理原理和地理规律，既要知其然，更要知其所以然，达到举一反三的目的。</w:t>
      </w:r>
      <w:r>
        <w:rPr>
          <w:lang w:eastAsia="zh-CN"/>
        </w:rPr>
        <w:br/>
      </w:r>
      <w:r>
        <w:rPr>
          <w:lang w:eastAsia="zh-CN"/>
        </w:rPr>
        <w:t>　　五、落实基础，突出主干，注意与初中地理知识的有机结合</w:t>
      </w:r>
      <w:r>
        <w:rPr>
          <w:lang w:eastAsia="zh-CN"/>
        </w:rPr>
        <w:br/>
      </w:r>
      <w:r>
        <w:rPr>
          <w:lang w:eastAsia="zh-CN"/>
        </w:rPr>
        <w:t>　　基础和主干知识是指地理学科的基本概念、原理、规律和重要的地理事物、观念、结论。它们分布在教材的各个部分。但总体来看，能够体现地理学科学习功能的、能够形成再生知识的、与生活生产紧密联系的部分多为高考复习的重点所在。如：地图、地球运动、大气运动、人类活动、人地关系等。</w:t>
      </w:r>
      <w:r>
        <w:rPr>
          <w:lang w:eastAsia="zh-CN"/>
        </w:rPr>
        <w:br/>
      </w:r>
      <w:r>
        <w:rPr>
          <w:lang w:eastAsia="zh-CN"/>
        </w:rPr>
        <w:t>　　对于基础和主干知识的学习和掌握，不是要死记硬背，而是要深入理解和具体应用。高考试题往往通过大量引用课外知识和丰富的社会素材，形成新的问题情景，构成新的问题角度，从而考查学生的能力。但是无论如何，其考查的落脚点仍然是地理学科的基础和主干知识。所以我们必须抓住各部分的基础和主干知识，寻找各部分知识与其他知识的内在联系，形成综合的思维方法，才能在高三地理复习中取得较好的效果。</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重点复习高中系统地理知识的同时，还要正确处理好初高中地理知识的有机结合。初高中地理知识是一个完整的知识体系，只要高中地理中涉及到的初中地理知识，都应该掌握，决不能回避。要正确处理好高中系统地理与初中区域地理之间的关系，以高中系统地理为主，兼顾初中地理，当涉及到相关初中地理知识时要进行串联复习，并落实到区域图上。只有把具体的地理事物或现象落实到具体的区域中，才能更深刻地理解它产生的原因、特点，预测它的发展变化趋势。如复习“地球运动”时，就应把初中的“时区和日界线”融入其中，复习“地壳运动”时应一并复习初中“地形和地形的变化”等等。</w:t>
      </w:r>
      <w:r>
        <w:rPr>
          <w:lang w:eastAsia="zh-CN"/>
        </w:rPr>
        <w:br/>
      </w:r>
      <w:r>
        <w:rPr>
          <w:lang w:eastAsia="zh-CN"/>
        </w:rPr>
        <w:t>　　通过这样处理，不仅使初高中地理知识紧密结合，形成一个有机整体，而且便于提高综合分析地理知识的能力。可见，抓住多角度观察地理事物的空间性质，综合分析地理系统内部与外部物质、能量和信息的运动与转化这些大问题，一方面能使地理知识学习更加透彻、完整，另一方面又能提高形象思维和逻辑思维能力，拓展思考与解答地理问题的深度与广度。</w:t>
      </w:r>
      <w:r>
        <w:rPr>
          <w:lang w:eastAsia="zh-CN"/>
        </w:rPr>
        <w:br/>
      </w:r>
      <w:r>
        <w:rPr>
          <w:lang w:eastAsia="zh-CN"/>
        </w:rPr>
        <w:t>　　六、加强空间思维训练，形成科学的整体观念，不断提高认识水平</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从近几年高考试题看，地理试题选取了能够反映地理学科主要研究分析方法的内容为命题素材，紧紧围绕“描述、概括、理解各种地理事物的空间结构联系和发展变化过程”、“认识重要地理事物的名称和空间位置”等能力要求。试题中时差的推断、地图的判读、世界和中国某个区域的特征分析、判断等都是在考查学生的空间能力。因此，在高考地理复习中要特别注重空间思维的训练，以促进我们的整体思维观形成。</w:t>
      </w:r>
      <w:r>
        <w:rPr>
          <w:lang w:eastAsia="zh-CN"/>
        </w:rPr>
        <w:br/>
      </w:r>
      <w:r>
        <w:rPr>
          <w:lang w:eastAsia="zh-CN"/>
        </w:rPr>
        <w:t>　　空间思维能力的考察主要有这几项内容：各类地图的判读，地球的自转与公转，大气的运动和变化，世界和中国区域(大洲、大洋、地区、国家)中的重要经线、纬线，各类重要地理分界线(自然地理界线、人文地理界限)等。培养地理学科的空间思维能力，一定要讲求方法。如对空间概念和物体空间运动的理性思维分析?可选取十条重要经纬线(赤道、南北回归线、南北极圈、本初子午线、180°经线、20°W、160°E、120°E)，通过它们，在脑海中形成完整经纬网，并想象地球运转起来线与线之间相互位置关系及晨昏线的动态关系。</w:t>
      </w:r>
      <w:r>
        <w:rPr>
          <w:lang w:eastAsia="zh-CN"/>
        </w:rPr>
        <w:br/>
      </w:r>
      <w:r>
        <w:rPr>
          <w:lang w:eastAsia="zh-CN"/>
        </w:rPr>
        <w:t>　　通过有效的空间思维训练，才能达到当给出世界上某一点或线时?在脑海中涌现的不是乱糟糟的一团，而是一系列相互关联、相互影响的地理事物。而有了这样的水平，无论命题角度如何，一切问题都会迎刃而解。</w:t>
      </w:r>
      <w:r>
        <w:rPr>
          <w:lang w:eastAsia="zh-CN"/>
        </w:rPr>
        <w:br/>
      </w:r>
      <w:r>
        <w:rPr>
          <w:lang w:eastAsia="zh-CN"/>
        </w:rPr>
        <w:t>　　高三地理复习中有法而无定法，只要我们老老实实地紧扣大纲，立足基础，构建知识体系，形成整体观念，加强能力培养，不断提高分析问题、解决问题的能力，要以地理事实材料为基础，形成地理概念，认识地理规律和地理原理，建立完整的知识结构体系要比掌握大量具体的零散知识更有价值，抓住主干知识，注重培养逻辑推理能力，紧紧把握住区域特征认定及其出现的问题与解决措施，注重空间思维的训练，促进空间思维能力的形成，定能取得令人满意的成绩。</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高一地理教师工作总结范文3</w:t>
      </w:r>
      <w:r>
        <w:rPr>
          <w:lang w:eastAsia="zh-CN"/>
        </w:rPr>
        <w:br/>
      </w:r>
      <w:r>
        <w:rPr>
          <w:lang w:eastAsia="zh-CN"/>
        </w:rPr>
        <w:t>　　本学期我担任了七个班级的地理教学工作，任务不算太重也不轻松，由于本学期节多事多，课时不多，各班进度稍有不同，但最后总算能按时完成教学任务，各项教学活动开展井井有条，复习工作顺利进行，不负学校期望。定时定量的活动让本学期的教学工作得以有计划、有组织、有步骤、协调统一顺利地开展下去，同时也使我获益不少，每经一次活动就成长一次。</w:t>
      </w:r>
      <w:r>
        <w:rPr>
          <w:lang w:eastAsia="zh-CN"/>
        </w:rPr>
        <w:br/>
      </w:r>
      <w:r>
        <w:rPr>
          <w:lang w:eastAsia="zh-CN"/>
        </w:rPr>
        <w:t>　　本学期我担任了七个班级的地理教学工作，任务不算太重也不轻松，由于本学期节多事多，课时不多，各班进度稍有不同，但最后总算能按时完成教学任务，各项教学活动开展井井有条，复习工作顺利进行，不负学校期望。现将一学期的具体工作总结如下：</w:t>
      </w:r>
      <w:r>
        <w:rPr>
          <w:lang w:eastAsia="zh-CN"/>
        </w:rPr>
        <w:br/>
      </w:r>
      <w:r>
        <w:rPr>
          <w:lang w:eastAsia="zh-CN"/>
        </w:rPr>
        <w:t>　　一、积极认真参与教研活动与备课活动</w:t>
      </w:r>
      <w:r>
        <w:rPr>
          <w:lang w:eastAsia="zh-CN"/>
        </w:rPr>
        <w:br/>
      </w:r>
      <w:r>
        <w:rPr>
          <w:lang w:eastAsia="zh-CN"/>
        </w:rPr>
        <w:t>　　每周一次的教研和备课活动，大家共同探讨教学策略，研究教学效果，反思学生情况，组织练习工作，交流各自的教学进度，安排下一阶段的教学任务。有目的，定时定量的活动让本学期的教学工作得以有计划、有组织、有步骤、协调统一顺利地开展下去，同时也使我获益不少，每经一次活动就成长一次。</w:t>
      </w:r>
      <w:r>
        <w:rPr>
          <w:lang w:eastAsia="zh-CN"/>
        </w:rPr>
        <w:br/>
      </w:r>
      <w:r>
        <w:rPr>
          <w:lang w:eastAsia="zh-CN"/>
        </w:rPr>
        <w:t>　　二、积极参加新教师培训</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根据统一安排，我与其他学校的老师在泉州师院参加了为期一周的新教师培训，通过培训，对《普通高中课程方案(实验)》进行了解读;相关方面老师介绍了有关教师法律法规知识，如何追求有效的课堂，新课程理念下的地理教学等。科学的培训使我们对国家新一轮高中课程改革的背景、理论、目标、策略、步骤等方面有了一定的认识，理论学习的加强是走进新课程的第一重要关口。</w:t>
      </w:r>
      <w:r>
        <w:rPr>
          <w:lang w:eastAsia="zh-CN"/>
        </w:rPr>
        <w:br/>
      </w:r>
      <w:r>
        <w:rPr>
          <w:lang w:eastAsia="zh-CN"/>
        </w:rPr>
        <w:t>　　三、认真完成本职工作</w:t>
      </w:r>
      <w:r>
        <w:rPr>
          <w:lang w:eastAsia="zh-CN"/>
        </w:rPr>
        <w:br/>
      </w:r>
      <w:r>
        <w:rPr>
          <w:lang w:eastAsia="zh-CN"/>
        </w:rPr>
        <w:t>　　备课认真，尽量发挥新人特色，做到敢想敢做，有新意。在教学中我较多的使用多媒体课件，在备课过程中，我积极寻找各种素材，包括各种图片和动画，视频，力求做到形象生动，让学生更容易接受，结果反映不错，学生对地理的兴趣有很大的提高。除了教授课内的知识，还注意帮助学生拓宽视野。在授课过程中，适时地插入相关课外知识，既联系了生活实际，又引发了学生地理探究的兴趣。一直认为学习是求知的过程，从本身的需求出发更容易让人接受，所以，在教学中注重联系实际，引导学生从生活中发现问题，并运用所学知识解决问题。</w:t>
      </w:r>
      <w:r>
        <w:rPr>
          <w:lang w:eastAsia="zh-CN"/>
        </w:rPr>
        <w:br/>
      </w:r>
      <w:r>
        <w:rPr>
          <w:lang w:eastAsia="zh-CN"/>
        </w:rPr>
        <w:t>　　四、认真做好教学反思</w:t>
      </w:r>
      <w:r>
        <w:rPr>
          <w:lang w:eastAsia="zh-CN"/>
        </w:rPr>
        <w:br/>
      </w:r>
      <w:r>
        <w:rPr>
          <w:lang w:eastAsia="zh-CN"/>
        </w:rPr>
        <w:t>　　作为新教师，对教学情况的掌握还不够熟悉，这就需要不断的做好教学反思。不仅对自己的教学设计，教学实施情况进行反思，还要积极深入学生群体，了解教学效果，接受学生反映情况，做得好的坚持，做不好的改进。教学是一种双向的过程，是双方相互影响相互作用的过程，一方做得好能促使另一方做好，从而使整个教学效果得到不断加强，反之，则不断减弱，最后可能导致学生对该学科失去信心，因此，教学反思必不可少。</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同时，我也存在着许多不足，包括：对学生的要求不够严格，有治学不严谨之嫌。如对课堂上听讲不认真或表现反常的学生，有时没有及时谈心交流;对没有交作业或作业做得不认真甚至有可能是抄袭的学生，不是每次都过问，这些都是我今后的教学中必须要注意改进的问题。</w:t>
      </w:r>
      <w:r>
        <w:rPr>
          <w:lang w:eastAsia="zh-CN"/>
        </w:rPr>
        <w:br/>
      </w:r>
      <w:r>
        <w:rPr>
          <w:lang w:eastAsia="zh-CN"/>
        </w:rPr>
        <w:t xml:space="preserve">    高一地理教师工作总结 篇5 </w:t>
      </w:r>
      <w:r>
        <w:rPr>
          <w:lang w:eastAsia="zh-CN"/>
        </w:rPr>
        <w:br/>
      </w:r>
      <w:r>
        <w:rPr>
          <w:lang w:eastAsia="zh-CN"/>
        </w:rPr>
        <w:t>　　本学期我担任高一年级五个班的地理课。由于我是第一次从事高中地理的教学工作，所以对地理教育教学的认识还比较有限，但我还是尽量挤出时间多方面了解情况，总结经验根据学生实际，认真专研课程标准，积极参加组内的听评课活动，结合备课组的教学计划，积极完成了教学任务。具体总结如下：</w:t>
      </w:r>
      <w:r>
        <w:rPr>
          <w:lang w:eastAsia="zh-CN"/>
        </w:rPr>
        <w:br/>
      </w:r>
      <w:r>
        <w:rPr>
          <w:lang w:eastAsia="zh-CN"/>
        </w:rPr>
        <w:t>　　一、 学习新课程标准，以当前先进的教学理念为指导，提高学生学习积极性</w:t>
      </w:r>
      <w:r>
        <w:rPr>
          <w:lang w:eastAsia="zh-CN"/>
        </w:rPr>
        <w:br/>
      </w:r>
      <w:r>
        <w:rPr>
          <w:lang w:eastAsia="zh-CN"/>
        </w:rPr>
        <w:t>　　高中地理课程的总目标是要求学生初步掌握地理的基本知识和基本原理，或得地理技能，发展地理思维能力，掌握学习和探究地理问题的基本方法和技术手段;增强爱国主义情感，树立科学的人口观、资源观、环境观和可持续发展观念。在教学中进行目标的细化，从知识和技能、过程和方法、情感态度和价值观三个维度进行落实。即不但要求学生掌握基本的地理知识和学习地理的基本技能，同时还要求学生掌握获得知识的方法或了解知识获得的过程，为了培养合格的社会主义现代公民，在教学过程中培养学生形成正确的人地关系、可持续发展观念及爱国情感。</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教学中，要视学生为知识的创造者，而不仅把学生当作一个知识的接受者培养。教学的目的就是让学生学会学习，只有学生学会了学习，教学才变得有意义和有希望。要实现这一教学理念，教学手段要灵活多样，让学生学会主动学习。在班级教学中，班级之间有差别，学生个体也有差异，教学中根据学生实际情况，采用分层教学，以先带后，承包互帮，展现学生个性风采，凸现团队式学习，建立学习型小组。遵循进步就是优秀的原则，突出过程性评价，提高学生的学习的积极性。</w:t>
      </w:r>
      <w:r>
        <w:rPr>
          <w:lang w:eastAsia="zh-CN"/>
        </w:rPr>
        <w:br/>
      </w:r>
      <w:r>
        <w:rPr>
          <w:lang w:eastAsia="zh-CN"/>
        </w:rPr>
        <w:t>　　二、结合学生实际，加强学生的地理基础，培养学生的地理思维</w:t>
      </w:r>
      <w:r>
        <w:rPr>
          <w:lang w:eastAsia="zh-CN"/>
        </w:rPr>
        <w:br/>
      </w:r>
      <w:r>
        <w:rPr>
          <w:lang w:eastAsia="zh-CN"/>
        </w:rPr>
        <w:t>　　这批学生在初中没有系统的学习地理，地理基础较差，甚至一些地理常识也不具备，更不用说养成地理思维和方法，在观念</w:t>
      </w:r>
      <w:r>
        <w:rPr>
          <w:lang w:eastAsia="zh-CN"/>
        </w:rPr>
        <w:br/>
      </w:r>
      <w:r>
        <w:rPr>
          <w:lang w:eastAsia="zh-CN"/>
        </w:rPr>
        <w:t>　　上他们把地理当作副科、次科，对地理学习不重视。我们的学生在初中阶段成绩也很差，从小没有养成良好的学习习惯和学习方法，缺乏自信。学生在课堂上注意力不集中，学习不认真，练习作业应付了事。针对这些情况，我在课堂上时刻通过激趣是学生保持注意，重点要求学生掌握地理基础知识。多从高中生活，地理学习等方面给以方法的指导，在教学中渗透先进的学习观念，让学生体验成功，培养自信;培养学生良好的学习习惯，突出强化地理思维能力的培养。</w:t>
      </w:r>
      <w:r>
        <w:rPr>
          <w:lang w:eastAsia="zh-CN"/>
        </w:rPr>
        <w:br/>
      </w:r>
      <w:r>
        <w:rPr>
          <w:lang w:eastAsia="zh-CN"/>
        </w:rPr>
        <w:t>　　三、抓紧、抓好课堂教学环节，搞好常规教学，开展多样化的学习形式</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由于高中地理强调对地理事物原理的分析，重在说“理”，与初中比较，难度加大。因此，我在备课前，认真研究教学标准，综合各种版本教材，结合学生实际，适当增加学生对问题的理解深度。平时多收集一些相关的时事材料，注重生活与所学知识内容的联系，以生活中的材料作为知识兴趣的切入点，把握好每节课的重点、难点，认真备好每一节课，写出较好完整而详细的教案。</w:t>
      </w:r>
      <w:r>
        <w:rPr>
          <w:lang w:eastAsia="zh-CN"/>
        </w:rPr>
        <w:br/>
      </w:r>
      <w:r>
        <w:rPr>
          <w:lang w:eastAsia="zh-CN"/>
        </w:rPr>
        <w:t>　　在备好课的基础上，讲好每一节课，提高课堂40分钟的教学效果，是提高地理教学成绩的'关键。在课堂上准确无误的向学生传授教材知识，经常启发学生思维，注重教学语言的生动性、趣味性，分析问题深入浅出，列举学生喜闻乐见的事例剖析难点，创设宽松的课堂气氛，师生互动，极大的提高了学生学习地理的兴趣性。另一方面我充分利用多媒体教学增强了学生的感性认识，加深对教材知识的理解和记忆，又培养了学生的读图能力，课堂效率有较大提高。第三，在教学过程中，结合有关章节内容，对全体学生进行环境保护方面的教育，培养学生的环境意识，如可持续发展，中国的可持续发展等。</w:t>
      </w:r>
      <w:r>
        <w:rPr>
          <w:lang w:eastAsia="zh-CN"/>
        </w:rPr>
        <w:br/>
      </w:r>
      <w:r>
        <w:rPr>
          <w:lang w:eastAsia="zh-CN"/>
        </w:rPr>
        <w:t>　　精心讲评单元练习，力求每一份单元练习能覆盖该单元的全部重点内容。严格要求学生认真完成，全部收回批改。评讲练习时，不是单纯告诉学生正确答案，而是对题目所体现的知识点进行一次交流复习，辩析错误所在，适当变换练习的提问角度，启发学生思维。教育学生学会如何审题，如抓住“题干”(关键词)等，以及如何更规范，体现地理学科特色的表述来回答问题，提高学生和文字表达能力，因此，练习中适当让学生练习此类题目。让学生的所学知识得到巩固、提高，这是提高学生成绩的重要方面。</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我在教学中尝试开展多样化的学习形式，培养学生地理学习能力，如开展研究性学习等。在学习过程中使学生获得收集材料、提取有效信息的能力;利用地图，综合分析地理问题的能力;辩证的思维方式及其表述能力等。通过培养学生自主学习的能力，发展学生的个性，使学生具有活跃的思维，从而达到培养创新精神与实践能力的目的。</w:t>
      </w:r>
      <w:r>
        <w:rPr>
          <w:lang w:eastAsia="zh-CN"/>
        </w:rPr>
        <w:br/>
      </w:r>
      <w:r>
        <w:rPr>
          <w:lang w:eastAsia="zh-CN"/>
        </w:rPr>
        <w:t xml:space="preserve">    高一地理教师工作总结 篇6 </w:t>
      </w:r>
      <w:r>
        <w:rPr>
          <w:lang w:eastAsia="zh-CN"/>
        </w:rPr>
        <w:br/>
      </w:r>
      <w:r>
        <w:rPr>
          <w:lang w:eastAsia="zh-CN"/>
        </w:rPr>
        <w:t>　　时光飞逝，岁月如梭。转眼间本学期教学工作已经临近尾声。本学期我担任了高一年级四个班级的地理教学工作，任务虽然不算太重，但也并不轻松。由于第一次正式站上讲台授课，很多地方表现欠佳，在加上本学期节多事多，课时有限，各班进度稍有不同，但最后总算能按时完成教学任务，各项教学活动开展井井有条，复习工作顺利进行，不负学校期望。现将一学期的具体工作总结如下：</w:t>
      </w:r>
      <w:r>
        <w:rPr>
          <w:lang w:eastAsia="zh-CN"/>
        </w:rPr>
        <w:br/>
      </w:r>
      <w:r>
        <w:rPr>
          <w:lang w:eastAsia="zh-CN"/>
        </w:rPr>
        <w:t>　　一、认真备课</w:t>
      </w:r>
      <w:r>
        <w:rPr>
          <w:lang w:eastAsia="zh-CN"/>
        </w:rPr>
        <w:br/>
      </w:r>
      <w:r>
        <w:rPr>
          <w:lang w:eastAsia="zh-CN"/>
        </w:rPr>
        <w:t>　　不但备学生而且备教材备教法，根据教材内容及学生的实际，设计课的类型，拟定采用的教学方法，认真写好教案。每一课都做到“有备而来”。我在教学工作中注意学生能力的培养，把传授知识、技能和发展智力、能力结合起来，在知识层面上注入了思想情感教育的因素，发挥学生的创新意识和创新能力，让学生的各种素质都得到有效的发展和培养。</w:t>
      </w:r>
      <w:r>
        <w:rPr>
          <w:lang w:eastAsia="zh-CN"/>
        </w:rPr>
        <w:br/>
      </w:r>
      <w:r>
        <w:rPr>
          <w:lang w:eastAsia="zh-CN"/>
        </w:rPr>
        <w:t>　　二、增强上课技能，提高教学质量</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做到条理清晰，层次分明，言简意赅，深入浅出。在课堂上特别注意调动学生的积极性，加强师生交流，充分体现学生的主体作用，让学生学得容易，学得轻松，学得愉快。</w:t>
      </w:r>
      <w:r>
        <w:rPr>
          <w:lang w:eastAsia="zh-CN"/>
        </w:rPr>
        <w:br/>
      </w:r>
      <w:r>
        <w:rPr>
          <w:lang w:eastAsia="zh-CN"/>
        </w:rPr>
        <w:t>　　三、积极参加教研组活动</w:t>
      </w:r>
      <w:r>
        <w:rPr>
          <w:lang w:eastAsia="zh-CN"/>
        </w:rPr>
        <w:br/>
      </w:r>
      <w:r>
        <w:rPr>
          <w:lang w:eastAsia="zh-CN"/>
        </w:rPr>
        <w:t>　　在每周定期参加教研组活动，研究探讨课程教法、学法，虚心向其他老师请教。在教学上做到有疑必问，克服自己经验不足的缺陷，提高教学质量。</w:t>
      </w:r>
      <w:r>
        <w:rPr>
          <w:lang w:eastAsia="zh-CN"/>
        </w:rPr>
        <w:br/>
      </w:r>
      <w:r>
        <w:rPr>
          <w:lang w:eastAsia="zh-CN"/>
        </w:rPr>
        <w:t>　　四、主要心得体会</w:t>
      </w:r>
      <w:r>
        <w:rPr>
          <w:lang w:eastAsia="zh-CN"/>
        </w:rPr>
        <w:br/>
      </w:r>
      <w:r>
        <w:rPr>
          <w:lang w:eastAsia="zh-CN"/>
        </w:rPr>
        <w:t>　　1、教学过程中要注重方法的传授</w:t>
      </w:r>
      <w:r>
        <w:rPr>
          <w:lang w:eastAsia="zh-CN"/>
        </w:rPr>
        <w:br/>
      </w:r>
      <w:r>
        <w:rPr>
          <w:lang w:eastAsia="zh-CN"/>
        </w:rPr>
        <w:t>　　地理概念和规律是地理知识的核心内容，培养学生关注地理现象，引导其从现象的观察、分析中形成地理概念，学习地理规律，既而对规律的发现过程产生兴趣，避免靠单纯机械记忆的方式学习地理。在教学中要注意化解重点，突破难点，同事充分发挥学生的自主学习能力，培养他们的分析问题，解决问题的能力。但是，知识的理解、能力的培养都需要一个过程，不可要求过高过急。</w:t>
      </w:r>
      <w:r>
        <w:rPr>
          <w:lang w:eastAsia="zh-CN"/>
        </w:rPr>
        <w:br/>
      </w:r>
      <w:r>
        <w:rPr>
          <w:lang w:eastAsia="zh-CN"/>
        </w:rPr>
        <w:t>　　2、教学中应注意理论联系实际</w:t>
      </w:r>
      <w:r>
        <w:rPr>
          <w:lang w:eastAsia="zh-CN"/>
        </w:rPr>
        <w:br/>
      </w:r>
      <w:r>
        <w:rPr>
          <w:lang w:eastAsia="zh-CN"/>
        </w:rPr>
        <w:t>　　通过常见的地理现象帮助学生理解所学地理知识。如气温在冬夏季节的分布规律，降水的分布，天气预报等等。让学生知道地理知识在生活、生产和科学试验中的广泛应用，增强学习地理的兴趣和信心。同时也能使知识点简单化，易于学生理解掌握。</w:t>
      </w:r>
      <w:r>
        <w:rPr>
          <w:lang w:eastAsia="zh-CN"/>
        </w:rPr>
        <w:br/>
      </w:r>
      <w:r>
        <w:rPr>
          <w:lang w:eastAsia="zh-CN"/>
        </w:rPr>
        <w:t>　　3、培养学生应用地理知识解决简单问题的能力</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课堂讲解过程中，应多以引导为主，讲解为辅，帮助学生通过读图、练习和课堂讨论等方式，培养其动手能力。做练习时，要求学生弄清地理事实，独立思考，自己提出解决问题的办法，并能对所得结果进行分析、判断。</w:t>
      </w:r>
      <w:r>
        <w:rPr>
          <w:lang w:eastAsia="zh-CN"/>
        </w:rPr>
        <w:br/>
      </w:r>
      <w:r>
        <w:rPr>
          <w:lang w:eastAsia="zh-CN"/>
        </w:rPr>
        <w:t>　　4、考核不仅停留在成绩上</w:t>
      </w:r>
      <w:r>
        <w:rPr>
          <w:lang w:eastAsia="zh-CN"/>
        </w:rPr>
        <w:br/>
      </w:r>
      <w:r>
        <w:rPr>
          <w:lang w:eastAsia="zh-CN"/>
        </w:rPr>
        <w:t>　　在重视考试的同时，也要形成对学生多方面的评价。</w:t>
      </w:r>
      <w:r>
        <w:rPr>
          <w:lang w:eastAsia="zh-CN"/>
        </w:rPr>
        <w:br/>
      </w:r>
      <w:r>
        <w:rPr>
          <w:lang w:eastAsia="zh-CN"/>
        </w:rPr>
        <w:t>　　五、存在问题及改进措施</w:t>
      </w:r>
      <w:r>
        <w:rPr>
          <w:lang w:eastAsia="zh-CN"/>
        </w:rPr>
        <w:br/>
      </w:r>
      <w:r>
        <w:rPr>
          <w:lang w:eastAsia="zh-CN"/>
        </w:rPr>
        <w:t>　　初来咋到，在教学中，我也存在着不足之处，如学习困难生的转化工作处理情况不尽如人意；课堂掌控能力有待提高；并不是所有的地理知识都教的有新意，有时内容讲解不灵活，没有吸引力，致使学生产生厌烦情绪等等。在以后的教学中，努力做到：</w:t>
      </w:r>
      <w:r>
        <w:rPr>
          <w:lang w:eastAsia="zh-CN"/>
        </w:rPr>
        <w:br/>
      </w:r>
      <w:r>
        <w:rPr>
          <w:lang w:eastAsia="zh-CN"/>
        </w:rPr>
        <w:t>　　1、以学生为主体，充分发挥他们的主动性，爱学生</w:t>
      </w:r>
      <w:r>
        <w:rPr>
          <w:lang w:eastAsia="zh-CN"/>
        </w:rPr>
        <w:br/>
      </w:r>
      <w:r>
        <w:rPr>
          <w:lang w:eastAsia="zh-CN"/>
        </w:rPr>
        <w:t>　　2、注意基础知识教学，以课本为本，适当延伸</w:t>
      </w:r>
      <w:r>
        <w:rPr>
          <w:lang w:eastAsia="zh-CN"/>
        </w:rPr>
        <w:br/>
      </w:r>
      <w:r>
        <w:rPr>
          <w:lang w:eastAsia="zh-CN"/>
        </w:rPr>
        <w:t>　　2、加强教学改革，引入新的教学模式，调动学生的学习兴趣，提高课堂教学效果</w:t>
      </w:r>
      <w:r>
        <w:rPr>
          <w:lang w:eastAsia="zh-CN"/>
        </w:rPr>
        <w:br/>
      </w:r>
      <w:r>
        <w:rPr>
          <w:lang w:eastAsia="zh-CN"/>
        </w:rPr>
        <w:t>　　3、重视地理概念和规律的教学方法培养</w:t>
      </w:r>
      <w:r>
        <w:rPr>
          <w:lang w:eastAsia="zh-CN"/>
        </w:rPr>
        <w:br/>
      </w:r>
      <w:r>
        <w:rPr>
          <w:lang w:eastAsia="zh-CN"/>
        </w:rPr>
        <w:t>　　4、重视地理知识的实际应用能力训练</w:t>
      </w:r>
      <w:r>
        <w:rPr>
          <w:lang w:eastAsia="zh-CN"/>
        </w:rPr>
        <w:br/>
      </w:r>
      <w:r>
        <w:rPr>
          <w:lang w:eastAsia="zh-CN"/>
        </w:rPr>
        <w:t>　　5、在开展教学活动的过程中，注重学生的心理教育</w:t>
      </w:r>
      <w:r>
        <w:rPr>
          <w:lang w:eastAsia="zh-CN"/>
        </w:rPr>
        <w:br/>
      </w:r>
      <w:r>
        <w:rPr>
          <w:lang w:eastAsia="zh-CN"/>
        </w:rPr>
        <w:t>　　在今后的教育教学中，我将继续学习新课程，研究新课标，继续备好课，听好课，大胆改革教法，努力创新教学，不断充实完善自己，做到上好课，好上课，上课好。</w:t>
      </w:r>
      <w:r>
        <w:rPr>
          <w:lang w:eastAsia="zh-CN"/>
        </w:rPr>
        <w:br/>
      </w:r>
      <w:r>
        <w:rPr>
          <w:lang w:eastAsia="zh-CN"/>
        </w:rPr>
        <w:t xml:space="preserve">    高一地理教师工作总结 篇7 </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本学期我担任高一年级4个班的地理课。由于我是产假后才接手这些班级，所以对班级的认识还比较有限，仅管带着小孩上课很辛苦，但我还是尽量挤出时间多方面了解学生情况，根据学生实际，认真专研课程标准，结合备课组的教学计划，积极完成了教学任务。具体总结如下:</w:t>
      </w:r>
      <w:r>
        <w:rPr>
          <w:lang w:eastAsia="zh-CN"/>
        </w:rPr>
        <w:br/>
      </w:r>
      <w:r>
        <w:rPr>
          <w:lang w:eastAsia="zh-CN"/>
        </w:rPr>
        <w:t>　　一、学习新课程标准，以当前先进的教学理念为指导，提高学生学习积极性。</w:t>
      </w:r>
      <w:r>
        <w:rPr>
          <w:lang w:eastAsia="zh-CN"/>
        </w:rPr>
        <w:br/>
      </w:r>
      <w:r>
        <w:rPr>
          <w:lang w:eastAsia="zh-CN"/>
        </w:rPr>
        <w:t>　　高中地理课程的总目标是要求学生初步掌握地理的基本知识和基本原理，或得地理技能，发展地理思维能力，掌握学习和探究地理问题的基本方法和技术手段;增强爱国主义情感，树立科学的人口观、资源观、环境观和可持续发展观念。在教学中进行目标的细化，从知识和技能、过程和方法、情感态度和价值观三个维度进行落实。即不但要求学生掌握基本的地理知识和学习地理的基本技能，同时还要求学生掌握获得知识的方法或了解知识获得的过程，为了培养合格的社会主义现代公民，在教学过程中培养学生形成正确的人地关系、可持续发展观念及爱国情感。</w:t>
      </w:r>
      <w:r>
        <w:rPr>
          <w:lang w:eastAsia="zh-CN"/>
        </w:rPr>
        <w:br/>
      </w:r>
      <w:r>
        <w:rPr>
          <w:lang w:eastAsia="zh-CN"/>
        </w:rPr>
        <w:t>　　教学中，要视学生为知识的创造者，而不仅把学生当作一个知识的接受者培养。教学的目的就是让学生学会学习，只有学生学会了学习，教学才变得有意义和有希望。要实现这一教学理念，教学手段要灵活多样，让学生学会主动学习。在班级教学中，班级之间有差别，学生个体也有差异，教学中根据学生实际情况，采用分层教学，以先带后，承包互帮，展现学生个性风采，凸现团队式学习，建立学习型小组。遵循进步就是优秀 的原则，突出过程性评价，提高学生的学习的积极性。</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高一地理教师工作总结 篇8 </w:t>
      </w:r>
      <w:r>
        <w:rPr>
          <w:lang w:eastAsia="zh-CN"/>
        </w:rPr>
        <w:br/>
      </w:r>
      <w:r>
        <w:rPr>
          <w:lang w:eastAsia="zh-CN"/>
        </w:rPr>
        <w:t>　　1、高三年地理科目工作小结：</w:t>
      </w:r>
      <w:r>
        <w:rPr>
          <w:lang w:eastAsia="zh-CN"/>
        </w:rPr>
        <w:br/>
      </w:r>
      <w:r>
        <w:rPr>
          <w:lang w:eastAsia="zh-CN"/>
        </w:rPr>
        <w:t>　　作为一名新老师带领毕业班，我努力学习积极向上,并且经常自我反思，提高自我而调整自我。作为高三年文科班地理科目的备课组长，我紧密联系何丽芳老师，集体备课!</w:t>
      </w:r>
      <w:r>
        <w:rPr>
          <w:lang w:eastAsia="zh-CN"/>
        </w:rPr>
        <w:br/>
      </w:r>
      <w:r>
        <w:rPr>
          <w:lang w:eastAsia="zh-CN"/>
        </w:rPr>
        <w:t>　　一起努力把高三年带好，并且不断总结出新课改当中高考复习的方法和一套练习，如下：</w:t>
      </w:r>
      <w:r>
        <w:rPr>
          <w:lang w:eastAsia="zh-CN"/>
        </w:rPr>
        <w:br/>
      </w:r>
      <w:r>
        <w:rPr>
          <w:lang w:eastAsia="zh-CN"/>
        </w:rPr>
        <w:t>　　(1)总体安排：</w:t>
      </w:r>
      <w:r>
        <w:rPr>
          <w:lang w:eastAsia="zh-CN"/>
        </w:rPr>
        <w:br/>
      </w:r>
      <w:r>
        <w:rPr>
          <w:lang w:eastAsia="zh-CN"/>
        </w:rPr>
        <w:t>　　进行二轮复习：先选修内容(3星期左右)，再由必2、必3、必1的顺序进行，理由是必2、3要记忆的东西较多，而早点背诵会比较有利，而必1强调理解而且比较重要，所以放在后面进行学生不容易忘记。最后3周就是选取部分地区的试卷，进行练习和讲评，然后将时间交给学生去看书和背提纲。这样既注重主干知识又能照顾课本细节。</w:t>
      </w:r>
      <w:r>
        <w:rPr>
          <w:lang w:eastAsia="zh-CN"/>
        </w:rPr>
        <w:br/>
      </w:r>
      <w:r>
        <w:rPr>
          <w:lang w:eastAsia="zh-CN"/>
        </w:rPr>
        <w:t>　　(2)练习及小测：</w:t>
      </w:r>
      <w:r>
        <w:rPr>
          <w:lang w:eastAsia="zh-CN"/>
        </w:rPr>
        <w:br/>
      </w:r>
      <w:r>
        <w:rPr>
          <w:lang w:eastAsia="zh-CN"/>
        </w:rPr>
        <w:t>　　二轮只选择重要的知识点与能力训练题(30-40分钟左右)，配合背诵提纲。每2周进行文综考试一次，每3周进行地理专考1次。除此之外，专练能取得较好的成效即分别辅以2次左右的综合题专练和选择题专练(第一次练技巧和方法，答题习惯;第二次练审题和思路分析)。最后3周：减少练习的量(30分钟以内)，而更多的是要求学生去看书(结合提纲)</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2、作为地理组教研组长：本学期我的工作方向“共同进步、共同成长”，始终以此为目标，团结组员，协调地理教研组内的事情。</w:t>
      </w:r>
      <w:r>
        <w:rPr>
          <w:lang w:eastAsia="zh-CN"/>
        </w:rPr>
        <w:br/>
      </w:r>
      <w:r>
        <w:rPr>
          <w:lang w:eastAsia="zh-CN"/>
        </w:rPr>
        <w:t>　　很好地完成学校指派的各项任务，尤其是青春期健康教育工作中，组织组员负责出2期人口政策宣传，另外，还协调各年段的计划生育国策教育渗透。在教学方面认真组织好每一次教学研究工作，帮助组员共同成长，</w:t>
      </w:r>
      <w:r>
        <w:rPr>
          <w:lang w:eastAsia="zh-CN"/>
        </w:rPr>
        <w:br/>
      </w:r>
      <w:r>
        <w:rPr>
          <w:lang w:eastAsia="zh-CN"/>
        </w:rPr>
        <w:t>　　3、教学与业务方面：</w:t>
      </w:r>
      <w:r>
        <w:rPr>
          <w:lang w:eastAsia="zh-CN"/>
        </w:rPr>
        <w:br/>
      </w:r>
      <w:r>
        <w:rPr>
          <w:lang w:eastAsia="zh-CN"/>
        </w:rPr>
        <w:t>　　我认真研究各种教学理论，进行自我提升与进步，并且撰写了两篇教学论文：《寓地理科学素养教育于研究性学习中》、《必修1地理问题研究的教学思考》，还钻研了环境教育学，从教育理论当中学习如何树立学生的环境发展观。</w:t>
      </w:r>
      <w:r>
        <w:rPr>
          <w:lang w:eastAsia="zh-CN"/>
        </w:rPr>
        <w:br/>
      </w:r>
      <w:r>
        <w:rPr>
          <w:lang w:eastAsia="zh-CN"/>
        </w:rPr>
        <w:t>　　认真研究高三复习与考试，并且前往侨声中学、英林中学、陈埭中学进行听课与学习，并且积极参与评课，多次参加晋江市高三年复习研讨会。利用外出学习的机会不断改进教学方法，从而保证了所教班级成绩在年段前列。积极参与晋江地理学会的工作，并参加了09年晋江地理年会与晋江乡土考察，向老一辈教育工作者学习。</w:t>
      </w:r>
      <w:r>
        <w:rPr>
          <w:lang w:eastAsia="zh-CN"/>
        </w:rPr>
        <w:br/>
      </w:r>
      <w:r>
        <w:rPr>
          <w:lang w:eastAsia="zh-CN"/>
        </w:rPr>
        <w:t>　　此外,我还就《区域生态环境》一节进行片段教学说课活动，从而提供一个平台进行与其他教师交流与教研，如何更好地进行片段教学及必修三如何进行教学设计，并积极参与校园网络资源的充实与计论，尤其是对晒课网的使用，针对其它老师的公开课进行学习与讨论。</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4、作为学校青春期健康教育小组成员和晋江市科技协会成员，我认真履行职责，加强计划生育国策的教学渗透和环境保护、科技教育等工作。</w:t>
      </w:r>
      <w:r>
        <w:rPr>
          <w:lang w:eastAsia="zh-CN"/>
        </w:rPr>
        <w:br/>
      </w:r>
      <w:r>
        <w:rPr>
          <w:lang w:eastAsia="zh-CN"/>
        </w:rPr>
        <w:t>　　总之，本学期的教学工作让我取得了较大的进步，不仅在思想上得到提高，还在业务上进行了自我提升，并利用外出学习的机会与其他教师更好地交流，并且在自已提高的基础上带领组员共同进步。当然了在教学方面还有很多不足，今后我将继续学习和提高，从而更好地进行地理科学的教育，培养全面发展的学生。</w:t>
      </w:r>
      <w:r>
        <w:rPr>
          <w:lang w:eastAsia="zh-CN"/>
        </w:rPr>
        <w:br/>
      </w:r>
      <w:r>
        <w:rPr>
          <w:lang w:eastAsia="zh-CN"/>
        </w:rPr>
        <w:t xml:space="preserve">    高一地理教师工作总结 篇9 </w:t>
      </w:r>
      <w:r>
        <w:rPr>
          <w:lang w:eastAsia="zh-CN"/>
        </w:rPr>
        <w:br/>
      </w:r>
      <w:r>
        <w:rPr>
          <w:lang w:eastAsia="zh-CN"/>
        </w:rPr>
        <w:t>　　本学年我担任初二年级的地理课教学工作，在教学工作中，我能从各方面严格要求自己，结合教导处计划、学科组的教学计划和学生的实际情况，勤勤恳恳，兢兢业业，使教学工作有计划，有组织，有步骤地开展并积极完成了本学年的教学任务。现将具体工作总结如下：</w:t>
      </w:r>
      <w:r>
        <w:rPr>
          <w:lang w:eastAsia="zh-CN"/>
        </w:rPr>
        <w:br/>
      </w:r>
      <w:r>
        <w:rPr>
          <w:lang w:eastAsia="zh-CN"/>
        </w:rPr>
        <w:t>　　一、学习新课程标准，以当前先进的教学理念为指导，提高学生学习的积极性。</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初中地理课程的总目标是要求学生初步掌握地理的基本知识和基本原理，获得地理技能，发展地理思维能力，掌握学习和探究地理问题的基本方法和技术手段;增强爱国主义情感，树立科学的人口观、资源观、环境观和可持续发展观念。在教学中进行目标的细化，从知识和技能、过程和方法、情感态度和价值观三个角度进行落实。即不但要求学生掌握基本的地理知识和学习地理的基本技能，同时还要求学生掌握获得知识的方法或了解知识获得的过程，为了培养合格的社会主义现代公民，在教学过程中培养学生形成正确的人地关系、可持续发展观念及爱国情感。在班级教学中，班级之间有差别，学生个体也有差异，教学中我根据学生实际情况，采用分层教学，以先带后，承包互帮，展现学生个性风采，凸现团队式学习，建立学习型小组。遵循进步就是优秀的原则，突出过程性评价，提高学生的学习的积极性。</w:t>
      </w:r>
      <w:r>
        <w:rPr>
          <w:lang w:eastAsia="zh-CN"/>
        </w:rPr>
        <w:br/>
      </w:r>
      <w:r>
        <w:rPr>
          <w:lang w:eastAsia="zh-CN"/>
        </w:rPr>
        <w:t>　　二、结合学生实际，加强学生的地理基础，培养学生的地理思维。</w:t>
      </w:r>
      <w:r>
        <w:rPr>
          <w:lang w:eastAsia="zh-CN"/>
        </w:rPr>
        <w:br/>
      </w:r>
      <w:r>
        <w:rPr>
          <w:lang w:eastAsia="zh-CN"/>
        </w:rPr>
        <w:t>　　这批学生地理基础较差，甚至一些地理常识也不具备，更不用说养成地理思维和方法，在观念上他们把地理当作副科、次科，轻视地理学习，在课堂上注意力不集中，学习不认真，配套练习作业应付了事。针对这些情况，我在课堂上时刻通过激趣是学生保持注意，重点要求学生掌握地理基础知识。多从初中生活，地理学习等方面给以方法的指导，在教学中渗透先进的学习观念，让学生体验成功，培养自信;培养学生良好的学习习惯，突出强化地理思维能力的培养。</w:t>
      </w:r>
      <w:r>
        <w:rPr>
          <w:lang w:eastAsia="zh-CN"/>
        </w:rPr>
        <w:br/>
      </w:r>
      <w:r>
        <w:rPr>
          <w:lang w:eastAsia="zh-CN"/>
        </w:rPr>
        <w:t>　　三、抓紧、抓好课堂教学环节，搞好常规教学，开展多样化的学习形式。</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由于初中地理强调对地理事物原理的分析，重在说理，难度较大。因此，我在备课前，认真研究教学标准，综合各种版本教材，结合学生实际，适当增加学生对问题的理解深度。平时多收集一些相关的时事材料，如玉树地震，火山，嫦娥探月，台风事件等，结合本地的自然环境和经济建议成就，注重生活与所学知识内容的联系，以生活中的材料作为知识兴趣的切入点，把握好每节课的重点、难点，认真备好每一节课，写出较好完整而详细的教案。在备好课的基础上，讲好每一节课，提高课堂45分钟的教学效果，是提高地理教学成绩的关键。在课堂上尽力准确无误的向学生传授教材知识，经常启发学生思维，分析问题深入浅出，列举学生喜闻乐见的事例剖析难点，创设宽松的课堂气氛，师生互动，极大的提高了学生学习地理的兴趣性。另一方面，充分利用各种教学挂图，有时借助多媒体展示地理事物的形成过程，让学生增强了感性认识，加深对教材知识的理解和记忆，又培养了学生的读图能力，课堂效率有较大提高。</w:t>
      </w:r>
      <w:r>
        <w:rPr>
          <w:lang w:eastAsia="zh-CN"/>
        </w:rPr>
        <w:br/>
      </w:r>
      <w:r>
        <w:rPr>
          <w:lang w:eastAsia="zh-CN"/>
        </w:rPr>
        <w:t>　　四、今后的工作思路。</w:t>
      </w:r>
      <w:r>
        <w:rPr>
          <w:lang w:eastAsia="zh-CN"/>
        </w:rPr>
        <w:br/>
      </w:r>
      <w:r>
        <w:rPr>
          <w:lang w:eastAsia="zh-CN"/>
        </w:rPr>
        <w:t>　　1.加快教学方法研究，在教学中认真吸收别人先进的教学方法，大胆尝试，加以变通，并从理论的角度，加以深华。</w:t>
      </w:r>
      <w:r>
        <w:rPr>
          <w:lang w:eastAsia="zh-CN"/>
        </w:rPr>
        <w:br/>
      </w:r>
      <w:r>
        <w:rPr>
          <w:lang w:eastAsia="zh-CN"/>
        </w:rPr>
        <w:t>　　2.以学生为主体，注意基础知识教学，调动学生的学习兴趣。</w:t>
      </w:r>
      <w:r>
        <w:rPr>
          <w:lang w:eastAsia="zh-CN"/>
        </w:rPr>
        <w:br/>
      </w:r>
      <w:r>
        <w:rPr>
          <w:lang w:eastAsia="zh-CN"/>
        </w:rPr>
        <w:t>　　3.重视概念和规律的教学方法，重视知识的应用。</w:t>
      </w:r>
      <w:r>
        <w:rPr>
          <w:lang w:eastAsia="zh-CN"/>
        </w:rPr>
        <w:br/>
      </w:r>
      <w:r>
        <w:rPr>
          <w:lang w:eastAsia="zh-CN"/>
        </w:rPr>
        <w:t>　　总之，我要不断改进工作方法，更好的完成教学工作。总结经验，查找不足，争取在新的一年，取得好成绩。</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本学期我所任教的是初二年级的地理教学工作和教学处工作，一学期下来，我收获颇丰。因为是这学期刚刚来到这个学校，所以我努力适应学校的环境和新的同事的相处，经过一学期的适应，我感觉到学校的学习氛围很浓，同事们对教育事业的热爱深深感染着我，他们也经常帮助我快速进入工作的状态，让我成为他们的好伙伴，我很喜欢我的同事，同时我也认识到接下来要与学生的适应和磨合，因为我是中途接手初二地理课，为此我与班主任积极沟通，了解不同班级学生的特征，不断调节教学方法，努力达到良好的教学效果。在思想上我严格要求自己，认真遵守学校的规章制度，恪守良好的师风师德。学高为师，身正为范，我认为，要想在学生心目树立自己的威信，除了要有扎实的专业的知识和广阔的知识面，还要在道德行为上以身作则，以已服人。</w:t>
      </w:r>
      <w:r>
        <w:rPr>
          <w:lang w:eastAsia="zh-CN"/>
        </w:rPr>
        <w:br/>
      </w:r>
      <w:r>
        <w:rPr>
          <w:lang w:eastAsia="zh-CN"/>
        </w:rPr>
        <w:t>　　在教学方面，我认真负责，一丝不苟，虚心求教，努力提高自己的教学水平。首先是做好备课工作，新的教材注重培养学生的实际操作能力，更加贴近生活，这就要求老师在备课讲课时加入生活元素。对此我通过认真阅读研究和经常上网了解相关的学科信息，还关注每天的新闻时事等，通过这样可以说经常可以在课堂上加入一些新鲜元素。当然还要了解学生原有的知识水平，学习方法和学习习惯。我通过课堂观察、课后了解和测验了解他们的原有基础，然后采取相应的措施，考虑教法，包括如何组织教材和安排活动，备教材，也备学生。</w:t>
      </w:r>
      <w:r>
        <w:rPr>
          <w:lang w:eastAsia="zh-CN"/>
        </w:rPr>
        <w:br/>
      </w:r>
      <w:r>
        <w:rPr>
          <w:lang w:eastAsia="zh-CN"/>
        </w:rPr>
        <w:t>　　再者，课堂教与学的效率是关键。在课堂上老师要合理组织好内容，优化教学手段，作好课堂的引导者和组织者，关注全体学生，充分调动学生学习的积极性和主动性，注意信息反馈，营造良好的课堂气氛。但同时要注意对学生做到收放自如。</w:t>
      </w:r>
      <w:r>
        <w:rPr>
          <w:lang w:eastAsia="zh-CN"/>
        </w:rPr>
        <w:br/>
      </w:r>
      <w:r>
        <w:rPr>
          <w:lang w:eastAsia="zh-CN"/>
        </w:rPr>
        <w:t>　　我的工作主要如下：</w:t>
      </w:r>
      <w:r>
        <w:rPr>
          <w:lang w:eastAsia="zh-CN"/>
        </w:rPr>
        <w:br/>
      </w:r>
      <w:r>
        <w:rPr>
          <w:lang w:eastAsia="zh-CN"/>
        </w:rPr>
        <w:t>　　1、初二年级的地理教学工作，初二年级(1)(2)(3)(4)(5)(6)班</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2、在教学处工作方面，在教学处，工作是繁琐的，上课，批改作业之余忙碌教学处任务，这学期主要我负责学生的转学，申报学籍工作，各班每周的课堂日志与考勤表的整理工作。</w:t>
      </w:r>
      <w:r>
        <w:rPr>
          <w:lang w:eastAsia="zh-CN"/>
        </w:rPr>
        <w:br/>
      </w:r>
      <w:r>
        <w:rPr>
          <w:lang w:eastAsia="zh-CN"/>
        </w:rPr>
        <w:t>　　3、在今年我校迎接自治区精神文明复验工作，我积极参与整理资料并且加班。</w:t>
      </w:r>
      <w:r>
        <w:rPr>
          <w:lang w:eastAsia="zh-CN"/>
        </w:rPr>
        <w:br/>
      </w:r>
      <w:r>
        <w:rPr>
          <w:lang w:eastAsia="zh-CN"/>
        </w:rPr>
        <w:t>　　4、20__年__月__日我代表学校参加了新市区地理教研活动同课异构我国东西干湿的差异说课展示。在此次活动中我收获很多，不仅自己得到了很好的锻炼和展示，更重要的是学习到不同的教学方法，注入了新鲜的血液。</w:t>
      </w:r>
      <w:r>
        <w:rPr>
          <w:lang w:eastAsia="zh-CN"/>
        </w:rPr>
        <w:br/>
      </w:r>
      <w:r>
        <w:rPr>
          <w:lang w:eastAsia="zh-CN"/>
        </w:rPr>
        <w:t>　　5、我校的教研月，作为青年教师我上了一堂如何选择合适的交通运输工具，在此次的教研月活动中我感受到我校青年教师讲课的不同风格和特征，学习到不同的教学方法。</w:t>
      </w:r>
      <w:r>
        <w:rPr>
          <w:lang w:eastAsia="zh-CN"/>
        </w:rPr>
        <w:br/>
      </w:r>
      <w:r>
        <w:rPr>
          <w:lang w:eastAsia="zh-CN"/>
        </w:rPr>
        <w:t>　　6、在学校的安排下，我是初二(1)跟班教师，与初二(1)班的班主任一起管理班级体。</w:t>
      </w:r>
      <w:r>
        <w:rPr>
          <w:lang w:eastAsia="zh-CN"/>
        </w:rPr>
        <w:br/>
      </w:r>
      <w:r>
        <w:rPr>
          <w:lang w:eastAsia="zh-CN"/>
        </w:rPr>
        <w:t>　　7、在今年的小课题申报中，我成功申报立项了__市小课题初二学生学习地理的困难以及解决的措施的研究，现在正在准备当中。</w:t>
      </w:r>
      <w:r>
        <w:rPr>
          <w:lang w:eastAsia="zh-CN"/>
        </w:rPr>
        <w:br/>
      </w:r>
      <w:r>
        <w:rPr>
          <w:lang w:eastAsia="zh-CN"/>
        </w:rPr>
        <w:t>　　当然，在工作上我还是存在许多不足。譬如，课堂上不能及时地关注到每个学生，让每个人都真正参与到课堂当中;因为教的班级多，不能把每个学生的学习效果都落实到位等等。因此经常参与听课评课，虚心向其他老师请教，使我长进不少。今后我将继续努力，不断提高自己的教育教学水平。</w:t>
      </w:r>
      <w:r>
        <w:rPr>
          <w:lang w:eastAsia="zh-CN"/>
        </w:rPr>
        <w:br/>
      </w:r>
      <w:r>
        <w:rPr>
          <w:lang w:eastAsia="zh-CN"/>
        </w:rPr>
        <w:t xml:space="preserve">    高一地理教师工作总结 篇10 </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经过一年的认真工作，本学期的地理教学工作就要结束了，我担任了八年级五个班的地理教学工作任务，回顾本学期的教学工作，有经验、有教训、有成功、有喜悦，为使今后的工作做得更好，现将本学期的教学工作总结如下：</w:t>
      </w:r>
      <w:r>
        <w:rPr>
          <w:lang w:eastAsia="zh-CN"/>
        </w:rPr>
        <w:br/>
      </w:r>
      <w:r>
        <w:rPr>
          <w:lang w:eastAsia="zh-CN"/>
        </w:rPr>
        <w:t>　　一、指导思想和教学目标</w:t>
      </w:r>
      <w:r>
        <w:rPr>
          <w:lang w:eastAsia="zh-CN"/>
        </w:rPr>
        <w:br/>
      </w:r>
      <w:r>
        <w:rPr>
          <w:lang w:eastAsia="zh-CN"/>
        </w:rPr>
        <w:t>　　八年地理下册主要内容是中国地理第一章到第四章的内容，包括“中国的疆域与人口”，“中国的自然环境”，“中国的自然环境”，“中国的主要产业”，希望同学们通过本学期的学习，了解中国自然地理和人文地理各方面的基础知识，认识到四大地理区域的差异，并进一步掌握学习地理的基本方法和基本技能，树立科学的人地观和可持续发展观。</w:t>
      </w:r>
      <w:r>
        <w:rPr>
          <w:lang w:eastAsia="zh-CN"/>
        </w:rPr>
        <w:br/>
      </w:r>
      <w:r>
        <w:rPr>
          <w:lang w:eastAsia="zh-CN"/>
        </w:rPr>
        <w:t>　　二、学生情况分析</w:t>
      </w:r>
      <w:r>
        <w:rPr>
          <w:lang w:eastAsia="zh-CN"/>
        </w:rPr>
        <w:br/>
      </w:r>
      <w:r>
        <w:rPr>
          <w:lang w:eastAsia="zh-CN"/>
        </w:rPr>
        <w:t>　　由于学生对地理学科的不重视，在加上知识面狭窄，对外界了解甚少，使学生学习起来比较困难。但是中国地理相对于世界地理容易理解，好掌握;学生的学习积极性还算高，这一学期的学习效果还算好。</w:t>
      </w:r>
      <w:r>
        <w:rPr>
          <w:lang w:eastAsia="zh-CN"/>
        </w:rPr>
        <w:br/>
      </w:r>
      <w:r>
        <w:rPr>
          <w:lang w:eastAsia="zh-CN"/>
        </w:rPr>
        <w:t>　　三、具体措施</w:t>
      </w:r>
      <w:r>
        <w:rPr>
          <w:lang w:eastAsia="zh-CN"/>
        </w:rPr>
        <w:br/>
      </w:r>
      <w:r>
        <w:rPr>
          <w:lang w:eastAsia="zh-CN"/>
        </w:rPr>
        <w:t>　　一、认真分析、制定合理的学期教育教学计划</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本学期八年级所使用的教材是义务教育课程地理教材。其内容主要是中国地理第五至八章。包括““中国的疆域与人口”，“中国的自然环境”，“中国的自然环境”，“中国的主要产业”。我希望学生通过一学期的学习，基本了解中国的自然地理与人文地理方面的初步知识，认识我国的基本国情，并进一步掌握学习地理的基本方法和基本技能，树立科学的人地观念和可持续发展观念。</w:t>
      </w:r>
      <w:r>
        <w:rPr>
          <w:lang w:eastAsia="zh-CN"/>
        </w:rPr>
        <w:br/>
      </w:r>
      <w:r>
        <w:rPr>
          <w:lang w:eastAsia="zh-CN"/>
        </w:rPr>
        <w:t>　　当我第一次走进教室的时候，通过提问我才发现学生的地理基础知识十分薄弱。于是，我通过与各班主任老师、部分学生代表进行沟通，了解同学们的学习态度、学习方法;通过上期的期末检测成绩，分析同学们的学习效果。同时，从与同学们的交流、交谈中，深入到他们的内心世界，了解他们的真实呼声和感受，为他们打开一扇心灵的窗口。</w:t>
      </w:r>
      <w:r>
        <w:rPr>
          <w:lang w:eastAsia="zh-CN"/>
        </w:rPr>
        <w:br/>
      </w:r>
      <w:r>
        <w:rPr>
          <w:lang w:eastAsia="zh-CN"/>
        </w:rPr>
        <w:t>　　在此基础上，根据我校明年地理学科要参加统考的实际情况，决定从本学期开始培养学生的备考意识，并在教学时数、教学进度上提前安排。据此，本学期除完成八年级地理上册的教学任务外，还将组织学生学习下册课本的部分内容，为复习奠定基础。</w:t>
      </w:r>
      <w:r>
        <w:rPr>
          <w:lang w:eastAsia="zh-CN"/>
        </w:rPr>
        <w:br/>
      </w:r>
      <w:r>
        <w:rPr>
          <w:lang w:eastAsia="zh-CN"/>
        </w:rPr>
        <w:t>　　四、自觉落实教学常规</w:t>
      </w:r>
      <w:r>
        <w:rPr>
          <w:lang w:eastAsia="zh-CN"/>
        </w:rPr>
        <w:br/>
      </w:r>
      <w:r>
        <w:rPr>
          <w:lang w:eastAsia="zh-CN"/>
        </w:rPr>
        <w:t>　　1、由于自己是一名“非专业”的地理老师，要真正具备相应的学科教学能力，就必须付出比别人多的时间和精力。为此，我认真研究教材及学生，悉心查阅资料，学习时新的教育教学思想和方法。有时，为了备好一节课，不厌其烦地向同学科老师请教，吸取他们的经验。平日里，积极利用网络和配套教学光盘，查找、整合课程资源，为上好一节课作有效的准备。</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2、教学中我力争做到精讲，把重点放在知识体系、结构、联系和思维方法上，避免面面俱到、拖泥带水等一些问题的出现。课堂上，积极引导学生熟悉教材文本，重视读图训练，加强学生间的合作探究能力的培养，让学生在掌握学习方法的基础上，努力提高课堂学习实效。训练题力求让学生当堂完成，对突出问题及时予以纠正、指导。这在很大程度上提高了学生的学习兴趣。</w:t>
      </w:r>
      <w:r>
        <w:rPr>
          <w:lang w:eastAsia="zh-CN"/>
        </w:rPr>
        <w:br/>
      </w:r>
      <w:r>
        <w:rPr>
          <w:lang w:eastAsia="zh-CN"/>
        </w:rPr>
        <w:t>　　3、认真对待每个同学的作业，因材批阅，为每位同学的发展指明了方向。每一个班级的学生数都在六十人以上，每批改一次作业就是一项沉重的工作。每次面对堆积如山的作业本，我觉得它不是负担，而是一种责任、一种使命。对成绩差的同学的作业，我更显得认真仔细，要让他们真实的感受到老师的关爱。因为，作业是与他们最多的交流、与沟通方式。像《2》的汤金鑫班同学，上学期期末地理考试不及格，而本学期他对地理产生了新的兴趣，作业做得认真了，成绩也提高了，每一次测验都在及格以上。这与我对他的激励和“作业交流”是分不开的。在学生的作业本上我基本上不划“_”，针对错题我或画上一个圆圈，或在题的旁边划上一个“?”，有时也给一些提示性的评语，告知学生应该怎样避免错误。</w:t>
      </w:r>
      <w:r>
        <w:rPr>
          <w:lang w:eastAsia="zh-CN"/>
        </w:rPr>
        <w:br/>
      </w:r>
      <w:r>
        <w:rPr>
          <w:lang w:eastAsia="zh-CN"/>
        </w:rPr>
        <w:t>　　4、除教学随堂评价外，力求适时进行单元形成性检测，以了解学生的学习效果。虽然有时成绩不尽人意，但我没有放弃希望。因为许多同学不仅仅是地理基础薄弱的问题，还有学习态度、学习兴趣等方面的问题，要在短时间内从根本上解决，显然还有些难度。尽管如此，我仍然以积极的心态，坚持培优辅差。且盼望期末有一个好结果。</w:t>
      </w:r>
      <w:r>
        <w:rPr>
          <w:lang w:eastAsia="zh-CN"/>
        </w:rPr>
        <w:br/>
      </w:r>
      <w:r>
        <w:rPr>
          <w:lang w:eastAsia="zh-CN"/>
        </w:rPr>
        <w:t xml:space="preserve">    高一地理教师工作总结 篇11 </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超量工作，肩负重任，任劳任怨。20_年元月至6月，我担任高中三年级三一、三二、三三这三个班的高中地理课，和高三年级地理学科的备课组长，周课时15节。积极备课，上课，辅导，评改试卷，超量工作，任劳任怨。暑假期间，参与复习班的学生招收和报到工作，顶酷暑战高温，百问不厌，出力流汗。下半年，我担任高一年级的高中地理课，教高一一、一二两个特优班和一三、一四两个普通班，提任高一地理组备课组长和地理组教研组长。所教学生多，遇到问题多，每问必答，诲人不倦，每每讲到熄灯时间。积极为本组教学争取时间。本学期末，一周上20节课也不讲报酬，毫无怨言。</w:t>
      </w:r>
      <w:r>
        <w:rPr>
          <w:lang w:eastAsia="zh-CN"/>
        </w:rPr>
        <w:br/>
      </w:r>
      <w:r>
        <w:rPr>
          <w:lang w:eastAsia="zh-CN"/>
        </w:rPr>
        <w:t>　　敬业奉献，追求独到，技艺精湛。作为高三毕业班的高中地理教师，必须有过硬的教学基本功，精深的教学艺术，渊博而行之有效的教育理论，敬业乐教思想品质，无私奉献的精神。我处处时时高目标严格要求自己，从细致考虑，由小事做起，追求独到，追求完美，追求卓越。认真研究教材，考纲、考点、考法，认真研究命题的发展趋势，不断总结出答题的技巧和规律。认真了解学生，抓住其困惑。找准学生知识存在的盲点、误区和死角。针对弱势，进行培优和补差。教学中注意对问题的分解，让学生逐步观察、发现、对比、体验成功感悟快乐，积小成而成就大成。教学技艺深得学生和学校领导和同仁好评。</w:t>
      </w:r>
      <w:r>
        <w:rPr>
          <w:lang w:eastAsia="zh-CN"/>
        </w:rPr>
        <w:br/>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成绩斐然，英才辈出，捷报频传。20_年高招，我教的三个班都超额完成学校下达的升学任务。其中三一班学生___同学获20_年市文科综合科冠军和登封市文科应届班总分冠军二项殊荣。下半年我教的高一学生陈__等同学分获各次段考地理的第一名。我们地理组也受到了市教育局的通报表扬，并在市质量分析会上作了典型发言。</w:t>
      </w:r>
      <w:r>
        <w:rPr>
          <w:lang w:eastAsia="zh-CN"/>
        </w:rPr>
        <w:br/>
      </w:r>
      <w:r>
        <w:rPr>
          <w:lang w:eastAsia="zh-CN"/>
        </w:rPr>
        <w:t>　　积极备考，再接再厉，迎接挑战。期未临近，再有三五天本学期就要结束，但这正是收获的季节，每天上四节课，本周要上20多节课，再苦再累就这期未关键的几天了，我们要坚持，用饱满的热情，精选的题目，优良的教法来迎节全市期未统考，为我校学生地理成绩的提高，为党的教育事业再添新功，为新年再增加一份惊喜。让一中为我而骄傲。</w:t>
      </w:r>
      <w:r>
        <w:rPr>
          <w:lang w:eastAsia="zh-CN"/>
        </w:rPr>
        <w:br/>
      </w:r>
      <w:r>
        <w:rPr>
          <w:lang w:eastAsia="zh-CN"/>
        </w:rPr>
        <w:t xml:space="preserve">    高一地理教师工作总结 篇12 </w:t>
      </w:r>
      <w:r>
        <w:rPr>
          <w:lang w:eastAsia="zh-CN"/>
        </w:rPr>
        <w:br/>
      </w:r>
      <w:r>
        <w:rPr>
          <w:lang w:eastAsia="zh-CN"/>
        </w:rPr>
        <w:t>　　一学期已经过去，可以说紧张忙碌而收获多多。总体来说，我能认真执行学校教育教学工作计划，积极探索，改革教学，把新课程标准的新思想、新理念和数学课堂教学的新思路、新设想结合起来，从各方面严格要求自己，积极向老教师请教，结合本校的实际条件和学生的实际情况，勤勤恳恳，兢兢业业，使教学工作有计划，有组织，有步骤地开展。为使今后的工作取得更大的进步，现对本学期教学工作作出总结，希望能发扬优点，克服不足，总结检验教训，继往开来，以促进教学工作更上一层楼。</w:t>
      </w:r>
      <w:r>
        <w:rPr>
          <w:lang w:eastAsia="zh-CN"/>
        </w:rPr>
        <w:br/>
      </w:r>
      <w:r>
        <w:rPr>
          <w:lang w:eastAsia="zh-CN"/>
        </w:rPr>
        <w:t>　　一、备课方面</w:t>
      </w:r>
      <w:r>
        <w:rPr>
          <w:lang w:eastAsia="zh-CN"/>
        </w:rPr>
        <w:br/>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由于是新教师所以对教材的内容、教学重点以及教材特点都不熟悉，所以每次备课前我都会仔细阅读教学大纲，掌握每一节课的重、难点，在备课组进行教研时认真听取组内其他教师的意见和建议，不但备教材备教法而且做到备学生，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反馈，认真搜集每节课的知识要点。</w:t>
      </w:r>
      <w:r>
        <w:rPr>
          <w:lang w:eastAsia="zh-CN"/>
        </w:rPr>
        <w:br/>
      </w:r>
      <w:r>
        <w:rPr>
          <w:lang w:eastAsia="zh-CN"/>
        </w:rPr>
        <w:t>　　二、教学方面</w:t>
      </w:r>
      <w:r>
        <w:rPr>
          <w:lang w:eastAsia="zh-CN"/>
        </w:rPr>
        <w:br/>
      </w:r>
      <w:r>
        <w:rPr>
          <w:lang w:eastAsia="zh-CN"/>
        </w:rPr>
        <w:t>　　我今年带的是分校班，基础比较差，针对这种情况，我在授课时尽量使讲解清晰化，条理化，准确化，情感化，生动化，做到线索清晰，层次分明，言简意赅，深入浅出由浅入深，注重基础知识的培养，课堂上以生动活泼的形式，良好的教态，牵动学生的思维，让学生愿意去学习，另外针对大部分学生反应比较慢的情况，我不但在课堂上能做到耐心讲解，课下也能做到不厌其烦，让学生能认可我这个老师，进而认可我所教的课。</w:t>
      </w:r>
      <w:r>
        <w:rPr>
          <w:lang w:eastAsia="zh-CN"/>
        </w:rPr>
        <w:br/>
      </w:r>
      <w:r>
        <w:rPr>
          <w:lang w:eastAsia="zh-CN"/>
        </w:rPr>
        <w:t>　　三、提高业务水平方面</w:t>
      </w:r>
      <w:r>
        <w:rPr>
          <w:lang w:eastAsia="zh-CN"/>
        </w:rPr>
        <w:br/>
      </w:r>
      <w:r>
        <w:rPr>
          <w:lang w:eastAsia="zh-CN"/>
        </w:rPr>
        <w:t>　　我们组赵老师的和蔼可亲又不失威严、李月宁老师的娴熟、袁媛老师的激情、吴娟老师的亲和力和王一君老师的个人魅力都值得我去学习。每次新课前我都能去认真听他们的课，在教学中如有疑虑，我能虚心请教其他老师。赵老师和李月宁老师对教材的理解和把握能力很强，在教研活动及集体备课的交流中能受到不少启发。因此，在教学上都积极征向他们学习，取长补短，尽量提高自己的业务水平。</w:t>
      </w:r>
      <w:r>
        <w:rPr>
          <w:lang w:eastAsia="zh-CN"/>
        </w:rPr>
        <w:br/>
      </w:r>
      <w:r>
        <w:rPr>
          <w:lang w:eastAsia="zh-CN"/>
        </w:rPr>
        <w:t>　　四、作业批改方面</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课后认真批改作业，能够做到当天的作业当天批改好，以备了解当天教学的质量如何，第二天加以更正，巩固。对于各单元测验卷能够及时测试和评讲以总结前一段时间的教学水平，找出不足。让学生节节过关，章章掌握。课余时间针对各种类型的学生适当地进行辅导和谈心，培养他们的兴趣和信心。做到面向全体学生，因材施教，扶优转差。经过一个学期的努力，学生学习数学的兴趣比以前浓了，成绩也有所上升。但进步得比较慢，在今后还有待加倍努力。</w:t>
      </w:r>
      <w:r>
        <w:rPr>
          <w:lang w:eastAsia="zh-CN"/>
        </w:rPr>
        <w:br/>
      </w:r>
      <w:r>
        <w:rPr>
          <w:lang w:eastAsia="zh-CN"/>
        </w:rPr>
        <w:t>　　五、培优转差工作</w:t>
      </w:r>
      <w:r>
        <w:rPr>
          <w:lang w:eastAsia="zh-CN"/>
        </w:rPr>
        <w:br/>
      </w:r>
      <w:r>
        <w:rPr>
          <w:lang w:eastAsia="zh-CN"/>
        </w:rPr>
        <w:t>　　除了在课堂上进行辅导外，在课后为不同层次的学生进行相应的辅导，以满足不同层次的学生的需求，避免了一刀切的弊端，同时加大了后进生的辅导力度。对后进生的辅导，并不限于学习知识性的辅导，更重要的是学习思想的辅导，找他们聊天、谈话，鼓励、表扬他们，在此基础上，再教给他们学习的`方法，提高他们的技能。并认真细致地做好查漏补缺工作。特别注意给他们补课，把他们以前学习的知识断层补充完整，这样，他们就会学得轻松，进步也快，兴趣和求知欲也会随之增加。</w:t>
      </w:r>
      <w:r>
        <w:rPr>
          <w:lang w:eastAsia="zh-CN"/>
        </w:rPr>
        <w:br/>
      </w:r>
    </w:p>
    <w:p w:rsidR="001B1F19" w14:textId="27C3F48A">
      <w:pPr>
        <w:rPr>
          <w:lang w:eastAsia="zh-CN"/>
        </w:rPr>
      </w:pPr>
      <w:r>
        <w:rPr>
          <w:lang w:eastAsia="zh-CN"/>
        </w:rPr>
        <w:t>　　在这方面最典型的一个例子是分一的田雅文，她的其他科目都非常好，第一次月考总成绩在分校占第10名，可地理成绩是班级倒数第二，后来我找她谈心，发现她受初中的影响非常大，觉得地理非常难学，所以上课的时候学习效果非常不好，而且她基础比较差，可以说连最基本的地理常识都没有，针对这种情况我首先找她谈心，让她明白地理学习并不难，然后帮助她制定一个可行的计划，慢慢提高学习成绩，经过一段时间的努力，她的地理学习现在已经步入正规，我相信在期终考试中她一定能取得好成绩。</w:t>
      </w:r>
      <w:r>
        <w:rPr>
          <w:lang w:eastAsia="zh-CN"/>
        </w:rPr>
        <w:br/>
      </w:r>
      <w:r>
        <w:rPr>
          <w:lang w:eastAsia="zh-CN"/>
        </w:rPr>
        <w:t>　　六、培养学生的学习习惯。</w:t>
      </w:r>
      <w:r>
        <w:rPr>
          <w:lang w:eastAsia="zh-CN"/>
        </w:rPr>
        <w:br/>
      </w:r>
      <w:r>
        <w:rPr>
          <w:lang w:eastAsia="zh-CN"/>
        </w:rPr>
        <w:t>　　在课堂上，大部分学生都能专心听讲，课后也能认真完成作业。有个别同学学习习惯还未养成，就会在课堂上听讲注意力不集中，为了解决这一问题，我在讲课时不断提醒他们，而且为他们定下学习目标，课下也时时督促他们，对于个别后进生鼓励他们不要害怕失败，要给自己信心。同时，一有进步，即使很小，我也及时地表扬他们。经过一个学期，绝大部分的同学都养成了勤学苦练、认真听讲的习惯，形成了良好的学风。</w:t>
      </w:r>
      <w:r>
        <w:rPr>
          <w:lang w:eastAsia="zh-CN"/>
        </w:rPr>
        <w:br/>
      </w:r>
      <w:r>
        <w:rPr>
          <w:lang w:eastAsia="zh-CN"/>
        </w:rPr>
        <w:t>　　七、不足之处及今后的改进措施</w:t>
      </w:r>
      <w:r>
        <w:rPr>
          <w:lang w:eastAsia="zh-CN"/>
        </w:rPr>
        <w:br/>
      </w:r>
      <w:r>
        <w:rPr>
          <w:lang w:eastAsia="zh-CN"/>
        </w:rPr>
        <w:t>　　应调动学生更大的积极性，在教学中进一步的做到精讲多练，在教学方法上形式再多样一些，在教学水平上继续提高，今后我将针对工作的不足有的放矢的去改进，不断提高。</w:t>
      </w:r>
      <w:r>
        <w:rPr>
          <w:lang w:eastAsia="zh-CN"/>
        </w:rPr>
        <w:br/>
      </w:r>
      <w:r>
        <w:rPr>
          <w:lang w:eastAsia="zh-CN"/>
        </w:rPr>
        <w:t xml:space="preserve">    高一地理教师工作总结 篇13 </w:t>
      </w:r>
      <w:r>
        <w:rPr>
          <w:lang w:eastAsia="zh-CN"/>
        </w:rPr>
        <w:br/>
      </w:r>
      <w:r>
        <w:rPr>
          <w:lang w:eastAsia="zh-CN"/>
        </w:rPr>
        <w:t>　　转眼又一个学期又将结束，蓦然回首，忧喜参半。本学期教研工作，根据学校教研工作计划，以新课程理念为核心，组织各项地理教研活动，促进校本教研活动的开展以及学校地理教学质量的整体提高，圆满地完成了各项教研工作。为了更好地开展地理教研工作，现将本学期教研工作如下：</w:t>
      </w:r>
      <w:r>
        <w:rPr>
          <w:lang w:eastAsia="zh-CN"/>
        </w:rPr>
        <w:br/>
      </w:r>
      <w:r>
        <w:rPr>
          <w:lang w:eastAsia="zh-CN"/>
        </w:rPr>
        <w:t>　　一、加强教学理论学习，提高思想认识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https://d.book118.com/748114023014006041</w:t>
        </w:r>
      </w:hyperlink>
    </w:p>
    <w:p w:rsidR="001B1F19">
      <w:pPr>
        <w:rPr>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811402301400604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