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t>Kylie决心走自己的路</w:t>
        <w:br/>
        <w:t>Kylie</w:t>
      </w:r>
      <w:r>
        <w:t xml:space="preserve"> is</w:t>
      </w:r>
      <w:r>
        <w:t xml:space="preserve"> determined</w:t>
      </w:r>
      <w:r>
        <w:t xml:space="preserve"> to</w:t>
      </w:r>
      <w:r>
        <w:t xml:space="preserve"> make</w:t>
      </w:r>
      <w:r>
        <w:t xml:space="preserve"> her</w:t>
      </w:r>
      <w:r>
        <w:t xml:space="preserve"> own</w:t>
      </w:r>
      <w:r>
        <w:t xml:space="preserve"> way.</w:t>
        <w:br/>
        <w:t>真希望你接受我的提议来51分局</w:t>
        <w:br/>
        <w:t>I</w:t>
      </w:r>
      <w:r>
        <w:t xml:space="preserve"> wish</w:t>
      </w:r>
      <w:r>
        <w:t xml:space="preserve"> you</w:t>
      </w:r>
      <w:r>
        <w:t xml:space="preserve"> would</w:t>
      </w:r>
      <w:r>
        <w:t xml:space="preserve"> have</w:t>
      </w:r>
      <w:r>
        <w:t xml:space="preserve"> taken</w:t>
      </w:r>
      <w:r>
        <w:t xml:space="preserve"> me</w:t>
      </w:r>
      <w:r>
        <w:t xml:space="preserve"> up</w:t>
      </w:r>
      <w:r>
        <w:t xml:space="preserve"> on</w:t>
      </w:r>
      <w:r>
        <w:t xml:space="preserve"> my</w:t>
      </w:r>
      <w:r>
        <w:t xml:space="preserve"> offer</w:t>
      </w:r>
      <w:r>
        <w:t xml:space="preserve"> and</w:t>
      </w:r>
      <w:r>
        <w:t xml:space="preserve"> come</w:t>
      </w:r>
      <w:r>
        <w:t xml:space="preserve"> to</w:t>
      </w:r>
      <w:r>
        <w:t xml:space="preserve"> 51.</w:t>
        <w:br/>
        <w:t>我们对这家伙一无所知</w:t>
        <w:br/>
        <w:t>We</w:t>
      </w:r>
      <w:r>
        <w:t xml:space="preserve"> don't</w:t>
      </w:r>
      <w:r>
        <w:t xml:space="preserve"> know</w:t>
      </w:r>
      <w:r>
        <w:t xml:space="preserve"> anything</w:t>
      </w:r>
      <w:r>
        <w:t xml:space="preserve"> about</w:t>
      </w:r>
      <w:r>
        <w:t xml:space="preserve"> this</w:t>
      </w:r>
      <w:r>
        <w:t xml:space="preserve"> guy.</w:t>
        <w:br/>
        <w:t>你想知道我的什么事</w:t>
        <w:br/>
        <w:t>So,</w:t>
      </w:r>
      <w:r>
        <w:t xml:space="preserve"> what</w:t>
      </w:r>
      <w:r>
        <w:t xml:space="preserve"> do</w:t>
      </w:r>
      <w:r>
        <w:t xml:space="preserve"> you</w:t>
      </w:r>
      <w:r>
        <w:t xml:space="preserve"> want</w:t>
      </w:r>
      <w:r>
        <w:t xml:space="preserve"> to</w:t>
      </w:r>
      <w:r>
        <w:t xml:space="preserve"> know</w:t>
      </w:r>
      <w:r>
        <w:t xml:space="preserve"> about</w:t>
      </w:r>
      <w:r>
        <w:t xml:space="preserve"> me?</w:t>
        <w:br/>
        <w:t>这间分局不一样，对吧</w:t>
        <w:br/>
        <w:t>This</w:t>
      </w:r>
      <w:r>
        <w:t xml:space="preserve"> house</w:t>
      </w:r>
      <w:r>
        <w:t xml:space="preserve"> is</w:t>
      </w:r>
      <w:r>
        <w:t xml:space="preserve"> different,</w:t>
      </w:r>
      <w:r>
        <w:t xml:space="preserve"> huh?</w:t>
        <w:br/>
        <w:t>如果你留下来，你会习惯的</w:t>
        <w:br/>
        <w:t>If</w:t>
      </w:r>
      <w:r>
        <w:t xml:space="preserve"> you</w:t>
      </w:r>
      <w:r>
        <w:t xml:space="preserve"> stick</w:t>
      </w:r>
      <w:r>
        <w:t xml:space="preserve"> around,</w:t>
      </w:r>
      <w:r>
        <w:t xml:space="preserve"> you'll</w:t>
      </w:r>
      <w:r>
        <w:t xml:space="preserve"> get</w:t>
      </w:r>
      <w:r>
        <w:t xml:space="preserve"> used</w:t>
      </w:r>
      <w:r>
        <w:t xml:space="preserve"> to</w:t>
      </w:r>
      <w:r>
        <w:t xml:space="preserve"> it</w:t>
        <w:br/>
        <w:t>也许甚至会学着欣赏</w:t>
        <w:br/>
        <w:t>might</w:t>
      </w:r>
      <w:r>
        <w:t xml:space="preserve"> even</w:t>
      </w:r>
      <w:r>
        <w:t xml:space="preserve"> learn</w:t>
      </w:r>
      <w:r>
        <w:t xml:space="preserve"> to</w:t>
      </w:r>
      <w:r>
        <w:t xml:space="preserve"> appreciate</w:t>
      </w:r>
      <w:r>
        <w:t xml:space="preserve"> it.</w:t>
        <w:br/>
        <w:t>只是一次的激&amp;hearts;情&amp;hearts;</w:t>
        <w:br/>
        <w:t>It</w:t>
      </w:r>
      <w:r>
        <w:t xml:space="preserve"> was</w:t>
      </w:r>
      <w:r>
        <w:t xml:space="preserve"> a</w:t>
      </w:r>
      <w:r>
        <w:t xml:space="preserve"> one-time</w:t>
      </w:r>
      <w:r>
        <w:t xml:space="preserve"> hook-up.</w:t>
        <w:br/>
        <w:t>很有趣的一次</w:t>
        <w:br/>
        <w:t>A</w:t>
      </w:r>
      <w:r>
        <w:t xml:space="preserve"> very</w:t>
      </w:r>
      <w:r>
        <w:t xml:space="preserve"> fun</w:t>
      </w:r>
      <w:r>
        <w:t xml:space="preserve"> one-time</w:t>
      </w:r>
      <w:r>
        <w:t xml:space="preserve"> hook-up.</w:t>
        <w:br/>
        <w:t>但我不能再冒险</w:t>
        <w:br/>
        <w:t>But</w:t>
      </w:r>
      <w:r>
        <w:t xml:space="preserve"> I</w:t>
      </w:r>
      <w:r>
        <w:t xml:space="preserve"> can't</w:t>
      </w:r>
      <w:r>
        <w:t xml:space="preserve"> risk</w:t>
        <w:br/>
        <w:t>跟另一个先遣急救员谈恋爱</w:t>
        <w:br/>
        <w:t>getting</w:t>
      </w:r>
      <w:r>
        <w:t xml:space="preserve"> involved</w:t>
      </w:r>
      <w:r>
        <w:t xml:space="preserve"> with</w:t>
      </w:r>
      <w:r>
        <w:t xml:space="preserve"> another</w:t>
      </w:r>
      <w:r>
        <w:t xml:space="preserve"> first</w:t>
      </w:r>
      <w:r>
        <w:t xml:space="preserve"> responder</w:t>
        <w:br/>
        <w:t>他有可能在我面前殉职</w:t>
        <w:br/>
        <w:t>who</w:t>
      </w:r>
      <w:r>
        <w:t xml:space="preserve"> could</w:t>
      </w:r>
      <w:r>
        <w:t xml:space="preserve"> end</w:t>
      </w:r>
      <w:r>
        <w:t xml:space="preserve"> up</w:t>
      </w:r>
      <w:r>
        <w:t xml:space="preserve"> getting</w:t>
      </w:r>
      <w:r>
        <w:t xml:space="preserve"> killed</w:t>
      </w:r>
      <w:r>
        <w:t xml:space="preserve"> right</w:t>
      </w:r>
      <w:r>
        <w:t xml:space="preserve"> in</w:t>
      </w:r>
      <w:r>
        <w:t xml:space="preserve"> front</w:t>
      </w:r>
      <w:r>
        <w:t xml:space="preserve"> of</w:t>
      </w:r>
      <w:r>
        <w:t xml:space="preserve"> me.</w:t>
        <w:br/>
        <w:t>我和Matt</w:t>
      </w:r>
      <w:r>
        <w:t xml:space="preserve"> Casey终于要结婚了</w:t>
        <w:br/>
        <w:t>I</w:t>
      </w:r>
      <w:r>
        <w:t xml:space="preserve"> finally</w:t>
      </w:r>
      <w:r>
        <w:t xml:space="preserve"> get</w:t>
      </w:r>
      <w:r>
        <w:t xml:space="preserve"> to</w:t>
      </w:r>
      <w:r>
        <w:t xml:space="preserve"> marry</w:t>
      </w:r>
      <w:r>
        <w:t xml:space="preserve"> Matt</w:t>
      </w:r>
      <w:r>
        <w:t xml:space="preserve"> Casey.</w:t>
        <w:br/>
        <w:t>这就是你在说的水族馆？</w:t>
        <w:br/>
        <w:t>This</w:t>
      </w:r>
      <w:r>
        <w:t xml:space="preserve"> is</w:t>
      </w:r>
      <w:r>
        <w:t xml:space="preserve"> the</w:t>
      </w:r>
      <w:r>
        <w:t xml:space="preserve"> aquarium</w:t>
      </w:r>
      <w:r>
        <w:t xml:space="preserve"> you've</w:t>
      </w:r>
      <w:r>
        <w:t xml:space="preserve"> been</w:t>
      </w:r>
      <w:r>
        <w:t xml:space="preserve"> talking</w:t>
      </w:r>
      <w:r>
        <w:t xml:space="preserve"> about?</w:t>
        <w:br/>
        <w:t>对</w:t>
        <w:br/>
        <w:t>Yeah.</w:t>
        <w:br/>
        <w:t>很奇幻的</w:t>
        <w:br/>
        <w:t>It's</w:t>
      </w:r>
      <w:r>
        <w:t xml:space="preserve"> magical.</w:t>
        <w:br/>
        <w:t>我要在水族店里结婚？</w:t>
        <w:br/>
        <w:t>I</w:t>
      </w:r>
      <w:r>
        <w:t xml:space="preserve"> am</w:t>
      </w:r>
      <w:r>
        <w:t xml:space="preserve"> getting</w:t>
      </w:r>
      <w:r>
        <w:t xml:space="preserve"> married</w:t>
      </w:r>
      <w:r>
        <w:t xml:space="preserve"> in</w:t>
      </w:r>
      <w:r>
        <w:t xml:space="preserve"> a</w:t>
      </w:r>
      <w:r>
        <w:t xml:space="preserve"> fish</w:t>
      </w:r>
      <w:r>
        <w:t xml:space="preserve"> store?</w:t>
        <w:br/>
        <w:t>有办法把水族店变好看吗</w:t>
        <w:br/>
        <w:t>Is</w:t>
      </w:r>
      <w:r>
        <w:t xml:space="preserve"> there</w:t>
      </w:r>
      <w:r>
        <w:t xml:space="preserve"> even</w:t>
      </w:r>
      <w:r>
        <w:t xml:space="preserve"> a</w:t>
      </w:r>
      <w:r>
        <w:t xml:space="preserve"> way</w:t>
      </w:r>
      <w:r>
        <w:t xml:space="preserve"> to</w:t>
      </w:r>
      <w:r>
        <w:t xml:space="preserve"> make</w:t>
      </w:r>
      <w:r>
        <w:t xml:space="preserve"> a</w:t>
      </w:r>
      <w:r>
        <w:t xml:space="preserve"> fish</w:t>
      </w:r>
      <w:r>
        <w:t xml:space="preserve"> store</w:t>
      </w:r>
      <w:r>
        <w:t xml:space="preserve"> look</w:t>
      </w:r>
      <w:r>
        <w:t xml:space="preserve"> pretty?</w:t>
        <w:br/>
        <w:t>什么意思？那里很美</w:t>
        <w:br/>
        <w:t>What's</w:t>
      </w:r>
      <w:r>
        <w:t xml:space="preserve"> that</w:t>
      </w:r>
      <w:r>
        <w:t xml:space="preserve"> mean?</w:t>
      </w:r>
      <w:r>
        <w:t xml:space="preserve"> It</w:t>
      </w:r>
      <w:r>
        <w:t xml:space="preserve"> looks</w:t>
      </w:r>
      <w:r>
        <w:t xml:space="preserve"> great!</w:t>
        <w:br/>
        <w:t>那些灯光和五颜六色的石头…</w:t>
        <w:br/>
        <w:t>All</w:t>
      </w:r>
      <w:r>
        <w:t xml:space="preserve"> the</w:t>
      </w:r>
      <w:r>
        <w:t xml:space="preserve"> lights...</w:t>
      </w:r>
      <w:r>
        <w:t xml:space="preserve"> the</w:t>
      </w:r>
      <w:r>
        <w:t xml:space="preserve"> different</w:t>
      </w:r>
      <w:r>
        <w:t xml:space="preserve"> colored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t xml:space="preserve"> rocks...</w:t>
        <w:br/>
        <w:t>我们会想办法处理好的，我保证</w:t>
        <w:br/>
        <w:t>We</w:t>
      </w:r>
      <w:r>
        <w:t xml:space="preserve"> will</w:t>
      </w:r>
      <w:r>
        <w:t xml:space="preserve"> make</w:t>
      </w:r>
      <w:r>
        <w:t xml:space="preserve"> this</w:t>
      </w:r>
      <w:r>
        <w:t xml:space="preserve"> right.</w:t>
      </w:r>
      <w:r>
        <w:t xml:space="preserve"> I</w:t>
      </w:r>
      <w:r>
        <w:t xml:space="preserve"> promise...</w:t>
        <w:br/>
        <w:t>这会是史上最棒的水族店婚礼</w:t>
        <w:br/>
        <w:t>this</w:t>
      </w:r>
      <w:r>
        <w:t xml:space="preserve"> will</w:t>
      </w:r>
      <w:r>
        <w:t xml:space="preserve"> be</w:t>
      </w:r>
      <w:r>
        <w:t xml:space="preserve"> the</w:t>
      </w:r>
      <w:r>
        <w:t xml:space="preserve"> best</w:t>
      </w:r>
      <w:r>
        <w:t xml:space="preserve"> fish</w:t>
      </w:r>
      <w:r>
        <w:t xml:space="preserve"> store</w:t>
      </w:r>
      <w:r>
        <w:t xml:space="preserve"> wedding</w:t>
      </w:r>
      <w:r>
        <w:t xml:space="preserve"> in</w:t>
      </w:r>
      <w:r>
        <w:t xml:space="preserve"> history.</w:t>
        <w:br/>
        <w:t>就是明天了</w:t>
        <w:br/>
        <w:t>It's</w:t>
      </w:r>
      <w:r>
        <w:t xml:space="preserve"> tomorrow!</w:t>
        <w:br/>
        <w:t>当我以为要在写第水族馆结婚时</w:t>
        <w:br/>
        <w:t>I</w:t>
      </w:r>
      <w:r>
        <w:t xml:space="preserve"> mean,</w:t>
      </w:r>
      <w:r>
        <w:t xml:space="preserve"> when</w:t>
      </w:r>
      <w:r>
        <w:t xml:space="preserve"> I</w:t>
      </w:r>
      <w:r>
        <w:t xml:space="preserve"> thought</w:t>
      </w:r>
      <w:r>
        <w:t xml:space="preserve"> it</w:t>
      </w:r>
      <w:r>
        <w:t xml:space="preserve"> was</w:t>
      </w:r>
      <w:r>
        <w:t xml:space="preserve"> at</w:t>
      </w:r>
      <w:r>
        <w:t xml:space="preserve"> the</w:t>
      </w:r>
      <w:r>
        <w:t xml:space="preserve"> Shedd...</w:t>
        <w:br/>
        <w:t>本来的装饰什么的都很适合</w:t>
        <w:br/>
        <w:t>the</w:t>
      </w:r>
      <w:r>
        <w:t xml:space="preserve"> decor</w:t>
      </w:r>
      <w:r>
        <w:t xml:space="preserve"> and</w:t>
      </w:r>
      <w:r>
        <w:t xml:space="preserve"> everything</w:t>
      </w:r>
      <w:r>
        <w:t xml:space="preserve"> could've</w:t>
      </w:r>
      <w:r>
        <w:t xml:space="preserve"> been</w:t>
      </w:r>
      <w:r>
        <w:t xml:space="preserve"> part</w:t>
      </w:r>
      <w:r>
        <w:t xml:space="preserve"> of</w:t>
      </w:r>
      <w:r>
        <w:t xml:space="preserve"> the</w:t>
      </w:r>
      <w:r>
        <w:t xml:space="preserve"> deal.</w:t>
        <w:br/>
        <w:t>但水族店</w:t>
        <w:br/>
        <w:t>But</w:t>
      </w:r>
      <w:r>
        <w:t xml:space="preserve"> a</w:t>
      </w:r>
      <w:r>
        <w:t xml:space="preserve"> fish</w:t>
      </w:r>
      <w:r>
        <w:t xml:space="preserve"> store</w:t>
        <w:br/>
        <w:t>是个什么都要自己带的地方</w:t>
        <w:br/>
        <w:t>is</w:t>
      </w:r>
      <w:r>
        <w:t xml:space="preserve"> BYO</w:t>
      </w:r>
      <w:r>
        <w:t xml:space="preserve"> everything!</w:t>
        <w:br/>
        <w:t>我不喜欢你说「水族店」的语气</w:t>
        <w:br/>
        <w:t>I</w:t>
      </w:r>
      <w:r>
        <w:t xml:space="preserve"> don't</w:t>
      </w:r>
      <w:r>
        <w:t xml:space="preserve"> like</w:t>
      </w:r>
      <w:r>
        <w:t xml:space="preserve"> the</w:t>
      </w:r>
      <w:r>
        <w:t xml:space="preserve"> way</w:t>
      </w:r>
      <w:r>
        <w:t xml:space="preserve"> you</w:t>
      </w:r>
      <w:r>
        <w:t xml:space="preserve"> keep</w:t>
      </w:r>
      <w:r>
        <w:t xml:space="preserve"> saying</w:t>
      </w:r>
      <w:r>
        <w:t xml:space="preserve"> 'fish</w:t>
      </w:r>
      <w:r>
        <w:t xml:space="preserve"> store.'</w:t>
        <w:br/>
        <w:t>我们会想到办法的，Brett</w:t>
        <w:br/>
        <w:t>We'll</w:t>
      </w:r>
      <w:r>
        <w:t xml:space="preserve"> figure</w:t>
      </w:r>
      <w:r>
        <w:t xml:space="preserve"> this</w:t>
      </w:r>
      <w:r>
        <w:t xml:space="preserve"> out,</w:t>
      </w:r>
      <w:r>
        <w:t xml:space="preserve"> Brett.</w:t>
        <w:br/>
        <w:t>身为你的伴娘</w:t>
        <w:br/>
        <w:t>As</w:t>
      </w:r>
      <w:r>
        <w:t xml:space="preserve"> your</w:t>
      </w:r>
      <w:r>
        <w:t xml:space="preserve"> Maid</w:t>
      </w:r>
      <w:r>
        <w:t xml:space="preserve"> of</w:t>
      </w:r>
      <w:r>
        <w:t xml:space="preserve"> Honor,</w:t>
        <w:br/>
        <w:t>我严肃看待我的责任</w:t>
        <w:br/>
        <w:t>I</w:t>
      </w:r>
      <w:r>
        <w:t xml:space="preserve"> take</w:t>
      </w:r>
      <w:r>
        <w:t xml:space="preserve"> my</w:t>
      </w:r>
      <w:r>
        <w:t xml:space="preserve"> responsibilities</w:t>
      </w:r>
      <w:r>
        <w:t xml:space="preserve"> very</w:t>
      </w:r>
      <w:r>
        <w:t xml:space="preserve"> seriously.</w:t>
        <w:br/>
        <w:t>好</w:t>
        <w:br/>
        <w:t>Okay.</w:t>
        <w:br/>
        <w:t>好</w:t>
        <w:br/>
        <w:t>Okay.</w:t>
        <w:br/>
        <w:t>我的天，Matt随时会到</w:t>
        <w:br/>
        <w:t>Oh</w:t>
      </w:r>
      <w:r>
        <w:t xml:space="preserve"> my</w:t>
      </w:r>
      <w:r>
        <w:t xml:space="preserve"> God.</w:t>
      </w:r>
      <w:r>
        <w:t xml:space="preserve"> Matt</w:t>
      </w:r>
      <w:r>
        <w:t xml:space="preserve"> is</w:t>
      </w:r>
      <w:r>
        <w:t xml:space="preserve"> going</w:t>
      </w:r>
      <w:r>
        <w:t xml:space="preserve"> to</w:t>
      </w:r>
      <w:r>
        <w:t xml:space="preserve"> be</w:t>
      </w:r>
      <w:r>
        <w:t xml:space="preserve"> here</w:t>
      </w:r>
      <w:r>
        <w:t xml:space="preserve"> any</w:t>
      </w:r>
      <w:r>
        <w:t xml:space="preserve"> minute,</w:t>
        <w:br/>
        <w:t>我要怎么跟他说</w:t>
        <w:br/>
        <w:t>how</w:t>
      </w:r>
      <w:r>
        <w:t xml:space="preserve"> am</w:t>
      </w:r>
      <w:r>
        <w:t xml:space="preserve"> I</w:t>
      </w:r>
      <w:r>
        <w:t xml:space="preserve"> going</w:t>
      </w:r>
      <w:r>
        <w:t xml:space="preserve"> to</w:t>
      </w:r>
      <w:r>
        <w:t xml:space="preserve"> tell</w:t>
      </w:r>
      <w:r>
        <w:t xml:space="preserve"> him</w:t>
      </w:r>
      <w:r>
        <w:t xml:space="preserve"> about</w:t>
      </w:r>
      <w:r>
        <w:t xml:space="preserve"> all</w:t>
      </w:r>
      <w:r>
        <w:t xml:space="preserve"> of</w:t>
      </w:r>
      <w:r>
        <w:t xml:space="preserve"> this?</w:t>
        <w:br/>
        <w:t>我小时候，社区里的小孩</w:t>
        <w:br/>
        <w:t>All</w:t>
      </w:r>
      <w:r>
        <w:t xml:space="preserve"> the</w:t>
      </w:r>
      <w:r>
        <w:t xml:space="preserve"> kids</w:t>
      </w:r>
      <w:r>
        <w:t xml:space="preserve"> in</w:t>
      </w:r>
      <w:r>
        <w:t xml:space="preserve"> my</w:t>
      </w:r>
      <w:r>
        <w:t xml:space="preserve"> neighborhood</w:t>
      </w:r>
      <w:r>
        <w:t xml:space="preserve"> went</w:t>
      </w:r>
      <w:r>
        <w:t xml:space="preserve"> there</w:t>
      </w:r>
      <w:r>
        <w:t xml:space="preserve"> to</w:t>
      </w:r>
      <w:r>
        <w:t xml:space="preserve"> look</w:t>
      </w:r>
      <w:r>
        <w:t xml:space="preserve"> around</w:t>
        <w:br/>
        <w:t>时常跑去那里逛</w:t>
        <w:br/>
        <w:t>when</w:t>
      </w:r>
      <w:r>
        <w:t xml:space="preserve"> I</w:t>
      </w:r>
      <w:r>
        <w:t xml:space="preserve"> was</w:t>
      </w:r>
      <w:r>
        <w:t xml:space="preserve"> growing</w:t>
      </w:r>
      <w:r>
        <w:t xml:space="preserve"> up.</w:t>
        <w:br/>
        <w:t>那不只是一间水族店</w:t>
        <w:br/>
        <w:t>It's</w:t>
      </w:r>
      <w:r>
        <w:t xml:space="preserve"> more</w:t>
      </w:r>
      <w:r>
        <w:t xml:space="preserve"> than</w:t>
      </w:r>
      <w:r>
        <w:t xml:space="preserve"> just</w:t>
      </w:r>
      <w:r>
        <w:t xml:space="preserve"> a</w:t>
      </w:r>
      <w:r>
        <w:t xml:space="preserve"> fish</w:t>
      </w:r>
      <w:r>
        <w:t xml:space="preserve"> store.</w:t>
        <w:br/>
        <w:t>无论那是什么</w:t>
        <w:br/>
        <w:t>Well,</w:t>
      </w:r>
      <w:r>
        <w:t xml:space="preserve"> whatever</w:t>
      </w:r>
      <w:r>
        <w:t xml:space="preserve"> it</w:t>
      </w:r>
      <w:r>
        <w:t xml:space="preserve"> is,</w:t>
        <w:br/>
        <w:t>我会打给芝加哥所有花店和装潢店</w:t>
        <w:br/>
        <w:t>I'm</w:t>
      </w:r>
      <w:r>
        <w:t xml:space="preserve"> going</w:t>
      </w:r>
      <w:r>
        <w:t xml:space="preserve"> to</w:t>
      </w:r>
      <w:r>
        <w:t xml:space="preserve"> call</w:t>
      </w:r>
      <w:r>
        <w:t xml:space="preserve"> every</w:t>
      </w:r>
      <w:r>
        <w:t xml:space="preserve"> florist</w:t>
      </w:r>
      <w:r>
        <w:t xml:space="preserve"> and</w:t>
      </w:r>
      <w:r>
        <w:t xml:space="preserve"> every</w:t>
      </w:r>
      <w:r>
        <w:t xml:space="preserve"> decor</w:t>
      </w:r>
      <w:r>
        <w:t xml:space="preserve"> shop</w:t>
      </w:r>
      <w:r>
        <w:t xml:space="preserve"> in</w:t>
      </w:r>
      <w:r>
        <w:t xml:space="preserve"> Chicago.</w:t>
        <w:br/>
        <w:t>我们要把这地方打理成…</w:t>
        <w:br/>
        <w:t>We</w:t>
      </w:r>
      <w:r>
        <w:t xml:space="preserve"> are</w:t>
      </w:r>
      <w:r>
        <w:t xml:space="preserve"> gonna</w:t>
      </w:r>
      <w:r>
        <w:t xml:space="preserve"> get</w:t>
      </w:r>
      <w:r>
        <w:t xml:space="preserve"> this</w:t>
      </w:r>
      <w:r>
        <w:t xml:space="preserve"> place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  <w:r>
        <w:t xml:space="preserve"> into...</w:t>
        <w:br/>
        <w:t>完美的模样</w:t>
        <w:br/>
        <w:t>amazing</w:t>
      </w:r>
      <w:r>
        <w:t xml:space="preserve"> shape.</w:t>
        <w:br/>
        <w:t>会很棒的</w:t>
        <w:br/>
        <w:t>It's</w:t>
      </w:r>
      <w:r>
        <w:t xml:space="preserve"> going</w:t>
      </w:r>
      <w:r>
        <w:t xml:space="preserve"> to</w:t>
      </w:r>
      <w:r>
        <w:t xml:space="preserve"> be</w:t>
      </w:r>
      <w:r>
        <w:t xml:space="preserve"> great.</w:t>
        <w:br/>
        <w:t>会的，但你没回答我的问题</w:t>
        <w:br/>
        <w:t>你赶得上飞机吗？</w:t>
        <w:br/>
        <w:t>你在哪里？为什么不回我</w:t>
        <w:br/>
        <w:t>-副队长</w:t>
      </w:r>
      <w:r>
        <w:t xml:space="preserve"> -你好</w:t>
        <w:br/>
        <w:t>-Hey,</w:t>
      </w:r>
      <w:r>
        <w:t xml:space="preserve"> Lieutenant...</w:t>
      </w:r>
      <w:r>
        <w:t xml:space="preserve"> -Hi.</w:t>
        <w:br/>
        <w:t>Severide不是今早回来吗</w:t>
        <w:br/>
        <w:t>I</w:t>
      </w:r>
      <w:r>
        <w:t xml:space="preserve"> thought</w:t>
      </w:r>
      <w:r>
        <w:t xml:space="preserve"> Severide</w:t>
      </w:r>
      <w:r>
        <w:t xml:space="preserve"> was</w:t>
      </w:r>
      <w:r>
        <w:t xml:space="preserve"> supposed</w:t>
      </w:r>
      <w:r>
        <w:t xml:space="preserve"> to</w:t>
      </w:r>
      <w:r>
        <w:t xml:space="preserve"> be</w:t>
      </w:r>
      <w:r>
        <w:t xml:space="preserve"> here</w:t>
      </w:r>
      <w:r>
        <w:t xml:space="preserve"> this</w:t>
      </w:r>
      <w:r>
        <w:t xml:space="preserve"> morning,</w:t>
        <w:br/>
        <w:t>怎么没看到他</w:t>
        <w:br/>
        <w:t>but</w:t>
      </w:r>
      <w:r>
        <w:t xml:space="preserve"> I</w:t>
      </w:r>
      <w:r>
        <w:t xml:space="preserve"> haven't</w:t>
      </w:r>
      <w:r>
        <w:t xml:space="preserve"> seen</w:t>
      </w:r>
      <w:r>
        <w:t xml:space="preserve"> him.</w:t>
        <w:br/>
        <w:t>是啊，我知道</w:t>
        <w:br/>
        <w:t>Yeah,</w:t>
      </w:r>
      <w:r>
        <w:t xml:space="preserve"> I</w:t>
      </w:r>
      <w:r>
        <w:t xml:space="preserve"> know.</w:t>
        <w:br/>
        <w:t>抱歉，我…</w:t>
        <w:br/>
        <w:t>Sorry,</w:t>
      </w:r>
      <w:r>
        <w:t xml:space="preserve"> I...</w:t>
        <w:br/>
        <w:t>他刚刚传短讯说班机延误了</w:t>
        <w:br/>
        <w:t>I</w:t>
      </w:r>
      <w:r>
        <w:t xml:space="preserve"> just</w:t>
      </w:r>
      <w:r>
        <w:t xml:space="preserve"> got</w:t>
      </w:r>
      <w:r>
        <w:t xml:space="preserve"> a</w:t>
      </w:r>
      <w:r>
        <w:t xml:space="preserve"> text</w:t>
      </w:r>
      <w:r>
        <w:t xml:space="preserve"> from</w:t>
      </w:r>
      <w:r>
        <w:t xml:space="preserve"> him</w:t>
      </w:r>
      <w:r>
        <w:t xml:space="preserve"> saying</w:t>
      </w:r>
      <w:r>
        <w:t xml:space="preserve"> that</w:t>
      </w:r>
      <w:r>
        <w:t xml:space="preserve"> his</w:t>
      </w:r>
      <w:r>
        <w:t xml:space="preserve"> flight</w:t>
      </w:r>
      <w:r>
        <w:t xml:space="preserve"> got</w:t>
      </w:r>
      <w:r>
        <w:t xml:space="preserve"> delayed.</w:t>
        <w:br/>
        <w:t>他问你能否在他回来前帮他带队</w:t>
        <w:br/>
        <w:t>And</w:t>
      </w:r>
      <w:r>
        <w:t xml:space="preserve"> he</w:t>
      </w:r>
      <w:r>
        <w:t xml:space="preserve"> was</w:t>
      </w:r>
      <w:r>
        <w:t xml:space="preserve"> asking</w:t>
      </w:r>
      <w:r>
        <w:t xml:space="preserve"> if</w:t>
      </w:r>
      <w:r>
        <w:t xml:space="preserve"> you</w:t>
      </w:r>
      <w:r>
        <w:t xml:space="preserve"> can</w:t>
      </w:r>
      <w:r>
        <w:t xml:space="preserve"> cover</w:t>
      </w:r>
      <w:r>
        <w:t xml:space="preserve"> for</w:t>
      </w:r>
      <w:r>
        <w:t xml:space="preserve"> him</w:t>
      </w:r>
      <w:r>
        <w:t xml:space="preserve"> until</w:t>
      </w:r>
      <w:r>
        <w:t xml:space="preserve"> gets</w:t>
      </w:r>
      <w:r>
        <w:t xml:space="preserve"> back?</w:t>
        <w:br/>
        <w:t>当然可以</w:t>
        <w:br/>
        <w:t>Yeah.</w:t>
      </w:r>
      <w:r>
        <w:t xml:space="preserve"> Of</w:t>
      </w:r>
      <w:r>
        <w:t xml:space="preserve"> course.</w:t>
        <w:br/>
        <w:t>-谢谢你，Cruz</w:t>
      </w:r>
      <w:r>
        <w:t xml:space="preserve"> -没问题</w:t>
        <w:br/>
        <w:t>-Thank</w:t>
      </w:r>
      <w:r>
        <w:t xml:space="preserve"> you,</w:t>
      </w:r>
      <w:r>
        <w:t xml:space="preserve"> Cruz.</w:t>
      </w:r>
      <w:r>
        <w:t xml:space="preserve"> -You</w:t>
      </w:r>
      <w:r>
        <w:t xml:space="preserve"> got</w:t>
      </w:r>
      <w:r>
        <w:t xml:space="preserve"> it.</w:t>
        <w:br/>
        <w:t>你不必来这里，Kylie</w:t>
        <w:br/>
        <w:t>You</w:t>
      </w:r>
      <w:r>
        <w:t xml:space="preserve"> didn't</w:t>
      </w:r>
      <w:r>
        <w:t xml:space="preserve"> have</w:t>
      </w:r>
      <w:r>
        <w:t xml:space="preserve"> to</w:t>
      </w:r>
      <w:r>
        <w:t xml:space="preserve"> come</w:t>
      </w:r>
      <w:r>
        <w:t xml:space="preserve"> in</w:t>
      </w:r>
      <w:r>
        <w:t xml:space="preserve"> here,</w:t>
      </w:r>
      <w:r>
        <w:t xml:space="preserve"> Kylie.</w:t>
        <w:br/>
        <w:t>今天你休假，我禁止你来</w:t>
        <w:br/>
        <w:t>It's</w:t>
      </w:r>
      <w:r>
        <w:t xml:space="preserve"> your</w:t>
      </w:r>
      <w:r>
        <w:t xml:space="preserve"> day</w:t>
      </w:r>
      <w:r>
        <w:t xml:space="preserve"> off.</w:t>
      </w:r>
      <w:r>
        <w:t xml:space="preserve"> I</w:t>
      </w:r>
      <w:r>
        <w:t xml:space="preserve"> forbid</w:t>
      </w:r>
      <w:r>
        <w:t xml:space="preserve"> it.</w:t>
        <w:br/>
        <w:t>不行，我有自&amp;hearts;由&amp;hearts;意志</w:t>
        <w:br/>
        <w:t>You</w:t>
      </w:r>
      <w:r>
        <w:t xml:space="preserve"> can't.</w:t>
      </w:r>
      <w:r>
        <w:t xml:space="preserve"> I</w:t>
      </w:r>
      <w:r>
        <w:t xml:space="preserve"> have</w:t>
      </w:r>
      <w:r>
        <w:t xml:space="preserve"> free</w:t>
      </w:r>
      <w:r>
        <w:t xml:space="preserve"> will.</w:t>
        <w:br/>
        <w:t>而且这看起来太悲惨了</w:t>
        <w:br/>
        <w:t>And</w:t>
      </w:r>
      <w:r>
        <w:t xml:space="preserve"> this</w:t>
      </w:r>
      <w:r>
        <w:t xml:space="preserve"> is</w:t>
      </w:r>
      <w:r>
        <w:t xml:space="preserve"> tragic.</w:t>
        <w:br/>
        <w:t>我一听到你到现在都没请助理</w:t>
        <w:br/>
        <w:t>As</w:t>
      </w:r>
      <w:r>
        <w:t xml:space="preserve"> soon</w:t>
      </w:r>
      <w:r>
        <w:t xml:space="preserve"> as</w:t>
      </w:r>
      <w:r>
        <w:t xml:space="preserve"> I</w:t>
      </w:r>
      <w:r>
        <w:t xml:space="preserve"> heard</w:t>
      </w:r>
      <w:r>
        <w:t xml:space="preserve"> you</w:t>
      </w:r>
      <w:r>
        <w:t xml:space="preserve"> still</w:t>
      </w:r>
      <w:r>
        <w:t xml:space="preserve"> didn't</w:t>
      </w:r>
      <w:r>
        <w:t xml:space="preserve"> have</w:t>
      </w:r>
      <w:r>
        <w:t xml:space="preserve"> an</w:t>
      </w:r>
      <w:r>
        <w:t xml:space="preserve"> assistant,</w:t>
        <w:br/>
        <w:t>就知道我要做点什么了</w:t>
        <w:br/>
        <w:t>I</w:t>
      </w:r>
      <w:r>
        <w:t xml:space="preserve"> knew</w:t>
      </w:r>
      <w:r>
        <w:t xml:space="preserve"> something</w:t>
      </w:r>
      <w:r>
        <w:t xml:space="preserve"> had</w:t>
      </w:r>
      <w:r>
        <w:t xml:space="preserve"> to</w:t>
      </w:r>
      <w:r>
        <w:t xml:space="preserve"> be</w:t>
      </w:r>
      <w:r>
        <w:t xml:space="preserve"> done.</w:t>
        <w:br/>
        <w:t>我会请人的</w:t>
        <w:br/>
        <w:t>I'm</w:t>
      </w:r>
      <w:r>
        <w:t xml:space="preserve"> going</w:t>
      </w:r>
      <w:r>
        <w:t xml:space="preserve"> to</w:t>
      </w:r>
      <w:r>
        <w:t xml:space="preserve"> hire</w:t>
      </w:r>
      <w:r>
        <w:t xml:space="preserve"> someone.</w:t>
        <w:br/>
        <w:t>很快会请，我保证</w:t>
        <w:br/>
        <w:t>Soon.</w:t>
      </w:r>
      <w:r>
        <w:t xml:space="preserve"> I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  <w:r>
        <w:t xml:space="preserve"> promise.</w:t>
        <w:br/>
        <w:t>一小时后再来找我</w:t>
        <w:br/>
        <w:t>Just</w:t>
      </w:r>
      <w:r>
        <w:t xml:space="preserve"> come</w:t>
      </w:r>
      <w:r>
        <w:t xml:space="preserve"> check</w:t>
      </w:r>
      <w:r>
        <w:t xml:space="preserve"> on</w:t>
      </w:r>
      <w:r>
        <w:t xml:space="preserve"> me</w:t>
      </w:r>
      <w:r>
        <w:t xml:space="preserve"> in</w:t>
      </w:r>
      <w:r>
        <w:t xml:space="preserve"> an</w:t>
      </w:r>
      <w:r>
        <w:t xml:space="preserve"> hour,</w:t>
        <w:br/>
        <w:t>确保我没被这堆文件淹没就好</w:t>
        <w:br/>
        <w:t>make</w:t>
      </w:r>
      <w:r>
        <w:t xml:space="preserve"> sure</w:t>
      </w:r>
      <w:r>
        <w:t xml:space="preserve"> I</w:t>
      </w:r>
      <w:r>
        <w:t xml:space="preserve"> haven't</w:t>
      </w:r>
      <w:r>
        <w:t xml:space="preserve"> drowned</w:t>
      </w:r>
      <w:r>
        <w:t xml:space="preserve"> in</w:t>
      </w:r>
      <w:r>
        <w:t xml:space="preserve"> this</w:t>
      </w:r>
      <w:r>
        <w:t xml:space="preserve"> stuff.</w:t>
        <w:br/>
        <w:t>好，我会的</w:t>
        <w:br/>
        <w:t>Okay.</w:t>
      </w:r>
      <w:r>
        <w:t xml:space="preserve"> Will</w:t>
      </w:r>
      <w:r>
        <w:t xml:space="preserve"> do.</w:t>
        <w:br/>
        <w:t>谢谢你，Kylie</w:t>
        <w:br/>
        <w:t>Thank</w:t>
      </w:r>
      <w:r>
        <w:t xml:space="preserve"> you,</w:t>
      </w:r>
      <w:r>
        <w:t xml:space="preserve"> Kylie.</w:t>
        <w:br/>
        <w:t>-你不必做这些的</w:t>
      </w:r>
      <w:r>
        <w:t xml:space="preserve"> -没事，副区长</w:t>
        <w:br/>
        <w:t>-You</w:t>
      </w:r>
      <w:r>
        <w:t xml:space="preserve"> should</w:t>
      </w:r>
      <w:r>
        <w:t xml:space="preserve"> not</w:t>
      </w:r>
      <w:r>
        <w:t xml:space="preserve"> have</w:t>
      </w:r>
      <w:r>
        <w:t xml:space="preserve"> to</w:t>
      </w:r>
      <w:r>
        <w:t xml:space="preserve"> do</w:t>
      </w:r>
      <w:r>
        <w:t xml:space="preserve"> this.</w:t>
      </w:r>
      <w:r>
        <w:t xml:space="preserve"> -It's</w:t>
      </w:r>
      <w:r>
        <w:t xml:space="preserve"> no</w:t>
      </w:r>
      <w:r>
        <w:t xml:space="preserve"> problem,</w:t>
      </w:r>
      <w:r>
        <w:t xml:space="preserve"> Chief.</w:t>
        <w:br/>
        <w:t>46分局的妹妹</w:t>
        <w:br/>
        <w:t>My</w:t>
      </w:r>
      <w:r>
        <w:t xml:space="preserve"> little</w:t>
      </w:r>
      <w:r>
        <w:t xml:space="preserve"> sis</w:t>
      </w:r>
      <w:r>
        <w:t xml:space="preserve"> from</w:t>
      </w:r>
      <w:r>
        <w:t xml:space="preserve"> 46.</w:t>
        <w:br/>
        <w:t>你惹上什么麻烦了</w:t>
        <w:br/>
        <w:t>What</w:t>
      </w:r>
      <w:r>
        <w:t xml:space="preserve"> kinda</w:t>
      </w:r>
      <w:r>
        <w:t xml:space="preserve"> trouble</w:t>
      </w:r>
      <w:r>
        <w:t xml:space="preserve"> you</w:t>
      </w:r>
      <w:r>
        <w:t xml:space="preserve"> getting</w:t>
      </w:r>
      <w:r>
        <w:t xml:space="preserve"> into?</w:t>
        <w:br/>
        <w:t>你好，Gibson</w:t>
        <w:br/>
        <w:t>What's</w:t>
      </w:r>
      <w:r>
        <w:t xml:space="preserve"> up,</w:t>
      </w:r>
      <w:r>
        <w:t xml:space="preserve"> Gibson.</w:t>
        <w:br/>
        <w:t>副区长还没请助理</w:t>
        <w:br/>
        <w:t>Chief</w:t>
      </w:r>
      <w:r>
        <w:t xml:space="preserve"> still</w:t>
      </w:r>
      <w:r>
        <w:t xml:space="preserve"> hasn't</w:t>
      </w:r>
      <w:r>
        <w:t xml:space="preserve"> hired</w:t>
      </w:r>
      <w:r>
        <w:t xml:space="preserve"> an</w:t>
      </w:r>
      <w:r>
        <w:t xml:space="preserve"> assistant,</w:t>
        <w:br/>
        <w:t>所以公文堆积如山</w:t>
        <w:br/>
        <w:t>so</w:t>
      </w:r>
      <w:r>
        <w:t xml:space="preserve"> stuff</w:t>
      </w:r>
      <w:r>
        <w:t xml:space="preserve"> has</w:t>
      </w:r>
      <w:r>
        <w:t xml:space="preserve"> been</w:t>
      </w:r>
      <w:r>
        <w:t xml:space="preserve"> piling</w:t>
      </w:r>
      <w:r>
        <w:t xml:space="preserve"> up.</w:t>
        <w:br/>
        <w:t>你是消防员，不是行政助理了</w:t>
        <w:br/>
        <w:t>Well,</w:t>
      </w:r>
      <w:r>
        <w:t xml:space="preserve"> I</w:t>
      </w:r>
      <w:r>
        <w:t xml:space="preserve"> mean,</w:t>
      </w:r>
      <w:r>
        <w:t xml:space="preserve"> you're</w:t>
      </w:r>
      <w:r>
        <w:t xml:space="preserve"> a</w:t>
      </w:r>
      <w:r>
        <w:t xml:space="preserve"> firefighter,</w:t>
      </w:r>
      <w:r>
        <w:t xml:space="preserve"> not</w:t>
      </w:r>
      <w:r>
        <w:t xml:space="preserve"> an</w:t>
      </w:r>
      <w:r>
        <w:t xml:space="preserve"> admin</w:t>
      </w:r>
      <w:r>
        <w:t xml:space="preserve"> assistant.</w:t>
        <w:br/>
        <w:t>我知道…</w:t>
        <w:br/>
        <w:t>I</w:t>
      </w:r>
      <w:r>
        <w:t xml:space="preserve"> know...</w:t>
        <w:br/>
        <w:t>但我听说设备更新和事故报告…</w:t>
        <w:br/>
        <w:t>But</w:t>
      </w:r>
      <w:r>
        <w:t xml:space="preserve"> I</w:t>
      </w:r>
      <w:r>
        <w:t xml:space="preserve"> heard</w:t>
      </w:r>
      <w:r>
        <w:t xml:space="preserve"> that</w:t>
      </w:r>
      <w:r>
        <w:t xml:space="preserve"> equipment</w:t>
      </w:r>
      <w:r>
        <w:t xml:space="preserve"> updates</w:t>
      </w:r>
      <w:r>
        <w:t xml:space="preserve"> and</w:t>
      </w:r>
      <w:r>
        <w:t xml:space="preserve"> incident</w:t>
      </w:r>
      <w:r>
        <w:t xml:space="preserve"> reports</w:t>
      </w:r>
      <w:r>
        <w:t xml:space="preserve"> were,</w:t>
      </w:r>
      <w:r>
        <w:t xml:space="preserve"> like,</w:t>
        <w:br/>
        <w:t>都拖了好几个月</w:t>
        <w:br/>
        <w:t>months</w:t>
      </w:r>
      <w:r>
        <w:t xml:space="preserve"> behind,</w:t>
        <w:br/>
        <w:t>我心想我就来帮忙处理一下好了</w:t>
        <w:br/>
        <w:t>so</w:t>
      </w:r>
      <w:r>
        <w:t xml:space="preserve"> I</w:t>
      </w:r>
      <w:r>
        <w:t xml:space="preserve"> figured</w:t>
      </w:r>
      <w:r>
        <w:t xml:space="preserve"> I'd</w:t>
      </w:r>
      <w:r>
        <w:t xml:space="preserve"> get</w:t>
      </w:r>
      <w:r>
        <w:t xml:space="preserve"> it</w:t>
      </w:r>
      <w:r>
        <w:t xml:space="preserve"> all</w:t>
      </w:r>
      <w:r>
        <w:t xml:space="preserve"> on</w:t>
      </w:r>
      <w:r>
        <w:t xml:space="preserve"> track.</w:t>
        <w:br/>
        <w:t>你就是忍&amp;hearts;不住想跑来51分局，对吧</w:t>
        <w:br/>
        <w:t>You</w:t>
      </w:r>
      <w:r>
        <w:t xml:space="preserve"> just</w:t>
      </w:r>
      <w:r>
        <w:t xml:space="preserve"> can't</w:t>
      </w:r>
      <w:r>
        <w:t xml:space="preserve"> stay</w:t>
      </w:r>
      <w:r>
        <w:t xml:space="preserve"> away</w:t>
      </w:r>
      <w:r>
        <w:t xml:space="preserve"> from</w:t>
      </w:r>
      <w:r>
        <w:t xml:space="preserve"> 51,</w:t>
      </w:r>
      <w:r>
        <w:t xml:space="preserve"> can</w:t>
      </w:r>
      <w:r>
        <w:t xml:space="preserve"> you?</w:t>
        <w:br/>
        <w:t>我确实很想念这里</w:t>
        <w:br/>
        <w:t>I</w:t>
      </w:r>
      <w:r>
        <w:t xml:space="preserve"> do</w:t>
      </w:r>
      <w:r>
        <w:t xml:space="preserve"> miss</w:t>
      </w:r>
      <w:r>
        <w:t xml:space="preserve"> it.</w:t>
        <w:br/>
        <w:t>46云梯小队的一切还好吗</w:t>
        <w:br/>
        <w:t>Is</w:t>
      </w:r>
      <w:r>
        <w:t xml:space="preserve"> everything</w:t>
      </w:r>
      <w:r>
        <w:t xml:space="preserve"> okay</w:t>
      </w:r>
      <w:r>
        <w:t xml:space="preserve"> on</w:t>
      </w:r>
      <w:r>
        <w:t xml:space="preserve"> Truck</w:t>
      </w:r>
      <w:r>
        <w:t xml:space="preserve"> 46?</w:t>
        <w:br/>
        <w:t>还好</w:t>
        <w:br/>
        <w:t>Oh,</w:t>
      </w:r>
      <w:r>
        <w:t xml:space="preserve"> yeah.</w:t>
        <w:br/>
        <w:t>很不错</w:t>
        <w:br/>
        <w:t>It's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t xml:space="preserve"> great.</w:t>
        <w:br/>
        <w:t>当然没有你在时那么好</w:t>
        <w:br/>
        <w:t>I</w:t>
      </w:r>
      <w:r>
        <w:t xml:space="preserve"> mean,</w:t>
      </w:r>
      <w:r>
        <w:t xml:space="preserve"> not</w:t>
      </w:r>
      <w:r>
        <w:t xml:space="preserve"> as</w:t>
      </w:r>
      <w:r>
        <w:t xml:space="preserve"> great</w:t>
      </w:r>
      <w:r>
        <w:t xml:space="preserve"> as</w:t>
      </w:r>
      <w:r>
        <w:t xml:space="preserve"> when</w:t>
      </w:r>
      <w:r>
        <w:t xml:space="preserve"> you</w:t>
      </w:r>
      <w:r>
        <w:t xml:space="preserve"> were</w:t>
      </w:r>
      <w:r>
        <w:t xml:space="preserve"> there,</w:t>
      </w:r>
      <w:r>
        <w:t xml:space="preserve"> obviously.</w:t>
        <w:br/>
        <w:t>当然了</w:t>
        <w:br/>
        <w:t>Obviously.</w:t>
        <w:br/>
        <w:t>你在51分局快乐吗</w:t>
        <w:br/>
        <w:t>You</w:t>
      </w:r>
      <w:r>
        <w:t xml:space="preserve"> happy</w:t>
      </w:r>
      <w:r>
        <w:t xml:space="preserve"> at</w:t>
      </w:r>
      <w:r>
        <w:t xml:space="preserve"> 51?</w:t>
        <w:br/>
        <w:t>快乐</w:t>
        <w:br/>
        <w:t>Yeah.</w:t>
        <w:br/>
        <w:t>非常快乐</w:t>
        <w:br/>
        <w:t>Very.</w:t>
        <w:br/>
        <w:t>对，这里最棒了</w:t>
        <w:br/>
        <w:t>Yeah,</w:t>
      </w:r>
      <w:r>
        <w:t xml:space="preserve"> it's</w:t>
      </w:r>
      <w:r>
        <w:t xml:space="preserve"> the</w:t>
      </w:r>
      <w:r>
        <w:t xml:space="preserve"> best.</w:t>
        <w:br/>
        <w:t>但我很高兴能加入46云梯小队</w:t>
        <w:br/>
        <w:t>But</w:t>
      </w:r>
      <w:r>
        <w:t xml:space="preserve"> I'm</w:t>
      </w:r>
      <w:r>
        <w:t xml:space="preserve"> glad</w:t>
      </w:r>
      <w:r>
        <w:t xml:space="preserve"> I'm</w:t>
      </w:r>
      <w:r>
        <w:t xml:space="preserve"> on</w:t>
      </w:r>
      <w:r>
        <w:t xml:space="preserve"> Truck</w:t>
      </w:r>
      <w:r>
        <w:t xml:space="preserve"> 46.</w:t>
        <w:br/>
        <w:t>走自己的路是对的选择</w:t>
        <w:br/>
        <w:t>Starting</w:t>
      </w:r>
      <w:r>
        <w:t xml:space="preserve"> out</w:t>
      </w:r>
      <w:r>
        <w:t xml:space="preserve"> on</w:t>
      </w:r>
      <w:r>
        <w:t xml:space="preserve"> my</w:t>
      </w:r>
      <w:r>
        <w:t xml:space="preserve"> own</w:t>
      </w:r>
      <w:r>
        <w:t xml:space="preserve"> 2</w:t>
      </w:r>
      <w:r>
        <w:t xml:space="preserve"> feet</w:t>
      </w:r>
      <w:r>
        <w:t xml:space="preserve"> was</w:t>
      </w:r>
      <w:r>
        <w:t xml:space="preserve"> the</w:t>
      </w:r>
      <w:r>
        <w:t xml:space="preserve"> right</w:t>
      </w:r>
      <w:r>
        <w:t xml:space="preserve"> thing.</w:t>
        <w:br/>
        <w:t>我不能坐在这里看你一个人忙</w:t>
        <w:br/>
        <w:t>Well,</w:t>
      </w:r>
      <w:r>
        <w:t xml:space="preserve"> I</w:t>
      </w:r>
      <w:r>
        <w:t xml:space="preserve"> can't</w:t>
      </w:r>
      <w:r>
        <w:t xml:space="preserve"> just</w:t>
      </w:r>
      <w:r>
        <w:t xml:space="preserve"> sit</w:t>
      </w:r>
      <w:r>
        <w:t xml:space="preserve"> here</w:t>
      </w:r>
      <w:r>
        <w:t xml:space="preserve"> and</w:t>
      </w:r>
      <w:r>
        <w:t xml:space="preserve"> watch</w:t>
      </w:r>
      <w:r>
        <w:t xml:space="preserve"> you</w:t>
      </w:r>
      <w:r>
        <w:t xml:space="preserve"> attack</w:t>
      </w:r>
      <w:r>
        <w:t xml:space="preserve"> this</w:t>
      </w:r>
      <w:r>
        <w:t xml:space="preserve"> thing</w:t>
      </w:r>
      <w:r>
        <w:t xml:space="preserve"> solo.</w:t>
        <w:br/>
        <w:t>跟我说我能怎么帮你</w:t>
        <w:br/>
        <w:t>Tell</w:t>
      </w:r>
      <w:r>
        <w:t xml:space="preserve"> me</w:t>
      </w:r>
      <w:r>
        <w:t xml:space="preserve"> how</w:t>
      </w:r>
      <w:r>
        <w:t xml:space="preserve"> I</w:t>
      </w:r>
      <w:r>
        <w:t xml:space="preserve"> can</w:t>
      </w:r>
      <w:r>
        <w:t xml:space="preserve"> help.</w:t>
        <w:br/>
        <w:t>也许你能用有趣的方式宣布消息</w:t>
        <w:br/>
        <w:t>Maybe</w:t>
      </w:r>
      <w:r>
        <w:t xml:space="preserve"> you</w:t>
      </w:r>
      <w:r>
        <w:t xml:space="preserve"> could</w:t>
      </w:r>
      <w:r>
        <w:t xml:space="preserve"> break</w:t>
      </w:r>
      <w:r>
        <w:t xml:space="preserve"> the</w:t>
      </w:r>
      <w:r>
        <w:t xml:space="preserve"> news</w:t>
      </w:r>
      <w:r>
        <w:t xml:space="preserve"> in</w:t>
      </w:r>
      <w:r>
        <w:t xml:space="preserve"> a</w:t>
      </w:r>
      <w:r>
        <w:t xml:space="preserve"> fun</w:t>
      </w:r>
      <w:r>
        <w:t xml:space="preserve"> way.</w:t>
        <w:br/>
        <w:t>比如用双关语</w:t>
        <w:br/>
        <w:t>Throw</w:t>
      </w:r>
      <w:r>
        <w:t xml:space="preserve"> a</w:t>
      </w:r>
      <w:r>
        <w:t xml:space="preserve"> pun</w:t>
      </w:r>
      <w:r>
        <w:t xml:space="preserve"> in</w:t>
      </w:r>
      <w:r>
        <w:t xml:space="preserve"> there,</w:t>
      </w:r>
      <w:r>
        <w:t xml:space="preserve"> like,</w:t>
        <w:br/>
        <w:t>「你一定会如鱼得水」</w:t>
        <w:br/>
        <w:t>'Tanks</w:t>
      </w:r>
      <w:r>
        <w:t xml:space="preserve"> for</w:t>
      </w:r>
      <w:r>
        <w:t xml:space="preserve"> being</w:t>
      </w:r>
      <w:r>
        <w:t xml:space="preserve"> such</w:t>
      </w:r>
      <w:r>
        <w:t xml:space="preserve"> a</w:t>
      </w:r>
      <w:r>
        <w:t xml:space="preserve"> great</w:t>
      </w:r>
      <w:r>
        <w:t xml:space="preserve"> guy,'</w:t>
        <w:br/>
        <w:t>「猜猜我们要在哪里举&amp;hearts;行&amp;hearts;婚礼」</w:t>
        <w:br/>
        <w:t>'guess</w:t>
      </w:r>
      <w:r>
        <w:t xml:space="preserve"> where</w:t>
      </w:r>
      <w:r>
        <w:t xml:space="preserve"> our</w:t>
      </w:r>
      <w:r>
        <w:t xml:space="preserve"> wedding</w:t>
      </w:r>
      <w:r>
        <w:t xml:space="preserve"> will</w:t>
      </w:r>
      <w:r>
        <w:t xml:space="preserve"> be!'</w:t>
        <w:br/>
        <w:t>我想那帮不上忙</w:t>
        <w:br/>
        <w:t>Yeah,</w:t>
      </w:r>
      <w:r>
        <w:t xml:space="preserve"> I</w:t>
      </w:r>
      <w:r>
        <w:t xml:space="preserve"> don't</w:t>
      </w:r>
      <w:r>
        <w:t xml:space="preserve"> think</w:t>
      </w:r>
      <w:r>
        <w:t xml:space="preserve"> that'll</w:t>
      </w:r>
      <w:r>
        <w:t xml:space="preserve"> help.</w:t>
        <w:br/>
        <w:t>或「我们放松点」</w:t>
        <w:br/>
        <w:t>Or</w:t>
      </w:r>
      <w:r>
        <w:t xml:space="preserve"> 'let's</w:t>
      </w:r>
      <w:r>
        <w:t xml:space="preserve"> tank</w:t>
      </w:r>
      <w:r>
        <w:t xml:space="preserve"> it</w:t>
      </w:r>
      <w:r>
        <w:t xml:space="preserve"> easy...'</w:t>
        <w:br/>
        <w:t>「在水族店举&amp;hearts;行&amp;hearts;婚礼吧」</w:t>
        <w:br/>
        <w:t>'and</w:t>
      </w:r>
      <w:r>
        <w:t xml:space="preserve"> have</w:t>
      </w:r>
      <w:r>
        <w:t xml:space="preserve"> the</w:t>
      </w:r>
      <w:r>
        <w:t xml:space="preserve"> wedding</w:t>
      </w:r>
      <w:r>
        <w:t xml:space="preserve"> at</w:t>
      </w:r>
      <w:r>
        <w:t xml:space="preserve"> a</w:t>
      </w:r>
      <w:r>
        <w:t xml:space="preserve"> fish</w:t>
      </w:r>
      <w:r>
        <w:t xml:space="preserve"> store.'</w:t>
        <w:br/>
        <w:t>面对现实吧，无论怎么对Matt说</w:t>
        <w:br/>
        <w:t>Oh,</w:t>
      </w:r>
      <w:r>
        <w:t xml:space="preserve"> let's</w:t>
      </w:r>
      <w:r>
        <w:t xml:space="preserve"> face</w:t>
      </w:r>
      <w:r>
        <w:t xml:space="preserve"> it,</w:t>
      </w:r>
      <w:r>
        <w:t xml:space="preserve"> there's</w:t>
      </w:r>
      <w:r>
        <w:t xml:space="preserve"> no</w:t>
      </w:r>
      <w:r>
        <w:t xml:space="preserve"> good</w:t>
      </w:r>
      <w:r>
        <w:t xml:space="preserve"> way...</w:t>
        <w:br/>
        <w:t>这都是一场灾难</w:t>
        <w:br/>
        <w:t>to</w:t>
      </w:r>
      <w:r>
        <w:t xml:space="preserve"> tell</w:t>
      </w:r>
      <w:r>
        <w:t xml:space="preserve"> Matt</w:t>
      </w:r>
      <w:r>
        <w:t xml:space="preserve"> about</w:t>
      </w:r>
      <w:r>
        <w:t xml:space="preserve"> this</w:t>
      </w:r>
      <w:r>
        <w:t xml:space="preserve"> disaster.</w:t>
        <w:br/>
        <w:t>-Matt</w:t>
      </w:r>
      <w:r>
        <w:t xml:space="preserve"> -你好</w:t>
        <w:br/>
        <w:t>-Matt!</w:t>
      </w:r>
      <w:r>
        <w:t xml:space="preserve"> -Hi.</w:t>
        <w:br/>
        <w:t>-很高兴见到你，Casey</w:t>
      </w:r>
      <w:r>
        <w:t xml:space="preserve"> -你好</w:t>
        <w:br/>
        <w:t>-Great</w:t>
      </w:r>
      <w:r>
        <w:t xml:space="preserve"> to</w:t>
      </w:r>
      <w:r>
        <w:t xml:space="preserve"> see</w:t>
      </w:r>
      <w:r>
        <w:t xml:space="preserve"> you,</w:t>
      </w:r>
      <w:r>
        <w:t xml:space="preserve"> Casey.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  <w:r>
        <w:t xml:space="preserve"> -Hey.</w:t>
        <w:br/>
        <w:t>你好，分队长</w:t>
        <w:br/>
        <w:t>Hey,</w:t>
      </w:r>
      <w:r>
        <w:t xml:space="preserve"> Captain.</w:t>
        <w:br/>
        <w:t>回来的感觉很棒</w:t>
        <w:br/>
        <w:t>Great</w:t>
      </w:r>
      <w:r>
        <w:t xml:space="preserve"> to</w:t>
      </w:r>
      <w:r>
        <w:t xml:space="preserve"> be</w:t>
      </w:r>
      <w:r>
        <w:t xml:space="preserve"> here.</w:t>
        <w:br/>
        <w:t>那么…</w:t>
        <w:br/>
        <w:t>So...</w:t>
        <w:br/>
        <w:t>有什么灾难要跟我说吗</w:t>
        <w:br/>
        <w:t>is</w:t>
      </w:r>
      <w:r>
        <w:t xml:space="preserve"> there</w:t>
      </w:r>
      <w:r>
        <w:t xml:space="preserve"> a</w:t>
      </w:r>
      <w:r>
        <w:t xml:space="preserve"> disaster</w:t>
      </w:r>
      <w:r>
        <w:t xml:space="preserve"> I</w:t>
      </w:r>
      <w:r>
        <w:t xml:space="preserve"> need</w:t>
      </w:r>
      <w:r>
        <w:t xml:space="preserve"> to</w:t>
      </w:r>
      <w:r>
        <w:t xml:space="preserve"> know</w:t>
      </w:r>
      <w:r>
        <w:t xml:space="preserve"> about?</w:t>
        <w:br/>
        <w:t>你一定会如鱼得水</w:t>
        <w:br/>
        <w:t>Tanks</w:t>
      </w:r>
      <w:r>
        <w:t xml:space="preserve"> for</w:t>
      </w:r>
      <w:r>
        <w:t xml:space="preserve"> being</w:t>
      </w:r>
      <w:r>
        <w:t xml:space="preserve"> a</w:t>
      </w:r>
      <w:r>
        <w:t xml:space="preserve"> great</w:t>
      </w:r>
      <w:r>
        <w:t xml:space="preserve"> guy.</w:t>
        <w:br/>
        <w:t>也算不上是一场灾难</w:t>
        <w:br/>
        <w:t>It's</w:t>
      </w:r>
      <w:r>
        <w:t xml:space="preserve"> not</w:t>
      </w:r>
      <w:r>
        <w:t xml:space="preserve"> a</w:t>
      </w:r>
      <w:r>
        <w:t xml:space="preserve"> disaster,</w:t>
      </w:r>
      <w:r>
        <w:t xml:space="preserve"> per</w:t>
      </w:r>
      <w:r>
        <w:t xml:space="preserve"> se.</w:t>
        <w:br/>
        <w:t>只是…</w:t>
        <w:br/>
        <w:t>It's</w:t>
      </w:r>
      <w:r>
        <w:t xml:space="preserve"> just...</w:t>
        <w:br/>
        <w:t>你们不是在水族馆结婚</w:t>
        <w:br/>
        <w:t>you're</w:t>
      </w:r>
      <w:r>
        <w:t xml:space="preserve"> not</w:t>
      </w:r>
      <w:r>
        <w:t xml:space="preserve"> getting</w:t>
      </w:r>
      <w:r>
        <w:t xml:space="preserve"> married</w:t>
      </w:r>
      <w:r>
        <w:t xml:space="preserve"> at</w:t>
      </w:r>
      <w:r>
        <w:t xml:space="preserve"> an</w:t>
      </w:r>
      <w:r>
        <w:t xml:space="preserve"> aquarium.</w:t>
        <w:br/>
        <w:t>那里比较像是水族设备店</w:t>
        <w:br/>
        <w:t>It's</w:t>
      </w:r>
      <w:r>
        <w:t xml:space="preserve"> more</w:t>
      </w:r>
      <w:r>
        <w:t xml:space="preserve"> an</w:t>
      </w:r>
      <w:r>
        <w:t xml:space="preserve"> aquarium</w:t>
      </w:r>
      <w:r>
        <w:t xml:space="preserve"> supply</w:t>
      </w:r>
      <w:r>
        <w:t xml:space="preserve"> store.</w:t>
        <w:br/>
        <w:t>很抱歉，我错信Tony，结果…</w:t>
        <w:br/>
        <w:t>I'm</w:t>
      </w:r>
      <w:r>
        <w:t xml:space="preserve"> so</w:t>
      </w:r>
      <w:r>
        <w:t xml:space="preserve"> sorry,</w:t>
      </w:r>
      <w:r>
        <w:t xml:space="preserve"> for</w:t>
      </w:r>
      <w:r>
        <w:t xml:space="preserve"> some</w:t>
      </w:r>
      <w:r>
        <w:t xml:space="preserve"> reason</w:t>
      </w:r>
      <w:r>
        <w:t xml:space="preserve"> I</w:t>
      </w:r>
      <w:r>
        <w:t xml:space="preserve"> trusted</w:t>
      </w:r>
      <w:r>
        <w:t xml:space="preserve"> Tony,</w:t>
      </w:r>
      <w:r>
        <w:t xml:space="preserve"> and...</w:t>
        <w:br/>
        <w:t>没事…</w:t>
        <w:br/>
        <w:t>Oh,</w:t>
      </w:r>
      <w:r>
        <w:t xml:space="preserve"> hey...</w:t>
        <w:br/>
        <w:t>我不知道你怎会把婚礼托付给Tony</w:t>
        <w:br/>
        <w:t>I</w:t>
      </w:r>
      <w:r>
        <w:t xml:space="preserve"> don't</w:t>
      </w:r>
      <w:r>
        <w:t xml:space="preserve"> know</w:t>
      </w:r>
      <w:r>
        <w:t xml:space="preserve"> why</w:t>
      </w:r>
      <w:r>
        <w:t xml:space="preserve"> you'd</w:t>
      </w:r>
      <w:r>
        <w:t xml:space="preserve"> trust</w:t>
      </w:r>
      <w:r>
        <w:t xml:space="preserve"> Tony</w:t>
      </w:r>
      <w:r>
        <w:t xml:space="preserve"> with</w:t>
      </w:r>
      <w:r>
        <w:t xml:space="preserve"> a</w:t>
      </w:r>
      <w:r>
        <w:t xml:space="preserve"> wedding,</w:t>
        <w:br/>
        <w:t>但我不在乎在哪里结婚，Sylvie</w:t>
        <w:br/>
        <w:t>but</w:t>
      </w:r>
      <w:r>
        <w:t xml:space="preserve"> I</w:t>
      </w:r>
      <w:r>
        <w:t xml:space="preserve"> don't</w:t>
      </w:r>
      <w:r>
        <w:t xml:space="preserve"> care</w:t>
      </w:r>
      <w:r>
        <w:t xml:space="preserve"> where</w:t>
      </w:r>
      <w:r>
        <w:t xml:space="preserve"> we</w:t>
      </w:r>
      <w:r>
        <w:t xml:space="preserve"> get</w:t>
      </w:r>
      <w:r>
        <w:t xml:space="preserve"> married,</w:t>
      </w:r>
      <w:r>
        <w:t xml:space="preserve"> Sylvie.</w:t>
        <w:br/>
        <w:t>只要是你和我结婚就好</w:t>
        <w:br/>
        <w:t>As</w:t>
      </w:r>
      <w:r>
        <w:t xml:space="preserve"> long</w:t>
      </w:r>
      <w:r>
        <w:t xml:space="preserve"> as</w:t>
      </w:r>
      <w:r>
        <w:t xml:space="preserve"> it's</w:t>
      </w:r>
      <w:r>
        <w:t xml:space="preserve"> you</w:t>
      </w:r>
      <w:r>
        <w:t xml:space="preserve"> and</w:t>
      </w:r>
      <w:r>
        <w:t xml:space="preserve"> me</w:t>
      </w:r>
      <w:r>
        <w:t xml:space="preserve"> there,</w:t>
      </w:r>
      <w:r>
        <w:t xml:space="preserve"> we're</w:t>
      </w:r>
      <w:r>
        <w:t xml:space="preserve"> all</w:t>
      </w:r>
      <w:r>
        <w:t xml:space="preserve"> good.</w:t>
        <w:br/>
        <w:t>Mouch，救我</w:t>
        <w:br/>
        <w:t>Mouch,</w:t>
      </w:r>
      <w:r>
        <w:t xml:space="preserve"> help</w:t>
      </w:r>
      <w:r>
        <w:t xml:space="preserve"> me!</w:t>
        <w:br/>
        <w:t>-我儿子不能呼吸了</w:t>
      </w:r>
      <w:r>
        <w:t xml:space="preserve"> -怎么了</w:t>
        <w:br/>
        <w:t>-My</w:t>
      </w:r>
      <w:r>
        <w:t xml:space="preserve"> boy</w:t>
      </w:r>
      <w:r>
        <w:t xml:space="preserve"> can't</w:t>
      </w:r>
      <w:r>
        <w:t xml:space="preserve"> breathe!</w:t>
      </w:r>
      <w:r>
        <w:t xml:space="preserve"> -What</w:t>
      </w:r>
      <w:r>
        <w:t xml:space="preserve"> happened?</w:t>
        <w:br/>
        <w:t>他在客厅里玩玩具车</w:t>
        <w:br/>
        <w:t>He</w:t>
      </w:r>
      <w:r>
        <w:t xml:space="preserve"> was</w:t>
      </w:r>
      <w:r>
        <w:t xml:space="preserve"> in</w:t>
      </w:r>
      <w:r>
        <w:t xml:space="preserve"> the</w:t>
      </w:r>
      <w:r>
        <w:t xml:space="preserve"> living</w:t>
      </w:r>
      <w:r>
        <w:t xml:space="preserve"> room</w:t>
      </w:r>
      <w:r>
        <w:t xml:space="preserve"> playing</w:t>
      </w:r>
      <w:r>
        <w:t xml:space="preserve"> with</w:t>
      </w:r>
      <w:r>
        <w:t xml:space="preserve"> his</w:t>
      </w:r>
      <w:r>
        <w:t xml:space="preserve"> cars,</w:t>
        <w:br/>
        <w:t>突然间就发出窒息的声音</w:t>
        <w:br/>
        <w:t>and</w:t>
      </w:r>
      <w:r>
        <w:t xml:space="preserve"> all</w:t>
      </w:r>
      <w:r>
        <w:t xml:space="preserve"> of</w:t>
      </w:r>
      <w:r>
        <w:t xml:space="preserve"> a</w:t>
      </w:r>
      <w:r>
        <w:t xml:space="preserve"> sudden,</w:t>
      </w:r>
      <w:r>
        <w:t xml:space="preserve"> he</w:t>
      </w:r>
      <w:r>
        <w:t xml:space="preserve"> started</w:t>
      </w:r>
      <w:r>
        <w:t xml:space="preserve"> making</w:t>
      </w:r>
      <w:r>
        <w:t xml:space="preserve"> these</w:t>
      </w:r>
      <w:r>
        <w:t xml:space="preserve"> choking</w:t>
      </w:r>
      <w:r>
        <w:t xml:space="preserve"> sounds.</w:t>
        <w:br/>
        <w:t>-我去拿急救袋</w:t>
      </w:r>
      <w:r>
        <w:t xml:space="preserve"> -Manny</w:t>
        <w:br/>
        <w:t>-I'll</w:t>
      </w:r>
      <w:r>
        <w:t xml:space="preserve"> get</w:t>
      </w:r>
      <w:r>
        <w:t xml:space="preserve"> the</w:t>
      </w:r>
      <w:r>
        <w:t xml:space="preserve"> jump</w:t>
      </w:r>
      <w:r>
        <w:t xml:space="preserve"> bag.</w:t>
      </w:r>
      <w:r>
        <w:t xml:space="preserve"> -Manny...</w:t>
        <w:br/>
        <w:t>把这条毛巾垫在你头底下</w:t>
        <w:br/>
        <w:t>Let's</w:t>
      </w:r>
      <w:r>
        <w:t xml:space="preserve"> get</w:t>
      </w:r>
      <w:r>
        <w:t xml:space="preserve"> this</w:t>
      </w:r>
      <w:r>
        <w:t xml:space="preserve"> towel</w:t>
      </w:r>
      <w:r>
        <w:t xml:space="preserve"> placed</w:t>
      </w:r>
      <w:r>
        <w:t xml:space="preserve"> under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  <w:r>
        <w:t xml:space="preserve"> you.</w:t>
        <w:br/>
        <w:t>Manny，看着我</w:t>
        <w:br/>
        <w:t>Manny</w:t>
      </w:r>
      <w:r>
        <w:t xml:space="preserve"> look</w:t>
      </w:r>
      <w:r>
        <w:t xml:space="preserve"> at</w:t>
      </w:r>
      <w:r>
        <w:t xml:space="preserve"> me.</w:t>
        <w:br/>
        <w:t>有我们在，Manny</w:t>
        <w:br/>
        <w:t>We</w:t>
      </w:r>
      <w:r>
        <w:t xml:space="preserve"> got</w:t>
      </w:r>
      <w:r>
        <w:t xml:space="preserve"> you</w:t>
      </w:r>
      <w:r>
        <w:t xml:space="preserve"> Manny,</w:t>
      </w:r>
      <w:r>
        <w:t xml:space="preserve"> okay?</w:t>
        <w:br/>
        <w:t>看着我，兄弟，你还好吗</w:t>
        <w:br/>
        <w:t>Look</w:t>
      </w:r>
      <w:r>
        <w:t xml:space="preserve"> at</w:t>
      </w:r>
      <w:r>
        <w:t xml:space="preserve"> me,</w:t>
      </w:r>
      <w:r>
        <w:t xml:space="preserve"> buddy.</w:t>
      </w:r>
      <w:r>
        <w:t xml:space="preserve"> You</w:t>
      </w:r>
      <w:r>
        <w:t xml:space="preserve"> all</w:t>
      </w:r>
      <w:r>
        <w:t xml:space="preserve"> right?</w:t>
        <w:br/>
        <w:t>他们住在这条街上</w:t>
        <w:br/>
        <w:t>They</w:t>
      </w:r>
      <w:r>
        <w:t xml:space="preserve"> live</w:t>
      </w:r>
      <w:r>
        <w:t xml:space="preserve"> down</w:t>
      </w:r>
      <w:r>
        <w:t xml:space="preserve"> the</w:t>
      </w:r>
      <w:r>
        <w:t xml:space="preserve"> street,</w:t>
        <w:br/>
        <w:t>Manny常来看消防车</w:t>
        <w:br/>
        <w:t>Manny</w:t>
      </w:r>
      <w:r>
        <w:t xml:space="preserve"> comes</w:t>
      </w:r>
      <w:r>
        <w:t xml:space="preserve"> by</w:t>
      </w:r>
      <w:r>
        <w:t xml:space="preserve"> to</w:t>
      </w:r>
      <w:r>
        <w:t xml:space="preserve"> see</w:t>
      </w:r>
      <w:r>
        <w:t xml:space="preserve"> the</w:t>
      </w:r>
      <w:r>
        <w:t xml:space="preserve"> fire</w:t>
      </w:r>
      <w:r>
        <w:t xml:space="preserve"> trucks</w:t>
      </w:r>
      <w:r>
        <w:t xml:space="preserve"> all</w:t>
      </w:r>
      <w:r>
        <w:t xml:space="preserve"> the</w:t>
      </w:r>
      <w:r>
        <w:t xml:space="preserve"> time.</w:t>
        <w:br/>
        <w:t>我没看到有什么东西阻挡气管</w:t>
        <w:br/>
        <w:t>I</w:t>
      </w:r>
      <w:r>
        <w:t xml:space="preserve"> don't</w:t>
      </w:r>
      <w:r>
        <w:t xml:space="preserve"> see</w:t>
      </w:r>
      <w:r>
        <w:t xml:space="preserve"> anything</w:t>
      </w:r>
      <w:r>
        <w:t xml:space="preserve"> in</w:t>
      </w:r>
      <w:r>
        <w:t xml:space="preserve"> his</w:t>
      </w:r>
      <w:r>
        <w:t xml:space="preserve"> airway.</w:t>
        <w:br/>
        <w:t>我拍过他的背了</w:t>
        <w:br/>
        <w:t>I</w:t>
      </w:r>
      <w:r>
        <w:t xml:space="preserve"> hit</w:t>
      </w:r>
      <w:r>
        <w:t xml:space="preserve"> him</w:t>
      </w:r>
      <w:r>
        <w:t xml:space="preserve"> on</w:t>
      </w:r>
      <w:r>
        <w:t xml:space="preserve"> the</w:t>
      </w:r>
      <w:r>
        <w:t xml:space="preserve"> back,</w:t>
        <w:br/>
        <w:t>也试过哈姆立克法，什么都试了</w:t>
        <w:br/>
        <w:br/>
        <w:t>I</w:t>
      </w:r>
      <w:r>
        <w:t xml:space="preserve"> gave</w:t>
      </w:r>
      <w:r>
        <w:t xml:space="preserve"> him</w:t>
      </w:r>
      <w:r>
        <w:t xml:space="preserve"> the</w:t>
      </w:r>
      <w:r>
        <w:t xml:space="preserve"> Heimlich,</w:t>
      </w:r>
      <w:r>
        <w:t xml:space="preserve"> everything...</w:t>
        <w:br/>
        <w:t>啥也没用，他的情况越来越糟</w:t>
        <w:br/>
        <w:t>and</w:t>
      </w:r>
      <w:r>
        <w:t xml:space="preserve"> nothing's</w:t>
      </w:r>
      <w:r>
        <w:t xml:space="preserve"> working.</w:t>
      </w:r>
      <w:r>
        <w:t xml:space="preserve"> He</w:t>
      </w:r>
      <w:r>
        <w:t xml:space="preserve"> just</w:t>
      </w:r>
      <w:r>
        <w:t xml:space="preserve"> kept</w:t>
      </w:r>
      <w:r>
        <w:t xml:space="preserve"> getting</w:t>
      </w:r>
      <w:r>
        <w:t xml:space="preserve"> worse.</w:t>
        <w:br/>
        <w:t>他右侧鼻孔里有东西</w:t>
        <w:br/>
        <w:t>Yeah.</w:t>
      </w:r>
      <w:r>
        <w:t xml:space="preserve"> There's</w:t>
      </w:r>
      <w:r>
        <w:t xml:space="preserve"> something</w:t>
      </w:r>
      <w:r>
        <w:t xml:space="preserve"> in</w:t>
      </w:r>
      <w:r>
        <w:t xml:space="preserve"> his</w:t>
      </w:r>
      <w:r>
        <w:t xml:space="preserve"> right</w:t>
      </w:r>
      <w:r>
        <w:t xml:space="preserve"> nostril...</w:t>
        <w:br/>
        <w:t>那一定就是让他喉咙积液的原因</w:t>
        <w:br/>
        <w:t>That</w:t>
      </w:r>
      <w:r>
        <w:t xml:space="preserve"> must</w:t>
      </w:r>
      <w:r>
        <w:t xml:space="preserve"> be</w:t>
      </w:r>
      <w:r>
        <w:t xml:space="preserve"> what's</w:t>
      </w:r>
      <w:r>
        <w:t xml:space="preserve"> causing</w:t>
      </w:r>
      <w:r>
        <w:t xml:space="preserve"> the</w:t>
      </w:r>
      <w:r>
        <w:t xml:space="preserve"> fluid</w:t>
      </w:r>
      <w:r>
        <w:t xml:space="preserve"> buildup</w:t>
      </w:r>
      <w:r>
        <w:t xml:space="preserve"> in</w:t>
      </w:r>
      <w:r>
        <w:t xml:space="preserve"> his</w:t>
      </w:r>
      <w:r>
        <w:t xml:space="preserve"> throat.</w:t>
        <w:br/>
        <w:t>Anita，我要你对Manny做人工呼吸</w:t>
        <w:br/>
        <w:t>Okay,</w:t>
      </w:r>
      <w:r>
        <w:t xml:space="preserve"> Anita,</w:t>
      </w:r>
      <w:r>
        <w:t xml:space="preserve"> I'm</w:t>
      </w:r>
      <w:r>
        <w:t xml:space="preserve"> gonna</w:t>
      </w:r>
      <w:r>
        <w:t xml:space="preserve"> need</w:t>
      </w:r>
      <w:r>
        <w:t xml:space="preserve"> you</w:t>
      </w:r>
      <w:r>
        <w:t xml:space="preserve"> to</w:t>
      </w:r>
      <w:r>
        <w:t xml:space="preserve"> blow</w:t>
      </w:r>
      <w:r>
        <w:t xml:space="preserve"> into</w:t>
      </w:r>
      <w:r>
        <w:t xml:space="preserve"> Manny's</w:t>
      </w:r>
      <w:r>
        <w:t xml:space="preserve"> mouth</w:t>
        <w:br/>
        <w:t>但务必完全盖住他的嘴巴</w:t>
        <w:br/>
        <w:t>but</w:t>
      </w:r>
      <w:r>
        <w:t xml:space="preserve"> make</w:t>
      </w:r>
      <w:r>
        <w:t xml:space="preserve"> sure</w:t>
      </w:r>
      <w:r>
        <w:t xml:space="preserve"> you</w:t>
      </w:r>
      <w:r>
        <w:t xml:space="preserve"> cover</w:t>
      </w:r>
      <w:r>
        <w:t xml:space="preserve"> his</w:t>
      </w:r>
      <w:r>
        <w:t xml:space="preserve"> mouth</w:t>
      </w:r>
      <w:r>
        <w:t xml:space="preserve"> completely.</w:t>
        <w:br/>
        <w:t>-准备好了吗</w:t>
      </w:r>
      <w:r>
        <w:t xml:space="preserve"> -好</w:t>
        <w:br/>
        <w:t>-You</w:t>
      </w:r>
      <w:r>
        <w:t xml:space="preserve"> ready?</w:t>
      </w:r>
      <w:r>
        <w:t xml:space="preserve"> -Yes.</w:t>
        <w:br/>
        <w:t>来吧</w:t>
        <w:br/>
        <w:t>Okay.</w:t>
        <w:br/>
        <w:t>再来一次</w:t>
        <w:br/>
        <w:t>Again.</w:t>
        <w:br/>
        <w:t>Manny</w:t>
        <w:br/>
        <w:t>Manny?</w:t>
        <w:br/>
        <w:t>做得好，Mouch</w:t>
        <w:br/>
        <w:t>Nicely</w:t>
      </w:r>
      <w:r>
        <w:t xml:space="preserve"> done,</w:t>
      </w:r>
      <w:r>
        <w:t xml:space="preserve"> Mouch.</w:t>
        <w:br/>
        <w:t>谢天谢地</w:t>
        <w:br/>
        <w:t>Oh,</w:t>
      </w:r>
      <w:r>
        <w:t xml:space="preserve"> thank</w:t>
      </w:r>
      <w:r>
        <w:t xml:space="preserve"> God.</w:t>
        <w:br/>
        <w:t>这招就叫「妈妈的吻」</w:t>
        <w:br/>
        <w:t>That</w:t>
      </w:r>
      <w:r>
        <w:t xml:space="preserve"> move</w:t>
      </w:r>
      <w:r>
        <w:t xml:space="preserve"> is</w:t>
      </w:r>
      <w:r>
        <w:t xml:space="preserve"> called</w:t>
      </w:r>
      <w:r>
        <w:t xml:space="preserve"> the</w:t>
      </w:r>
      <w:r>
        <w:t xml:space="preserve"> 'mother's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  <w:r>
        <w:t xml:space="preserve"> kiss.'</w:t>
        <w:br/>
        <w:t>谢谢你，Mouch</w:t>
        <w:br/>
        <w:t>Oh,</w:t>
      </w:r>
      <w:r>
        <w:t xml:space="preserve"> thank</w:t>
      </w:r>
      <w:r>
        <w:t xml:space="preserve"> you,</w:t>
      </w:r>
      <w:r>
        <w:t xml:space="preserve"> Mouch.</w:t>
        <w:br/>
        <w:t>亲爱的，我还以为要失去你了</w:t>
        <w:br/>
        <w:t>Oh,</w:t>
      </w:r>
      <w:r>
        <w:t xml:space="preserve"> sweetheart,</w:t>
      </w:r>
      <w:r>
        <w:t xml:space="preserve"> I</w:t>
      </w:r>
      <w:r>
        <w:t xml:space="preserve"> thought</w:t>
      </w:r>
      <w:r>
        <w:t xml:space="preserve"> I</w:t>
      </w:r>
      <w:r>
        <w:t xml:space="preserve"> lost</w:t>
      </w:r>
      <w:r>
        <w:t xml:space="preserve"> you.</w:t>
        <w:br/>
        <w:t>感觉怎么样？Manny</w:t>
        <w:br/>
        <w:t>How're</w:t>
      </w:r>
      <w:r>
        <w:t xml:space="preserve"> you</w:t>
      </w:r>
      <w:r>
        <w:t xml:space="preserve"> feeling,</w:t>
      </w:r>
      <w:r>
        <w:t xml:space="preserve"> Manny?</w:t>
        <w:br/>
        <w:t>鼻很痛</w:t>
        <w:br/>
        <w:t>My</w:t>
      </w:r>
      <w:r>
        <w:t xml:space="preserve"> nose</w:t>
      </w:r>
      <w:r>
        <w:t xml:space="preserve"> hurts.</w:t>
        <w:br/>
        <w:t>那就别塞东西进去</w:t>
        <w:br/>
        <w:t>Then</w:t>
      </w:r>
      <w:r>
        <w:t xml:space="preserve"> don't</w:t>
      </w:r>
      <w:r>
        <w:t xml:space="preserve"> put</w:t>
      </w:r>
      <w:r>
        <w:t xml:space="preserve"> things</w:t>
      </w:r>
      <w:r>
        <w:t xml:space="preserve"> up</w:t>
      </w:r>
      <w:r>
        <w:t xml:space="preserve"> there.</w:t>
        <w:br/>
        <w:t>亲爱的</w:t>
        <w:br/>
        <w:t>Oh,</w:t>
      </w:r>
      <w:r>
        <w:t xml:space="preserve"> sweetheart...</w:t>
        <w:br/>
        <w:t>是个电池</w:t>
        <w:br/>
        <w:t>That</w:t>
      </w:r>
      <w:r>
        <w:t xml:space="preserve"> was</w:t>
      </w:r>
      <w:r>
        <w:t xml:space="preserve"> a</w:t>
      </w:r>
      <w:r>
        <w:t xml:space="preserve"> battery.</w:t>
        <w:br/>
        <w:t>要是电池滑进他的喉咙</w:t>
        <w:br/>
        <w:t>If</w:t>
      </w:r>
      <w:r>
        <w:t xml:space="preserve"> that</w:t>
      </w:r>
      <w:r>
        <w:t xml:space="preserve"> had</w:t>
      </w:r>
      <w:r>
        <w:t xml:space="preserve"> gone</w:t>
      </w:r>
      <w:r>
        <w:t xml:space="preserve"> down</w:t>
      </w:r>
      <w:r>
        <w:t xml:space="preserve"> the</w:t>
      </w:r>
      <w:r>
        <w:t xml:space="preserve"> back</w:t>
      </w:r>
      <w:r>
        <w:t xml:space="preserve"> of</w:t>
      </w:r>
      <w:r>
        <w:t xml:space="preserve"> his</w:t>
      </w:r>
      <w:r>
        <w:t xml:space="preserve"> throat,</w:t>
        <w:br/>
        <w:t>可能会让他送命</w:t>
        <w:br/>
        <w:t>it</w:t>
      </w:r>
      <w:r>
        <w:t xml:space="preserve"> could've</w:t>
      </w:r>
      <w:r>
        <w:t xml:space="preserve"> killed</w:t>
      </w:r>
      <w:r>
        <w:t xml:space="preserve"> him.</w:t>
        <w:br/>
        <w:t>欢迎回来芝加哥</w:t>
        <w:br/>
        <w:t>Welcome</w:t>
      </w:r>
      <w:r>
        <w:t xml:space="preserve"> back</w:t>
      </w:r>
      <w:r>
        <w:t xml:space="preserve"> to</w:t>
      </w:r>
      <w:r>
        <w:t xml:space="preserve"> Chicago.</w:t>
        <w:br/>
        <w:t>好，我要全买&amp;hearts;&amp;hearts;了</w:t>
        <w:br/>
        <w:t>Yes,</w:t>
      </w:r>
      <w:r>
        <w:t xml:space="preserve"> I</w:t>
      </w:r>
      <w:r>
        <w:t xml:space="preserve"> will</w:t>
      </w:r>
      <w:r>
        <w:t xml:space="preserve"> take</w:t>
      </w:r>
      <w:r>
        <w:t xml:space="preserve"> all</w:t>
      </w:r>
      <w:r>
        <w:t xml:space="preserve"> of</w:t>
      </w:r>
      <w:r>
        <w:t xml:space="preserve"> them.</w:t>
        <w:br/>
        <w:t>我要填满一整间店</w:t>
        <w:br/>
        <w:t>I</w:t>
      </w:r>
      <w:r>
        <w:t xml:space="preserve"> need</w:t>
      </w:r>
      <w:r>
        <w:t xml:space="preserve"> to</w:t>
      </w:r>
      <w:r>
        <w:t xml:space="preserve"> fill</w:t>
      </w:r>
      <w:r>
        <w:t xml:space="preserve"> an</w:t>
      </w:r>
      <w:r>
        <w:t xml:space="preserve"> entire</w:t>
      </w:r>
      <w:r>
        <w:t xml:space="preserve"> store.</w:t>
        <w:br/>
        <w:t>好，我4点一定能到</w:t>
        <w:br/>
        <w:t>Yeah.</w:t>
      </w:r>
      <w:r>
        <w:t xml:space="preserve"> I</w:t>
      </w:r>
      <w:r>
        <w:t xml:space="preserve"> can</w:t>
      </w:r>
      <w:r>
        <w:t xml:space="preserve"> definitely</w:t>
      </w:r>
      <w:r>
        <w:t xml:space="preserve"> be</w:t>
      </w:r>
      <w:r>
        <w:t xml:space="preserve"> there</w:t>
      </w:r>
      <w:r>
        <w:t xml:space="preserve"> by</w:t>
      </w:r>
      <w:r>
        <w:t xml:space="preserve"> 4.</w:t>
        <w:br/>
        <w:t>太棒了，太感谢你了</w:t>
        <w:br/>
        <w:t>This</w:t>
      </w:r>
      <w:r>
        <w:t xml:space="preserve"> is</w:t>
      </w:r>
      <w:r>
        <w:t xml:space="preserve"> fantastic,</w:t>
      </w:r>
      <w:r>
        <w:t xml:space="preserve"> thank</w:t>
      </w:r>
      <w:r>
        <w:t xml:space="preserve"> you</w:t>
      </w:r>
      <w:r>
        <w:t xml:space="preserve"> so</w:t>
      </w:r>
      <w:r>
        <w:t xml:space="preserve"> so</w:t>
      </w:r>
      <w:r>
        <w:t xml:space="preserve"> much.</w:t>
        <w:br/>
        <w:t>好，一会见</w:t>
        <w:br/>
        <w:t>Yes,</w:t>
      </w:r>
      <w:r>
        <w:t xml:space="preserve"> I</w:t>
      </w:r>
      <w:r>
        <w:t xml:space="preserve"> will</w:t>
      </w:r>
      <w:r>
        <w:t xml:space="preserve"> see</w:t>
      </w:r>
      <w:r>
        <w:t xml:space="preserve"> you</w:t>
      </w:r>
      <w:r>
        <w:t xml:space="preserve"> soon.</w:t>
        <w:br/>
        <w:t>Violet</w:t>
        <w:br/>
        <w:t>Violet,</w:t>
        <w:br/>
        <w:t>明早急救大队长Robinson会来</w:t>
        <w:br/>
        <w:t>Paramedic</w:t>
      </w:r>
      <w:r>
        <w:t xml:space="preserve"> Chief</w:t>
      </w:r>
      <w:r>
        <w:t xml:space="preserve"> Robinson</w:t>
      </w:r>
      <w:r>
        <w:t xml:space="preserve"> will</w:t>
      </w:r>
      <w:r>
        <w:t xml:space="preserve"> be</w:t>
      </w:r>
      <w:r>
        <w:t xml:space="preserve"> coming</w:t>
      </w:r>
      <w:r>
        <w:t xml:space="preserve"> by</w:t>
      </w:r>
      <w:r>
        <w:t xml:space="preserve"> tomorrow</w:t>
      </w:r>
      <w:r>
        <w:t xml:space="preserve"> morning</w:t>
        <w:br/>
        <w:t>讨论接替Brett的人选</w:t>
        <w:br/>
        <w:t>to</w:t>
      </w:r>
      <w:r>
        <w:t xml:space="preserve"> discuss</w:t>
      </w:r>
      <w:r>
        <w:t xml:space="preserve"> who</w:t>
      </w:r>
      <w:r>
        <w:t xml:space="preserve"> will</w:t>
      </w:r>
      <w:r>
        <w:t xml:space="preserve"> be</w:t>
      </w:r>
      <w:r>
        <w:t xml:space="preserve"> replacing</w:t>
      </w:r>
      <w:r>
        <w:t xml:space="preserve"> Brett.</w:t>
        <w:br/>
        <w:t>好，很好，我做好准备了</w:t>
        <w:br/>
        <w:t>Okay,</w:t>
      </w:r>
      <w:r>
        <w:t xml:space="preserve"> great.</w:t>
      </w:r>
      <w:r>
        <w:t xml:space="preserve"> I'm</w:t>
      </w:r>
      <w:r>
        <w:t xml:space="preserve"> prepared.</w:t>
        <w:br/>
        <w:t>我做了很多研究，拟了合适名单</w:t>
        <w:br/>
        <w:t>I</w:t>
      </w:r>
      <w:r>
        <w:t xml:space="preserve"> did</w:t>
      </w:r>
      <w:r>
        <w:t xml:space="preserve"> a</w:t>
      </w:r>
      <w:r>
        <w:t xml:space="preserve"> bunch</w:t>
      </w:r>
      <w:r>
        <w:t xml:space="preserve"> of</w:t>
      </w:r>
      <w:r>
        <w:t xml:space="preserve"> 'recon'</w:t>
      </w:r>
      <w:r>
        <w:t xml:space="preserve"> and</w:t>
      </w:r>
      <w:r>
        <w:t xml:space="preserve"> put</w:t>
      </w:r>
      <w:r>
        <w:t xml:space="preserve"> together</w:t>
      </w:r>
      <w:r>
        <w:t xml:space="preserve"> a</w:t>
      </w:r>
      <w:r>
        <w:t xml:space="preserve"> list</w:t>
      </w:r>
      <w:r>
        <w:t xml:space="preserve"> to</w:t>
      </w:r>
      <w:r>
        <w:t xml:space="preserve"> present.</w:t>
        <w:br/>
        <w:t>希望那些人选都不是急救主管</w:t>
        <w:br/>
        <w:t>I</w:t>
      </w:r>
      <w:r>
        <w:t xml:space="preserve"> hope</w:t>
      </w:r>
      <w:r>
        <w:t xml:space="preserve"> none</w:t>
      </w:r>
      <w:r>
        <w:t xml:space="preserve"> of</w:t>
      </w:r>
      <w:r>
        <w:t xml:space="preserve"> those</w:t>
      </w:r>
      <w:r>
        <w:t xml:space="preserve"> are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  <w:r>
        <w:t xml:space="preserve"> PIC's.</w:t>
        <w:br/>
        <w:t>你的正式升迁文件下来了</w:t>
        <w:br/>
        <w:t>Your</w:t>
      </w:r>
      <w:r>
        <w:t xml:space="preserve"> official</w:t>
      </w:r>
      <w:r>
        <w:t xml:space="preserve"> promotion</w:t>
      </w:r>
      <w:r>
        <w:t xml:space="preserve"> has</w:t>
      </w:r>
      <w:r>
        <w:t xml:space="preserve"> come</w:t>
      </w:r>
      <w:r>
        <w:t xml:space="preserve"> through.</w:t>
        <w:br/>
        <w:t>你会升为急救主管</w:t>
        <w:br/>
        <w:t>You</w:t>
      </w:r>
      <w:r>
        <w:t xml:space="preserve"> will</w:t>
      </w:r>
      <w:r>
        <w:t xml:space="preserve"> be</w:t>
      </w:r>
      <w:r>
        <w:t xml:space="preserve"> Paramedic</w:t>
      </w:r>
      <w:r>
        <w:t xml:space="preserve"> in</w:t>
      </w:r>
      <w:r>
        <w:t xml:space="preserve"> Charge.</w:t>
        <w:br/>
        <w:t>无论你的拍档是谁</w:t>
        <w:br/>
        <w:t>So</w:t>
      </w:r>
      <w:r>
        <w:t xml:space="preserve"> whoever</w:t>
      </w:r>
      <w:r>
        <w:t xml:space="preserve"> your</w:t>
      </w:r>
      <w:r>
        <w:t xml:space="preserve"> partner</w:t>
      </w:r>
      <w:r>
        <w:t xml:space="preserve"> is,</w:t>
        <w:br/>
        <w:t>对方都会在你底下做事</w:t>
        <w:br/>
        <w:t>they'll</w:t>
      </w:r>
      <w:r>
        <w:t xml:space="preserve"> be</w:t>
      </w:r>
      <w:r>
        <w:t xml:space="preserve"> working</w:t>
      </w:r>
      <w:r>
        <w:t xml:space="preserve"> under</w:t>
      </w:r>
      <w:r>
        <w:t xml:space="preserve"> you.</w:t>
        <w:br/>
        <w:t>谢谢你，副区长</w:t>
        <w:br/>
        <w:t>Thank</w:t>
      </w:r>
      <w:r>
        <w:t xml:space="preserve"> you,</w:t>
      </w:r>
      <w:r>
        <w:t xml:space="preserve"> Chief.</w:t>
        <w:br/>
        <w:t>这是你自己努力的成果</w:t>
        <w:br/>
        <w:t>You</w:t>
      </w:r>
      <w:r>
        <w:t xml:space="preserve"> did</w:t>
      </w:r>
      <w:r>
        <w:t xml:space="preserve"> the</w:t>
      </w:r>
      <w:r>
        <w:t xml:space="preserve"> work.</w:t>
        <w:br/>
        <w:t>恭喜你</w:t>
        <w:br/>
        <w:t>Congratulations.</w:t>
        <w:br/>
        <w:t>早安</w:t>
        <w:br/>
        <w:t>Morning.</w:t>
        <w:br/>
        <w:t>早安，副区长</w:t>
        <w:br/>
        <w:t>Morning,</w:t>
      </w:r>
      <w:r>
        <w:t xml:space="preserve"> Chief.</w:t>
        <w:br/>
        <w:t>Cruz跟我说Severide的班机延误了</w:t>
        <w:br/>
        <w:t>Cruz</w:t>
      </w:r>
      <w:r>
        <w:t xml:space="preserve"> told</w:t>
      </w:r>
      <w:r>
        <w:t xml:space="preserve"> me</w:t>
      </w:r>
      <w:r>
        <w:t xml:space="preserve"> about</w:t>
      </w:r>
      <w:r>
        <w:t xml:space="preserve"> Severide's</w:t>
      </w:r>
      <w:r>
        <w:t xml:space="preserve"> delayed</w:t>
      </w:r>
      <w:r>
        <w:t xml:space="preserve"> flight.</w:t>
        <w:br/>
        <w:t>有什么进展吗</w:t>
        <w:br/>
        <w:t>Any</w:t>
      </w:r>
      <w:r>
        <w:t xml:space="preserve"> update?</w:t>
        <w:br/>
        <w:t>没有…还没有</w:t>
        <w:br/>
        <w:t>No...not</w:t>
      </w:r>
      <w:r>
        <w:t xml:space="preserve"> yet.</w:t>
        <w:br/>
        <w:t>好吧</w:t>
        <w:br/>
        <w:t>Okay</w:t>
      </w:r>
      <w:r>
        <w:t xml:space="preserve"> then.</w:t>
        <w:br/>
        <w:t>有消息就跟我说</w:t>
        <w:br/>
        <w:t>Keep</w:t>
      </w:r>
      <w:r>
        <w:t xml:space="preserve"> me</w:t>
      </w:r>
      <w:r>
        <w:t xml:space="preserve"> posted.</w:t>
        <w:br/>
        <w:t>当然了，我还是会穿婚纱</w:t>
        <w:br/>
        <w:t>Needless</w:t>
      </w:r>
      <w:r>
        <w:t xml:space="preserve"> to</w:t>
      </w:r>
      <w:r>
        <w:t xml:space="preserve"> say,</w:t>
      </w:r>
      <w:r>
        <w:t xml:space="preserve"> I</w:t>
      </w:r>
      <w:r>
        <w:t xml:space="preserve"> will</w:t>
      </w:r>
      <w:r>
        <w:t xml:space="preserve"> still</w:t>
      </w:r>
      <w:r>
        <w:t xml:space="preserve"> be</w:t>
      </w:r>
      <w:r>
        <w:t xml:space="preserve"> wearing</w:t>
      </w:r>
      <w:r>
        <w:t xml:space="preserve"> my</w:t>
      </w:r>
      <w:r>
        <w:t xml:space="preserve"> wedding</w:t>
      </w:r>
      <w:r>
        <w:t xml:space="preserve"> dress...</w:t>
        <w:br/>
        <w:t>你也还是会穿你的燕尾服</w:t>
        <w:br/>
        <w:t>you</w:t>
      </w:r>
      <w:r>
        <w:t xml:space="preserve"> will</w:t>
      </w:r>
      <w:r>
        <w:t xml:space="preserve"> still</w:t>
      </w:r>
      <w:r>
        <w:t xml:space="preserve"> be</w:t>
      </w:r>
      <w:r>
        <w:t xml:space="preserve"> wearing</w:t>
      </w:r>
      <w:r>
        <w:t xml:space="preserve"> your</w:t>
      </w:r>
      <w:r>
        <w:t xml:space="preserve"> tux.</w:t>
        <w:br/>
        <w:t>即使那和场地很不搭</w:t>
        <w:br/>
        <w:t>Even</w:t>
      </w:r>
      <w:r>
        <w:t xml:space="preserve"> if</w:t>
      </w:r>
      <w:r>
        <w:t xml:space="preserve"> it</w:t>
      </w:r>
      <w:r>
        <w:t xml:space="preserve"> doesn't</w:t>
      </w:r>
      <w:r>
        <w:t xml:space="preserve"> match</w:t>
      </w:r>
      <w:r>
        <w:t xml:space="preserve"> the</w:t>
      </w:r>
      <w:r>
        <w:t xml:space="preserve"> location.</w:t>
        <w:br/>
        <w:t>新娘想要什么都行</w:t>
        <w:br/>
        <w:t>The</w:t>
      </w:r>
      <w:r>
        <w:t xml:space="preserve"> bride</w:t>
      </w:r>
      <w:r>
        <w:t xml:space="preserve"> gets</w:t>
      </w:r>
      <w:r>
        <w:t xml:space="preserve"> what</w:t>
      </w:r>
      <w:r>
        <w:t xml:space="preserve"> the</w:t>
      </w:r>
      <w:r>
        <w:t xml:space="preserve"> bride</w:t>
      </w:r>
      <w:r>
        <w:t xml:space="preserve"> wants.</w:t>
        <w:br/>
        <w:t>他已经摸透婚姻是怎么回事了</w:t>
        <w:br/>
        <w:t>He's</w:t>
      </w:r>
      <w:r>
        <w:t xml:space="preserve"> already</w:t>
      </w:r>
      <w:r>
        <w:t xml:space="preserve"> got</w:t>
      </w:r>
      <w:r>
        <w:t xml:space="preserve"> this</w:t>
      </w:r>
      <w:r>
        <w:t xml:space="preserve"> marriage</w:t>
      </w:r>
      <w:r>
        <w:t xml:space="preserve"> thing</w:t>
      </w:r>
      <w:r>
        <w:t xml:space="preserve"> down</w:t>
      </w:r>
      <w:r>
        <w:t xml:space="preserve"> pat.</w:t>
        <w:br/>
        <w:t>Cruz，我的伴郎呢</w:t>
        <w:br/>
        <w:t>So,</w:t>
      </w:r>
      <w:r>
        <w:t xml:space="preserve"> Cruz,</w:t>
      </w:r>
      <w:r>
        <w:t xml:space="preserve"> where's</w:t>
      </w:r>
      <w:r>
        <w:t xml:space="preserve"> my</w:t>
      </w:r>
      <w:r>
        <w:t xml:space="preserve"> Best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  <w:r>
        <w:t xml:space="preserve"> Man?</w:t>
        <w:br/>
        <w:t>Severide的班机延误了</w:t>
        <w:br/>
        <w:t>Severide's</w:t>
      </w:r>
      <w:r>
        <w:t xml:space="preserve"> flight</w:t>
      </w:r>
      <w:r>
        <w:t xml:space="preserve"> home</w:t>
      </w:r>
      <w:r>
        <w:t xml:space="preserve"> got</w:t>
      </w:r>
      <w:r>
        <w:t xml:space="preserve"> delayed.</w:t>
        <w:br/>
        <w:t>他又跑去调查ATF的案件了</w:t>
        <w:br/>
        <w:t>He's</w:t>
      </w:r>
      <w:r>
        <w:t xml:space="preserve"> on</w:t>
      </w:r>
      <w:r>
        <w:t xml:space="preserve"> another</w:t>
      </w:r>
      <w:r>
        <w:t xml:space="preserve"> ATF</w:t>
      </w:r>
      <w:r>
        <w:t xml:space="preserve"> case.</w:t>
        <w:br/>
        <w:t>他不是不再跟他们查案了？</w:t>
        <w:br/>
        <w:t>I</w:t>
      </w:r>
      <w:r>
        <w:t xml:space="preserve"> thought</w:t>
      </w:r>
      <w:r>
        <w:t xml:space="preserve"> he</w:t>
      </w:r>
      <w:r>
        <w:t xml:space="preserve"> stopped</w:t>
      </w:r>
      <w:r>
        <w:t xml:space="preserve"> doing</w:t>
      </w:r>
      <w:r>
        <w:t xml:space="preserve"> those.</w:t>
        <w:br/>
        <w:t>Gibson</w:t>
        <w:br/>
        <w:t>Hey,</w:t>
      </w:r>
      <w:r>
        <w:t xml:space="preserve"> Gibson,</w:t>
        <w:br/>
        <w:t>这是我们前分队长Matt</w:t>
      </w:r>
      <w:r>
        <w:t xml:space="preserve"> Casey</w:t>
        <w:br/>
        <w:t>meet</w:t>
      </w:r>
      <w:r>
        <w:t xml:space="preserve"> our</w:t>
      </w:r>
      <w:r>
        <w:t xml:space="preserve"> former</w:t>
      </w:r>
      <w:r>
        <w:t xml:space="preserve"> Captain,</w:t>
      </w:r>
      <w:r>
        <w:t xml:space="preserve"> Matt</w:t>
      </w:r>
      <w:r>
        <w:t xml:space="preserve"> Casey.</w:t>
        <w:br/>
        <w:t>你是这里的传奇，Casey分队长</w:t>
        <w:br/>
        <w:t>You're</w:t>
      </w:r>
      <w:r>
        <w:t xml:space="preserve"> legendary</w:t>
      </w:r>
      <w:r>
        <w:t xml:space="preserve"> around</w:t>
      </w:r>
      <w:r>
        <w:t xml:space="preserve"> here,</w:t>
      </w:r>
      <w:r>
        <w:t xml:space="preserve"> Captain</w:t>
      </w:r>
      <w:r>
        <w:t xml:space="preserve"> Casey.</w:t>
        <w:br/>
        <w:t>很高兴认识你</w:t>
        <w:br/>
        <w:t>Glad</w:t>
      </w:r>
      <w:r>
        <w:t xml:space="preserve"> to</w:t>
      </w:r>
      <w:r>
        <w:t xml:space="preserve"> meet</w:t>
      </w:r>
      <w:r>
        <w:t xml:space="preserve"> you.</w:t>
        <w:br/>
        <w:t>这群流氓对你还好吗</w:t>
        <w:br/>
        <w:t>How's</w:t>
      </w:r>
      <w:r>
        <w:t xml:space="preserve"> this</w:t>
      </w:r>
      <w:r>
        <w:t xml:space="preserve"> group</w:t>
      </w:r>
      <w:r>
        <w:t xml:space="preserve"> of</w:t>
      </w:r>
      <w:r>
        <w:t xml:space="preserve"> thugs</w:t>
      </w:r>
      <w:r>
        <w:t xml:space="preserve"> treating</w:t>
      </w:r>
      <w:r>
        <w:t xml:space="preserve"> you?</w:t>
        <w:br/>
        <w:t>目前为止，我没什么好抱怨</w:t>
        <w:br/>
        <w:t>So</w:t>
      </w:r>
      <w:r>
        <w:t xml:space="preserve"> far,</w:t>
      </w:r>
      <w:r>
        <w:t xml:space="preserve"> no</w:t>
      </w:r>
      <w:r>
        <w:t xml:space="preserve"> complaints.</w:t>
        <w:br/>
        <w:t>你可以趁他们不在时跟我说实话</w:t>
        <w:br/>
        <w:t>You</w:t>
      </w:r>
      <w:r>
        <w:t xml:space="preserve"> can</w:t>
      </w:r>
      <w:r>
        <w:t xml:space="preserve"> tell</w:t>
      </w:r>
      <w:r>
        <w:t xml:space="preserve"> me</w:t>
      </w:r>
      <w:r>
        <w:t xml:space="preserve"> the</w:t>
      </w:r>
      <w:r>
        <w:t xml:space="preserve"> truth</w:t>
      </w:r>
      <w:r>
        <w:t xml:space="preserve"> when</w:t>
      </w:r>
      <w:r>
        <w:t xml:space="preserve"> they're</w:t>
      </w:r>
      <w:r>
        <w:t xml:space="preserve"> not</w:t>
      </w:r>
      <w:r>
        <w:t xml:space="preserve"> around.</w:t>
        <w:br/>
        <w:t>那你要特别留时间给我了，分队长</w:t>
        <w:br/>
        <w:t>Well,</w:t>
      </w:r>
      <w:r>
        <w:t xml:space="preserve"> you'll</w:t>
      </w:r>
      <w:r>
        <w:t xml:space="preserve"> have</w:t>
      </w:r>
      <w:r>
        <w:t xml:space="preserve"> to</w:t>
      </w:r>
      <w:r>
        <w:t xml:space="preserve"> set</w:t>
      </w:r>
      <w:r>
        <w:t xml:space="preserve"> aside</w:t>
      </w:r>
      <w:r>
        <w:t xml:space="preserve"> some</w:t>
      </w:r>
      <w:r>
        <w:t xml:space="preserve"> time</w:t>
      </w:r>
      <w:r>
        <w:t xml:space="preserve"> for</w:t>
      </w:r>
      <w:r>
        <w:t xml:space="preserve"> me</w:t>
      </w:r>
      <w:r>
        <w:t xml:space="preserve"> then,</w:t>
      </w:r>
      <w:r>
        <w:t xml:space="preserve"> Captain.</w:t>
        <w:br/>
        <w:t>好孩子</w:t>
        <w:br/>
        <w:t>Good</w:t>
      </w:r>
      <w:r>
        <w:t xml:space="preserve"> kid.</w:t>
        <w:br/>
        <w:t>有新人才加入向来是好事</w:t>
        <w:br/>
        <w:t>Always</w:t>
      </w:r>
      <w:r>
        <w:t xml:space="preserve"> great</w:t>
      </w:r>
      <w:r>
        <w:t xml:space="preserve"> to</w:t>
      </w:r>
      <w:r>
        <w:t xml:space="preserve"> have</w:t>
      </w:r>
      <w:r>
        <w:t xml:space="preserve"> new</w:t>
      </w:r>
      <w:r>
        <w:t xml:space="preserve"> talent</w:t>
      </w:r>
      <w:r>
        <w:t xml:space="preserve"> at</w:t>
      </w:r>
      <w:r>
        <w:t xml:space="preserve"> the</w:t>
      </w:r>
      <w:r>
        <w:t xml:space="preserve"> firehouse.</w:t>
        <w:br/>
        <w:t>是啊，我们这些老人才需要他们</w:t>
        <w:br/>
        <w:t>Agree.</w:t>
      </w:r>
      <w:r>
        <w:t xml:space="preserve"> Us</w:t>
      </w:r>
      <w:r>
        <w:t xml:space="preserve"> old</w:t>
      </w:r>
      <w:r>
        <w:t xml:space="preserve"> talents</w:t>
      </w:r>
      <w:r>
        <w:t xml:space="preserve"> need</w:t>
      </w:r>
      <w:r>
        <w:t xml:space="preserve"> it.</w:t>
        <w:br/>
        <w:t>不知道…你似乎状态极佳，Mouch</w:t>
        <w:br/>
        <w:t>I</w:t>
      </w:r>
      <w:r>
        <w:t xml:space="preserve"> dunno...you</w:t>
      </w:r>
      <w:r>
        <w:t xml:space="preserve"> seem</w:t>
      </w:r>
      <w:r>
        <w:t xml:space="preserve"> better</w:t>
      </w:r>
      <w:r>
        <w:t xml:space="preserve"> than</w:t>
      </w:r>
      <w:r>
        <w:t xml:space="preserve"> ever,</w:t>
      </w:r>
      <w:r>
        <w:t xml:space="preserve"> Mouch.</w:t>
        <w:br/>
        <w:t>自从Mouch伤后复工以来</w:t>
        <w:br/>
        <w:t>Mouch</w:t>
      </w:r>
      <w:r>
        <w:t xml:space="preserve"> has</w:t>
      </w:r>
      <w:r>
        <w:t xml:space="preserve"> basically</w:t>
      </w:r>
      <w:r>
        <w:t xml:space="preserve"> been</w:t>
      </w:r>
      <w:r>
        <w:t xml:space="preserve"> wearing</w:t>
      </w:r>
      <w:r>
        <w:t xml:space="preserve"> a</w:t>
      </w:r>
      <w:r>
        <w:t xml:space="preserve"> cape</w:t>
        <w:br/>
        <w:t>简直像披了魔法斗篷</w:t>
        <w:br/>
        <w:t>ever</w:t>
      </w:r>
      <w:r>
        <w:t xml:space="preserve"> since</w:t>
      </w:r>
      <w:r>
        <w:t xml:space="preserve"> he</w:t>
      </w:r>
      <w:r>
        <w:t xml:space="preserve"> came</w:t>
      </w:r>
      <w:r>
        <w:t xml:space="preserve"> off</w:t>
      </w:r>
      <w:r>
        <w:t xml:space="preserve"> injured</w:t>
      </w:r>
      <w:r>
        <w:t xml:space="preserve"> reserve.</w:t>
        <w:br/>
        <w:t>真的</w:t>
        <w:br/>
        <w:t>It's</w:t>
      </w:r>
      <w:r>
        <w:t xml:space="preserve"> true.</w:t>
        <w:br/>
        <w:t>我还能说什么</w:t>
        <w:br/>
        <w:t>What</w:t>
      </w:r>
      <w:r>
        <w:t xml:space="preserve"> can</w:t>
      </w:r>
      <w:r>
        <w:t xml:space="preserve"> I</w:t>
      </w:r>
      <w:r>
        <w:t xml:space="preserve"> say?</w:t>
        <w:br/>
        <w:t>我希望在芝加哥消防局的</w:t>
        <w:br/>
        <w:t>I</w:t>
      </w:r>
      <w:r>
        <w:t xml:space="preserve"> want</w:t>
      </w:r>
      <w:r>
        <w:t xml:space="preserve"> my</w:t>
      </w:r>
      <w:r>
        <w:t xml:space="preserve"> last</w:t>
      </w:r>
      <w:r>
        <w:t xml:space="preserve"> year</w:t>
      </w:r>
      <w:r>
        <w:t xml:space="preserve"> or</w:t>
      </w:r>
      <w:r>
        <w:t xml:space="preserve"> 2</w:t>
        <w:br/>
        <w:t>最后一、两年是个人最佳表现</w:t>
        <w:br/>
        <w:t>at</w:t>
      </w:r>
      <w:r>
        <w:t xml:space="preserve"> the</w:t>
      </w:r>
      <w:r>
        <w:t xml:space="preserve"> CFD</w:t>
      </w:r>
      <w:r>
        <w:t xml:space="preserve"> to</w:t>
      </w:r>
      <w:r>
        <w:t xml:space="preserve"> be</w:t>
      </w:r>
      <w:r>
        <w:t xml:space="preserve"> my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  <w:r>
        <w:t xml:space="preserve"> best.</w:t>
        <w:br/>
        <w:t>谢谢你…</w:t>
        <w:br/>
        <w:t>Thank</w:t>
      </w:r>
      <w:r>
        <w:t xml:space="preserve"> you...</w:t>
        <w:br/>
        <w:t>没什么</w:t>
        <w:br/>
        <w:t>No</w:t>
      </w:r>
      <w:r>
        <w:t xml:space="preserve"> problem.</w:t>
        <w:br/>
        <w:t>文书工作能要人命</w:t>
        <w:br/>
        <w:t>Paperwork</w:t>
      </w:r>
      <w:r>
        <w:t xml:space="preserve"> is</w:t>
      </w:r>
      <w:r>
        <w:t xml:space="preserve"> a</w:t>
      </w:r>
      <w:r>
        <w:t xml:space="preserve"> killer.</w:t>
        <w:br/>
        <w:t>事实上，这是我刚印出来的订单</w:t>
        <w:br/>
        <w:t>Actually</w:t>
      </w:r>
      <w:r>
        <w:t xml:space="preserve"> it's</w:t>
      </w:r>
      <w:r>
        <w:t xml:space="preserve"> order</w:t>
      </w:r>
      <w:r>
        <w:t xml:space="preserve"> forms</w:t>
      </w:r>
      <w:r>
        <w:t xml:space="preserve"> I</w:t>
      </w:r>
      <w:r>
        <w:t xml:space="preserve"> just</w:t>
      </w:r>
      <w:r>
        <w:t xml:space="preserve"> printed</w:t>
      </w:r>
      <w:r>
        <w:t xml:space="preserve"> up</w:t>
        <w:br/>
        <w:t>是婚礼要用的鲜花</w:t>
        <w:br/>
        <w:t>they're</w:t>
      </w:r>
      <w:r>
        <w:t xml:space="preserve"> flowers</w:t>
      </w:r>
      <w:r>
        <w:t xml:space="preserve"> for</w:t>
      </w:r>
      <w:r>
        <w:t xml:space="preserve"> the</w:t>
      </w:r>
      <w:r>
        <w:t xml:space="preserve"> wedding.</w:t>
        <w:br/>
        <w:t>我订了一堆鲜花要填满那个空间</w:t>
        <w:br/>
        <w:t>Just</w:t>
      </w:r>
      <w:r>
        <w:t xml:space="preserve"> got</w:t>
      </w:r>
      <w:r>
        <w:t xml:space="preserve"> a</w:t>
      </w:r>
      <w:r>
        <w:t xml:space="preserve"> billion</w:t>
      </w:r>
      <w:r>
        <w:t xml:space="preserve"> of</w:t>
      </w:r>
      <w:r>
        <w:t xml:space="preserve"> them</w:t>
      </w:r>
      <w:r>
        <w:t xml:space="preserve"> to</w:t>
      </w:r>
      <w:r>
        <w:t xml:space="preserve"> fill</w:t>
      </w:r>
      <w:r>
        <w:t xml:space="preserve"> up</w:t>
      </w:r>
      <w:r>
        <w:t xml:space="preserve"> that</w:t>
      </w:r>
      <w:r>
        <w:t xml:space="preserve"> space.</w:t>
        <w:br/>
        <w:t>-这么多</w:t>
      </w:r>
      <w:r>
        <w:t xml:space="preserve"> -是啊</w:t>
        <w:br/>
        <w:t>-A</w:t>
      </w:r>
      <w:r>
        <w:t xml:space="preserve"> billion,</w:t>
      </w:r>
      <w:r>
        <w:t xml:space="preserve"> wow.</w:t>
      </w:r>
      <w:r>
        <w:t xml:space="preserve"> -Yeah.</w:t>
        <w:br/>
        <w:t>我打给全市每间花店</w:t>
        <w:br/>
        <w:t>I</w:t>
      </w:r>
      <w:r>
        <w:t xml:space="preserve"> called</w:t>
      </w:r>
      <w:r>
        <w:t xml:space="preserve"> every</w:t>
      </w:r>
      <w:r>
        <w:t xml:space="preserve"> florist</w:t>
      </w:r>
      <w:r>
        <w:t xml:space="preserve"> in</w:t>
      </w:r>
      <w:r>
        <w:t xml:space="preserve"> the</w:t>
      </w:r>
      <w:r>
        <w:t xml:space="preserve"> city,</w:t>
        <w:br/>
        <w:t>这间有个活动临时取消</w:t>
        <w:br/>
        <w:t>and</w:t>
      </w:r>
      <w:r>
        <w:t xml:space="preserve"> this</w:t>
      </w:r>
      <w:r>
        <w:t xml:space="preserve"> one</w:t>
      </w:r>
      <w:r>
        <w:t xml:space="preserve"> had</w:t>
      </w:r>
      <w:r>
        <w:t xml:space="preserve"> an</w:t>
      </w:r>
      <w:r>
        <w:t xml:space="preserve"> event</w:t>
      </w:r>
      <w:r>
        <w:t xml:space="preserve"> cancel,</w:t>
        <w:br/>
        <w:t>所以半小时内赶去就能全部买&amp;hearts;&amp;hearts;走</w:t>
        <w:br/>
        <w:t>so</w:t>
      </w:r>
      <w:r>
        <w:t xml:space="preserve"> as</w:t>
      </w:r>
      <w:r>
        <w:t xml:space="preserve"> long</w:t>
      </w:r>
      <w:r>
        <w:t xml:space="preserve"> as</w:t>
      </w:r>
      <w:r>
        <w:t xml:space="preserve"> I</w:t>
      </w:r>
      <w:r>
        <w:t xml:space="preserve"> can</w:t>
      </w:r>
      <w:r>
        <w:t xml:space="preserve"> get</w:t>
      </w:r>
      <w:r>
        <w:t xml:space="preserve"> there</w:t>
      </w:r>
      <w:r>
        <w:t xml:space="preserve"> in</w:t>
      </w:r>
      <w:r>
        <w:t xml:space="preserve"> the</w:t>
      </w:r>
      <w:r>
        <w:t xml:space="preserve"> next</w:t>
      </w:r>
      <w:r>
        <w:t xml:space="preserve"> half</w:t>
      </w:r>
      <w:r>
        <w:t xml:space="preserve"> hour</w:t>
      </w:r>
      <w:r>
        <w:t xml:space="preserve"> I</w:t>
      </w:r>
      <w:r>
        <w:t xml:space="preserve"> get</w:t>
      </w:r>
      <w:r>
        <w:t xml:space="preserve"> 'em</w:t>
      </w:r>
      <w:r>
        <w:t xml:space="preserve"> all.</w:t>
        <w:br/>
        <w:t>只希望这时不需要出勤</w:t>
        <w:br/>
        <w:t>Just</w:t>
      </w:r>
      <w:r>
        <w:t xml:space="preserve"> have</w:t>
      </w:r>
      <w:r>
        <w:t xml:space="preserve"> to</w:t>
      </w:r>
      <w:r>
        <w:t xml:space="preserve"> hope</w:t>
      </w:r>
      <w:r>
        <w:t xml:space="preserve"> we</w:t>
      </w:r>
      <w:r>
        <w:t xml:space="preserve"> don't</w:t>
      </w:r>
      <w:r>
        <w:t xml:space="preserve"> get</w:t>
      </w:r>
      <w:r>
        <w:t xml:space="preserve"> a</w:t>
      </w:r>
      <w:r>
        <w:t xml:space="preserve"> call</w:t>
      </w:r>
      <w:r>
        <w:t xml:space="preserve"> in</w:t>
      </w:r>
      <w:r>
        <w:t xml:space="preserve"> the</w:t>
      </w:r>
      <w:r>
        <w:t xml:space="preserve"> meantime.</w:t>
        <w:br/>
        <w:t>-太棒了</w:t>
      </w:r>
      <w:r>
        <w:t xml:space="preserve"> -是啊</w:t>
        <w:br/>
        <w:t>-Sweet.</w:t>
      </w:r>
      <w:r>
        <w:t xml:space="preserve"> -Yeah,</w:t>
        <w:br/>
        <w:t>希望这些花能撑到明天</w:t>
        <w:br/>
        <w:t>hopefully</w:t>
      </w:r>
      <w:r>
        <w:t xml:space="preserve"> they</w:t>
      </w:r>
      <w:r>
        <w:t xml:space="preserve"> still</w:t>
      </w:r>
      <w:r>
        <w:t xml:space="preserve"> look</w:t>
      </w:r>
      <w:r>
        <w:t xml:space="preserve"> good</w:t>
      </w:r>
      <w:r>
        <w:t xml:space="preserve"> by</w:t>
      </w:r>
      <w:r>
        <w:t xml:space="preserve"> tomorrow.</w:t>
        <w:br/>
        <w:t>一定会的</w:t>
        <w:br/>
        <w:t>I'm</w:t>
      </w:r>
      <w:r>
        <w:t xml:space="preserve"> sure</w:t>
      </w:r>
      <w:r>
        <w:t xml:space="preserve"> they</w:t>
      </w:r>
      <w:r>
        <w:t xml:space="preserve"> will.</w:t>
        <w:br/>
        <w:t>对了</w:t>
        <w:br/>
        <w:t>Hey...</w:t>
        <w:br/>
        <w:t>我知道我们说过要把我们的事…</w:t>
        <w:br/>
        <w:t>I</w:t>
      </w:r>
      <w:r>
        <w:t xml:space="preserve"> know</w:t>
      </w:r>
      <w:r>
        <w:t xml:space="preserve"> we</w:t>
      </w:r>
      <w:r>
        <w:t xml:space="preserve"> talked</w:t>
      </w:r>
      <w:r>
        <w:t xml:space="preserve"> about</w:t>
      </w:r>
      <w:r>
        <w:t xml:space="preserve"> putting</w:t>
      </w:r>
      <w:r>
        <w:t xml:space="preserve"> this</w:t>
      </w:r>
      <w:r>
        <w:t xml:space="preserve"> thing</w:t>
      </w:r>
      <w:r>
        <w:t xml:space="preserve"> between</w:t>
      </w:r>
      <w:r>
        <w:t xml:space="preserve"> us</w:t>
      </w:r>
      <w:r>
        <w:t xml:space="preserve"> on</w:t>
      </w:r>
      <w:r>
        <w:t xml:space="preserve"> the...</w:t>
        <w:br/>
        <w:t>-先缓一缓</w:t>
      </w:r>
      <w:r>
        <w:t xml:space="preserve"> -是你说的，我可没说</w:t>
        <w:br/>
        <w:t>-on</w:t>
      </w:r>
      <w:r>
        <w:t xml:space="preserve"> the</w:t>
      </w:r>
      <w:r>
        <w:t xml:space="preserve"> back</w:t>
      </w:r>
      <w:r>
        <w:t xml:space="preserve"> burner.</w:t>
      </w:r>
      <w:r>
        <w:t xml:space="preserve"> -You</w:t>
      </w:r>
      <w:r>
        <w:t xml:space="preserve"> talked</w:t>
      </w:r>
      <w:r>
        <w:t xml:space="preserve"> about</w:t>
      </w:r>
      <w:r>
        <w:t xml:space="preserve"> that.</w:t>
      </w:r>
      <w:r>
        <w:t xml:space="preserve"> Not</w:t>
      </w:r>
      <w:r>
        <w:t xml:space="preserve"> me.</w:t>
        <w:br/>
        <w:t>对，好…</w:t>
        <w:br/>
        <w:t>Right.</w:t>
      </w:r>
      <w:r>
        <w:t xml:space="preserve"> Okay...</w:t>
        <w:br/>
        <w:t>起初我觉得一起参加婚礼会有点…</w:t>
        <w:br/>
        <w:t>And</w:t>
      </w:r>
      <w:r>
        <w:t xml:space="preserve"> at</w:t>
      </w:r>
      <w:r>
        <w:t xml:space="preserve"> first,</w:t>
      </w:r>
      <w:r>
        <w:t xml:space="preserve"> I</w:t>
      </w:r>
      <w:r>
        <w:t xml:space="preserve"> thought</w:t>
      </w:r>
      <w:r>
        <w:t xml:space="preserve"> going</w:t>
      </w:r>
      <w:r>
        <w:t xml:space="preserve"> to</w:t>
      </w:r>
      <w:r>
        <w:t xml:space="preserve"> the</w:t>
      </w:r>
      <w:r>
        <w:t xml:space="preserve"> wedding</w:t>
      </w:r>
      <w:r>
        <w:t xml:space="preserve"> together</w:t>
      </w:r>
      <w:r>
        <w:t xml:space="preserve"> seemed</w:t>
      </w:r>
      <w:r>
        <w:t xml:space="preserve"> like</w:t>
        <w:br/>
        <w:t>太小题大作</w:t>
        <w:br/>
        <w:t>too</w:t>
      </w:r>
      <w:r>
        <w:t xml:space="preserve"> big</w:t>
      </w:r>
      <w:r>
        <w:t xml:space="preserve"> a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  <w:r>
        <w:t xml:space="preserve"> deal,</w:t>
        <w:br/>
        <w:t>毕竟我们的关系比较随兴</w:t>
        <w:br/>
        <w:t>considering</w:t>
      </w:r>
      <w:r>
        <w:t xml:space="preserve"> how</w:t>
      </w:r>
      <w:r>
        <w:t xml:space="preserve"> casual</w:t>
      </w:r>
      <w:r>
        <w:t xml:space="preserve"> we</w:t>
      </w:r>
      <w:r>
        <w:t xml:space="preserve"> are.</w:t>
        <w:br/>
        <w:t>但既然这是一场小型婚礼</w:t>
        <w:br/>
        <w:t>But</w:t>
      </w:r>
      <w:r>
        <w:t xml:space="preserve"> now</w:t>
      </w:r>
      <w:r>
        <w:t xml:space="preserve"> that</w:t>
      </w:r>
      <w:r>
        <w:t xml:space="preserve"> the</w:t>
      </w:r>
      <w:r>
        <w:t xml:space="preserve"> wedding</w:t>
      </w:r>
      <w:r>
        <w:t xml:space="preserve"> is</w:t>
      </w:r>
      <w:r>
        <w:t xml:space="preserve"> kind</w:t>
      </w:r>
      <w:r>
        <w:t xml:space="preserve"> of</w:t>
      </w:r>
      <w:r>
        <w:t xml:space="preserve"> small,</w:t>
        <w:br/>
        <w:t>而且又是办在…</w:t>
        <w:br/>
        <w:t>and</w:t>
      </w:r>
      <w:r>
        <w:t xml:space="preserve"> kind</w:t>
      </w:r>
      <w:r>
        <w:t xml:space="preserve"> of</w:t>
      </w:r>
      <w:r>
        <w:t xml:space="preserve"> at</w:t>
      </w:r>
      <w:r>
        <w:t xml:space="preserve"> a...</w:t>
        <w:br/>
        <w:t>水族店里</w:t>
        <w:br/>
        <w:t>a</w:t>
      </w:r>
      <w:r>
        <w:t xml:space="preserve"> fish</w:t>
      </w:r>
      <w:r>
        <w:t xml:space="preserve"> store...</w:t>
        <w:br/>
        <w:t>也许一起去会很好玩</w:t>
        <w:br/>
        <w:t>maybe</w:t>
      </w:r>
      <w:r>
        <w:t xml:space="preserve"> going</w:t>
      </w:r>
      <w:r>
        <w:t xml:space="preserve"> together</w:t>
      </w:r>
      <w:r>
        <w:t xml:space="preserve"> would</w:t>
      </w:r>
      <w:r>
        <w:t xml:space="preserve"> be</w:t>
      </w:r>
      <w:r>
        <w:t xml:space="preserve"> fine</w:t>
      </w:r>
      <w:r>
        <w:t xml:space="preserve"> and</w:t>
      </w:r>
      <w:r>
        <w:t xml:space="preserve"> fun</w:t>
      </w:r>
      <w:r>
        <w:t xml:space="preserve"> and...</w:t>
        <w:br/>
        <w:t>也不会太小题大作</w:t>
        <w:br/>
        <w:t>and</w:t>
      </w:r>
      <w:r>
        <w:t xml:space="preserve"> no</w:t>
      </w:r>
      <w:r>
        <w:t xml:space="preserve"> big</w:t>
      </w:r>
      <w:r>
        <w:t xml:space="preserve"> deal.</w:t>
        <w:br/>
        <w:t>我觉得很不错</w:t>
        <w:br/>
        <w:t>Sounds</w:t>
      </w:r>
      <w:r>
        <w:t xml:space="preserve"> good</w:t>
      </w:r>
      <w:r>
        <w:t xml:space="preserve"> to</w:t>
      </w:r>
      <w:r>
        <w:t xml:space="preserve"> me.</w:t>
        <w:br/>
        <w:t>好</w:t>
        <w:br/>
        <w:t>Okay.</w:t>
        <w:br/>
        <w:t>好</w:t>
        <w:br/>
        <w:t>Cool.</w:t>
        <w:br/>
        <w:t>Mikami</w:t>
        <w:br/>
        <w:t>Mikami.</w:t>
        <w:br/>
        <w:t>我正要找你</w:t>
        <w:br/>
        <w:t>Just</w:t>
      </w:r>
      <w:r>
        <w:t xml:space="preserve"> the</w:t>
      </w:r>
      <w:r>
        <w:t xml:space="preserve"> person</w:t>
      </w:r>
      <w:r>
        <w:t xml:space="preserve"> I'm</w:t>
      </w:r>
      <w:r>
        <w:t xml:space="preserve"> looking</w:t>
      </w:r>
      <w:r>
        <w:t xml:space="preserve"> for.</w:t>
        <w:br/>
        <w:t>大队长，我…</w:t>
        <w:br/>
        <w:t>Chief,</w:t>
      </w:r>
      <w:r>
        <w:t xml:space="preserve"> I...</w:t>
        <w:br/>
        <w:t>你不是明早才要来吗</w:t>
        <w:br/>
        <w:t>I</w:t>
      </w:r>
      <w:r>
        <w:t xml:space="preserve"> thought</w:t>
      </w:r>
      <w:r>
        <w:t xml:space="preserve"> you</w:t>
      </w:r>
      <w:r>
        <w:t xml:space="preserve"> were</w:t>
      </w:r>
      <w:r>
        <w:t xml:space="preserve"> coming</w:t>
      </w:r>
      <w:r>
        <w:t xml:space="preserve"> by</w:t>
      </w:r>
      <w:r>
        <w:t xml:space="preserve"> tomorrow</w:t>
      </w:r>
      <w:r>
        <w:t xml:space="preserve"> morning.</w:t>
        <w:br/>
        <w:t>我的行程有变</w:t>
        <w:br/>
        <w:t>My</w:t>
      </w:r>
      <w:r>
        <w:t xml:space="preserve"> schedule</w:t>
      </w:r>
      <w:r>
        <w:t xml:space="preserve"> changed,</w:t>
        <w:br/>
        <w:t>所以我现在来找你谈新急救员的事</w:t>
        <w:br/>
        <w:t>so</w:t>
      </w:r>
      <w:r>
        <w:t xml:space="preserve"> I'm</w:t>
      </w:r>
      <w:r>
        <w:t xml:space="preserve"> here</w:t>
      </w:r>
      <w:r>
        <w:t xml:space="preserve"> now</w:t>
      </w:r>
      <w:r>
        <w:t xml:space="preserve"> to</w:t>
      </w:r>
      <w:r>
        <w:t xml:space="preserve"> talk</w:t>
      </w:r>
      <w:r>
        <w:t xml:space="preserve"> about</w:t>
      </w:r>
      <w:r>
        <w:t xml:space="preserve"> the</w:t>
      </w:r>
      <w:r>
        <w:t xml:space="preserve"> new</w:t>
      </w:r>
      <w:r>
        <w:t xml:space="preserve"> medic.</w:t>
        <w:br/>
        <w:t>问题是我有件事要在4点前办好</w:t>
        <w:br/>
        <w:t>Well,</w:t>
      </w:r>
      <w:r>
        <w:t xml:space="preserve"> the</w:t>
      </w:r>
      <w:r>
        <w:t xml:space="preserve"> thing</w:t>
      </w:r>
      <w:r>
        <w:t xml:space="preserve"> is,</w:t>
      </w:r>
      <w:r>
        <w:t xml:space="preserve"> I</w:t>
      </w:r>
      <w:r>
        <w:t xml:space="preserve"> have</w:t>
      </w:r>
      <w:r>
        <w:t xml:space="preserve"> a</w:t>
      </w:r>
      <w:r>
        <w:t xml:space="preserve"> run</w:t>
      </w:r>
      <w:r>
        <w:t xml:space="preserve"> I</w:t>
      </w:r>
      <w:r>
        <w:t xml:space="preserve"> have</w:t>
      </w:r>
      <w:r>
        <w:t xml:space="preserve"> to</w:t>
      </w:r>
      <w:r>
        <w:t xml:space="preserve"> go</w:t>
      </w:r>
      <w:r>
        <w:t xml:space="preserve"> on</w:t>
      </w:r>
      <w:r>
        <w:t xml:space="preserve"> by</w:t>
      </w:r>
      <w:r>
        <w:t xml:space="preserve"> 4.</w:t>
        <w:br/>
        <w:t>这不是请求，Violet</w:t>
        <w:br/>
        <w:t>I'm</w:t>
      </w:r>
      <w:r>
        <w:t xml:space="preserve"> not</w:t>
      </w:r>
      <w:r>
        <w:t xml:space="preserve"> asking</w:t>
      </w:r>
      <w:r>
        <w:t xml:space="preserve"> you,</w:t>
      </w:r>
      <w:r>
        <w:t xml:space="preserve"> Violet.</w:t>
        <w:br/>
        <w:t>我现在有空跟你谈</w:t>
        <w:br/>
        <w:t>I'm</w:t>
      </w:r>
      <w:r>
        <w:t xml:space="preserve"> telling</w:t>
      </w:r>
      <w:r>
        <w:t xml:space="preserve"> you</w:t>
      </w:r>
      <w:r>
        <w:t xml:space="preserve"> this</w:t>
      </w:r>
      <w:r>
        <w:t xml:space="preserve"> is</w:t>
      </w:r>
      <w:r>
        <w:t xml:space="preserve"> when</w:t>
      </w:r>
      <w:r>
        <w:t xml:space="preserve"> I'm</w:t>
      </w:r>
      <w:r>
        <w:t xml:space="preserve"> free.</w:t>
        <w:br/>
        <w:t>好</w:t>
        <w:br/>
        <w:t>Right.</w:t>
        <w:br/>
        <w:t>当然了</w:t>
        <w:br/>
        <w:t>Of</w:t>
      </w:r>
      <w:r>
        <w:t xml:space="preserve"> course.</w:t>
        <w:br/>
        <w:t>我们能去简报室谈</w:t>
        <w:br/>
        <w:t>We</w:t>
      </w:r>
      <w:r>
        <w:t xml:space="preserve"> can</w:t>
      </w:r>
      <w:r>
        <w:t xml:space="preserve"> talk</w:t>
      </w:r>
      <w:r>
        <w:t xml:space="preserve"> in</w:t>
      </w:r>
      <w:r>
        <w:t xml:space="preserve"> the</w:t>
      </w:r>
      <w:r>
        <w:t xml:space="preserve"> briefing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3"/>
          <w:cols w:space="720"/>
          <w:titlePg w:val="0"/>
          <w:docGrid w:linePitch="360"/>
        </w:sectPr>
      </w:pPr>
      <w:r>
        <w:t xml:space="preserve"> room.</w:t>
        <w:br/>
        <w:t>我的优先人选是Vasquez</w:t>
        <w:br/>
        <w:t>So,</w:t>
      </w:r>
      <w:r>
        <w:t xml:space="preserve"> at</w:t>
      </w:r>
      <w:r>
        <w:t xml:space="preserve"> the</w:t>
      </w:r>
      <w:r>
        <w:t xml:space="preserve"> top</w:t>
      </w:r>
      <w:r>
        <w:t xml:space="preserve"> of</w:t>
      </w:r>
      <w:r>
        <w:t xml:space="preserve"> the</w:t>
      </w:r>
      <w:r>
        <w:t xml:space="preserve"> list</w:t>
      </w:r>
      <w:r>
        <w:t xml:space="preserve"> is</w:t>
      </w:r>
      <w:r>
        <w:t xml:space="preserve"> Vasquez,</w:t>
        <w:br/>
        <w:t>她的急救主管对她赞誉有加</w:t>
        <w:br/>
        <w:t>who</w:t>
      </w:r>
      <w:r>
        <w:t xml:space="preserve"> got</w:t>
      </w:r>
      <w:r>
        <w:t xml:space="preserve"> rave</w:t>
      </w:r>
      <w:r>
        <w:t xml:space="preserve"> reviews</w:t>
      </w:r>
      <w:r>
        <w:t xml:space="preserve"> from</w:t>
      </w:r>
      <w:r>
        <w:t xml:space="preserve"> her</w:t>
      </w:r>
      <w:r>
        <w:t xml:space="preserve"> PIC.</w:t>
        <w:br/>
        <w:t>你听说的不一样吗</w:t>
        <w:br/>
        <w:t>Oh,</w:t>
      </w:r>
      <w:r>
        <w:t xml:space="preserve"> have</w:t>
      </w:r>
      <w:r>
        <w:t xml:space="preserve"> you</w:t>
      </w:r>
      <w:r>
        <w:t xml:space="preserve"> heard</w:t>
      </w:r>
      <w:r>
        <w:t xml:space="preserve"> different?</w:t>
        <w:br/>
        <w:t>Mikami，我不是来征询你的建议的</w:t>
        <w:br/>
        <w:t>Mikami,</w:t>
      </w:r>
      <w:r>
        <w:t xml:space="preserve"> I'm</w:t>
      </w:r>
      <w:r>
        <w:t xml:space="preserve"> not</w:t>
      </w:r>
      <w:r>
        <w:t xml:space="preserve"> here</w:t>
      </w:r>
      <w:r>
        <w:t xml:space="preserve"> to</w:t>
      </w:r>
      <w:r>
        <w:t xml:space="preserve"> get</w:t>
      </w:r>
      <w:r>
        <w:t xml:space="preserve"> your</w:t>
      </w:r>
      <w:r>
        <w:t xml:space="preserve"> suggestions.</w:t>
        <w:br/>
        <w:t>向来偏袒51分局的Boden副区长</w:t>
        <w:br/>
        <w:t>Chief</w:t>
      </w:r>
      <w:r>
        <w:t xml:space="preserve"> Boden,</w:t>
      </w:r>
      <w:r>
        <w:t xml:space="preserve"> who</w:t>
      </w:r>
      <w:r>
        <w:t xml:space="preserve"> has</w:t>
      </w:r>
      <w:r>
        <w:t xml:space="preserve"> always</w:t>
      </w:r>
      <w:r>
        <w:t xml:space="preserve"> been</w:t>
      </w:r>
      <w:r>
        <w:t xml:space="preserve"> partial</w:t>
      </w:r>
      <w:r>
        <w:t xml:space="preserve"> to</w:t>
      </w:r>
      <w:r>
        <w:t xml:space="preserve"> 51,</w:t>
        <w:br/>
        <w:t>我认为也许他想我能听听你的建议</w:t>
        <w:br/>
        <w:t>in</w:t>
      </w:r>
      <w:r>
        <w:t xml:space="preserve"> my</w:t>
      </w:r>
      <w:r>
        <w:t xml:space="preserve"> professional</w:t>
      </w:r>
      <w:r>
        <w:t xml:space="preserve"> opinion,</w:t>
      </w:r>
      <w:r>
        <w:t xml:space="preserve"> may</w:t>
      </w:r>
      <w:r>
        <w:t xml:space="preserve"> want</w:t>
      </w:r>
      <w:r>
        <w:t xml:space="preserve"> you</w:t>
      </w:r>
      <w:r>
        <w:t xml:space="preserve"> to</w:t>
      </w:r>
      <w:r>
        <w:t xml:space="preserve"> have</w:t>
      </w:r>
      <w:r>
        <w:t xml:space="preserve"> a</w:t>
      </w:r>
      <w:r>
        <w:t xml:space="preserve"> say,</w:t>
        <w:br/>
        <w:t>但我不是那样做事的</w:t>
        <w:br/>
        <w:t>but</w:t>
      </w:r>
      <w:r>
        <w:t xml:space="preserve"> that's</w:t>
      </w:r>
      <w:r>
        <w:t xml:space="preserve"> not</w:t>
      </w:r>
      <w:r>
        <w:t xml:space="preserve"> how</w:t>
      </w:r>
      <w:r>
        <w:t xml:space="preserve"> I</w:t>
      </w:r>
      <w:r>
        <w:t xml:space="preserve"> operate.</w:t>
        <w:br/>
        <w:t>我会帮你选个新拍档</w:t>
        <w:br/>
        <w:t>I'll</w:t>
      </w:r>
      <w:r>
        <w:t xml:space="preserve"> be</w:t>
      </w:r>
      <w:r>
        <w:t xml:space="preserve"> picking</w:t>
      </w:r>
      <w:r>
        <w:t xml:space="preserve"> your</w:t>
      </w:r>
      <w:r>
        <w:t xml:space="preserve"> new</w:t>
      </w:r>
      <w:r>
        <w:t xml:space="preserve"> partner.</w:t>
        <w:br/>
        <w:t>我和底下所有急救主管谈过了</w:t>
        <w:br/>
        <w:t>I've</w:t>
      </w:r>
      <w:r>
        <w:t xml:space="preserve"> been</w:t>
      </w:r>
      <w:r>
        <w:t xml:space="preserve"> talking</w:t>
      </w:r>
      <w:r>
        <w:t xml:space="preserve"> to</w:t>
      </w:r>
      <w:r>
        <w:t xml:space="preserve"> all</w:t>
      </w:r>
      <w:r>
        <w:t xml:space="preserve"> the</w:t>
      </w:r>
      <w:r>
        <w:t xml:space="preserve"> PIC's</w:t>
      </w:r>
      <w:r>
        <w:t xml:space="preserve"> under</w:t>
      </w:r>
      <w:r>
        <w:t xml:space="preserve"> my</w:t>
      </w:r>
      <w:r>
        <w:t xml:space="preserve"> command</w:t>
        <w:br/>
        <w:t>让他们知道</w:t>
        <w:br/>
        <w:t>to</w:t>
      </w:r>
      <w:r>
        <w:t xml:space="preserve"> let</w:t>
      </w:r>
      <w:r>
        <w:t xml:space="preserve"> them</w:t>
      </w:r>
      <w:r>
        <w:t xml:space="preserve"> know</w:t>
        <w:br/>
        <w:t>我的作风比前任大队长们更强势</w:t>
        <w:br/>
        <w:t>I'll</w:t>
      </w:r>
      <w:r>
        <w:t xml:space="preserve"> have</w:t>
      </w:r>
      <w:r>
        <w:t xml:space="preserve"> a</w:t>
      </w:r>
      <w:r>
        <w:t xml:space="preserve"> much</w:t>
      </w:r>
      <w:r>
        <w:t xml:space="preserve"> stronger</w:t>
      </w:r>
      <w:r>
        <w:t xml:space="preserve"> hand</w:t>
      </w:r>
      <w:r>
        <w:t xml:space="preserve"> on</w:t>
      </w:r>
      <w:r>
        <w:t xml:space="preserve"> the</w:t>
      </w:r>
      <w:r>
        <w:t xml:space="preserve"> tiller</w:t>
      </w:r>
      <w:r>
        <w:t xml:space="preserve"> than</w:t>
      </w:r>
      <w:r>
        <w:t xml:space="preserve"> my</w:t>
      </w:r>
      <w:r>
        <w:t xml:space="preserve"> predecessors.</w:t>
        <w:br/>
        <w:t>你在哪里</w:t>
        <w:br/>
        <w:t>Where</w:t>
      </w:r>
      <w:r>
        <w:t xml:space="preserve"> are</w:t>
      </w:r>
      <w:r>
        <w:t xml:space="preserve"> you?</w:t>
        <w:br/>
        <w:t>Stella，高速公路出了点状况</w:t>
        <w:br/>
        <w:t>Stella,</w:t>
      </w:r>
      <w:r>
        <w:t xml:space="preserve"> there</w:t>
      </w:r>
      <w:r>
        <w:t xml:space="preserve"> was</w:t>
      </w:r>
      <w:r>
        <w:t xml:space="preserve"> some</w:t>
      </w:r>
      <w:r>
        <w:t xml:space="preserve"> kind</w:t>
      </w:r>
      <w:r>
        <w:t xml:space="preserve"> of</w:t>
      </w:r>
      <w:r>
        <w:t xml:space="preserve"> problem</w:t>
      </w:r>
      <w:r>
        <w:t xml:space="preserve"> on</w:t>
      </w:r>
      <w:r>
        <w:t xml:space="preserve"> the</w:t>
      </w:r>
      <w:r>
        <w:t xml:space="preserve"> freeway,</w:t>
        <w:br/>
        <w:t>我没办法及时赶到</w:t>
        <w:br/>
        <w:t>and</w:t>
      </w:r>
      <w:r>
        <w:t xml:space="preserve"> I</w:t>
      </w:r>
      <w:r>
        <w:t xml:space="preserve"> didn't</w:t>
      </w:r>
      <w:r>
        <w:t xml:space="preserve"> get</w:t>
      </w:r>
      <w:r>
        <w:t xml:space="preserve"> there</w:t>
      </w:r>
      <w:r>
        <w:t xml:space="preserve"> on</w:t>
      </w:r>
      <w:r>
        <w:t xml:space="preserve"> time.</w:t>
        <w:br/>
        <w:t>我不…</w:t>
        <w:br/>
        <w:br/>
        <w:t>I</w:t>
      </w:r>
      <w:r>
        <w:t xml:space="preserve"> don't...</w:t>
        <w:br/>
        <w:t>你为什么现在才告诉我</w:t>
        <w:br/>
        <w:t>why</w:t>
      </w:r>
      <w:r>
        <w:t xml:space="preserve"> are</w:t>
      </w:r>
      <w:r>
        <w:t xml:space="preserve"> you</w:t>
      </w:r>
      <w:r>
        <w:t xml:space="preserve"> just</w:t>
      </w:r>
      <w:r>
        <w:t xml:space="preserve"> telling</w:t>
      </w:r>
      <w:r>
        <w:t xml:space="preserve"> me</w:t>
      </w:r>
      <w:r>
        <w:t xml:space="preserve"> this</w:t>
      </w:r>
      <w:r>
        <w:t xml:space="preserve"> now?</w:t>
        <w:br/>
        <w:t>登机门的人跟我说</w:t>
        <w:br/>
        <w:t>Well,</w:t>
      </w:r>
      <w:r>
        <w:t xml:space="preserve"> at</w:t>
      </w:r>
      <w:r>
        <w:t xml:space="preserve"> the</w:t>
      </w:r>
      <w:r>
        <w:t xml:space="preserve"> gate</w:t>
      </w:r>
      <w:r>
        <w:t xml:space="preserve"> they</w:t>
      </w:r>
      <w:r>
        <w:t xml:space="preserve"> told</w:t>
      </w:r>
      <w:r>
        <w:t xml:space="preserve"> me</w:t>
        <w:br/>
        <w:t>有另一班飞往芝加哥的班机</w:t>
        <w:br/>
        <w:t>there</w:t>
      </w:r>
      <w:r>
        <w:t xml:space="preserve"> was</w:t>
      </w:r>
      <w:r>
        <w:t xml:space="preserve"> another</w:t>
      </w:r>
      <w:r>
        <w:t xml:space="preserve"> flight</w:t>
      </w:r>
      <w:r>
        <w:t xml:space="preserve"> to</w:t>
      </w:r>
      <w:r>
        <w:t xml:space="preserve"> Chicago,</w:t>
        <w:br/>
        <w:t>但在不同航厦，于是我拔腿就跑</w:t>
        <w:br/>
        <w:t>at</w:t>
      </w:r>
      <w:r>
        <w:t xml:space="preserve"> a</w:t>
      </w:r>
      <w:r>
        <w:t xml:space="preserve"> different</w:t>
      </w:r>
      <w:r>
        <w:t xml:space="preserve"> terminal,</w:t>
      </w:r>
      <w:r>
        <w:t xml:space="preserve"> so</w:t>
      </w:r>
      <w:r>
        <w:t xml:space="preserve"> I</w:t>
      </w:r>
      <w:r>
        <w:t xml:space="preserve"> ran.</w:t>
        <w:br/>
        <w:t>没打给你是因为不确定能否赶到</w:t>
        <w:br/>
        <w:t>I</w:t>
      </w:r>
      <w:r>
        <w:t xml:space="preserve"> didn't</w:t>
      </w:r>
      <w:r>
        <w:t xml:space="preserve"> call</w:t>
      </w:r>
      <w:r>
        <w:t xml:space="preserve"> because</w:t>
      </w:r>
      <w:r>
        <w:t xml:space="preserve"> I</w:t>
      </w:r>
      <w:r>
        <w:t xml:space="preserve"> wasn't</w:t>
      </w:r>
      <w:r>
        <w:t xml:space="preserve"> sure</w:t>
      </w:r>
      <w:r>
        <w:t xml:space="preserve"> I</w:t>
      </w:r>
      <w:r>
        <w:t xml:space="preserve"> was</w:t>
      </w:r>
      <w:r>
        <w:t xml:space="preserve"> going</w:t>
      </w:r>
      <w:r>
        <w:t xml:space="preserve"> to</w:t>
      </w:r>
      <w:r>
        <w:t xml:space="preserve"> make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4"/>
          <w:cols w:space="720"/>
          <w:titlePg w:val="0"/>
          <w:docGrid w:linePitch="360"/>
        </w:sectPr>
      </w:pPr>
      <w:r>
        <w:t xml:space="preserve"> it.</w:t>
        <w:br/>
        <w:t>好…</w:t>
        <w:br/>
        <w:t>Okay...</w:t>
        <w:br/>
        <w:t>我赶上了，但飞机上没讯号&amp;hearts;</w:t>
        <w:br/>
        <w:t>So,</w:t>
      </w:r>
      <w:r>
        <w:t xml:space="preserve"> I</w:t>
      </w:r>
      <w:r>
        <w:t xml:space="preserve"> make</w:t>
      </w:r>
      <w:r>
        <w:t xml:space="preserve"> it</w:t>
      </w:r>
      <w:r>
        <w:t xml:space="preserve"> just</w:t>
      </w:r>
      <w:r>
        <w:t xml:space="preserve"> in</w:t>
      </w:r>
      <w:r>
        <w:t xml:space="preserve"> time,</w:t>
      </w:r>
      <w:r>
        <w:t xml:space="preserve"> and</w:t>
      </w:r>
      <w:r>
        <w:t xml:space="preserve"> there's</w:t>
      </w:r>
      <w:r>
        <w:t xml:space="preserve"> no</w:t>
      </w:r>
      <w:r>
        <w:t xml:space="preserve"> service</w:t>
      </w:r>
      <w:r>
        <w:t xml:space="preserve"> on</w:t>
      </w:r>
      <w:r>
        <w:t xml:space="preserve"> the</w:t>
      </w:r>
      <w:r>
        <w:t xml:space="preserve"> flight.</w:t>
        <w:br/>
        <w:t>Kelly，你在哪里</w:t>
        <w:br/>
        <w:t>Kelly...where</w:t>
      </w:r>
      <w:r>
        <w:t xml:space="preserve"> are</w:t>
      </w:r>
      <w:r>
        <w:t xml:space="preserve"> you?</w:t>
        <w:br/>
        <w:t>总之，我不想在途中打给你</w:t>
        <w:br/>
        <w:t>Well,</w:t>
      </w:r>
      <w:r>
        <w:t xml:space="preserve"> I</w:t>
      </w:r>
      <w:r>
        <w:t xml:space="preserve"> didn't</w:t>
      </w:r>
      <w:r>
        <w:t xml:space="preserve"> want</w:t>
      </w:r>
      <w:r>
        <w:t xml:space="preserve"> to</w:t>
      </w:r>
      <w:r>
        <w:t xml:space="preserve"> call</w:t>
      </w:r>
      <w:r>
        <w:t xml:space="preserve"> from</w:t>
      </w:r>
      <w:r>
        <w:t xml:space="preserve"> Midway,</w:t>
        <w:br/>
        <w:t>因为我知道再20分钟我就到了</w:t>
        <w:br/>
        <w:t>because</w:t>
      </w:r>
      <w:r>
        <w:t xml:space="preserve"> I</w:t>
      </w:r>
      <w:r>
        <w:t xml:space="preserve"> knew</w:t>
      </w:r>
      <w:r>
        <w:t xml:space="preserve"> I</w:t>
      </w:r>
      <w:r>
        <w:t xml:space="preserve"> was</w:t>
      </w:r>
      <w:r>
        <w:t xml:space="preserve"> only</w:t>
      </w:r>
      <w:r>
        <w:t xml:space="preserve"> 20</w:t>
      </w:r>
      <w:r>
        <w:t xml:space="preserve"> minutes</w:t>
      </w:r>
      <w:r>
        <w:t xml:space="preserve"> away</w:t>
        <w:br/>
        <w:t>我想看着你的眼睛告诉你</w:t>
        <w:br/>
        <w:t>and</w:t>
      </w:r>
      <w:r>
        <w:t xml:space="preserve"> I</w:t>
      </w:r>
      <w:r>
        <w:t xml:space="preserve"> wanted</w:t>
      </w:r>
      <w:r>
        <w:t xml:space="preserve"> to</w:t>
      </w:r>
      <w:r>
        <w:t xml:space="preserve"> look</w:t>
      </w:r>
      <w:r>
        <w:t xml:space="preserve"> you</w:t>
      </w:r>
      <w:r>
        <w:t xml:space="preserve"> in</w:t>
      </w:r>
      <w:r>
        <w:t xml:space="preserve"> the</w:t>
      </w:r>
      <w:r>
        <w:t xml:space="preserve"> eyes.</w:t>
        <w:br/>
        <w:t>我不知道发生了什么事</w:t>
        <w:br/>
        <w:t>I</w:t>
      </w:r>
      <w:r>
        <w:t xml:space="preserve"> didn't</w:t>
      </w:r>
      <w:r>
        <w:t xml:space="preserve"> know</w:t>
      </w:r>
      <w:r>
        <w:t xml:space="preserve"> what</w:t>
      </w:r>
      <w:r>
        <w:t xml:space="preserve"> was</w:t>
      </w:r>
      <w:r>
        <w:t xml:space="preserve"> happening.</w:t>
        <w:br/>
        <w:t>对不起</w:t>
        <w:br/>
        <w:t>I'm</w:t>
      </w:r>
      <w:r>
        <w:t xml:space="preserve"> sorry.</w:t>
        <w:br/>
        <w:t>你该请机长发无线电给我的</w:t>
        <w:br/>
        <w:t>You</w:t>
      </w:r>
      <w:r>
        <w:t xml:space="preserve"> should've</w:t>
      </w:r>
      <w:r>
        <w:t xml:space="preserve"> had</w:t>
      </w:r>
      <w:r>
        <w:t xml:space="preserve"> the</w:t>
      </w:r>
      <w:r>
        <w:t xml:space="preserve"> pilot</w:t>
      </w:r>
      <w:r>
        <w:t xml:space="preserve"> radio</w:t>
      </w:r>
      <w:r>
        <w:t xml:space="preserve"> me.</w:t>
        <w:br/>
        <w:t>我想过那么做，相信我</w:t>
        <w:br/>
        <w:t>I</w:t>
      </w:r>
      <w:r>
        <w:t xml:space="preserve"> thought</w:t>
      </w:r>
      <w:r>
        <w:t xml:space="preserve"> about</w:t>
      </w:r>
      <w:r>
        <w:t xml:space="preserve"> it,</w:t>
      </w:r>
      <w:r>
        <w:t xml:space="preserve"> believe</w:t>
      </w:r>
      <w:r>
        <w:t xml:space="preserve"> me.</w:t>
        <w:br/>
        <w:t>你回来我就很高兴了</w:t>
        <w:br/>
        <w:t>I'm</w:t>
      </w:r>
      <w:r>
        <w:t xml:space="preserve"> just</w:t>
      </w:r>
      <w:r>
        <w:t xml:space="preserve"> glad</w:t>
      </w:r>
      <w:r>
        <w:t xml:space="preserve"> you</w:t>
      </w:r>
      <w:r>
        <w:t xml:space="preserve"> came</w:t>
      </w:r>
      <w:r>
        <w:t xml:space="preserve"> home.</w:t>
        <w:br/>
        <w:t>计划就是这样</w:t>
        <w:br/>
        <w:t>That</w:t>
      </w:r>
      <w:r>
        <w:t xml:space="preserve"> was</w:t>
      </w:r>
      <w:r>
        <w:t xml:space="preserve"> the</w:t>
      </w:r>
      <w:r>
        <w:t xml:space="preserve"> plan.</w:t>
        <w:br/>
        <w:t>我原先还不确定</w:t>
        <w:br/>
        <w:t>I</w:t>
      </w:r>
      <w:r>
        <w:t xml:space="preserve"> wasn't</w:t>
      </w:r>
      <w:r>
        <w:t xml:space="preserve"> sure.</w:t>
        <w:br/>
        <w:t>我很确定</w:t>
        <w:br/>
        <w:t>I</w:t>
      </w:r>
      <w:r>
        <w:t xml:space="preserve"> was.</w:t>
        <w:br/>
        <w:t>我爱你，Stella</w:t>
      </w:r>
      <w:r>
        <w:t xml:space="preserve"> Kidd</w:t>
        <w:br/>
        <w:t>I</w:t>
      </w:r>
      <w:r>
        <w:t xml:space="preserve"> love</w:t>
      </w:r>
      <w:r>
        <w:t xml:space="preserve"> you,</w:t>
      </w:r>
      <w:r>
        <w:t xml:space="preserve"> Stella</w:t>
      </w:r>
      <w:r>
        <w:t xml:space="preserve"> Kidd.</w:t>
        <w:br/>
        <w:t>我很爱你</w:t>
        <w:br/>
        <w:t>I</w:t>
      </w:r>
      <w:r>
        <w:t xml:space="preserve"> love</w:t>
      </w:r>
      <w:r>
        <w:t xml:space="preserve"> you</w:t>
      </w:r>
      <w:r>
        <w:t xml:space="preserve"> so</w:t>
      </w:r>
      <w:r>
        <w:t xml:space="preserve"> much.</w:t>
        <w:br/>
        <w:t>你的工作效率可真高</w:t>
        <w:br/>
        <w:t>You</w:t>
      </w:r>
      <w:r>
        <w:t xml:space="preserve"> do</w:t>
      </w:r>
      <w:r>
        <w:t xml:space="preserve"> fast</w:t>
      </w:r>
      <w:r>
        <w:t xml:space="preserve"> work.</w:t>
        <w:br/>
        <w:t>你很了解这些工作</w:t>
        <w:br/>
        <w:t>You</w:t>
      </w:r>
      <w:r>
        <w:t xml:space="preserve"> know</w:t>
      </w:r>
      <w:r>
        <w:t xml:space="preserve"> your</w:t>
      </w:r>
      <w:r>
        <w:t xml:space="preserve"> stuff.</w:t>
        <w:br/>
        <w:t>现在你也懂不少了</w:t>
        <w:br/>
        <w:t>And</w:t>
      </w:r>
      <w:r>
        <w:t xml:space="preserve"> now</w:t>
      </w:r>
      <w:r>
        <w:t xml:space="preserve"> you</w:t>
      </w:r>
      <w:r>
        <w:t xml:space="preserve"> know</w:t>
      </w:r>
      <w:r>
        <w:t xml:space="preserve"> some</w:t>
      </w:r>
      <w:r>
        <w:t xml:space="preserve"> of</w:t>
      </w:r>
      <w:r>
        <w:t xml:space="preserve"> it,</w:t>
      </w:r>
      <w:r>
        <w:t xml:space="preserve"> too.</w:t>
        <w:br/>
        <w:t>不准说出去</w:t>
        <w:br/>
        <w:t>Well,</w:t>
      </w:r>
      <w:r>
        <w:t xml:space="preserve"> nobody</w:t>
      </w:r>
      <w:r>
        <w:t xml:space="preserve"> is</w:t>
      </w:r>
      <w:r>
        <w:t xml:space="preserve"> gonna</w:t>
      </w:r>
      <w:r>
        <w:t xml:space="preserve"> find</w:t>
      </w:r>
      <w:r>
        <w:t xml:space="preserve"> out</w:t>
      </w:r>
      <w:r>
        <w:t xml:space="preserve"> about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5"/>
          <w:cols w:space="720"/>
          <w:titlePg w:val="0"/>
          <w:docGrid w:linePitch="360"/>
        </w:sectPr>
      </w:pPr>
      <w:r>
        <w:t xml:space="preserve"> that.</w:t>
        <w:br/>
        <w:t>不然我会是下个被拉来做的人了</w:t>
        <w:br/>
        <w:t>Or</w:t>
      </w:r>
      <w:r>
        <w:t xml:space="preserve"> else</w:t>
      </w:r>
      <w:r>
        <w:t xml:space="preserve"> I'll</w:t>
      </w:r>
      <w:r>
        <w:t xml:space="preserve"> be</w:t>
      </w:r>
      <w:r>
        <w:t xml:space="preserve"> the</w:t>
      </w:r>
      <w:r>
        <w:t xml:space="preserve"> next</w:t>
      </w:r>
      <w:r>
        <w:t xml:space="preserve"> one</w:t>
      </w:r>
      <w:r>
        <w:t xml:space="preserve"> suckered</w:t>
      </w:r>
      <w:r>
        <w:t xml:space="preserve"> into</w:t>
      </w:r>
      <w:r>
        <w:t xml:space="preserve"> doin'</w:t>
      </w:r>
      <w:r>
        <w:t xml:space="preserve"> it.</w:t>
        <w:br/>
        <w:t>我才没有被拉来做，我主动来的</w:t>
        <w:br/>
        <w:t>I</w:t>
      </w:r>
      <w:r>
        <w:t xml:space="preserve"> wasn't</w:t>
      </w:r>
      <w:r>
        <w:t xml:space="preserve"> suckered!</w:t>
      </w:r>
      <w:r>
        <w:t xml:space="preserve"> I</w:t>
      </w:r>
      <w:r>
        <w:t xml:space="preserve"> offered!</w:t>
        <w:br/>
        <w:t>不过谢谢你帮忙</w:t>
        <w:br/>
        <w:t>But</w:t>
      </w:r>
      <w:r>
        <w:t xml:space="preserve"> thank</w:t>
      </w:r>
      <w:r>
        <w:t xml:space="preserve"> you,</w:t>
      </w:r>
      <w:r>
        <w:t xml:space="preserve"> for</w:t>
      </w:r>
      <w:r>
        <w:t xml:space="preserve"> your</w:t>
      </w:r>
      <w:r>
        <w:t xml:space="preserve"> help.</w:t>
        <w:br/>
        <w:t>这是一份完整证明</w:t>
        <w:br/>
        <w:t>This</w:t>
      </w:r>
      <w:r>
        <w:t xml:space="preserve"> one</w:t>
      </w:r>
      <w:r>
        <w:t xml:space="preserve"> is</w:t>
      </w:r>
      <w:r>
        <w:t xml:space="preserve"> actually</w:t>
      </w:r>
      <w:r>
        <w:t xml:space="preserve"> a</w:t>
      </w:r>
      <w:r>
        <w:t xml:space="preserve"> completed</w:t>
      </w:r>
      <w:r>
        <w:t xml:space="preserve"> certification.</w:t>
        <w:br/>
        <w:t>我们什么都不必做，只要归档就好</w:t>
        <w:br/>
        <w:t>So,</w:t>
      </w:r>
      <w:r>
        <w:t xml:space="preserve"> we</w:t>
      </w:r>
      <w:r>
        <w:t xml:space="preserve"> don't</w:t>
      </w:r>
      <w:r>
        <w:t xml:space="preserve"> have</w:t>
      </w:r>
      <w:r>
        <w:t xml:space="preserve"> to</w:t>
      </w:r>
      <w:r>
        <w:t xml:space="preserve"> do</w:t>
      </w:r>
      <w:r>
        <w:t xml:space="preserve"> anything</w:t>
      </w:r>
      <w:r>
        <w:t xml:space="preserve"> but</w:t>
      </w:r>
      <w:r>
        <w:t xml:space="preserve"> file</w:t>
      </w:r>
      <w:r>
        <w:t xml:space="preserve"> it.</w:t>
        <w:br/>
        <w:t>如果你想调来51分局</w:t>
        <w:br/>
        <w:t>You</w:t>
      </w:r>
      <w:r>
        <w:t xml:space="preserve"> know,</w:t>
      </w:r>
      <w:r>
        <w:t xml:space="preserve"> if</w:t>
      </w:r>
      <w:r>
        <w:t xml:space="preserve"> you</w:t>
      </w:r>
      <w:r>
        <w:t xml:space="preserve"> want</w:t>
      </w:r>
      <w:r>
        <w:t xml:space="preserve"> to</w:t>
      </w:r>
      <w:r>
        <w:t xml:space="preserve"> transfer</w:t>
      </w:r>
      <w:r>
        <w:t xml:space="preserve"> to</w:t>
      </w:r>
      <w:r>
        <w:t xml:space="preserve"> 51,</w:t>
        <w:br/>
        <w:t>你该直接跟副区长说</w:t>
        <w:br/>
        <w:t>you</w:t>
      </w:r>
      <w:r>
        <w:t xml:space="preserve"> should</w:t>
      </w:r>
      <w:r>
        <w:t xml:space="preserve"> just</w:t>
      </w:r>
      <w:r>
        <w:t xml:space="preserve"> tell</w:t>
      </w:r>
      <w:r>
        <w:t xml:space="preserve"> Chief.</w:t>
        <w:br/>
        <w:t>什么</w:t>
        <w:br/>
        <w:t>What?</w:t>
        <w:br/>
        <w:t>不，我在46分局很好</w:t>
        <w:br/>
        <w:t>No,</w:t>
      </w:r>
      <w:r>
        <w:t xml:space="preserve"> I'm</w:t>
      </w:r>
      <w:r>
        <w:t xml:space="preserve"> good</w:t>
      </w:r>
      <w:r>
        <w:t xml:space="preserve"> on</w:t>
      </w:r>
      <w:r>
        <w:t xml:space="preserve"> 46.</w:t>
        <w:br/>
        <w:t>再说，这里没空缺了</w:t>
        <w:br/>
        <w:t>Besides,</w:t>
      </w:r>
      <w:r>
        <w:t xml:space="preserve"> there's</w:t>
      </w:r>
      <w:r>
        <w:t xml:space="preserve"> no</w:t>
      </w:r>
      <w:r>
        <w:t xml:space="preserve"> room</w:t>
      </w:r>
      <w:r>
        <w:t xml:space="preserve"> here.</w:t>
        <w:br/>
        <w:t>你还是该告诉他</w:t>
        <w:br/>
        <w:t>You</w:t>
      </w:r>
      <w:r>
        <w:t xml:space="preserve"> should</w:t>
      </w:r>
      <w:r>
        <w:t xml:space="preserve"> still</w:t>
      </w:r>
      <w:r>
        <w:t xml:space="preserve"> tell</w:t>
      </w:r>
      <w:r>
        <w:t xml:space="preserve"> him.</w:t>
        <w:br/>
        <w:t>以防万一</w:t>
        <w:br/>
        <w:t>Just</w:t>
      </w:r>
      <w:r>
        <w:t xml:space="preserve"> in</w:t>
      </w:r>
      <w:r>
        <w:t xml:space="preserve"> case.</w:t>
        <w:br/>
        <w:t>以防万一什么</w:t>
        <w:br/>
        <w:t>In</w:t>
      </w:r>
      <w:r>
        <w:t xml:space="preserve"> case</w:t>
      </w:r>
      <w:r>
        <w:t xml:space="preserve"> what?</w:t>
        <w:br/>
        <w:t>未来的事谁也说不准</w:t>
        <w:br/>
        <w:t>You</w:t>
      </w:r>
      <w:r>
        <w:t xml:space="preserve"> never</w:t>
      </w:r>
      <w:r>
        <w:t xml:space="preserve"> know.</w:t>
        <w:br/>
        <w:t>我只是这个意思</w:t>
        <w:br/>
        <w:t>That's</w:t>
      </w:r>
      <w:r>
        <w:t xml:space="preserve"> all</w:t>
      </w:r>
      <w:r>
        <w:t xml:space="preserve"> I'm</w:t>
      </w:r>
      <w:r>
        <w:t xml:space="preserve"> saying.</w:t>
        <w:br/>
        <w:t>你愿意帮副区长真的很棒</w:t>
        <w:br/>
        <w:t>Very</w:t>
      </w:r>
      <w:r>
        <w:t xml:space="preserve"> cool</w:t>
      </w:r>
      <w:r>
        <w:t xml:space="preserve"> of</w:t>
      </w:r>
      <w:r>
        <w:t xml:space="preserve"> you,</w:t>
      </w:r>
      <w:r>
        <w:t xml:space="preserve"> to</w:t>
      </w:r>
      <w:r>
        <w:t xml:space="preserve"> help</w:t>
      </w:r>
      <w:r>
        <w:t xml:space="preserve"> Chief</w:t>
      </w:r>
      <w:r>
        <w:t xml:space="preserve"> out.</w:t>
        <w:br/>
        <w:t>婚礼上见了？</w:t>
        <w:br/>
        <w:t>I'll</w:t>
      </w:r>
      <w:r>
        <w:t xml:space="preserve"> see</w:t>
      </w:r>
      <w:r>
        <w:t xml:space="preserve"> ya</w:t>
      </w:r>
      <w:r>
        <w:t xml:space="preserve"> at</w:t>
      </w:r>
      <w:r>
        <w:t xml:space="preserve"> the</w:t>
      </w:r>
      <w:r>
        <w:t xml:space="preserve"> wedding?</w:t>
        <w:br/>
        <w:t>-对，我会去的</w:t>
      </w:r>
      <w:r>
        <w:t xml:space="preserve"> -好</w:t>
        <w:br/>
        <w:t>-Yeah,</w:t>
      </w:r>
      <w:r>
        <w:t xml:space="preserve"> I'll</w:t>
      </w:r>
      <w:r>
        <w:t xml:space="preserve"> be</w:t>
      </w:r>
      <w:r>
        <w:t xml:space="preserve"> there.</w:t>
      </w:r>
      <w:r>
        <w:t xml:space="preserve"> -All</w:t>
      </w:r>
      <w:r>
        <w:t xml:space="preserve"> right.</w:t>
        <w:br/>
        <w:t>你愿意和我结婚吗</w:t>
        <w:br/>
        <w:t>Will</w:t>
      </w:r>
      <w:r>
        <w:t xml:space="preserve"> you</w:t>
      </w:r>
      <w:r>
        <w:t xml:space="preserve"> marry</w:t>
      </w:r>
      <w:r>
        <w:t xml:space="preserve"> me?</w:t>
        <w:br/>
        <w:t>能给我几天的时间思考吗</w:t>
        <w:br/>
        <w:t>Can</w:t>
      </w:r>
      <w:r>
        <w:t xml:space="preserve"> I</w:t>
      </w:r>
      <w:r>
        <w:t xml:space="preserve"> get</w:t>
      </w:r>
      <w:r>
        <w:t xml:space="preserve"> a</w:t>
      </w:r>
      <w:r>
        <w:t xml:space="preserve"> couple</w:t>
      </w:r>
      <w:r>
        <w:t xml:space="preserve"> days</w:t>
      </w:r>
      <w:r>
        <w:t xml:space="preserve"> to</w:t>
      </w:r>
      <w:r>
        <w:t xml:space="preserve"> think</w:t>
      </w:r>
      <w:r>
        <w:t xml:space="preserve"> about</w:t>
      </w:r>
      <w:r>
        <w:t xml:space="preserve"> it?</w:t>
        <w:br/>
        <w:t>事实上，你还有26小时</w:t>
        <w:br/>
        <w:t>Actually,</w:t>
      </w:r>
      <w:r>
        <w:t xml:space="preserve"> you</w:t>
      </w:r>
      <w:r>
        <w:t xml:space="preserve"> have</w:t>
      </w:r>
      <w:r>
        <w:t xml:space="preserve"> 26</w:t>
      </w:r>
    </w:p>
    <w:p>
      <w:r>
        <w:t xml:space="preserve"> hours.</w:t>
        <w:br/>
        <w:t>你准备好了吗</w:t>
        <w:br/>
        <w:t>You</w:t>
      </w:r>
      <w:r>
        <w:t xml:space="preserve"> ready</w:t>
      </w:r>
      <w:r>
        <w:t xml:space="preserve"> for</w:t>
      </w:r>
      <w:r>
        <w:t xml:space="preserve"> this?</w:t>
        <w:br/>
        <w:t>搬去波特兰，离开51分局</w:t>
        <w:br/>
        <w:t>Moving</w:t>
      </w:r>
      <w:r>
        <w:t xml:space="preserve"> to</w:t>
      </w:r>
      <w:r>
        <w:t xml:space="preserve"> Portland,</w:t>
      </w:r>
      <w:r>
        <w:t xml:space="preserve"> leaving</w:t>
      </w:r>
      <w:r>
        <w:t xml:space="preserve"> 51,</w:t>
        <w:br/>
        <w:t>我们和孩子们住同一栋房&amp;hearts;子</w:t>
        <w:br/>
        <w:t>us</w:t>
      </w:r>
      <w:r>
        <w:t xml:space="preserve"> and</w:t>
      </w:r>
      <w:r>
        <w:t xml:space="preserve"> the</w:t>
      </w:r>
      <w:r>
        <w:t xml:space="preserve"> kids</w:t>
      </w:r>
      <w:r>
        <w:t xml:space="preserve"> in</w:t>
      </w:r>
      <w:r>
        <w:t xml:space="preserve"> one</w:t>
      </w:r>
      <w:r>
        <w:t xml:space="preserve"> house,</w:t>
        <w:br/>
        <w:t>逃也逃不了？</w:t>
        <w:br/>
        <w:t>no</w:t>
      </w:r>
      <w:r>
        <w:t xml:space="preserve"> escape?</w:t>
        <w:br/>
        <w:t>现在问我有点太迟了</w:t>
        <w:br/>
        <w:t>It's</w:t>
      </w:r>
      <w:r>
        <w:t xml:space="preserve"> a</w:t>
      </w:r>
      <w:r>
        <w:t xml:space="preserve"> little</w:t>
      </w:r>
      <w:r>
        <w:t xml:space="preserve"> late</w:t>
      </w:r>
      <w:r>
        <w:t xml:space="preserve"> to</w:t>
      </w:r>
      <w:r>
        <w:t xml:space="preserve"> ask</w:t>
      </w:r>
      <w:r>
        <w:t xml:space="preserve"> me</w:t>
      </w:r>
      <w:r>
        <w:t xml:space="preserve"> now.</w:t>
        <w:br/>
        <w:t>就像你说的，还有26小时能反悔</w:t>
        <w:br/>
        <w:t>Like</w:t>
      </w:r>
      <w:r>
        <w:t xml:space="preserve"> you</w:t>
      </w:r>
      <w:r>
        <w:t xml:space="preserve"> said,</w:t>
      </w:r>
      <w:r>
        <w:t xml:space="preserve"> there</w:t>
      </w:r>
      <w:r>
        <w:t xml:space="preserve"> are</w:t>
      </w:r>
      <w:r>
        <w:t xml:space="preserve"> 26</w:t>
      </w:r>
      <w:r>
        <w:t xml:space="preserve"> hours</w:t>
      </w:r>
      <w:r>
        <w:t xml:space="preserve"> to</w:t>
      </w:r>
      <w:r>
        <w:t xml:space="preserve"> back</w:t>
      </w:r>
      <w:r>
        <w:t xml:space="preserve"> out.</w:t>
        <w:br/>
        <w:t>不可能的</w:t>
        <w:br/>
        <w:t>Not</w:t>
      </w:r>
      <w:r>
        <w:t xml:space="preserve"> gonna</w:t>
      </w:r>
      <w:r>
        <w:t xml:space="preserve"> happen.</w:t>
        <w:br/>
        <w:t>很好</w:t>
        <w:br/>
        <w:t>Good.</w:t>
        <w:br/>
        <w:t>因为那样会很残忍&amp;hearts;</w:t>
        <w:br/>
        <w:t>Because</w:t>
      </w:r>
      <w:r>
        <w:t xml:space="preserve"> it</w:t>
      </w:r>
      <w:r>
        <w:t xml:space="preserve"> would</w:t>
      </w:r>
      <w:r>
        <w:t xml:space="preserve"> be</w:t>
      </w:r>
      <w:r>
        <w:t xml:space="preserve"> pretty</w:t>
      </w:r>
      <w:r>
        <w:t xml:space="preserve"> brutal</w:t>
        <w:br/>
        <w:t>把新郎留在水族店的圣坛上</w:t>
        <w:br/>
        <w:t>to</w:t>
      </w:r>
      <w:r>
        <w:t xml:space="preserve"> leave</w:t>
      </w:r>
      <w:r>
        <w:t xml:space="preserve"> a</w:t>
      </w:r>
      <w:r>
        <w:t xml:space="preserve"> guy</w:t>
      </w:r>
      <w:r>
        <w:t xml:space="preserve"> at</w:t>
      </w:r>
      <w:r>
        <w:t xml:space="preserve"> the</w:t>
      </w:r>
      <w:r>
        <w:t xml:space="preserve"> altar</w:t>
      </w:r>
      <w:r>
        <w:t xml:space="preserve"> in</w:t>
      </w:r>
      <w:r>
        <w:t xml:space="preserve"> a</w:t>
      </w:r>
      <w:r>
        <w:t xml:space="preserve"> fish</w:t>
      </w:r>
      <w:r>
        <w:t xml:space="preserve"> store.</w:t>
        <w:br/>
        <w:t>我说过我很抱歉了</w:t>
        <w:br/>
        <w:t>I</w:t>
      </w:r>
      <w:r>
        <w:t xml:space="preserve"> said</w:t>
      </w:r>
      <w:r>
        <w:t xml:space="preserve"> that</w:t>
      </w:r>
      <w:r>
        <w:t xml:space="preserve"> I</w:t>
      </w:r>
      <w:r>
        <w:t xml:space="preserve"> was</w:t>
      </w:r>
      <w:r>
        <w:t xml:space="preserve"> sorry</w:t>
      </w:r>
      <w:r>
        <w:t xml:space="preserve"> about</w:t>
      </w:r>
      <w:r>
        <w:t xml:space="preserve"> that!</w:t>
        <w:br/>
        <w:t>Violet说她会处理的</w:t>
        <w:br/>
        <w:t>And</w:t>
      </w:r>
      <w:r>
        <w:t xml:space="preserve"> Violet</w:t>
      </w:r>
      <w:r>
        <w:t xml:space="preserve"> says</w:t>
      </w:r>
      <w:r>
        <w:t xml:space="preserve"> she's</w:t>
      </w:r>
      <w:r>
        <w:t xml:space="preserve"> got</w:t>
      </w:r>
      <w:r>
        <w:t xml:space="preserve"> this.</w:t>
        <w:br/>
        <w:t>她会把水族店布置得漂漂亮亮</w:t>
        <w:br/>
        <w:t>She's</w:t>
      </w:r>
      <w:r>
        <w:t xml:space="preserve"> gonna</w:t>
      </w:r>
      <w:r>
        <w:t xml:space="preserve"> make</w:t>
      </w:r>
      <w:r>
        <w:t xml:space="preserve"> it</w:t>
      </w:r>
      <w:r>
        <w:t xml:space="preserve"> beautiful.</w:t>
        <w:br/>
        <w:t>没有鲜花、没有装饰</w:t>
        <w:br/>
        <w:t>No</w:t>
      </w:r>
      <w:r>
        <w:t xml:space="preserve"> flowers,</w:t>
      </w:r>
      <w:r>
        <w:t xml:space="preserve"> no</w:t>
      </w:r>
      <w:r>
        <w:t xml:space="preserve"> decor,</w:t>
        <w:br/>
        <w:t>一切都要完蛋</w:t>
        <w:br/>
        <w:t>it's</w:t>
      </w:r>
      <w:r>
        <w:t xml:space="preserve"> all</w:t>
      </w:r>
      <w:r>
        <w:t xml:space="preserve"> going</w:t>
      </w:r>
      <w:r>
        <w:t xml:space="preserve"> to</w:t>
      </w:r>
      <w:r>
        <w:t xml:space="preserve"> hell.</w:t>
        <w:br/>
        <w:t>这都是Robinson大队长的错</w:t>
        <w:br/>
        <w:t>This</w:t>
      </w:r>
      <w:r>
        <w:t xml:space="preserve"> is</w:t>
      </w:r>
      <w:r>
        <w:t xml:space="preserve"> Chief</w:t>
      </w:r>
      <w:r>
        <w:t xml:space="preserve"> Robinson's</w:t>
      </w:r>
      <w:r>
        <w:t xml:space="preserve"> fault.</w:t>
        <w:br/>
        <w:t>一声不讲就跑来</w:t>
        <w:br/>
        <w:t>Showing</w:t>
      </w:r>
      <w:r>
        <w:t xml:space="preserve"> up</w:t>
      </w:r>
      <w:r>
        <w:t xml:space="preserve"> with</w:t>
      </w:r>
      <w:r>
        <w:t xml:space="preserve"> no</w:t>
      </w:r>
      <w:r>
        <w:t xml:space="preserve"> notice,</w:t>
      </w:r>
      <w:r>
        <w:t xml:space="preserve"> out</w:t>
      </w:r>
      <w:r>
        <w:t xml:space="preserve"> of</w:t>
      </w:r>
      <w:r>
        <w:t xml:space="preserve"> the</w:t>
      </w:r>
      <w:r>
        <w:t xml:space="preserve"> blue...</w:t>
        <w:br/>
        <w:t>她到底想做什么</w:t>
        <w:br/>
        <w:t>what</w:t>
      </w:r>
      <w:r>
        <w:t xml:space="preserve"> is</w:t>
      </w:r>
      <w:r>
        <w:t xml:space="preserve"> she</w:t>
      </w:r>
      <w:r>
        <w:t xml:space="preserve"> up</w:t>
      </w:r>
      <w:r>
        <w:t xml:space="preserve"> to?</w:t>
        <w:br/>
        <w:t>我告诉你，她是想给我下马威</w:t>
        <w:br/>
        <w:t>I'm</w:t>
      </w:r>
      <w:r>
        <w:t xml:space="preserve"> telling</w:t>
      </w:r>
      <w:r>
        <w:t xml:space="preserve"> you,</w:t>
      </w:r>
      <w:r>
        <w:t xml:space="preserve"> it's</w:t>
      </w:r>
      <w:r>
        <w:t xml:space="preserve"> a</w:t>
      </w:r>
      <w:r>
        <w:t xml:space="preserve"> power</w:t>
      </w:r>
      <w:r>
        <w:t xml:space="preserve"> move.</w:t>
        <w:br/>
        <w:t>她想威吓我</w:t>
        <w:br/>
        <w:t>She's</w:t>
      </w:r>
      <w:r>
        <w:t xml:space="preserve"> trying</w:t>
      </w:r>
      <w:r>
        <w:t xml:space="preserve"> to</w:t>
      </w:r>
      <w:r>
        <w:t xml:space="preserve"> intimidate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https://d.book118.com/755011004323011121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16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755011004323011121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25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