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客服年终工作总结范文（32篇）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最新客服年终工作总结范文（精选32篇）</w:t>
      </w:r>
      <w:r>
        <w:rPr>
          <w:lang w:eastAsia="zh-CN"/>
        </w:rPr>
        <w:br/>
      </w:r>
      <w:r>
        <w:rPr>
          <w:lang w:eastAsia="zh-CN"/>
        </w:rPr>
        <w:t xml:space="preserve">    最新客服年终工作总结范文 篇1 </w:t>
      </w:r>
      <w:r>
        <w:rPr>
          <w:lang w:eastAsia="zh-CN"/>
        </w:rPr>
        <w:br/>
      </w:r>
      <w:r>
        <w:rPr>
          <w:lang w:eastAsia="zh-CN"/>
        </w:rPr>
        <w:t>　　时光如梭，不知不觉中来到物业工作已有一年了。在我看来，这是短暂而又漫长的一年。短暂的是我还来不及掌握的工作技巧与专业知识，时光已经流逝；漫长的是要成为一名优秀的客服人员今后的路必定很漫长。以下是我今年的工作总结。</w:t>
      </w:r>
      <w:r>
        <w:rPr>
          <w:lang w:eastAsia="zh-CN"/>
        </w:rPr>
        <w:br/>
      </w:r>
      <w:r>
        <w:rPr>
          <w:lang w:eastAsia="zh-CN"/>
        </w:rPr>
        <w:t>　　一、日常工作</w:t>
      </w:r>
      <w:r>
        <w:rPr>
          <w:lang w:eastAsia="zh-CN"/>
        </w:rPr>
        <w:br/>
      </w:r>
      <w:r>
        <w:rPr>
          <w:lang w:eastAsia="zh-CN"/>
        </w:rPr>
        <w:t>　　客户收铺、装修等手续和证件的办理以及商户资料、档案、钥匙的归档，熟悉各方面信息，包括业主、装修单位、施工单位等信息，在做好记录的同时通知相关部门和人员进行处理，并对此过程进行跟踪，完成后进行回访。</w:t>
      </w:r>
      <w:r>
        <w:rPr>
          <w:lang w:eastAsia="zh-CN"/>
        </w:rPr>
        <w:br/>
      </w:r>
      <w:r>
        <w:rPr>
          <w:lang w:eastAsia="zh-CN"/>
        </w:rPr>
        <w:t>　　二、磨砺性格，提升素质</w:t>
      </w:r>
      <w:r>
        <w:rPr>
          <w:lang w:eastAsia="zh-CN"/>
        </w:rPr>
        <w:br/>
      </w:r>
      <w:r>
        <w:rPr>
          <w:lang w:eastAsia="zh-CN"/>
        </w:rPr>
        <w:t>　　对于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r>
        <w:rPr>
          <w:lang w:eastAsia="zh-CN"/>
        </w:rPr>
        <w:br/>
      </w:r>
      <w:r>
        <w:rPr>
          <w:lang w:eastAsia="zh-CN"/>
        </w:rPr>
        <w:t>　　三、重视细节</w:t>
      </w:r>
      <w:r>
        <w:rPr>
          <w:lang w:eastAsia="zh-CN"/>
        </w:rPr>
        <w:br/>
      </w:r>
      <w:r>
        <w:rPr>
          <w:lang w:eastAsia="zh-CN"/>
        </w:rPr>
        <w:t>　　细节因其“小”，往往被人所轻视，甚至被忽视，也常常使人感到繁琐，无暇顾及。在物业这里我深刻体会到细节疏忽不得，马虎不得。不论是批阅公文时的每一行文字，每一个标点，还是领导强调的服务做细化，卫生无死角等，都使我深刻的认识到，只有深入细节，才能从中获得回报。细节产生效益，细节带来成功。</w:t>
      </w:r>
      <w:r>
        <w:rPr>
          <w:lang w:eastAsia="zh-CN"/>
        </w:rPr>
        <w:br/>
      </w:r>
      <w:r>
        <w:rPr>
          <w:lang w:eastAsia="zh-CN"/>
        </w:rPr>
        <w:t>　　四、拓展才能</w:t>
      </w:r>
      <w:r>
        <w:rPr>
          <w:lang w:eastAsia="zh-CN"/>
        </w:rPr>
        <w:br/>
      </w:r>
      <w:r>
        <w:rPr>
          <w:lang w:eastAsia="zh-CN"/>
        </w:rPr>
        <w:t>　　为了把工作做好，我们客服部﹑工程部﹑保安部都在加班，把自己的分内事做好。虽然很累，但都是体现我们客服中心的团结精神。这体现大家对工作都充满了激情，每份工作我都会认真负责的去对待，尽我所能的把所有工作一项一项地做得更好。</w:t>
      </w:r>
      <w:r>
        <w:rPr>
          <w:lang w:eastAsia="zh-CN"/>
        </w:rPr>
        <w:br/>
      </w:r>
      <w:r>
        <w:rPr>
          <w:lang w:eastAsia="zh-CN"/>
        </w:rPr>
        <w:t>　　五、提升方向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加强学习物业管理的基本知识，提高客户服务技巧与心理，完善客服接待流程及礼仪。加强文档的制作能力，拓展各项工作技能，如学习电脑一些新软件的操作，遇到客户的难题怎么去解答。进一步改善自己的性格，提高对工作耐心度，更加注重细节，加强工作责任心和培养工作积极性。多与各位领导、同事们沟通学习，取长补短，提升自己各方面能力，跟上公司前进的步伐。</w:t>
      </w:r>
      <w:r>
        <w:rPr>
          <w:lang w:eastAsia="zh-CN"/>
        </w:rPr>
        <w:br/>
      </w:r>
      <w:r>
        <w:rPr>
          <w:lang w:eastAsia="zh-CN"/>
        </w:rPr>
        <w:t>　　很高兴来到物业这个大家庭，物业管理公司的文化理念与工作氛围都不自</w:t>
      </w:r>
      <w:r>
        <w:rPr>
          <w:lang w:eastAsia="zh-CN"/>
        </w:rPr>
        <w:br/>
      </w:r>
      <w:r>
        <w:rPr>
          <w:lang w:eastAsia="zh-CN"/>
        </w:rPr>
        <w:t>　　觉地感染着我、推动着我。让我可以在工作中学习，在学习中成长，也确定了自己努力的方向。此时此刻，我的最大目标就是在新一年工作中挑战自我、超越自我，取得更大的进步！</w:t>
      </w:r>
      <w:r>
        <w:rPr>
          <w:lang w:eastAsia="zh-CN"/>
        </w:rPr>
        <w:br/>
      </w:r>
      <w:r>
        <w:rPr>
          <w:lang w:eastAsia="zh-CN"/>
        </w:rPr>
        <w:t>　　我们客服工作随着经济的发展，随着时代的进步越来越细分细化。我进入公司成为了一名售后客服，在我们公司对于售后非常重视，成立一个售后客服部就能够看出，这是对客户的负责，有担当的公司才会注重售后，有长远目标的公司才会注重名望的积累。</w:t>
      </w:r>
      <w:r>
        <w:rPr>
          <w:lang w:eastAsia="zh-CN"/>
        </w:rPr>
        <w:br/>
      </w:r>
      <w:r>
        <w:rPr>
          <w:lang w:eastAsia="zh-CN"/>
        </w:rPr>
        <w:t>　　名誉是靠一点点积累的，企业形象也是靠着一点点付出积累起来的，想要做好，售后和售前是分不开的，是不能够轻易改变的，很多时候客户在遇到问题的时候想要反馈的时候如果找不到负责人，早不到倾诉口，就会产生矛盾，就行造成严重的影响，我们售后客服部就是用来解决客户的问题，给客户更好的体验，客户是上帝，对客户总是，才能赢得客户的认可，一时的损失焕来的是长久的昌隆，这也是我们售后的责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在售后客服部做的有两年时间，我也清楚了工作应该向着那个方向走，我们接到的客户很多是对产品不满意的，认为这些都不合适，不喜欢。想要退货，对于这样的情况我们要首先了解他们退货的原因，找到根源所在，才能够解决问题，如果没有找到问题，发现问题，我们就不能调整好工作策略，不能让公司开拓更宽的市场，所以这就需要我们努力，需要我们来提高，做出更好的规划，更好的总结和加强，对于这样的.情况我们接到客户退货投诉消息之后会把这些情况反馈到上级，让管理层做好工作调整和安排，避免不必要的损失。</w:t>
      </w:r>
      <w:r>
        <w:rPr>
          <w:lang w:eastAsia="zh-CN"/>
        </w:rPr>
        <w:br/>
      </w:r>
      <w:r>
        <w:rPr>
          <w:lang w:eastAsia="zh-CN"/>
        </w:rPr>
        <w:t>　　如果损失了一个客户，可能在无形中损失了十个二十个甚至更多的客户，而得到一个客户的认可，我们就能够获得一个或者更多的客户的认可，所以每一个客户都是我们售后客服人员要安抚好的，留住客户的心，安抚客户的愤怒，给客户更多的希望更多的机会，这是我们自己的机会，也是我们工作的目的，可以说我们是服务于客户的人。</w:t>
      </w:r>
      <w:r>
        <w:rPr>
          <w:lang w:eastAsia="zh-CN"/>
        </w:rPr>
        <w:br/>
      </w:r>
      <w:r>
        <w:rPr>
          <w:lang w:eastAsia="zh-CN"/>
        </w:rPr>
        <w:t>　　在与客户沟通时以礼貌为主，友好的对待客户，用语言来打动客户，用感情</w:t>
      </w:r>
      <w:r>
        <w:rPr>
          <w:lang w:eastAsia="zh-CN"/>
        </w:rPr>
        <w:br/>
      </w:r>
      <w:r>
        <w:rPr>
          <w:lang w:eastAsia="zh-CN"/>
        </w:rPr>
        <w:t>　　来提高客户，给可会更多的温暖和关怀，从而受到更大的宽容，更多的成人，这就是我们工作的意义，而不是我们轻易放弃的责任，时间流逝，留下的就是客户对公司的承认，我在工作时，不会与客户闹矛盾，不会与客户争执，只会做好自己，只会从客户的角度去出发，去考虑，用思考用努力完成自己的任务做好自己的工作把任务完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得到了公司的信任，就会全力工作，树立公司的形象，让客户知道和了解我们公司是一个宽厚且尊重客户的公司，不会伤害客户的利益，这就是我们的任务。把心用在客户身上，留下客户对我们公司的认可，这样就可以得到更多客户的，收获更多的结果，服务到位了得到的认同也会更多。</w:t>
      </w:r>
      <w:r>
        <w:rPr>
          <w:lang w:eastAsia="zh-CN"/>
        </w:rPr>
        <w:br/>
      </w:r>
      <w:r>
        <w:rPr>
          <w:lang w:eastAsia="zh-CN"/>
        </w:rPr>
        <w:t xml:space="preserve">    最新客服年终工作总结范文 篇2 </w:t>
      </w:r>
      <w:r>
        <w:rPr>
          <w:lang w:eastAsia="zh-CN"/>
        </w:rPr>
        <w:br/>
      </w:r>
      <w:r>
        <w:rPr>
          <w:lang w:eastAsia="zh-CN"/>
        </w:rPr>
        <w:t>　　时间如白驹过隙，转眼兔年已过，在这一年里，虽然没有做出闪闪发光的突出业绩，但在这一年里的工作我也有很多的收获。在这一年中，让我感受到了公司学习、开放、和谐、创新及宽松融洽的工作氛围、团结向上的企业文化，感受到了客服部同事们在工作中尽职尽责、身体力行的艰难和坚定。我要特地感谢同事们对我的帮助，感谢他们对我工作中出现的失误的提醒和指正。在他们的悉心关怀和帮助，通过自身的不懈努力，自己各方面也取得了一定的进步，现将我的工作情况作如下总结。</w:t>
      </w:r>
      <w:r>
        <w:rPr>
          <w:lang w:eastAsia="zh-CN"/>
        </w:rPr>
        <w:br/>
      </w:r>
      <w:r>
        <w:rPr>
          <w:lang w:eastAsia="zh-CN"/>
        </w:rPr>
        <w:t>　　一、通过学习和日常工作积累使我对客服工作有了较为深刻和更进一步的认识</w:t>
      </w:r>
      <w:r>
        <w:rPr>
          <w:lang w:eastAsia="zh-CN"/>
        </w:rPr>
        <w:br/>
      </w:r>
      <w:r>
        <w:rPr>
          <w:lang w:eastAsia="zh-CN"/>
        </w:rPr>
        <w:t>　　客服所有的工作就是对公司产品的售后服务，我们公司销售的房屋有毛坯房也有少量精装房。产品多了客户自然就多，客户对产品的要求及认识都不同。一切对于我来说，即新鲜也处处存在挑战，领导的变动，新同事加入，协调好各部门的关系是完成好本工作的关键。在工作中我也有许多不明白的地方，但不会就学、不懂就问，学习是一切进步取得的前提和基础。在这一年里我认真学习了关于本职工作的各相关资料，再加上日常工作实践中不断的观察、积累经验，使我对客服体系工作流程的认识有了进一步提高。自己通过学习和领导、同事们的言传身教，使得我的工作才能顺利开展。</w:t>
      </w:r>
      <w:r>
        <w:rPr>
          <w:lang w:eastAsia="zh-CN"/>
        </w:rPr>
        <w:br/>
      </w:r>
      <w:r>
        <w:rPr>
          <w:lang w:eastAsia="zh-CN"/>
        </w:rPr>
        <w:t>　　二、认真学习岗位知识，工作能力得到了一定的提高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对于一个客服工作人员来说，做客服工作的感受就像是一个学习锻炼一个人的耐力，整个过程感受最多只有勤跑、多问、穷跟。如果到有一天你已经习惯了这种工作，不再被这种工作厌倦的时候就说明你已经是一个非常有经验的老员工了。作为一个客服专员，在多年的客服工作中，我一直在不断地探索，企图能够找到另一种沟通能够化解和消融因用户所产生的这种矛盾气氛，这就是客服专员。毕竟大多数的人需要对自己的情绪进行管理，控制和调节。人无完人，我要活到老学到老。</w:t>
      </w:r>
      <w:r>
        <w:rPr>
          <w:lang w:eastAsia="zh-CN"/>
        </w:rPr>
        <w:br/>
      </w:r>
      <w:r>
        <w:rPr>
          <w:lang w:eastAsia="zh-CN"/>
        </w:rPr>
        <w:t>　　三、对日常投诉工作处理得当</w:t>
      </w:r>
      <w:r>
        <w:rPr>
          <w:lang w:eastAsia="zh-CN"/>
        </w:rPr>
        <w:br/>
      </w:r>
      <w:r>
        <w:rPr>
          <w:lang w:eastAsia="zh-CN"/>
        </w:rPr>
        <w:t>　　业主投诉大多都是一些建筑上的瑕疵，都是一些表面观感毛皮，当然也不能否认施工方细节不到位。偶尔也会有突发性水电的事情，不管什么问题都能让人提高进步。我以前也处理过很多的投诉，但现在的处理方式和以前不同，我们所负责的范围各有不同。</w:t>
      </w:r>
      <w:r>
        <w:rPr>
          <w:lang w:eastAsia="zh-CN"/>
        </w:rPr>
        <w:br/>
      </w:r>
      <w:r>
        <w:rPr>
          <w:lang w:eastAsia="zh-CN"/>
        </w:rPr>
        <w:t>　　20__年又是一个充满激情的一年，在今后的工作中，我将努力提高自身素质，克服不足，朝着以下几方向努力：</w:t>
      </w:r>
      <w:r>
        <w:rPr>
          <w:lang w:eastAsia="zh-CN"/>
        </w:rPr>
        <w:br/>
      </w:r>
      <w:r>
        <w:rPr>
          <w:lang w:eastAsia="zh-CN"/>
        </w:rPr>
        <w:t>　　1、学无止镜，时代的发展瞬息万变，各种学科知识日新月异。我将坚持不懈地努力学习各种知识，并用于指导自己工作实践。</w:t>
      </w:r>
      <w:r>
        <w:rPr>
          <w:lang w:eastAsia="zh-CN"/>
        </w:rPr>
        <w:br/>
      </w:r>
      <w:r>
        <w:rPr>
          <w:lang w:eastAsia="zh-CN"/>
        </w:rPr>
        <w:t>　　2、在以后的工作中不断学习业务知识，通过多看、多学、多练来不断的提高自己的各项业务技能。</w:t>
      </w:r>
      <w:r>
        <w:rPr>
          <w:lang w:eastAsia="zh-CN"/>
        </w:rPr>
        <w:br/>
      </w:r>
      <w:r>
        <w:rPr>
          <w:lang w:eastAsia="zh-CN"/>
        </w:rPr>
        <w:t>　　3、不断锻炼自己的胆识和毅力，提高自己解决实际问题的能力，并在工作中慢慢克服急躁情绪，积极、热情、细致地对待每一项工作。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以上拙见是本人工作的一点感想，由于每个人所站的位置、角度不同，自己的认识难免会有些出入，请领导给批示和指导。我坚信：所有的成绩都属于昨天，也许昨天的我并不是最优秀的。但是，不管前面有多少艰难险阻，只要我一刻也不放松对工作的热爱和对目标的追求，我就会敢于面对挑战，并有决心在自己的岗位上踏踏实实地工作，尽职尽责的`完成好本职工作。</w:t>
      </w:r>
      <w:r>
        <w:rPr>
          <w:lang w:eastAsia="zh-CN"/>
        </w:rPr>
        <w:br/>
      </w:r>
      <w:r>
        <w:rPr>
          <w:lang w:eastAsia="zh-CN"/>
        </w:rPr>
        <w:t xml:space="preserve">    最新客服年终工作总结范文 篇3 </w:t>
      </w:r>
      <w:r>
        <w:rPr>
          <w:lang w:eastAsia="zh-CN"/>
        </w:rPr>
        <w:br/>
      </w:r>
      <w:r>
        <w:rPr>
          <w:lang w:eastAsia="zh-CN"/>
        </w:rPr>
        <w:t>　　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r>
        <w:rPr>
          <w:lang w:eastAsia="zh-CN"/>
        </w:rPr>
        <w:br/>
      </w:r>
      <w:r>
        <w:rPr>
          <w:lang w:eastAsia="zh-CN"/>
        </w:rPr>
        <w:t>　　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r>
        <w:rPr>
          <w:lang w:eastAsia="zh-CN"/>
        </w:rPr>
        <w:br/>
      </w:r>
      <w:r>
        <w:rPr>
          <w:lang w:eastAsia="zh-CN"/>
        </w:rPr>
        <w:t>　　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r>
        <w:rPr>
          <w:lang w:eastAsia="zh-CN"/>
        </w:rPr>
        <w:br/>
      </w:r>
      <w:r>
        <w:rPr>
          <w:lang w:eastAsia="zh-CN"/>
        </w:rPr>
        <w:t>　　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r>
        <w:rPr>
          <w:lang w:eastAsia="zh-CN"/>
        </w:rPr>
        <w:br/>
      </w:r>
      <w:r>
        <w:rPr>
          <w:lang w:eastAsia="zh-CN"/>
        </w:rPr>
        <w:t>　　六、小区已成立8年之久，加上地下管网小很容易堵塞，管理处就按照年前制定的操作流程，历时一年的流程操作，现已无任何问题，管网畅通，还给了小区业主一个舒适卫生的生活环境，得到了公司和业主的好评。</w:t>
      </w:r>
      <w:r>
        <w:rPr>
          <w:lang w:eastAsia="zh-CN"/>
        </w:rPr>
        <w:br/>
      </w:r>
      <w:r>
        <w:rPr>
          <w:lang w:eastAsia="zh-CN"/>
        </w:rPr>
        <w:t>　　八、楼宇天台的年久失修，暴露出了安全隐患，管理处工作人员扛着沉重的焊机，攀爬于每个楼道，经一个礼拜的努力，终于划上了圆满的句号。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小区东西门的破损和当初的设计不合理，让小区业主饱受了烈日和雨水之苦，管理处决心改善其薄弱环节，投入大量的人力物力，进行改建，让以前的过关变成了现在的回家，也彰现了我们物业公司服务的本质。</w:t>
      </w:r>
      <w:r>
        <w:rPr>
          <w:lang w:eastAsia="zh-CN"/>
        </w:rPr>
        <w:br/>
      </w:r>
      <w:r>
        <w:rPr>
          <w:lang w:eastAsia="zh-CN"/>
        </w:rPr>
        <w:t>　　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r>
        <w:rPr>
          <w:lang w:eastAsia="zh-CN"/>
        </w:rPr>
        <w:br/>
      </w:r>
      <w:r>
        <w:rPr>
          <w:lang w:eastAsia="zh-CN"/>
        </w:rPr>
        <w:t>　　由于受社会大环境的影响，富康花园管理处在10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r>
        <w:rPr>
          <w:lang w:eastAsia="zh-CN"/>
        </w:rPr>
        <w:br/>
      </w:r>
      <w:r>
        <w:rPr>
          <w:lang w:eastAsia="zh-CN"/>
        </w:rPr>
        <w:t>　　纵观本年度，我们的工作虽小有收获，但是也还存在着许多的不足，希望接下来在公司的正确引导下，在各位领导的监督下，让我们向着正确的、稳固的方向发展，使我们的服务质量再上一个新台阶。</w:t>
      </w:r>
      <w:r>
        <w:rPr>
          <w:lang w:eastAsia="zh-CN"/>
        </w:rPr>
        <w:br/>
      </w:r>
      <w:r>
        <w:rPr>
          <w:lang w:eastAsia="zh-CN"/>
        </w:rPr>
        <w:t xml:space="preserve">    最新客服年终工作总结范文 篇4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20__年过去了。回顾过去一年的工作，我感慨万千。时光飞逝。我不知不觉在这家公司工作了一年多。在我看来，这是一个又短又长的一年。很短的一件事是，时间过去了，我才能掌握更多的工作技能和专业知识；要成为一名优秀的客户服务人员还有很长的路要走。</w:t>
      </w:r>
      <w:r>
        <w:rPr>
          <w:lang w:eastAsia="zh-CN"/>
        </w:rPr>
        <w:br/>
      </w:r>
      <w:r>
        <w:rPr>
          <w:lang w:eastAsia="zh-CN"/>
        </w:rPr>
        <w:t>　　许多人不了解客户服务。他们认为这很简单，单调，甚至无聊。当他们有空的时候，只是接电话、做笔记和上网；事实上，要成为一名合格、称职的客户服务人员，你需要具备相当的专业知识，掌握一定的工作技能，并具有高度的意识和责任感，否则你的工作会有很多失误和失职。客户服务人员不仅要接受客户的各种物流进展、咨询、投诉和建议，还要及时跟进各部门的工作，回访客户。为了提高工作效率，还负责各种数据的统计和归档，使各种信息的存储更加完整，检索更加方便，保持原始数据的完整性，使所有工作按照标准进行。</w:t>
      </w:r>
      <w:r>
        <w:rPr>
          <w:lang w:eastAsia="zh-CN"/>
        </w:rPr>
        <w:br/>
      </w:r>
      <w:r>
        <w:rPr>
          <w:lang w:eastAsia="zh-CN"/>
        </w:rPr>
        <w:t>　　以下是我20__年主要工作的总结：</w:t>
      </w:r>
      <w:r>
        <w:rPr>
          <w:lang w:eastAsia="zh-CN"/>
        </w:rPr>
        <w:br/>
      </w:r>
      <w:r>
        <w:rPr>
          <w:lang w:eastAsia="zh-CN"/>
        </w:rPr>
        <w:t>　　1、根据需要归档和管理客户的档案，并及时跟踪和更新更改。及时回复客户查询，并将其记录在物流信息登记表上</w:t>
      </w:r>
      <w:r>
        <w:rPr>
          <w:lang w:eastAsia="zh-CN"/>
        </w:rPr>
        <w:br/>
      </w:r>
      <w:r>
        <w:rPr>
          <w:lang w:eastAsia="zh-CN"/>
        </w:rPr>
        <w:t>　　2、对客户反映的问题进行分类，联系e_press master进行跟踪和反馈</w:t>
      </w:r>
      <w:r>
        <w:rPr>
          <w:lang w:eastAsia="zh-CN"/>
        </w:rPr>
        <w:br/>
      </w:r>
      <w:r>
        <w:rPr>
          <w:lang w:eastAsia="zh-CN"/>
        </w:rPr>
        <w:t>　　3、接受各方面的信息，在做好记录的同时通知相关部门和人员进行处理，跟踪过程，完成后进行回访</w:t>
      </w:r>
      <w:r>
        <w:rPr>
          <w:lang w:eastAsia="zh-CN"/>
        </w:rPr>
        <w:br/>
      </w:r>
      <w:r>
        <w:rPr>
          <w:lang w:eastAsia="zh-CN"/>
        </w:rPr>
        <w:t>　　4、数据输入和文件整理。根据各部门的工作需要，认真录入、整理、打印公司快递，制作表格、文件、报表草案等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5、替换新旧表单并将其投入使用8。完成上级领导交办的其他工作</w:t>
      </w:r>
      <w:r>
        <w:rPr>
          <w:lang w:eastAsia="zh-CN"/>
        </w:rPr>
        <w:br/>
      </w:r>
      <w:r>
        <w:rPr>
          <w:lang w:eastAsia="zh-CN"/>
        </w:rPr>
        <w:t>　　在完成上述工作的过程中，我学到了很多，成长了很多。工作中的磨练塑造了我的性格，提高了我的心理素质。客户服务工作总结和计划。对于我这个刚刚进入社会、工作经验不足的人来说，在工作中难免会遇到各种障碍和困难。幸运的是，在公司领导和同事的大力帮助下，我在遇到困难时敢于面对和接受挑战，我的性格逐渐安定下来。我深深理解专业精神和微笑服务的真正含义。所谓职业精神，是指当你在工作时，无论你以前工作多么努力，你都应该做好你的工作，履行你的工作职责。所谓微笑服务就是当你面对客户时，无论你高兴与否，无论你担心与否，你都应该专注于你的工作，为客户焦虑，并始终保持微笑，因为我不仅代表我的个人形象，也代表公司的形象。</w:t>
      </w:r>
      <w:r>
        <w:rPr>
          <w:lang w:eastAsia="zh-CN"/>
        </w:rPr>
        <w:br/>
      </w:r>
      <w:r>
        <w:rPr>
          <w:lang w:eastAsia="zh-CN"/>
        </w:rPr>
        <w:t xml:space="preserve">    最新客服年终工作总结范文 篇5 </w:t>
      </w:r>
      <w:r>
        <w:rPr>
          <w:lang w:eastAsia="zh-CN"/>
        </w:rPr>
        <w:br/>
      </w:r>
      <w:r>
        <w:rPr>
          <w:lang w:eastAsia="zh-CN"/>
        </w:rPr>
        <w:t>　　忙碌的即将过去。回首客务部一年来的工作，感慨颇深。这一年来客服部在公司各级领导的关心和支持下、在客服部全体人员的积极努力配合下、在发现、解决、总结中逐渐成熟，并且取得了一定的成绩。</w:t>
      </w:r>
      <w:r>
        <w:rPr>
          <w:lang w:eastAsia="zh-CN"/>
        </w:rPr>
        <w:br/>
      </w:r>
      <w:r>
        <w:rPr>
          <w:lang w:eastAsia="zh-CN"/>
        </w:rPr>
        <w:t>　　一、提高服务质量，规范前台服务。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自我部门提出“首问负责制”的工作方针后，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r>
        <w:rPr>
          <w:lang w:eastAsia="zh-CN"/>
        </w:rPr>
        <w:br/>
      </w:r>
      <w:r>
        <w:rPr>
          <w:lang w:eastAsia="zh-CN"/>
        </w:rPr>
        <w:t>　　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r>
        <w:rPr>
          <w:lang w:eastAsia="zh-CN"/>
        </w:rPr>
        <w:br/>
      </w:r>
      <w:r>
        <w:rPr>
          <w:lang w:eastAsia="zh-CN"/>
        </w:rPr>
        <w:t>　　二、规范服务流程，物业管理走向专业化。</w:t>
      </w:r>
      <w:r>
        <w:rPr>
          <w:lang w:eastAsia="zh-CN"/>
        </w:rPr>
        <w:br/>
      </w:r>
      <w:r>
        <w:rPr>
          <w:lang w:eastAsia="zh-CN"/>
        </w:rPr>
        <w:t>　　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r>
        <w:rPr>
          <w:lang w:eastAsia="zh-CN"/>
        </w:rPr>
        <w:br/>
      </w:r>
      <w:r>
        <w:rPr>
          <w:lang w:eastAsia="zh-CN"/>
        </w:rPr>
        <w:t>　　三、改变职能、建立提成制。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r>
        <w:rPr>
          <w:lang w:eastAsia="zh-CN"/>
        </w:rPr>
        <w:br/>
      </w:r>
      <w:r>
        <w:rPr>
          <w:lang w:eastAsia="zh-CN"/>
        </w:rPr>
        <w:t>　　四、加强培训、提高业务水平</w:t>
      </w:r>
      <w:r>
        <w:rPr>
          <w:lang w:eastAsia="zh-CN"/>
        </w:rPr>
        <w:br/>
      </w:r>
      <w:r>
        <w:rPr>
          <w:lang w:eastAsia="zh-CN"/>
        </w:rPr>
        <w:t>　　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r>
        <w:rPr>
          <w:lang w:eastAsia="zh-CN"/>
        </w:rPr>
        <w:br/>
      </w:r>
      <w:r>
        <w:rPr>
          <w:lang w:eastAsia="zh-CN"/>
        </w:rPr>
        <w:t>　　客服部是与业主打交道最直接最频繁的部门，员工的素质高低代表着企业的形象，所以我们一直不断地搞好员工培训、提高我们的整体服务水平，我们培训的主要内容有：</w:t>
      </w:r>
      <w:r>
        <w:rPr>
          <w:lang w:eastAsia="zh-CN"/>
        </w:rPr>
        <w:br/>
      </w:r>
      <w:r>
        <w:rPr>
          <w:lang w:eastAsia="zh-CN"/>
        </w:rPr>
        <w:t>　　（一）搞好礼仪培训、规范仪容仪表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_号_人为您服务”。前台服务人员必须站立服务，无论是公司领导不是业主从前台经过时要说“你好”，这样，即提升了客务部的形象，在一定程度也提升了整个物业公司的形象，更突出了物业公司的服务性质。</w:t>
      </w:r>
      <w:r>
        <w:rPr>
          <w:lang w:eastAsia="zh-CN"/>
        </w:rPr>
        <w:br/>
      </w:r>
      <w:r>
        <w:rPr>
          <w:lang w:eastAsia="zh-CN"/>
        </w:rPr>
        <w:t>　　（二）搞好专业知识培训、提高专业技能</w:t>
      </w:r>
      <w:r>
        <w:rPr>
          <w:lang w:eastAsia="zh-CN"/>
        </w:rPr>
        <w:br/>
      </w:r>
      <w:r>
        <w:rPr>
          <w:lang w:eastAsia="zh-CN"/>
        </w:rPr>
        <w:t>　　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r>
        <w:rPr>
          <w:lang w:eastAsia="zh-CN"/>
        </w:rPr>
        <w:br/>
      </w:r>
      <w:r>
        <w:rPr>
          <w:lang w:eastAsia="zh-CN"/>
        </w:rPr>
        <w:t>　　五、组织活动、丰富社区文化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r>
        <w:rPr>
          <w:lang w:eastAsia="zh-CN"/>
        </w:rPr>
        <w:br/>
      </w:r>
      <w:r>
        <w:rPr>
          <w:lang w:eastAsia="zh-CN"/>
        </w:rPr>
        <w:t>　　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了__小区人性化的物业管理，同时也增进了物业公司与业主之间的沟通与交流，并为公司增加一笔收入，据统计自3月以来以园区内开展活动形式收取现金及实物共计约13850元。</w:t>
      </w:r>
      <w:r>
        <w:rPr>
          <w:lang w:eastAsia="zh-CN"/>
        </w:rPr>
        <w:br/>
      </w:r>
      <w:r>
        <w:rPr>
          <w:lang w:eastAsia="zh-CN"/>
        </w:rPr>
        <w:t xml:space="preserve">    最新客服年终工作总结范文 篇6 </w:t>
      </w:r>
      <w:r>
        <w:rPr>
          <w:lang w:eastAsia="zh-CN"/>
        </w:rPr>
        <w:br/>
      </w:r>
      <w:r>
        <w:rPr>
          <w:lang w:eastAsia="zh-CN"/>
        </w:rPr>
        <w:t>　　当季节开始进入酷暑之际，我们客服部上的工作亦告一段落。在公司领导及各部门的支持下，客服部较好的完成了上各项工作，取得了一定成绩。回顾来的工作，我们主要完成了以下工作内容：</w:t>
      </w:r>
      <w:r>
        <w:rPr>
          <w:lang w:eastAsia="zh-CN"/>
        </w:rPr>
        <w:br/>
      </w:r>
      <w:r>
        <w:rPr>
          <w:lang w:eastAsia="zh-CN"/>
        </w:rPr>
        <w:t>　　一、职能工作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1、客服工作是公司的形象窗口，面对大量的用户，其人员的一言一行直接关系到公司的整体形象，所以部门本着礼貌待客，文明服务的原则，工作时使用文明用语，客户咨询热情解答，客户有问题及时上门觖决，与客户有预约及时赶到，绝不拖延，为了进一步提高工作效率，很好的掌握客户信息，出现便于查找，接线员细心做好客户记录、存档，各种信息储存完整，保持了原始资料的完整性，并年来共接到客服电话多338个，上门处理问题152次，电话解决186多户;拆改共计8户，累计费用元;备案费收取元;完成壁挂炉点火51台，完成燃气灶具点火93台。</w:t>
      </w:r>
      <w:r>
        <w:rPr>
          <w:lang w:eastAsia="zh-CN"/>
        </w:rPr>
        <w:br/>
      </w:r>
      <w:r>
        <w:rPr>
          <w:lang w:eastAsia="zh-CN"/>
        </w:rPr>
        <w:t>　　2、客户回访及安全宣传工作，对通气用户进行回访及安全宣传也是客服部的一项重要工作，也是与客户之间保持良好沟通的重要渠道，对于回访工作，客服人员以热情的工作态度，为用户的切身利益着想，想方设法为用户排忧解难。故客服部定期对通气及维修用户进行电话回访，回访过程中，我们也发现一些不遵循我公司规定，对天然气知识少之甚少的用户，主要解决的问题是用户对燃气管道的私拆、私改、私接等违章现象，对于这种情况，客服人员向用户宣传燃气安全，安全使用燃气灶具及异常情况处理常识，并耐心向其讲解不能乱拆、乱改管线的原因，从而杜绝室内因擅拆管线引起的安全隐患，保证了用户的用户安全。根据回访情况客户满意度达到97%以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3、培训工作也是客服非常重要的一项工作，因为现在的用户对服务的认识同以前相比增强不少，而客服代表的服务直接反映了公司的服务质量，因此只有对客服人员进行持续地培训，提高员工的工作技能、知识层次和工作效率，从而全面提高公司整体形象，故在年初便制定了13年全年培训工作计划，根据计划组织部门员工进行岗位职责及部门制度培训、参与了市场部联系经销商对壁挂炉拆卸、组装及调试的相关知识培训、制定并完成对客户服务礼仪及规范学习，并对期进行培训后的考试，提升公司服务质量及相关专业知识培训、与调压箱厂家联系完成了对调压箱工作原理及各类故障的分析及维修知识培训、进行一次天然气相关知识及燃气灶具维修知识的培训。</w:t>
      </w:r>
      <w:r>
        <w:rPr>
          <w:lang w:eastAsia="zh-CN"/>
        </w:rPr>
        <w:br/>
      </w:r>
      <w:r>
        <w:rPr>
          <w:lang w:eastAsia="zh-CN"/>
        </w:rPr>
        <w:t>　　4、每月定期对非居民用户进行一次安检及抄表工作，发现存在安全隐患及时告知用户现场整改。月底对每月气量使用情况进行核对，以便及时发现问题所在，减少公司损失。</w:t>
      </w:r>
      <w:r>
        <w:rPr>
          <w:lang w:eastAsia="zh-CN"/>
        </w:rPr>
        <w:br/>
      </w:r>
      <w:r>
        <w:rPr>
          <w:lang w:eastAsia="zh-CN"/>
        </w:rPr>
        <w:t>　　5、因近期频发燃气事故，事故的发生往往因为隐患被忽视，根据部门维修人员上门维修时反映，发现不少居民家中的天然气软管都在超期服役(1年多)，如软管老化等情况。故通知此类用户及时到天然气公司售气大厅进行更换，并告知其操作方法。</w:t>
      </w:r>
      <w:r>
        <w:rPr>
          <w:lang w:eastAsia="zh-CN"/>
        </w:rPr>
        <w:br/>
      </w:r>
      <w:r>
        <w:rPr>
          <w:lang w:eastAsia="zh-CN"/>
        </w:rPr>
        <w:t>　　6、配合安全质检部对用户进行一次安检抽检工作，并部门组织对去年非采暖用户进行了一次安检工作，以免有私自拆改安装燃气热水器现象。</w:t>
      </w:r>
      <w:r>
        <w:rPr>
          <w:lang w:eastAsia="zh-CN"/>
        </w:rPr>
        <w:br/>
      </w:r>
      <w:r>
        <w:rPr>
          <w:lang w:eastAsia="zh-CN"/>
        </w:rPr>
        <w:t>　　7、完善了中盛燃气特殊操作流程-换表补气、补卡补气、拆改装业务流程、过户流程、维修人员操作流程及客服来电处理流程。</w:t>
      </w:r>
      <w:r>
        <w:rPr>
          <w:lang w:eastAsia="zh-CN"/>
        </w:rPr>
        <w:br/>
      </w:r>
      <w:r>
        <w:rPr>
          <w:lang w:eastAsia="zh-CN"/>
        </w:rPr>
        <w:t>　　8、为了认真贯彻“安全第一、预防为主”的方针，全面落实公司安全责任制，故客服部制定了20__年部门安全工作计划并认真落实。</w:t>
      </w:r>
      <w:r>
        <w:rPr>
          <w:lang w:eastAsia="zh-CN"/>
        </w:rPr>
        <w:br/>
      </w:r>
      <w:r>
        <w:rPr>
          <w:lang w:eastAsia="zh-CN"/>
        </w:rPr>
        <w:t>　　9、每月组织部门员工进行一次会议的召开，宣贯各类会议精神，总结上月工作及对本月工作进行计划，解决员工反映的各类问题。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10、完成上报公司对烟草公司去年管道进水问题的及流量计使用单位对流量计处工作的处理方法并解决。</w:t>
      </w:r>
      <w:r>
        <w:rPr>
          <w:lang w:eastAsia="zh-CN"/>
        </w:rPr>
        <w:br/>
      </w:r>
      <w:r>
        <w:rPr>
          <w:lang w:eastAsia="zh-CN"/>
        </w:rPr>
        <w:t>　　11、积极推广壁挂锅炉、燃气采暖锅炉等燃气具的销售工作。</w:t>
      </w:r>
      <w:r>
        <w:rPr>
          <w:lang w:eastAsia="zh-CN"/>
        </w:rPr>
        <w:br/>
      </w:r>
      <w:r>
        <w:rPr>
          <w:lang w:eastAsia="zh-CN"/>
        </w:rPr>
        <w:t>　　12、完成领导交办的其他工作。</w:t>
      </w:r>
      <w:r>
        <w:rPr>
          <w:lang w:eastAsia="zh-CN"/>
        </w:rPr>
        <w:br/>
      </w:r>
      <w:r>
        <w:rPr>
          <w:lang w:eastAsia="zh-CN"/>
        </w:rPr>
        <w:t>　　二、部门存在的不足</w:t>
      </w:r>
      <w:r>
        <w:rPr>
          <w:lang w:eastAsia="zh-CN"/>
        </w:rPr>
        <w:br/>
      </w:r>
      <w:r>
        <w:rPr>
          <w:lang w:eastAsia="zh-CN"/>
        </w:rPr>
        <w:t>　　1、岗位责任制不够明确、具体;</w:t>
      </w:r>
      <w:r>
        <w:rPr>
          <w:lang w:eastAsia="zh-CN"/>
        </w:rPr>
        <w:br/>
      </w:r>
      <w:r>
        <w:rPr>
          <w:lang w:eastAsia="zh-CN"/>
        </w:rPr>
        <w:t>　　2、部门工作纪律不够严格;</w:t>
      </w:r>
      <w:r>
        <w:rPr>
          <w:lang w:eastAsia="zh-CN"/>
        </w:rPr>
        <w:br/>
      </w:r>
      <w:r>
        <w:rPr>
          <w:lang w:eastAsia="zh-CN"/>
        </w:rPr>
        <w:t>　　3、部门相关管理制度及工作业务流程上不够完整;</w:t>
      </w:r>
      <w:r>
        <w:rPr>
          <w:lang w:eastAsia="zh-CN"/>
        </w:rPr>
        <w:br/>
      </w:r>
      <w:r>
        <w:rPr>
          <w:lang w:eastAsia="zh-CN"/>
        </w:rPr>
        <w:t>　　4、遇事考虑不够全面，不够细致;</w:t>
      </w:r>
      <w:r>
        <w:rPr>
          <w:lang w:eastAsia="zh-CN"/>
        </w:rPr>
        <w:br/>
      </w:r>
      <w:r>
        <w:rPr>
          <w:lang w:eastAsia="zh-CN"/>
        </w:rPr>
        <w:t>　　5、许多工作都是边干边摸索，以致工作起来不能游刃有余，工作效率有待进一步提高;</w:t>
      </w:r>
      <w:r>
        <w:rPr>
          <w:lang w:eastAsia="zh-CN"/>
        </w:rPr>
        <w:br/>
      </w:r>
      <w:r>
        <w:rPr>
          <w:lang w:eastAsia="zh-CN"/>
        </w:rPr>
        <w:t>　　6、有些工作还不够过细，一些工作协调的不是十分到位。</w:t>
      </w:r>
      <w:r>
        <w:rPr>
          <w:lang w:eastAsia="zh-CN"/>
        </w:rPr>
        <w:br/>
      </w:r>
      <w:r>
        <w:rPr>
          <w:lang w:eastAsia="zh-CN"/>
        </w:rPr>
        <w:t>　　三、下工作目标</w:t>
      </w:r>
      <w:r>
        <w:rPr>
          <w:lang w:eastAsia="zh-CN"/>
        </w:rPr>
        <w:br/>
      </w:r>
      <w:r>
        <w:rPr>
          <w:lang w:eastAsia="zh-CN"/>
        </w:rPr>
        <w:t>　　1、搞好员工培训工作，端正服务态度，提高员工业务水平;</w:t>
      </w:r>
      <w:r>
        <w:rPr>
          <w:lang w:eastAsia="zh-CN"/>
        </w:rPr>
        <w:br/>
      </w:r>
      <w:r>
        <w:rPr>
          <w:lang w:eastAsia="zh-CN"/>
        </w:rPr>
        <w:t>　　2、深入开展客户满意度调查，通过回访等方式展开调查，对发现的问题作出相应整改，努力提高服务质量;</w:t>
      </w:r>
      <w:r>
        <w:rPr>
          <w:lang w:eastAsia="zh-CN"/>
        </w:rPr>
        <w:br/>
      </w:r>
      <w:r>
        <w:rPr>
          <w:lang w:eastAsia="zh-CN"/>
        </w:rPr>
        <w:t>　　3、进一步完善整理客服服务管理体系及相关规范;</w:t>
      </w:r>
      <w:r>
        <w:rPr>
          <w:lang w:eastAsia="zh-CN"/>
        </w:rPr>
        <w:br/>
      </w:r>
      <w:r>
        <w:rPr>
          <w:lang w:eastAsia="zh-CN"/>
        </w:rPr>
        <w:t>　　4、为了引导和激励员工承担工作责任和积极贡献，使员工的行为符合企业核心理念要求，制定部门年底绩效考核管理办法并实施;</w:t>
      </w:r>
      <w:r>
        <w:rPr>
          <w:lang w:eastAsia="zh-CN"/>
        </w:rPr>
        <w:br/>
      </w:r>
      <w:r>
        <w:rPr>
          <w:lang w:eastAsia="zh-CN"/>
        </w:rPr>
        <w:t>　　5、对安检完成后流量计安装工作的检查，确保无安全隐患存在;</w:t>
      </w:r>
      <w:r>
        <w:rPr>
          <w:lang w:eastAsia="zh-CN"/>
        </w:rPr>
        <w:br/>
      </w:r>
      <w:r>
        <w:rPr>
          <w:lang w:eastAsia="zh-CN"/>
        </w:rPr>
        <w:t>　　6、加强非居民用户每周一次的安检及抄表工作，认真核对相关数据，确保无安全隐患及因燃气设备问题导致的气量损失;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7、提前做好下通气点火的各项工作，争取在采暖期开始前完成点火工作;</w:t>
      </w:r>
      <w:r>
        <w:rPr>
          <w:lang w:eastAsia="zh-CN"/>
        </w:rPr>
        <w:br/>
      </w:r>
      <w:r>
        <w:rPr>
          <w:lang w:eastAsia="zh-CN"/>
        </w:rPr>
        <w:t>　　8、与安全质检部配合组织在大柳塔有燃气设备经销权的经销商召开一次会议，宣贯公司各项要求并严格执行;</w:t>
      </w:r>
      <w:r>
        <w:rPr>
          <w:lang w:eastAsia="zh-CN"/>
        </w:rPr>
        <w:br/>
      </w:r>
      <w:r>
        <w:rPr>
          <w:lang w:eastAsia="zh-CN"/>
        </w:rPr>
        <w:t>　　9、继续以服务为本，促进销售，把日常业务处理和服务工作相结合;</w:t>
      </w:r>
      <w:r>
        <w:rPr>
          <w:lang w:eastAsia="zh-CN"/>
        </w:rPr>
        <w:br/>
      </w:r>
      <w:r>
        <w:rPr>
          <w:lang w:eastAsia="zh-CN"/>
        </w:rPr>
        <w:t>　　10、做好公司售后服务的日常派遣和管理工作，及时处理客户的投诉;</w:t>
      </w:r>
      <w:r>
        <w:rPr>
          <w:lang w:eastAsia="zh-CN"/>
        </w:rPr>
        <w:br/>
      </w:r>
      <w:r>
        <w:rPr>
          <w:lang w:eastAsia="zh-CN"/>
        </w:rPr>
        <w:t>　　11、每月组织部门会议的召开，宣贯各类会议精神，总结月工作，员工积极发言，发现问题及时解决上报;</w:t>
      </w:r>
      <w:r>
        <w:rPr>
          <w:lang w:eastAsia="zh-CN"/>
        </w:rPr>
        <w:br/>
      </w:r>
      <w:r>
        <w:rPr>
          <w:lang w:eastAsia="zh-CN"/>
        </w:rPr>
        <w:t>　　12、认真完成公司制定的20__年经营管理目标;</w:t>
      </w:r>
      <w:r>
        <w:rPr>
          <w:lang w:eastAsia="zh-CN"/>
        </w:rPr>
        <w:br/>
      </w:r>
      <w:r>
        <w:rPr>
          <w:lang w:eastAsia="zh-CN"/>
        </w:rPr>
        <w:t>　　13、完成领导交办的其他工作。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这以来，我部门通过努力，工作上取得了很大的进步，客服人员都能严格遵守公司的规章制度，在工作上勤勤恳恳、任劳伤任怨，积极完成领导和各部门安排的各项任务，对自己的工作性质也有了更深的认识，相信我们以后会做的更好，在收获的同时，我们也认识到工作中存在的不足，在服务质量和服务意识方面仍然与公司的要求有差距，在客服过程中，或多或少的还存在问题，我们认识到这一不足，在以后的工作中，一定注意，我们会努力做到不辜负领导的信任，不愧对同事给予的支持与帮助，爱岗敬业，认真履行工作职责，使客服部的工作规范有序的开展。流火的七月，屡屡攀升的气温，象征着我们公司的各项工作水平正在发生着一天天的变化和提高，令人欣喜、振奋。今后我们要加强学习，努力提高业务技能，精诚团结、扎实工作、奋力拼搏，为确保公司全年目标顺利完成而努力奋斗。衷心祝愿我们的中盛燃气事业蒸蒸日上，公司大而富强。</w:t>
      </w:r>
      <w:r>
        <w:rPr>
          <w:lang w:eastAsia="zh-CN"/>
        </w:rPr>
        <w:br/>
      </w:r>
      <w:r>
        <w:rPr>
          <w:lang w:eastAsia="zh-CN"/>
        </w:rPr>
        <w:t xml:space="preserve">    最新客服年终工作总结范文 篇7 </w:t>
      </w:r>
      <w:r>
        <w:rPr>
          <w:lang w:eastAsia="zh-CN"/>
        </w:rPr>
        <w:br/>
      </w:r>
      <w:r>
        <w:rPr>
          <w:lang w:eastAsia="zh-CN"/>
        </w:rPr>
        <w:t>　　20__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下面结合我今年的工作实际情况作如下总结：</w:t>
      </w:r>
      <w:r>
        <w:rPr>
          <w:lang w:eastAsia="zh-CN"/>
        </w:rPr>
        <w:br/>
      </w:r>
      <w:r>
        <w:rPr>
          <w:lang w:eastAsia="zh-CN"/>
        </w:rPr>
        <w:t>　　截止到__年12月20日，20__年共办理交房手续312户。办理二次装修手续171户，二次装修验房126户，二次装修已退押金106户。车位报名218户。</w:t>
      </w:r>
      <w:r>
        <w:rPr>
          <w:lang w:eastAsia="zh-CN"/>
        </w:rPr>
        <w:br/>
      </w:r>
      <w:r>
        <w:rPr>
          <w:lang w:eastAsia="zh-CN"/>
        </w:rPr>
        <w:t>　　一、日常接待工作</w:t>
      </w:r>
      <w:r>
        <w:rPr>
          <w:lang w:eastAsia="zh-CN"/>
        </w:rPr>
        <w:br/>
      </w:r>
      <w:r>
        <w:rPr>
          <w:lang w:eastAsia="zh-CN"/>
        </w:rPr>
        <w:t>　　每日填写《客户服务部值班接待纪录》，记录业主来电来访投诉及服务事项，并协调处理结果，及时反馈、电话回访业主。累计已达上千项。</w:t>
      </w:r>
      <w:r>
        <w:rPr>
          <w:lang w:eastAsia="zh-CN"/>
        </w:rPr>
        <w:br/>
      </w:r>
      <w:r>
        <w:rPr>
          <w:lang w:eastAsia="zh-CN"/>
        </w:rPr>
        <w:t>　　二、信息发布工作</w:t>
      </w:r>
      <w:r>
        <w:rPr>
          <w:lang w:eastAsia="zh-CN"/>
        </w:rPr>
        <w:br/>
      </w:r>
      <w:r>
        <w:rPr>
          <w:lang w:eastAsia="zh-CN"/>
        </w:rPr>
        <w:t>　　本年度，我部共计向客户发放各类书面通知约20多次。运用短信群发发送通知累计968条，做到通知拟发及时、详尽，表述清晰、用词准确，同时积极配合通知内容做好相关解释工作。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三、业主遗漏工程投诉处理工作</w:t>
      </w:r>
      <w:r>
        <w:rPr>
          <w:lang w:eastAsia="zh-CN"/>
        </w:rPr>
        <w:br/>
      </w:r>
      <w:r>
        <w:rPr>
          <w:lang w:eastAsia="zh-CN"/>
        </w:rPr>
        <w:t>　　20__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r>
        <w:rPr>
          <w:lang w:eastAsia="zh-CN"/>
        </w:rPr>
        <w:br/>
      </w:r>
      <w:r>
        <w:rPr>
          <w:lang w:eastAsia="zh-CN"/>
        </w:rPr>
        <w:t>　　四、地下室透水事故处理工作</w:t>
      </w:r>
      <w:r>
        <w:rPr>
          <w:lang w:eastAsia="zh-CN"/>
        </w:rPr>
        <w:br/>
      </w:r>
      <w:r>
        <w:rPr>
          <w:lang w:eastAsia="zh-CN"/>
        </w:rPr>
        <w:t>　　__年8月4日地下室透水事故共造成43户业主财产损失。在公司领导的指挥下，我客服部第一时间联系业主并为业主盘点受损物品，事后又积极参与配合与业主谈判，并发放置换物品及折抵补偿金。</w:t>
      </w:r>
      <w:r>
        <w:rPr>
          <w:lang w:eastAsia="zh-CN"/>
        </w:rPr>
        <w:br/>
      </w:r>
      <w:r>
        <w:rPr>
          <w:lang w:eastAsia="zh-CN"/>
        </w:rPr>
        <w:t>　　五、培训学习工作</w:t>
      </w:r>
      <w:r>
        <w:rPr>
          <w:lang w:eastAsia="zh-CN"/>
        </w:rPr>
        <w:br/>
      </w:r>
      <w:r>
        <w:rPr>
          <w:lang w:eastAsia="zh-CN"/>
        </w:rPr>
        <w:t>　　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r>
        <w:rPr>
          <w:lang w:eastAsia="zh-CN"/>
        </w:rPr>
        <w:br/>
      </w:r>
      <w:r>
        <w:rPr>
          <w:lang w:eastAsia="zh-CN"/>
        </w:rPr>
        <w:t>　　总结：客服部门员工由一个思想认识不足、对工作没有激情的队伍引导成一个对公司充满憧憬，对行业发展和自身成长充满希望的团队;把部门员工由一个对物业管理知识掌握空白培训成一个具一定物业管理常识的团队。为业主提供规范、快捷、有效的服务，认真做好接待工作，为业主创造优美、舒适的生活、休闲氛围，提升物业的服务品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xml:space="preserve">    最新客服年终工作总结范文 篇8 </w:t>
      </w:r>
      <w:r>
        <w:rPr>
          <w:lang w:eastAsia="zh-CN"/>
        </w:rPr>
        <w:br/>
      </w:r>
      <w:r>
        <w:rPr>
          <w:lang w:eastAsia="zh-CN"/>
        </w:rPr>
        <w:t>　　转瞬间，20__年在我们忙碌的工作中已经过去。</w:t>
      </w:r>
      <w:r>
        <w:rPr>
          <w:lang w:eastAsia="zh-CN"/>
        </w:rPr>
        <w:br/>
      </w:r>
      <w:r>
        <w:rPr>
          <w:lang w:eastAsia="zh-CN"/>
        </w:rPr>
        <w:t>　　回首20__年物业公司客服部，可说是进一步发展的一年，不断改进完善各项管理机能的一年。</w:t>
      </w:r>
      <w:r>
        <w:rPr>
          <w:lang w:eastAsia="zh-CN"/>
        </w:rPr>
        <w:br/>
      </w:r>
      <w:r>
        <w:rPr>
          <w:lang w:eastAsia="zh-CN"/>
        </w:rPr>
        <w:t>　　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r>
        <w:rPr>
          <w:lang w:eastAsia="zh-CN"/>
        </w:rPr>
        <w:br/>
      </w:r>
      <w:r>
        <w:rPr>
          <w:lang w:eastAsia="zh-CN"/>
        </w:rPr>
        <w:t>　　回顾一年来的客服工作，有得有失。现将一年来的客服工作总结如下：</w:t>
      </w:r>
      <w:r>
        <w:rPr>
          <w:lang w:eastAsia="zh-CN"/>
        </w:rPr>
        <w:br/>
      </w:r>
      <w:r>
        <w:rPr>
          <w:lang w:eastAsia="zh-CN"/>
        </w:rPr>
        <w:t>　　一、 深化落实公司各项规章制度和客服部各项制度</w:t>
      </w:r>
      <w:r>
        <w:rPr>
          <w:lang w:eastAsia="zh-CN"/>
        </w:rPr>
        <w:br/>
      </w:r>
      <w:r>
        <w:rPr>
          <w:lang w:eastAsia="zh-CN"/>
        </w:rPr>
        <w:t>　　在20__年初步完善的各项规章制度的基础上，20__年的重点是深化落实，为此，客服部根据公司的发展现状，加深其对物业管理的认识和理解。同时，随着物业管理行业一些法律、法规的出台和完善，客服部也及时调整客服工作的相关制度，以求更好的适应新的形势。</w:t>
      </w:r>
      <w:r>
        <w:rPr>
          <w:lang w:eastAsia="zh-CN"/>
        </w:rPr>
        <w:br/>
      </w:r>
      <w:r>
        <w:rPr>
          <w:lang w:eastAsia="zh-CN"/>
        </w:rPr>
        <w:t>　　二、理论联系实际，积极开展客服人员的培训工作</w:t>
      </w:r>
      <w:r>
        <w:rPr>
          <w:lang w:eastAsia="zh-CN"/>
        </w:rPr>
        <w:br/>
      </w:r>
      <w:r>
        <w:rPr>
          <w:lang w:eastAsia="zh-CN"/>
        </w:rPr>
        <w:t>　　利用每周_的客服部例会时间，加强对本部门人员的培训工作。</w:t>
      </w:r>
      <w:r>
        <w:rPr>
          <w:lang w:eastAsia="zh-CN"/>
        </w:rPr>
        <w:br/>
      </w:r>
      <w:r>
        <w:rPr>
          <w:lang w:eastAsia="zh-CN"/>
        </w:rPr>
        <w:t>　　培训工作是根据一周来在工作当中遇到的实际问题展开的，这样就做到了理论与实际的结合，使每位客服人员对服务理念的认识更加的深刻。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三、日常报修的处理</w:t>
      </w:r>
      <w:r>
        <w:rPr>
          <w:lang w:eastAsia="zh-CN"/>
        </w:rPr>
        <w:br/>
      </w:r>
      <w:r>
        <w:rPr>
          <w:lang w:eastAsia="zh-CN"/>
        </w:rPr>
        <w:t>　　据每周末的工作量统计，日接待各种形式的报修均达十余次。根据报修内容的不同积极进行派工，争取在最短的时间内将问题解决。同时，根据报修的完成情况及时地进行回访。</w:t>
      </w:r>
      <w:r>
        <w:rPr>
          <w:lang w:eastAsia="zh-CN"/>
        </w:rPr>
        <w:br/>
      </w:r>
      <w:r>
        <w:rPr>
          <w:lang w:eastAsia="zh-CN"/>
        </w:rPr>
        <w:t>　　四、__区物业费的收缴工作</w:t>
      </w:r>
      <w:r>
        <w:rPr>
          <w:lang w:eastAsia="zh-CN"/>
        </w:rPr>
        <w:br/>
      </w:r>
      <w:r>
        <w:rPr>
          <w:lang w:eastAsia="zh-CN"/>
        </w:rPr>
        <w:t>　　根据年初公司下达的收费指标，积极开展__区物业费的收缴工作。最终在物业经理、书记及其它各部门的支持下，完成了公司下达的收费指标。</w:t>
      </w:r>
      <w:r>
        <w:rPr>
          <w:lang w:eastAsia="zh-CN"/>
        </w:rPr>
        <w:br/>
      </w:r>
      <w:r>
        <w:rPr>
          <w:lang w:eastAsia="zh-CN"/>
        </w:rPr>
        <w:t>　　五、能源费的收缴工作</w:t>
      </w:r>
      <w:r>
        <w:rPr>
          <w:lang w:eastAsia="zh-CN"/>
        </w:rPr>
        <w:br/>
      </w:r>
      <w:r>
        <w:rPr>
          <w:lang w:eastAsia="zh-CN"/>
        </w:rPr>
        <w:t>　　如期完成__区每季度入户抄水表收费工作的同时，又完成了公司布置的新的任务——__区首次入户抄水表收费工作。</w:t>
      </w:r>
      <w:r>
        <w:rPr>
          <w:lang w:eastAsia="zh-CN"/>
        </w:rPr>
        <w:br/>
      </w:r>
      <w:r>
        <w:rPr>
          <w:lang w:eastAsia="zh-CN"/>
        </w:rPr>
        <w:t>　　六、__区底商的招租工作</w:t>
      </w:r>
      <w:r>
        <w:rPr>
          <w:lang w:eastAsia="zh-CN"/>
        </w:rPr>
        <w:br/>
      </w:r>
      <w:r>
        <w:rPr>
          <w:lang w:eastAsia="zh-CN"/>
        </w:rPr>
        <w:t>　　制定了底商的招租方案，并在下半年成功的引进了超市、药店项目。</w:t>
      </w:r>
      <w:r>
        <w:rPr>
          <w:lang w:eastAsia="zh-CN"/>
        </w:rPr>
        <w:br/>
      </w:r>
      <w:r>
        <w:rPr>
          <w:lang w:eastAsia="zh-CN"/>
        </w:rPr>
        <w:t>　　七、部分楼宇的收楼工作</w:t>
      </w:r>
      <w:r>
        <w:rPr>
          <w:lang w:eastAsia="zh-CN"/>
        </w:rPr>
        <w:br/>
      </w:r>
      <w:r>
        <w:rPr>
          <w:lang w:eastAsia="zh-CN"/>
        </w:rPr>
        <w:t>　　在_月份，完成了__的收楼工作;同时，又完成了部分__区回迁楼(__单元)收楼工作)。</w:t>
      </w:r>
      <w:r>
        <w:rPr>
          <w:lang w:eastAsia="zh-CN"/>
        </w:rPr>
        <w:br/>
      </w:r>
      <w:r>
        <w:rPr>
          <w:lang w:eastAsia="zh-CN"/>
        </w:rPr>
        <w:t>　　八、__地震组织开展募捐活动</w:t>
      </w:r>
      <w:r>
        <w:rPr>
          <w:lang w:eastAsia="zh-CN"/>
        </w:rPr>
        <w:br/>
      </w:r>
      <w:r>
        <w:rPr>
          <w:lang w:eastAsia="zh-CN"/>
        </w:rPr>
        <w:t>　　在得知__地震的消息后，物业公司领导立即决定在社区内进行一次以为灾区人民奉献一份爱心的募捐活动，这项任务由客服部来完成。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接到指示后，客服部全体人员积极献计献策，最终圆满的完成了这次募捐活动。</w:t>
      </w:r>
      <w:r>
        <w:rPr>
          <w:lang w:eastAsia="zh-CN"/>
        </w:rPr>
        <w:br/>
      </w:r>
      <w:r>
        <w:rPr>
          <w:lang w:eastAsia="zh-CN"/>
        </w:rPr>
        <w:t>　　九、节日期间园区的装点布置工作</w:t>
      </w:r>
      <w:r>
        <w:rPr>
          <w:lang w:eastAsia="zh-CN"/>
        </w:rPr>
        <w:br/>
      </w:r>
      <w:r>
        <w:rPr>
          <w:lang w:eastAsia="zh-CN"/>
        </w:rPr>
        <w:t>　　积极完成各节日期间园区内的装点布置工作，今年公司加大了对圣诞节(倍受年轻人关注的节日)期间园区装点布置的力度，在小区__门及__区各大堂内购置了圣诞树及其各种装饰品。</w:t>
      </w:r>
      <w:r>
        <w:rPr>
          <w:lang w:eastAsia="zh-CN"/>
        </w:rPr>
        <w:br/>
      </w:r>
      <w:r>
        <w:rPr>
          <w:lang w:eastAsia="zh-CN"/>
        </w:rPr>
        <w:t>　　十、业主座谈会</w:t>
      </w:r>
      <w:r>
        <w:rPr>
          <w:lang w:eastAsia="zh-CN"/>
        </w:rPr>
        <w:br/>
      </w:r>
      <w:r>
        <w:rPr>
          <w:lang w:eastAsia="zh-CN"/>
        </w:rPr>
        <w:t>　　在春节前夕，组织进行了一年一度的业主座谈会。邀请来的各位业主在会上积极发言，对物业公司的服务工作给了充分的肯定并提出了合理的建议。</w:t>
      </w:r>
      <w:r>
        <w:rPr>
          <w:lang w:eastAsia="zh-CN"/>
        </w:rPr>
        <w:br/>
      </w:r>
      <w:r>
        <w:rPr>
          <w:lang w:eastAsia="zh-CN"/>
        </w:rPr>
        <w:t>　　总之，在20__年的工作基础上，20__年我们满怀信心与希望，在新的一年里我们坚信，只要我们勤奋工作，努力工作，积极探索，勇于进取，我们一定能以最大的努力完成公司下达的各项工作指标。</w:t>
      </w:r>
      <w:r>
        <w:rPr>
          <w:lang w:eastAsia="zh-CN"/>
        </w:rPr>
        <w:br/>
      </w:r>
      <w:r>
        <w:rPr>
          <w:lang w:eastAsia="zh-CN"/>
        </w:rPr>
        <w:t xml:space="preserve">    最新客服年终工作总结范文 篇9 </w:t>
      </w:r>
      <w:r>
        <w:rPr>
          <w:lang w:eastAsia="zh-CN"/>
        </w:rPr>
        <w:br/>
      </w:r>
      <w:r>
        <w:rPr>
          <w:lang w:eastAsia="zh-CN"/>
        </w:rPr>
        <w:t>　　20__年度，我客服部在公司领导的大力支持和各部门的团结合作下，在部门员工努力工作下，认真学习物业管理基本知识及岗位职责，热情接待业主，用心完成领导交办的各项工作，办理手续及时、服务周到，报修、投诉、回访等业务服务尽心尽力催促处理妥善，顺利完成了年初既定的各项目标及计划。</w:t>
      </w:r>
      <w:r>
        <w:rPr>
          <w:lang w:eastAsia="zh-CN"/>
        </w:rPr>
        <w:br/>
      </w:r>
      <w:r>
        <w:rPr>
          <w:lang w:eastAsia="zh-CN"/>
        </w:rPr>
        <w:t>　　截止到20__年12月19日共办理交房手续312户。办理二次装修手续171户，二次装修验房126户，二次装修已退押金106户。车位报名218户。</w:t>
      </w:r>
      <w:r>
        <w:rPr>
          <w:lang w:eastAsia="zh-CN"/>
        </w:rPr>
        <w:br/>
      </w:r>
      <w:r>
        <w:rPr>
          <w:lang w:eastAsia="zh-CN"/>
        </w:rPr>
        <w:t>　　以下是重要工作任务完成状况及分析：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一、日常接待工作</w:t>
      </w:r>
      <w:r>
        <w:rPr>
          <w:lang w:eastAsia="zh-CN"/>
        </w:rPr>
        <w:br/>
      </w:r>
      <w:r>
        <w:rPr>
          <w:lang w:eastAsia="zh-CN"/>
        </w:rPr>
        <w:t>　　每日填写《客户服务部值班接待纪录》，记录业主来电来访投诉及服务事项，并协调处理结果，及时反馈、电话回访业主。累计已达上千项。</w:t>
      </w:r>
      <w:r>
        <w:rPr>
          <w:lang w:eastAsia="zh-CN"/>
        </w:rPr>
        <w:br/>
      </w:r>
      <w:r>
        <w:rPr>
          <w:lang w:eastAsia="zh-CN"/>
        </w:rPr>
        <w:t>　　二、信息发布工作</w:t>
      </w:r>
      <w:r>
        <w:rPr>
          <w:lang w:eastAsia="zh-CN"/>
        </w:rPr>
        <w:br/>
      </w:r>
      <w:r>
        <w:rPr>
          <w:lang w:eastAsia="zh-CN"/>
        </w:rPr>
        <w:t>　　本年度，我部共计向客户发放各类书面通知约20多次。运用信息群发器发送通知累计968条，做到通知拟发及时、详尽，表述清晰、用词准确，同时用心配合通知资料做好相关解释工作。</w:t>
      </w:r>
      <w:r>
        <w:rPr>
          <w:lang w:eastAsia="zh-CN"/>
        </w:rPr>
        <w:br/>
      </w:r>
      <w:r>
        <w:rPr>
          <w:lang w:eastAsia="zh-CN"/>
        </w:rPr>
        <w:t>　　三、业主遗漏工程投诉处理工作</w:t>
      </w:r>
      <w:r>
        <w:rPr>
          <w:lang w:eastAsia="zh-CN"/>
        </w:rPr>
        <w:br/>
      </w:r>
      <w:r>
        <w:rPr>
          <w:lang w:eastAsia="zh-CN"/>
        </w:rPr>
        <w:t>　　20__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r>
        <w:rPr>
          <w:lang w:eastAsia="zh-CN"/>
        </w:rPr>
        <w:br/>
      </w:r>
      <w:r>
        <w:rPr>
          <w:lang w:eastAsia="zh-CN"/>
        </w:rPr>
        <w:t>　　四、地下室透水事故处理工作</w:t>
      </w:r>
      <w:r>
        <w:rPr>
          <w:lang w:eastAsia="zh-CN"/>
        </w:rPr>
        <w:br/>
      </w:r>
      <w:r>
        <w:rPr>
          <w:lang w:eastAsia="zh-CN"/>
        </w:rPr>
        <w:t>　　20__年8月4日地下室透水事故共造成43户业主财产损失。在公司领导的指挥下，我客服部第一时间联系业主并为业主盘点受损物品，事后又用心参与配合与业主谈判，并发放置换物品及折抵补偿金。</w:t>
      </w:r>
      <w:r>
        <w:rPr>
          <w:lang w:eastAsia="zh-CN"/>
        </w:rPr>
        <w:br/>
      </w:r>
      <w:r>
        <w:rPr>
          <w:lang w:eastAsia="zh-CN"/>
        </w:rPr>
        <w:t>　　五、入户服务意见调查工作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我部门工作人员在完成日常工作的同时，用心走进小区业主家中，搜集各类客户对物业管理过程中的意见及推荐，不断提高世纪新筑小区物业管理的服务质量及服务水平。</w:t>
      </w:r>
      <w:r>
        <w:rPr>
          <w:lang w:eastAsia="zh-CN"/>
        </w:rPr>
        <w:br/>
      </w:r>
      <w:r>
        <w:rPr>
          <w:lang w:eastAsia="zh-CN"/>
        </w:rPr>
        <w:t>　　截止到20__年12月19日我部门对小区入住业主进行的入户调查走访38户，并发放物业服务意见表38份。调查得出小区业主对我部门的接待工作的满意率达90%，接待电话报修的满意率达75%，回访工作的满意率达80%。</w:t>
      </w:r>
      <w:r>
        <w:rPr>
          <w:lang w:eastAsia="zh-CN"/>
        </w:rPr>
        <w:br/>
      </w:r>
      <w:r>
        <w:rPr>
          <w:lang w:eastAsia="zh-CN"/>
        </w:rPr>
        <w:t>　　六、建立健全业主档案工作</w:t>
      </w:r>
      <w:r>
        <w:rPr>
          <w:lang w:eastAsia="zh-CN"/>
        </w:rPr>
        <w:br/>
      </w:r>
      <w:r>
        <w:rPr>
          <w:lang w:eastAsia="zh-CN"/>
        </w:rPr>
        <w:t>　　已完善及更新业主档案312份，并持续补充整理业主电子档案。</w:t>
      </w:r>
      <w:r>
        <w:rPr>
          <w:lang w:eastAsia="zh-CN"/>
        </w:rPr>
        <w:br/>
      </w:r>
      <w:r>
        <w:rPr>
          <w:lang w:eastAsia="zh-CN"/>
        </w:rPr>
        <w:t>　　七、协助政府部门完成的工作</w:t>
      </w:r>
      <w:r>
        <w:rPr>
          <w:lang w:eastAsia="zh-CN"/>
        </w:rPr>
        <w:br/>
      </w:r>
      <w:r>
        <w:rPr>
          <w:lang w:eastAsia="zh-CN"/>
        </w:rPr>
        <w:t>　　协助三合街派出所对入住园区的业主进行人口普查工作。</w:t>
      </w:r>
      <w:r>
        <w:rPr>
          <w:lang w:eastAsia="zh-CN"/>
        </w:rPr>
        <w:br/>
      </w:r>
      <w:r>
        <w:rPr>
          <w:lang w:eastAsia="zh-CN"/>
        </w:rPr>
        <w:t>　　为10户业主办理了户口迁入手续用的社内户口变更证明。</w:t>
      </w:r>
      <w:r>
        <w:rPr>
          <w:lang w:eastAsia="zh-CN"/>
        </w:rPr>
        <w:br/>
      </w:r>
      <w:r>
        <w:rPr>
          <w:lang w:eastAsia="zh-CN"/>
        </w:rPr>
        <w:t>　　八、培训学习工作</w:t>
      </w:r>
      <w:r>
        <w:rPr>
          <w:lang w:eastAsia="zh-CN"/>
        </w:rPr>
        <w:br/>
      </w:r>
      <w:r>
        <w:rPr>
          <w:lang w:eastAsia="zh-CN"/>
        </w:rPr>
        <w:t>　　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r>
        <w:rPr>
          <w:lang w:eastAsia="zh-CN"/>
        </w:rPr>
        <w:br/>
      </w:r>
      <w:r>
        <w:rPr>
          <w:lang w:eastAsia="zh-CN"/>
        </w:rPr>
        <w:t>　　部门员工由一个思想认识不足、对工作没有激情的队伍引导成一个对公司充满憧憬，对行业发展和自身成长充满期望的团队;把部门员工由一个对物业管理知识掌握空白培训成一个具必须物业管理常识的团队。</w:t>
      </w:r>
      <w:r>
        <w:rPr>
          <w:lang w:eastAsia="zh-CN"/>
        </w:rPr>
        <w:br/>
      </w:r>
      <w:r>
        <w:rPr>
          <w:lang w:eastAsia="zh-CN"/>
        </w:rPr>
        <w:t>　　工作中存在的不足、发现的问题及遇到的困难总结如下：</w:t>
      </w:r>
      <w:r>
        <w:rPr>
          <w:lang w:eastAsia="zh-CN"/>
        </w:rPr>
        <w:br/>
      </w:r>
      <w:r>
        <w:rPr>
          <w:lang w:eastAsia="zh-CN"/>
        </w:rPr>
        <w:t>　　一、由于我部门均未经过专业的物业管理培训，关于物业方面的知识仍需系统学习，服务规范及沟通技巧也要进一步加强。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二、业主各项遗漏工程的工作跟进、反馈不够及时;</w:t>
      </w:r>
      <w:r>
        <w:rPr>
          <w:lang w:eastAsia="zh-CN"/>
        </w:rPr>
        <w:br/>
      </w:r>
      <w:r>
        <w:rPr>
          <w:lang w:eastAsia="zh-CN"/>
        </w:rPr>
        <w:t>　　三、物业各项费用收取时机、方式、方法不够完善;物业费到期业主催缴1户，未交1户。水电费预交费用不足业主49户，未交7户。</w:t>
      </w:r>
      <w:r>
        <w:rPr>
          <w:lang w:eastAsia="zh-CN"/>
        </w:rPr>
        <w:br/>
      </w:r>
      <w:r>
        <w:rPr>
          <w:lang w:eastAsia="zh-CN"/>
        </w:rPr>
        <w:t>　　四、客服工作压力大，员工身体素质及自我心理调节潜力需不断提高。</w:t>
      </w:r>
      <w:r>
        <w:rPr>
          <w:lang w:eastAsia="zh-CN"/>
        </w:rPr>
        <w:br/>
      </w:r>
      <w:r>
        <w:rPr>
          <w:lang w:eastAsia="zh-CN"/>
        </w:rPr>
        <w:t>　　五、客服工作资料琐碎繁复，急需科学正规的工作流程来规范并合理运用先进的管理软件来提高工作效率，简化工作难度。</w:t>
      </w:r>
      <w:r>
        <w:rPr>
          <w:lang w:eastAsia="zh-CN"/>
        </w:rPr>
        <w:br/>
      </w:r>
      <w:r>
        <w:rPr>
          <w:lang w:eastAsia="zh-CN"/>
        </w:rPr>
        <w:t>　　六、对小区的精神礼貌建设，像开展各种形式的宣传及组织业主的文化娱乐活动工作上尚未组织开展起来。</w:t>
      </w:r>
      <w:r>
        <w:rPr>
          <w:lang w:eastAsia="zh-CN"/>
        </w:rPr>
        <w:br/>
      </w:r>
      <w:r>
        <w:rPr>
          <w:lang w:eastAsia="zh-CN"/>
        </w:rPr>
        <w:t>　　日后工作的努力方向及工作设想：</w:t>
      </w:r>
      <w:r>
        <w:rPr>
          <w:lang w:eastAsia="zh-CN"/>
        </w:rPr>
        <w:br/>
      </w:r>
      <w:r>
        <w:rPr>
          <w:lang w:eastAsia="zh-CN"/>
        </w:rPr>
        <w:t>　　我部门在做好收费及日常工作的基础上，继续加强员工的培训和指导，进一步明确各项职责制，强化部门工作纪律和服务规范，并按照目标、预算和工作计划及时做好各项工作。</w:t>
      </w:r>
      <w:r>
        <w:rPr>
          <w:lang w:eastAsia="zh-CN"/>
        </w:rPr>
        <w:br/>
      </w:r>
      <w:r>
        <w:rPr>
          <w:lang w:eastAsia="zh-CN"/>
        </w:rPr>
        <w:t>　　一、对部门员工工作范围、资料进一步细化、明确;</w:t>
      </w:r>
      <w:r>
        <w:rPr>
          <w:lang w:eastAsia="zh-CN"/>
        </w:rPr>
        <w:br/>
      </w:r>
      <w:r>
        <w:rPr>
          <w:lang w:eastAsia="zh-CN"/>
        </w:rPr>
        <w:t>　　二、加强培训，保证部门员工胜任相应岗位，不断提高服务质量;</w:t>
      </w:r>
      <w:r>
        <w:rPr>
          <w:lang w:eastAsia="zh-CN"/>
        </w:rPr>
        <w:br/>
      </w:r>
      <w:r>
        <w:rPr>
          <w:lang w:eastAsia="zh-CN"/>
        </w:rPr>
        <w:t>　　三、强化部门工作纪律管理，做到工作严谨、纪律严明;</w:t>
      </w:r>
      <w:r>
        <w:rPr>
          <w:lang w:eastAsia="zh-CN"/>
        </w:rPr>
        <w:br/>
      </w:r>
      <w:r>
        <w:rPr>
          <w:lang w:eastAsia="zh-CN"/>
        </w:rPr>
        <w:t>　　四、加强对各项信息工作状况的跟进，做到各项信息畅通、准确。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五、透过部门的日常工作安排和心理调试技巧学习，营造出在工作中锻炼，在锻炼中成长的氛围，让部门员工有种紧张但又不会感觉压力太大的充实感和被重视的成就感。</w:t>
      </w:r>
      <w:r>
        <w:rPr>
          <w:lang w:eastAsia="zh-CN"/>
        </w:rPr>
        <w:br/>
      </w:r>
      <w:r>
        <w:rPr>
          <w:lang w:eastAsia="zh-CN"/>
        </w:rPr>
        <w:t>　　六、用心学习科学正规的工作流程规范，合理运用先进的管理软件来提高工作效率。</w:t>
      </w:r>
      <w:r>
        <w:rPr>
          <w:lang w:eastAsia="zh-CN"/>
        </w:rPr>
        <w:br/>
      </w:r>
      <w:r>
        <w:rPr>
          <w:lang w:eastAsia="zh-CN"/>
        </w:rPr>
        <w:t>　　七、做好小区的精神礼貌建设，开展各种形式的宣传工作，并定期组织业主的文化娱乐活动。同时用心开展并做好各项有偿服务工作。</w:t>
      </w:r>
      <w:r>
        <w:rPr>
          <w:lang w:eastAsia="zh-CN"/>
        </w:rPr>
        <w:br/>
      </w:r>
      <w:r>
        <w:rPr>
          <w:lang w:eastAsia="zh-CN"/>
        </w:rPr>
        <w:t>　　综上所述，20__年，我部门工作在公司领导的全力支持，在各部门的大力配合以及部门员工的共同努力下，虽然取得了必须的成绩，但还没有完全到达公司的要求，离先进物业管理水平标准还有一段距离，我们今后必须加强学习，在物业公司经理的直接领导下，依据国家、山东省、临沂市政府有关物业管理的政策、法规及世纪新筑小区《临时管理规约》为业主带给规范、快捷、有效的服务，认真做好接待工作，为业主创造优美、舒适的生活、休闲氛围，提升物业的服务品质。</w:t>
      </w:r>
      <w:r>
        <w:rPr>
          <w:lang w:eastAsia="zh-CN"/>
        </w:rPr>
        <w:br/>
      </w:r>
      <w:r>
        <w:rPr>
          <w:lang w:eastAsia="zh-CN"/>
        </w:rPr>
        <w:t xml:space="preserve">    最新客服年终工作总结范文 篇10 </w:t>
      </w:r>
      <w:r>
        <w:rPr>
          <w:lang w:eastAsia="zh-CN"/>
        </w:rPr>
        <w:br/>
      </w:r>
      <w:r>
        <w:rPr>
          <w:lang w:eastAsia="zh-CN"/>
        </w:rPr>
        <w:t>　　20__年，在领导的领导下，围绕商场的总体目标，认真贯彻“安全第一、预防为主”、“内紧外松”的工作方针，始终坚持“群防群治”、“人防技术与人防相结合”的工作路线，积极开展商场消防安全防范工作，维护商场公共秩序。工作总结：</w:t>
      </w:r>
      <w:r>
        <w:rPr>
          <w:lang w:eastAsia="zh-CN"/>
        </w:rPr>
        <w:br/>
      </w:r>
      <w:r>
        <w:rPr>
          <w:lang w:eastAsia="zh-CN"/>
        </w:rPr>
        <w:t>　　一、工作职责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引导车辆进出后院，保持后院消防道的畅通等，登记工作：登记外来人员进入商场施工的检查；巡视工作：白天巡视商场内有无可疑人员；消防通道是否畅通；消防设施是否被占用等；晚上巡视施工区域是否有消防器材，施工证件，施工安全隐患是否存在等等。</w:t>
      </w:r>
      <w:r>
        <w:rPr>
          <w:lang w:eastAsia="zh-CN"/>
        </w:rPr>
        <w:br/>
      </w:r>
      <w:r>
        <w:rPr>
          <w:lang w:eastAsia="zh-CN"/>
        </w:rPr>
        <w:t>　　二、消防知识</w:t>
      </w:r>
      <w:r>
        <w:rPr>
          <w:lang w:eastAsia="zh-CN"/>
        </w:rPr>
        <w:br/>
      </w:r>
      <w:r>
        <w:rPr>
          <w:lang w:eastAsia="zh-CN"/>
        </w:rPr>
        <w:t>　　_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r>
        <w:rPr>
          <w:lang w:eastAsia="zh-CN"/>
        </w:rPr>
        <w:br/>
      </w:r>
      <w:r>
        <w:rPr>
          <w:lang w:eastAsia="zh-CN"/>
        </w:rPr>
        <w:t>　　三、存在的不足和今后的努力方向</w:t>
      </w:r>
      <w:r>
        <w:rPr>
          <w:lang w:eastAsia="zh-CN"/>
        </w:rPr>
        <w:br/>
      </w:r>
      <w:r>
        <w:rPr>
          <w:lang w:eastAsia="zh-CN"/>
        </w:rPr>
        <w:t>　　回顾_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今后的工作要求将会更高，难度将会更大，这就对我们的工作提出了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再大提升；最后达到让公司领导满意！</w:t>
      </w:r>
      <w:r>
        <w:rPr>
          <w:lang w:eastAsia="zh-CN"/>
        </w:rPr>
        <w:br/>
      </w:r>
      <w:r>
        <w:rPr>
          <w:lang w:eastAsia="zh-CN"/>
        </w:rPr>
        <w:t>　　以上是我来一年的工作总结，不到、不妥、不对之外，恳请领导批评指正。</w:t>
      </w:r>
      <w:r>
        <w:rPr>
          <w:lang w:eastAsia="zh-CN"/>
        </w:rPr>
        <w:br/>
      </w:r>
      <w:r>
        <w:rPr>
          <w:lang w:eastAsia="zh-CN"/>
        </w:rPr>
        <w:t xml:space="preserve">    最新客服年终工作总结范文 篇11 </w:t>
      </w:r>
      <w:r>
        <w:rPr>
          <w:lang w:eastAsia="zh-CN"/>
        </w:rPr>
        <w:br/>
      </w:r>
      <w:r>
        <w:rPr>
          <w:lang w:eastAsia="zh-CN"/>
        </w:rPr>
        <w:t>　　在按照公司的要求，大家较好地完成了本职的工作，今年的工作较以往有了很大起色，但也存在不足，现将总结如下：</w:t>
      </w:r>
      <w:r>
        <w:rPr>
          <w:lang w:eastAsia="zh-CN"/>
        </w:rPr>
        <w:br/>
      </w:r>
      <w:r>
        <w:rPr>
          <w:lang w:eastAsia="zh-CN"/>
        </w:rPr>
        <w:t>　　一、建立完善售后服务队伍，为服务油田保驾护航。在市场激烈竞争的今天，随着客户观念的变化，客户在选购产品时，不仅注意到产品实体本身，在同类产品的质量和性能相似的情况下，更加重视产品的售后服务。因此，企业在提供价廉物美的产品的同时，向消费者提供完善的售后服务，已成为现代企业市场竞争的新焦点。因此，建立和完善一支具有一定专业技术业务水平的售后服务队伍就显得尤为重要，为此，公司在原有一名售后服务人员的基础之上，招聘并培训了采油，化工等专业技术人员四名，进一步完善壮大了售后服务队伍，为产品更好的在油田上使用奠定了基础，为服务油田保驾护航。</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二、在实践中学习，增强业务技术经验。实践是的老师，在实践中才能更好的检验已经学到的专业知识;了解到产品使用的各个环节;学习到油田各种工作及各部门间的运作程序;更能在与各类人的交流中增强人际交往能力。为此在前半年中，特别是新员工加入之后，先后在甘谷驿，青化砭，川口等采油厂现场学习了解压裂，注水，原油破乳等工艺，积累了一定的专业知识，同时在人际交往方面也有了一定的提高。</w:t>
      </w:r>
      <w:r>
        <w:rPr>
          <w:lang w:eastAsia="zh-CN"/>
        </w:rPr>
        <w:br/>
      </w:r>
      <w:r>
        <w:rPr>
          <w:lang w:eastAsia="zh-CN"/>
        </w:rPr>
        <w:t>　　三、加强内部各部门间合作，售后内外都服务。售后服务在全力保证产品在油田正常使用的同时，也注意加强与公司内部质检部，研发部，生产技术部的合作，及时收集各采油厂的使用情况及各种信息，为产品更新及检测等提供数据支持。</w:t>
      </w:r>
      <w:r>
        <w:rPr>
          <w:lang w:eastAsia="zh-CN"/>
        </w:rPr>
        <w:br/>
      </w:r>
      <w:r>
        <w:rPr>
          <w:lang w:eastAsia="zh-CN"/>
        </w:rPr>
        <w:t>　　四、不足之处。售后服务部成立时间较短，新成员多，现场实践经验较为欠缺，我们必须坚持加强现场实践的力度，在实践中培养增强各种业务水平，同时要争取工作的主动性，提高责任心，专业心，加强工作效率，工作质量。</w:t>
      </w:r>
      <w:r>
        <w:rPr>
          <w:lang w:eastAsia="zh-CN"/>
        </w:rPr>
        <w:br/>
      </w:r>
      <w:r>
        <w:rPr>
          <w:lang w:eastAsia="zh-CN"/>
        </w:rPr>
        <w:t>　　在工作中要树立真正的主人翁思想，心往一处想，劲往一处使，积极主动共同服务于公司的各项工作中。</w:t>
      </w:r>
      <w:r>
        <w:rPr>
          <w:lang w:eastAsia="zh-CN"/>
        </w:rPr>
        <w:br/>
      </w:r>
      <w:r>
        <w:rPr>
          <w:lang w:eastAsia="zh-CN"/>
        </w:rPr>
        <w:t xml:space="preserve">    最新客服年终工作总结范文 篇12 </w:t>
      </w:r>
      <w:r>
        <w:rPr>
          <w:lang w:eastAsia="zh-CN"/>
        </w:rPr>
        <w:br/>
      </w:r>
      <w:r>
        <w:rPr>
          <w:lang w:eastAsia="zh-CN"/>
        </w:rPr>
        <w:t>　　_年工作已经结束了，在全体员工不懈努力与坚持下，基本完成了前三季度的工作任务。具体分以下几方面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w:t>
      </w:r>
      <w:r>
        <w:rPr>
          <w:lang w:eastAsia="zh-CN"/>
        </w:rPr>
        <w:br/>
      </w:r>
      <w:r>
        <w:rPr>
          <w:lang w:eastAsia="zh-CN"/>
        </w:rPr>
        <w:t>　　1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r>
        <w:rPr>
          <w:lang w:eastAsia="zh-CN"/>
        </w:rPr>
        <w:br/>
      </w:r>
      <w:r>
        <w:rPr>
          <w:lang w:eastAsia="zh-CN"/>
        </w:rPr>
        <w:t>　　2、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2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20__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r>
        <w:rPr>
          <w:lang w:eastAsia="zh-CN"/>
        </w:rPr>
        <w:br/>
      </w:r>
      <w:r>
        <w:rPr>
          <w:lang w:eastAsia="zh-CN"/>
        </w:rPr>
        <w:t>　　3、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w:t>
      </w:r>
      <w:r>
        <w:rPr>
          <w:lang w:eastAsia="zh-CN"/>
        </w:rPr>
        <w:br/>
      </w:r>
      <w:r>
        <w:rPr>
          <w:lang w:eastAsia="zh-CN"/>
        </w:rPr>
        <w:t>　　3接员工进店，通过这种方式，管理人员的亲和力得到加强，使各级管理人员与员工之间距离更加接近。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4、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__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r>
        <w:rPr>
          <w:lang w:eastAsia="zh-CN"/>
        </w:rPr>
        <w:br/>
      </w:r>
      <w:r>
        <w:rPr>
          <w:lang w:eastAsia="zh-CN"/>
        </w:rPr>
        <w:t>　　5、值班经理业务技能及专业化水平的提升。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w:t>
      </w:r>
      <w:r>
        <w:rPr>
          <w:lang w:eastAsia="zh-CN"/>
        </w:rPr>
        <w:br/>
      </w:r>
      <w:r>
        <w:rPr>
          <w:lang w:eastAsia="zh-CN"/>
        </w:rPr>
        <w:t xml:space="preserve">    最新客服年终工作总结范文 篇13 </w:t>
      </w:r>
      <w:r>
        <w:rPr>
          <w:lang w:eastAsia="zh-CN"/>
        </w:rPr>
        <w:br/>
      </w:r>
      <w:r>
        <w:rPr>
          <w:lang w:eastAsia="zh-CN"/>
        </w:rPr>
        <w:t>　　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在我所从事的工作中涉及到聊售后旺旺和处理各种售后交接问题，在过去一年里我学到了很多，对于旺旺回复话术和电话沟通技巧都有了一定的积累，对于很多工作都能有效的去完成。在_月份的时候处理的交接数据是我们小组中最高的，双十一的当月处理的交接数据达到了多个，平时也都能尽职尽责的去完成自己的本职工作，算是没有辜负公司领导的期望。为了更好的完成本职工作，为公司创造更多的效益，特将今年的工作经验作工作总结如下：</w:t>
      </w:r>
      <w:r>
        <w:rPr>
          <w:lang w:eastAsia="zh-CN"/>
        </w:rPr>
        <w:br/>
      </w:r>
      <w:r>
        <w:rPr>
          <w:lang w:eastAsia="zh-CN"/>
        </w:rPr>
        <w:t>　　一、塑造店铺良好形象</w:t>
      </w:r>
      <w:r>
        <w:rPr>
          <w:lang w:eastAsia="zh-CN"/>
        </w:rPr>
        <w:br/>
      </w:r>
      <w:r>
        <w:rPr>
          <w:lang w:eastAsia="zh-CN"/>
        </w:rPr>
        <w:t>　　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r>
        <w:rPr>
          <w:lang w:eastAsia="zh-CN"/>
        </w:rPr>
        <w:br/>
      </w:r>
      <w:r>
        <w:rPr>
          <w:lang w:eastAsia="zh-CN"/>
        </w:rPr>
        <w:t>　　二、学会换位思考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r>
        <w:rPr>
          <w:lang w:eastAsia="zh-CN"/>
        </w:rPr>
        <w:br/>
      </w:r>
      <w:r>
        <w:rPr>
          <w:lang w:eastAsia="zh-CN"/>
        </w:rPr>
        <w:t>　　三、熟悉公司产品和产品相关知识</w:t>
      </w:r>
      <w:r>
        <w:rPr>
          <w:lang w:eastAsia="zh-CN"/>
        </w:rPr>
        <w:br/>
      </w:r>
      <w:r>
        <w:rPr>
          <w:lang w:eastAsia="zh-CN"/>
        </w:rPr>
        <w:t>　　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r>
        <w:rPr>
          <w:lang w:eastAsia="zh-CN"/>
        </w:rPr>
        <w:br/>
      </w:r>
      <w:r>
        <w:rPr>
          <w:lang w:eastAsia="zh-CN"/>
        </w:rPr>
        <w:t>　　四、有效的完成本职工作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r>
        <w:rPr>
          <w:lang w:eastAsia="zh-CN"/>
        </w:rPr>
        <w:br/>
      </w:r>
      <w:r>
        <w:rPr>
          <w:lang w:eastAsia="zh-CN"/>
        </w:rPr>
        <w:t>　　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r>
        <w:rPr>
          <w:lang w:eastAsia="zh-CN"/>
        </w:rPr>
        <w:br/>
      </w:r>
      <w:r>
        <w:rPr>
          <w:lang w:eastAsia="zh-CN"/>
        </w:rPr>
        <w:t>　　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r>
        <w:rPr>
          <w:lang w:eastAsia="zh-CN"/>
        </w:rPr>
        <w:br/>
      </w:r>
      <w:r>
        <w:rPr>
          <w:lang w:eastAsia="zh-CN"/>
        </w:rPr>
        <w:t>　　在新的一年里我会吸取过去的教训，积极参加公司的培训。</w:t>
      </w:r>
      <w:r>
        <w:rPr>
          <w:lang w:eastAsia="zh-CN"/>
        </w:rPr>
        <w:br/>
      </w:r>
      <w:r>
        <w:rPr>
          <w:lang w:eastAsia="zh-CN"/>
        </w:rPr>
        <w:t>　　客服年终工作总结 篇，我通过工作了解了快递公司的工作流程，一个客服人员的工作，接触了快递物流领域。所做的事情也许很繁琐，可是却是一种难忘的经历，有无奈，有历练，有见识。当代大学生应该大胆地走出去，训练生存能力。下面是我个人工作总结：</w:t>
      </w:r>
      <w:r>
        <w:rPr>
          <w:lang w:eastAsia="zh-CN"/>
        </w:rPr>
        <w:br/>
      </w:r>
      <w:r>
        <w:rPr>
          <w:lang w:eastAsia="zh-CN"/>
        </w:rPr>
        <w:t>　　一、处理问题件</w:t>
      </w:r>
      <w:r>
        <w:rPr>
          <w:lang w:eastAsia="zh-CN"/>
        </w:rPr>
        <w:br/>
      </w:r>
      <w:r>
        <w:rPr>
          <w:lang w:eastAsia="zh-CN"/>
        </w:rPr>
        <w:t>　　一些快件的收件人电话号码错误，或电话关机，或收件人的收件地址超出快捷快递公司的服务范围即超区，业务员无法派送，收件人不愿意到本站点自提快件，或者快件在派送过程中有所破损或错寄，客户表示不认识寄件人要求退回…..出现这样问题而无法送到收件人手中的快件即为问题件。</w:t>
      </w:r>
      <w:r>
        <w:rPr>
          <w:lang w:eastAsia="zh-CN"/>
        </w:rPr>
        <w:br/>
      </w:r>
    </w:p>
    <w:p w:rsidR="001B1F19" w14:textId="27C3F48A">
      <w:pPr>
        <w:rPr>
          <w:rFonts w:hint="eastAsia"/>
          <w:lang w:eastAsia="zh-CN"/>
        </w:rPr>
      </w:pPr>
      <w:r>
        <w:rPr>
          <w:lang w:eastAsia="zh-CN"/>
        </w:rPr>
        <w:t>　　作为客服人员，要及时处理问题件。对于超出快递公司服务范围的快件，客服人员要先打电话给收件人，说明情况并让收件人到本站点自提文件，若客户愿意到本站点自提文件，客服就要向客户说明本站点的具体地址，再将快件放置在专门的框框里，以备客户自提。对于所有的问题件，要将情况上报全国联网的系统，并通过布谷鸟将收件问题上报给快件的发出站点。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布谷鸟通知给发出问题的站点客服，客服及时做处理。对于超区，客户不自提的快件，发出站点的客服通常会选择转出即让其他快递公司送出。</w:t>
      </w:r>
      <w:r>
        <w:rPr>
          <w:lang w:eastAsia="zh-CN"/>
        </w:rPr>
        <w:br/>
      </w:r>
      <w:r>
        <w:rPr>
          <w:lang w:eastAsia="zh-CN"/>
        </w:rPr>
        <w:t>　　二、上传本站点发出和收进的快件数据</w:t>
      </w:r>
      <w:r>
        <w:rPr>
          <w:lang w:eastAsia="zh-CN"/>
        </w:rPr>
        <w:br/>
      </w:r>
      <w:r>
        <w:rPr>
          <w:lang w:eastAsia="zh-CN"/>
        </w:rPr>
        <w:t>　　快捷其他站点发到本站点的快件本站点发往其他站点的快件在进入仓库时，经过业务员用巴枪扫描器进行数据扫描，在业务员开始派件后，客服人员将巴枪数据上传到全国联网的系统，这样在网上进行查询时系统即可显示正在派送。再将本站点收进的快件与系统上要发至本站点的快件数据进行对比，得出有发无到的快件数据，将数据发至快捷群里提醒发出站点及时跟进。</w:t>
      </w:r>
      <w:r>
        <w:rPr>
          <w:lang w:eastAsia="zh-CN"/>
        </w:rPr>
        <w:br/>
      </w:r>
      <w:r>
        <w:rPr>
          <w:lang w:eastAsia="zh-CN"/>
        </w:rPr>
        <w:t>　　三、接电话，服务客户</w:t>
      </w:r>
      <w:r>
        <w:rPr>
          <w:lang w:eastAsia="zh-CN"/>
        </w:rPr>
        <w:br/>
      </w:r>
      <w:r>
        <w:rPr>
          <w:lang w:eastAsia="zh-CN"/>
        </w:rPr>
        <w:t>　　有公司或个人打电话进行询问一些情况，例如快捷快递公司的收费计算方式，快捷能否派送到某市某镇，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https://d.book118.com/755042133011011130</w:t>
        </w:r>
      </w:hyperlink>
    </w:p>
    <w:p w:rsidR="001B1F19">
      <w:pPr>
        <w:rPr>
          <w:rFonts w:hint="eastAsia"/>
          <w:lang w:eastAsia="zh-CN"/>
        </w:rPr>
      </w:pPr>
    </w:p>
    <w:sectPr>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5504213301101113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