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书香读书活动心得体会（31篇）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书香读书活动心得体会（精选31篇）</w:t>
      </w:r>
      <w:r>
        <w:rPr>
          <w:lang w:eastAsia="zh-CN"/>
        </w:rPr>
        <w:br/>
      </w:r>
      <w:r>
        <w:rPr>
          <w:lang w:eastAsia="zh-CN"/>
        </w:rPr>
        <w:t xml:space="preserve">    书香读书活动心得体会 篇1 </w:t>
      </w:r>
      <w:r>
        <w:rPr>
          <w:lang w:eastAsia="zh-CN"/>
        </w:rPr>
        <w:br/>
      </w:r>
      <w:r>
        <w:rPr>
          <w:lang w:eastAsia="zh-CN"/>
        </w:rPr>
        <w:t>　　反思性学习是小学生学习过程中的重要一环。关注小学生学习过程的反思，可以促进小学生自主学习能力的提高。学习过程中的自我反思是指学生对自己的学习方式、认知方式、理解程度、思维过程等方面自我认识、自我评价、以及对自己学习进度、学习心理的自我监控。</w:t>
      </w:r>
      <w:r>
        <w:rPr>
          <w:lang w:eastAsia="zh-CN"/>
        </w:rPr>
        <w:br/>
      </w:r>
      <w:r>
        <w:rPr>
          <w:lang w:eastAsia="zh-CN"/>
        </w:rPr>
        <w:t>　　自我反思是学生主体意识发展的充分体现。学习过程中，反思是不可缺少的环节。一个人对解决问题的体验是有时效的，如果不及时进行总结，这种经验就会消退，从而也就失去宝贵的思想方法的训练机会，这是教学上的一种最大浪费。对活动的全过程进行调节与控制，这是一个活动主体对自己活动过程的自我意识问题，学会了对自己的思维活动进行反思和有效的自我调节，是思维成熟的标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为了提高小学生数学学习的效率，必须使学生有时间、有机会对自己思维活动进行反思，对自己是怎样发现问题和解决问题的，应用了哪些基本的思考方法、技能和技巧，走过哪些弯路，从中获得哪些经验教训，进行认真的剖析，逐渐培养随时监控自己的数学思维活动的习惯。</w:t>
      </w:r>
      <w:r>
        <w:rPr>
          <w:lang w:eastAsia="zh-CN"/>
        </w:rPr>
        <w:br/>
      </w:r>
      <w:r>
        <w:rPr>
          <w:lang w:eastAsia="zh-CN"/>
        </w:rPr>
        <w:t>　　学生解决问题时，习惯性为完成任务而解题，导致解题质量不高，效率低下。解题是学好数学的必由之路，但是不同的解题指导思想会有不同的解题效果。养成对自己的解题过程进行反思的习惯是具有正确的解题思想的体现。为提高解题质量和效率，教师应该帮助学生整理思维过程，确定解题关键，引导学生回顾和整理解题思路，概括解题思想，使解题的过程清晰、思维条理化、精确化和概括化。</w:t>
      </w:r>
      <w:r>
        <w:rPr>
          <w:lang w:eastAsia="zh-CN"/>
        </w:rPr>
        <w:br/>
      </w:r>
      <w:r>
        <w:rPr>
          <w:lang w:eastAsia="zh-CN"/>
        </w:rPr>
        <w:t>　　在实际学习过程中，小学生总是根据问题的具体情景来决定解题方法，这种方法是受具体情景制约的，如果不对它进行提炼、概括，那么它的适用范围就有局限，不易产生迁移。因此应在学习后让学生反思学习过程，结合数学基本方法，引导学生在思维策略上回顾总结，分析具体方法中包含的数学基本思想方法，对具体方法进行再加工，从中提炼出应用范围广泛的一般数学思想方法。为了使解题达到举一反三的目的，在反思问题设计时，就应该考虑让学生对具体方法进行再加工，提出提炼数学思想方法。</w:t>
      </w:r>
      <w:r>
        <w:rPr>
          <w:lang w:eastAsia="zh-CN"/>
        </w:rPr>
        <w:br/>
      </w:r>
      <w:r>
        <w:rPr>
          <w:lang w:eastAsia="zh-CN"/>
        </w:rPr>
        <w:t>　　从上述过程可以看到，通过引导学生反思、总结、归纳，既使他们看到了自己思想的不全面，找到了差距，培养了他们思维的逻辑性，又使他们学习揭示概念的本质的一般思想方法，使学生切实体验了数学思想方法对解题的指导作用，这就超出了题目本身的意义。</w:t>
      </w:r>
      <w:r>
        <w:rPr>
          <w:lang w:eastAsia="zh-CN"/>
        </w:rPr>
        <w:br/>
      </w:r>
      <w:r>
        <w:rPr>
          <w:lang w:eastAsia="zh-CN"/>
        </w:rPr>
        <w:t xml:space="preserve">    书香读书活动心得体会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市工商局于今年月份起在系统干部职工内开展了我喜爱的一本好书读书活动。也许我孤陋寡闻,据我所知,一个行政部门开展这样别具一格的读书活动在我市还是头一家。</w:t>
      </w:r>
      <w:r>
        <w:rPr>
          <w:lang w:eastAsia="zh-CN"/>
        </w:rPr>
        <w:br/>
      </w:r>
      <w:r>
        <w:rPr>
          <w:lang w:eastAsia="zh-CN"/>
        </w:rPr>
        <w:t>　　众所周知,我们国家是比较热衷于搞活动的一个国度,活动几乎涵盖了社会生活的各个层面。活动也不失为提高效率的一种好方式。但问题的关键是举办活动的目的和活</w:t>
      </w:r>
      <w:r>
        <w:rPr>
          <w:lang w:eastAsia="zh-CN"/>
        </w:rPr>
        <w:br/>
      </w:r>
      <w:r>
        <w:rPr>
          <w:lang w:eastAsia="zh-CN"/>
        </w:rPr>
        <w:t>　　动的内容。社会上的诸多活动我们实在不敢恭维。读书活动也一样,有些读书活动是应景之举,是摆花架子,是制造一种外部效应。所读之书是规定之书,读罢之后要写出规定字数的读书笔记,还要辅之以考核奖罚之手段,于是乎,读书者为完成任务,或自己争时间抢进度或让他人代劳摘抄书中篇章段落,如此,在上级检查验收之时,在年终总结之中就有了内容。至于读书者真正从书中学到了什么,那就是另一回事了。</w:t>
      </w:r>
      <w:r>
        <w:rPr>
          <w:lang w:eastAsia="zh-CN"/>
        </w:rPr>
        <w:br/>
      </w:r>
      <w:r>
        <w:rPr>
          <w:lang w:eastAsia="zh-CN"/>
        </w:rPr>
        <w:t>　　市工商局的读书活动是别具一格的,首先读什么书?没作统一规定,是我所喜爱的。这种看似自由的阅读,其实正是对阅读者的阅读品位的无形检验。其次,要求阅读者写读后感,并与报纸联系开辟栏目公开发表。这样一来就把读书真正落到了实处,因为读后感不同于读书笔记,读书要有所感,就得细读,就得细想,想好了还得写出来让大家看,你还得说得准确、有理,有一定深度或高度。这一系列的反应过程,才算是真正意义上的读书。第三,这样的读书谁也不敢敷衍,谁也不敢见书就读,他得有选择,有辨别,选择和辨别的过程就是一个自我提升的过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行文至此,我得对市工商局的领导们说一声谢谢,谢谢他们对文化的重视,对好书的尊敬,对职工的精神生活的关心。工商部门是执法机构,在现行的社会环境中,被请吃请喝是难免的,朋友应酬也是不可缺少的,因为风俗是难以抗拒的。读书之举,至少为这种风俗注入了新的内容,增添了雅的成份,让职工们少了点烟酒味,多了点书卷气。酒摊场上一旦有了书香飘散,酒气烟气就不再那么熏人了,于人,于单位,于社会不亦乐乎?</w:t>
      </w:r>
      <w:r>
        <w:rPr>
          <w:lang w:eastAsia="zh-CN"/>
        </w:rPr>
        <w:br/>
      </w:r>
      <w:r>
        <w:rPr>
          <w:lang w:eastAsia="zh-CN"/>
        </w:rPr>
        <w:t xml:space="preserve">    书香读书活动心得体会 篇3 </w:t>
      </w:r>
      <w:r>
        <w:rPr>
          <w:lang w:eastAsia="zh-CN"/>
        </w:rPr>
        <w:br/>
      </w:r>
      <w:r>
        <w:rPr>
          <w:lang w:eastAsia="zh-CN"/>
        </w:rPr>
        <w:t>　　在学校举办的“让书香润泽生命，与青奥共同成长”活动中，大家充分享受了书的滋润与阅读的快乐。</w:t>
      </w:r>
      <w:r>
        <w:rPr>
          <w:lang w:eastAsia="zh-CN"/>
        </w:rPr>
        <w:br/>
      </w:r>
      <w:r>
        <w:rPr>
          <w:lang w:eastAsia="zh-CN"/>
        </w:rPr>
        <w:t>　　图书馆里有很多的书。面对浩瀚的书海，我们可以根据自己的需要选择合适的书籍。我们热切地阅读、热情地实践、验证和发展古今中外先贤的教育思想。</w:t>
      </w:r>
      <w:r>
        <w:rPr>
          <w:lang w:eastAsia="zh-CN"/>
        </w:rPr>
        <w:br/>
      </w:r>
      <w:r>
        <w:rPr>
          <w:lang w:eastAsia="zh-CN"/>
        </w:rPr>
        <w:t>　　《给教师的建议》、《我曾经也是差生》、《教子有方》等书籍，密密麻麻地记录着我们思维的痕迹，收获的感动，老师在阅读中享受着精神契合的喜悦，大家单调寂寞的生活变得丰富而生动。</w:t>
      </w:r>
      <w:r>
        <w:rPr>
          <w:lang w:eastAsia="zh-CN"/>
        </w:rPr>
        <w:br/>
      </w:r>
      <w:r>
        <w:rPr>
          <w:lang w:eastAsia="zh-CN"/>
        </w:rPr>
        <w:t>　　在书中，我们找到了工作的自信，教学的自信；读书，也让每个人走出工作中的迷失和困惑。在知识经济时代，教师作为社会的一个特殊群体，肩负着社会赋予的特殊使命。</w:t>
      </w:r>
      <w:r>
        <w:rPr>
          <w:lang w:eastAsia="zh-CN"/>
        </w:rPr>
        <w:br/>
      </w:r>
      <w:r>
        <w:rPr>
          <w:lang w:eastAsia="zh-CN"/>
        </w:rPr>
        <w:t>　　风雨钟山，虎踞龙盘。当历史悠久的南京与年轻的青奥会在这里相聚时，我校开展了让书香润泽生命，与青奥共同成长活动，又适时地开展了同读一本书的活动。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当一本本《教子有方》发到大家的手中时；当大家爱不释手地、津津有味地欣赏着书中一个个情真意切的故事时，能够看得出每个人的脸上的幸福与渴求如花儿般清香四溢。</w:t>
      </w:r>
      <w:r>
        <w:rPr>
          <w:lang w:eastAsia="zh-CN"/>
        </w:rPr>
        <w:br/>
      </w:r>
      <w:r>
        <w:rPr>
          <w:lang w:eastAsia="zh-CN"/>
        </w:rPr>
        <w:t>　　书是学校为大家从书店百余种书中精选挑选的，领导们的良苦用心，更让我们每位教职员工深深体会到：切实履行自己的责任，尽职尽责地对待自己的工作，才能完美展现自身的能力与价值。</w:t>
      </w:r>
      <w:r>
        <w:rPr>
          <w:lang w:eastAsia="zh-CN"/>
        </w:rPr>
        <w:br/>
      </w:r>
      <w:r>
        <w:rPr>
          <w:lang w:eastAsia="zh-CN"/>
        </w:rPr>
        <w:t>　　责任就是对工作的完成，就是对职位的坚守，就是对人性的升华，责任意味着付出，意味着奉献。</w:t>
      </w:r>
      <w:r>
        <w:rPr>
          <w:lang w:eastAsia="zh-CN"/>
        </w:rPr>
        <w:br/>
      </w:r>
      <w:r>
        <w:rPr>
          <w:lang w:eastAsia="zh-CN"/>
        </w:rPr>
        <w:t>　　有人说：“书籍是伟大的天才留给人类的遗产。”还有人说：“书中自有颜如玉，书中自有黄金屋。”还有人说“万般皆下品，唯有读书高。”让书与我们一起度过一个又一个美好的时光；让书籍带给我们智慧和力量，在教师专业成长的道路上为我们“加油”吧。</w:t>
      </w:r>
      <w:r>
        <w:rPr>
          <w:lang w:eastAsia="zh-CN"/>
        </w:rPr>
        <w:br/>
      </w:r>
      <w:r>
        <w:rPr>
          <w:lang w:eastAsia="zh-CN"/>
        </w:rPr>
        <w:t>　　我将以这次活动为契机，认真阅读《教子有方》这本书，认真做好阅读笔记，写好自己的经历，真正理解这份责任的概念，并把它融入到自己的工作中。</w:t>
      </w:r>
      <w:r>
        <w:rPr>
          <w:lang w:eastAsia="zh-CN"/>
        </w:rPr>
        <w:br/>
      </w:r>
      <w:r>
        <w:rPr>
          <w:lang w:eastAsia="zh-CN"/>
        </w:rPr>
        <w:t>　　最后，我想用徐美平老师的话来结束我的体会：“读书不是一件暂时的事情，也不只是为了教学，而是为了终身幸福去做的事情。”让阅读成为一种内需，让知识不断充实自己，读书！九万里风鹏正举，读书和青奥会一起，从此共同成长！让书香润泽我们的生命吧。</w:t>
      </w:r>
      <w:r>
        <w:rPr>
          <w:lang w:eastAsia="zh-CN"/>
        </w:rPr>
        <w:br/>
      </w:r>
      <w:r>
        <w:rPr>
          <w:lang w:eastAsia="zh-CN"/>
        </w:rPr>
        <w:t xml:space="preserve">    书香读书活动心得体会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一个饱读诗书的人，学识就渊博，书读多了，就有真才实学，有了真才实学，他就与众不同，是什么不同呢?是气质，是修养，是人品，是浑身流溢的书香味。胸藏文墨虚若谷，腹有诗书气自华，这就是爱读书的人的写照。</w:t>
      </w:r>
      <w:r>
        <w:rPr>
          <w:lang w:eastAsia="zh-CN"/>
        </w:rPr>
        <w:br/>
      </w:r>
      <w:r>
        <w:rPr>
          <w:lang w:eastAsia="zh-CN"/>
        </w:rPr>
        <w:t>　　爱读书的人，不管走到那里都是一道美丽的风景。他可能貌不惊人，但他有一种内在的气质：幽雅的谈吐超凡脱俗，清丽的仪态无需修饰，那是静的凝重，动的优雅;那是坐的端庄，行的洒脱;那是天然的质朴与含蓄的混合，像水一样的柔软，像风一样的迷人，像花一样的绚丽。</w:t>
      </w:r>
      <w:r>
        <w:rPr>
          <w:lang w:eastAsia="zh-CN"/>
        </w:rPr>
        <w:br/>
      </w:r>
      <w:r>
        <w:rPr>
          <w:lang w:eastAsia="zh-CN"/>
        </w:rPr>
        <w:t>　　读书是人的立身之本。对于书，不同的人会有不同的品味，不同的品味会有不同的选择，不同的选择会得到不同的效果，因而演绎出一道人与书的风景线：</w:t>
      </w:r>
      <w:r>
        <w:rPr>
          <w:lang w:eastAsia="zh-CN"/>
        </w:rPr>
        <w:br/>
      </w:r>
      <w:r>
        <w:rPr>
          <w:lang w:eastAsia="zh-CN"/>
        </w:rPr>
        <w:t>　　有的人，读书是为了获取知识，增长才干，他们比较注重思想性强、有哲理、有深度的书。书提高了他们的人生境界，使他们生活得很充实。这样的人本身就是一本书，一本耐人寻味的好书;</w:t>
      </w:r>
      <w:r>
        <w:rPr>
          <w:lang w:eastAsia="zh-CN"/>
        </w:rPr>
        <w:br/>
      </w:r>
      <w:r>
        <w:rPr>
          <w:lang w:eastAsia="zh-CN"/>
        </w:rPr>
        <w:t>　　有的人，读书是为了愉悦身心，陶冶情操，他们喜欢读唐诗宋词，读古今中外优美的散文，在悠哉闲适中修身养性，铸就淡泊平静的一生。这样的人像似一首诗，清新素净，可爱可敬;</w:t>
      </w:r>
      <w:r>
        <w:rPr>
          <w:lang w:eastAsia="zh-CN"/>
        </w:rPr>
        <w:br/>
      </w:r>
      <w:r>
        <w:rPr>
          <w:lang w:eastAsia="zh-CN"/>
        </w:rPr>
        <w:t>　　还有的人，读书只是一种娱乐和消遣，或者只是附庸风雅，他们热衷于缠绵悱恻的言情故事和影星、歌星名人的花边新闻。他们比较实际，有点儿俗气，但好在他们毕竟读点书，能通晓一些事理。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喜欢读书的人，学历可能并不高，但他一定有文化修养。有文化修养的人大都知书达理，处事冷静，善解人意;</w:t>
      </w:r>
      <w:r>
        <w:rPr>
          <w:lang w:eastAsia="zh-CN"/>
        </w:rPr>
        <w:br/>
      </w:r>
      <w:r>
        <w:rPr>
          <w:lang w:eastAsia="zh-CN"/>
        </w:rPr>
        <w:t>　　经常读书的人，一眼就能从人群中分辨出来。特别是在为人处世上也会显得从容、得体;</w:t>
      </w:r>
      <w:r>
        <w:rPr>
          <w:lang w:eastAsia="zh-CN"/>
        </w:rPr>
        <w:br/>
      </w:r>
      <w:r>
        <w:rPr>
          <w:lang w:eastAsia="zh-CN"/>
        </w:rPr>
        <w:t>　　经常读书的人，一般不会乱说话，言必有据，而每一个结论会通过合理的推导得出，而不是人云亦云，信口雌黄;</w:t>
      </w:r>
      <w:r>
        <w:rPr>
          <w:lang w:eastAsia="zh-CN"/>
        </w:rPr>
        <w:br/>
      </w:r>
      <w:r>
        <w:rPr>
          <w:lang w:eastAsia="zh-CN"/>
        </w:rPr>
        <w:t>　　经常读书的人，他们有高智商，做事会思考，恰到好处地应对未知;</w:t>
      </w:r>
      <w:r>
        <w:rPr>
          <w:lang w:eastAsia="zh-CN"/>
        </w:rPr>
        <w:br/>
      </w:r>
      <w:r>
        <w:rPr>
          <w:lang w:eastAsia="zh-CN"/>
        </w:rPr>
        <w:t>　　经常读书的人，他们能把无序而纷乱的世界理出头绪，抓住根本和要害，从而提出解决问题的方法，科学地拒绝盲目;</w:t>
      </w:r>
      <w:r>
        <w:rPr>
          <w:lang w:eastAsia="zh-CN"/>
        </w:rPr>
        <w:br/>
      </w:r>
      <w:r>
        <w:rPr>
          <w:lang w:eastAsia="zh-CN"/>
        </w:rPr>
        <w:t>　　经常读书的人，他们做的每一步都是深思熟虑过的，很少犯错误。这些都是平时乏读书的人所欠缺的。</w:t>
      </w:r>
      <w:r>
        <w:rPr>
          <w:lang w:eastAsia="zh-CN"/>
        </w:rPr>
        <w:br/>
      </w:r>
      <w:r>
        <w:rPr>
          <w:lang w:eastAsia="zh-CN"/>
        </w:rPr>
        <w:t>　　爱读书的人都很美，有些爱读书的人还美得别致:</w:t>
      </w:r>
      <w:r>
        <w:rPr>
          <w:lang w:eastAsia="zh-CN"/>
        </w:rPr>
        <w:br/>
      </w:r>
      <w:r>
        <w:rPr>
          <w:lang w:eastAsia="zh-CN"/>
        </w:rPr>
        <w:t>　　因为他爱读书，足以怡情，其怡情，最见于独处幽居之时;</w:t>
      </w:r>
      <w:r>
        <w:rPr>
          <w:lang w:eastAsia="zh-CN"/>
        </w:rPr>
        <w:br/>
      </w:r>
      <w:r>
        <w:rPr>
          <w:lang w:eastAsia="zh-CN"/>
        </w:rPr>
        <w:t>　　因为他爱读书，足以博彩，其博彩，最见于高谈阔论之中;</w:t>
      </w:r>
      <w:r>
        <w:rPr>
          <w:lang w:eastAsia="zh-CN"/>
        </w:rPr>
        <w:br/>
      </w:r>
      <w:r>
        <w:rPr>
          <w:lang w:eastAsia="zh-CN"/>
        </w:rPr>
        <w:t>　　因为他爱读书，足以长才，其长才，最见于处世判事之际。</w:t>
      </w:r>
      <w:r>
        <w:rPr>
          <w:lang w:eastAsia="zh-CN"/>
        </w:rPr>
        <w:br/>
      </w:r>
      <w:r>
        <w:rPr>
          <w:lang w:eastAsia="zh-CN"/>
        </w:rPr>
        <w:t>　　一个崇尚知识的社会阳光灿烂，一个热爱书籍的民族活力永驻，一个善于引导读书的学校宁静和谐，一个勤于阅读的人生绚丽多彩。</w:t>
      </w:r>
      <w:r>
        <w:rPr>
          <w:lang w:eastAsia="zh-CN"/>
        </w:rPr>
        <w:br/>
      </w:r>
      <w:r>
        <w:rPr>
          <w:lang w:eastAsia="zh-CN"/>
        </w:rPr>
        <w:t>　　读书直接促进着一个人的成长进步，读书拓展着一个人的人生宽度，读书涵养着一个人的精神气质。我们几乎可以说，读书是万能的，不读书是万万不能的!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朋友们，让我们都捧起书本，读书吧!用一颗豁达的心去读书，才能体味书中的微妙之处，汲取书籍中的养料。一本好书，相伴一生。</w:t>
      </w:r>
      <w:r>
        <w:rPr>
          <w:lang w:eastAsia="zh-CN"/>
        </w:rPr>
        <w:br/>
      </w:r>
      <w:r>
        <w:rPr>
          <w:lang w:eastAsia="zh-CN"/>
        </w:rPr>
        <w:t>　　世界上最动人的皱眉是在读书苦思的刹那，而最自然的一刻是在读书时那会心的微笑;</w:t>
      </w:r>
      <w:r>
        <w:rPr>
          <w:lang w:eastAsia="zh-CN"/>
        </w:rPr>
        <w:br/>
      </w:r>
      <w:r>
        <w:rPr>
          <w:lang w:eastAsia="zh-CN"/>
        </w:rPr>
        <w:t>　　人生最大的凄凉，莫过于退休的时候才猛然发现自己还没有认真地工作过，而最大的悲哀，则是临去的刹那才发现自己从未与书交过朋友。</w:t>
      </w:r>
      <w:r>
        <w:rPr>
          <w:lang w:eastAsia="zh-CN"/>
        </w:rPr>
        <w:br/>
      </w:r>
      <w:r>
        <w:rPr>
          <w:lang w:eastAsia="zh-CN"/>
        </w:rPr>
        <w:t>　　最庸俗的人是不读书的人;</w:t>
      </w:r>
      <w:r>
        <w:rPr>
          <w:lang w:eastAsia="zh-CN"/>
        </w:rPr>
        <w:br/>
      </w:r>
      <w:r>
        <w:rPr>
          <w:lang w:eastAsia="zh-CN"/>
        </w:rPr>
        <w:t>　　最吝啬的人是不买书的人;</w:t>
      </w:r>
      <w:r>
        <w:rPr>
          <w:lang w:eastAsia="zh-CN"/>
        </w:rPr>
        <w:br/>
      </w:r>
      <w:r>
        <w:rPr>
          <w:lang w:eastAsia="zh-CN"/>
        </w:rPr>
        <w:t>　　最可怜的人是与书无缘的人。</w:t>
      </w:r>
      <w:r>
        <w:rPr>
          <w:lang w:eastAsia="zh-CN"/>
        </w:rPr>
        <w:br/>
      </w:r>
      <w:r>
        <w:rPr>
          <w:lang w:eastAsia="zh-CN"/>
        </w:rPr>
        <w:t xml:space="preserve">    书香读书活动心得体会 篇5 </w:t>
      </w:r>
      <w:r>
        <w:rPr>
          <w:lang w:eastAsia="zh-CN"/>
        </w:rPr>
        <w:br/>
      </w:r>
      <w:r>
        <w:rPr>
          <w:lang w:eastAsia="zh-CN"/>
        </w:rPr>
        <w:t>　　高尔基曾说过：“书籍是人类进步的阶梯”，“读书破万卷，下笔如有神”是唐代大诗人杜甫的名句，“胸藏文墨虚若谷，腹有诗书气自华”，这就是爱读书的人的写照。对于书，不同的人会有不同的品味，不同的品味会有不同的选择，不同的选择会得到不同的效果，书能提高人们的精神境界，使生活充实。这样的人本身就是一本书，一本耐人寻味的好书，所以说读书就是人的立身之本。</w:t>
      </w:r>
      <w:r>
        <w:rPr>
          <w:lang w:eastAsia="zh-CN"/>
        </w:rPr>
        <w:br/>
      </w:r>
      <w:r>
        <w:rPr>
          <w:lang w:eastAsia="zh-CN"/>
        </w:rPr>
        <w:t>　　学生发言稿可以看出：这个学生从小喜欢读书，书帮助他丰富了阅历，净化了心灵，点燃了为实现自己崇高的理想而努力拼搏的人生信念。这个材料从写作思路上讲，条理清晰，按照时间顺序道出了读书对她成长的启迪，最后切合学校实际发出读书的倡议和呼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结合自身的工作实际和生活实际，要做一个爱读书、读好书、善读书的人。</w:t>
      </w:r>
      <w:r>
        <w:rPr>
          <w:lang w:eastAsia="zh-CN"/>
        </w:rPr>
        <w:br/>
      </w:r>
      <w:r>
        <w:rPr>
          <w:lang w:eastAsia="zh-CN"/>
        </w:rPr>
        <w:t>　　读新闻信息，明辨发展方向；读文件讲话，明确工作依据；读业务书籍，增长工作才干；读生活书刊，愉悦自我身心；读社会杂谈，通晓人间事理。为工作、为生活、为快乐坚持读书学习。</w:t>
      </w:r>
      <w:r>
        <w:rPr>
          <w:lang w:eastAsia="zh-CN"/>
        </w:rPr>
        <w:br/>
      </w:r>
      <w:r>
        <w:rPr>
          <w:lang w:eastAsia="zh-CN"/>
        </w:rPr>
        <w:t xml:space="preserve">    书香读书活动心得体会 篇6 </w:t>
      </w:r>
      <w:r>
        <w:rPr>
          <w:lang w:eastAsia="zh-CN"/>
        </w:rPr>
        <w:br/>
      </w:r>
      <w:r>
        <w:rPr>
          <w:lang w:eastAsia="zh-CN"/>
        </w:rPr>
        <w:t>　　随着教学改革，在提倡素质教育的今天，社会对教师要求高，家长对学生的期望高，而学生自己却无所谓。这样的情况之下，我们教师应该怎样做？这是近来经常谈论的话题。有时我们自己都觉得茫然，束手无策，不知道如何去教学生。通过上级组织的读书活动，使我受益非浅。以下是我的一些体会：</w:t>
      </w:r>
      <w:r>
        <w:rPr>
          <w:lang w:eastAsia="zh-CN"/>
        </w:rPr>
        <w:br/>
      </w:r>
      <w:r>
        <w:rPr>
          <w:lang w:eastAsia="zh-CN"/>
        </w:rPr>
        <w:t>　　一、教师要善于保持平常心态</w:t>
      </w:r>
      <w:r>
        <w:rPr>
          <w:lang w:eastAsia="zh-CN"/>
        </w:rPr>
        <w:br/>
      </w:r>
      <w:r>
        <w:rPr>
          <w:lang w:eastAsia="zh-CN"/>
        </w:rPr>
        <w:t>　　教师，作为一种职业，承担着传播人类思想文化的重任，在人类社会发展中起着桥梁和纽带作用。随着新课程改革的实施，教师“一言堂”已全盘否定，学生是学习的主体，教师是学生学习过程中的引导者，教师要成为研究者、专家和名师。</w:t>
      </w:r>
      <w:r>
        <w:rPr>
          <w:lang w:eastAsia="zh-CN"/>
        </w:rPr>
        <w:br/>
      </w:r>
      <w:r>
        <w:rPr>
          <w:lang w:eastAsia="zh-CN"/>
        </w:rPr>
        <w:t>　　因此，和众多教师一样，自己显得尴尬和无奈：如年龄增长、职称评聘的激烈竞争和各种关系复杂；知识更新速度加快，原有知识结构和教学理念不能适应教学需要等。因此，压力增大，精神疲惫，对所从事的工作失去兴趣，无成就感；对事业缺乏热情和创新，安于现状，得过且过等。</w:t>
      </w:r>
      <w:r>
        <w:rPr>
          <w:lang w:eastAsia="zh-CN"/>
        </w:rPr>
        <w:br/>
      </w:r>
      <w:r>
        <w:rPr>
          <w:lang w:eastAsia="zh-CN"/>
        </w:rPr>
        <w:t>　　二、教师保持不断进取的心态。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我们经常在失误、失利、失败的时候，总是怪罪外界原因，什么大环境不好，家庭背景差，领导不识人，同事素养不高，甚至认为时运不济，一切命中注定。很少在自身内部找原因，很少反思反省，从而使自己常常在苦恼和郁闷中煎熬。魏老师说：人生最难管理的实际是自己的心灵世界，最主要的还是要不断解放自我，珍爱自我，超越自我。</w:t>
      </w:r>
      <w:r>
        <w:rPr>
          <w:lang w:eastAsia="zh-CN"/>
        </w:rPr>
        <w:br/>
      </w:r>
      <w:r>
        <w:rPr>
          <w:lang w:eastAsia="zh-CN"/>
        </w:rPr>
        <w:t>　　处天外遥望地球很小，能使我们不自傲，不因取得成绩而冲昏头脑；居体内细察心域极宽，能使我们不自卑，充满激情地把自己应做的事做好而宠辱不惊。珍爱自己的正当权益，珍爱自己的时间空间，珍爱自己的特长特点，守住平常心，做好平凡事，不断完善自己。</w:t>
      </w:r>
      <w:r>
        <w:rPr>
          <w:lang w:eastAsia="zh-CN"/>
        </w:rPr>
        <w:br/>
      </w:r>
      <w:r>
        <w:rPr>
          <w:lang w:eastAsia="zh-CN"/>
        </w:rPr>
        <w:t>　　教书是手段，目的是育人。孔子曾说过“其身正，不令而行，其身不正，虽令不从。”教师的素质决定了学生的素质，教师不仅要以其人格的力量，令学生所敬佩，还要以最佳的思想境界、精神状态和行为表现，将言传和身教完美结合起来，以身作则，行为示范，积极地影响和教育学生，使他们“亲其师”，“信其道”，健康成长。</w:t>
      </w:r>
      <w:r>
        <w:rPr>
          <w:lang w:eastAsia="zh-CN"/>
        </w:rPr>
        <w:br/>
      </w:r>
      <w:r>
        <w:rPr>
          <w:lang w:eastAsia="zh-CN"/>
        </w:rPr>
        <w:t>　　因此，当教师力图向学生传授知识的时候，必须清楚地意识到对学生所具有的影响，这就要求我们要付出更多的努力去肩负起更多的道德和人类的责任。我想这样才能真正的有学识魅力和人格魅力。</w:t>
      </w:r>
      <w:r>
        <w:rPr>
          <w:lang w:eastAsia="zh-CN"/>
        </w:rPr>
        <w:br/>
      </w:r>
      <w:r>
        <w:rPr>
          <w:lang w:eastAsia="zh-CN"/>
        </w:rPr>
        <w:t>　　三、做一个善于反省的人。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时代的日新月异就是对教师的挑战，教育理念、教学方法、专业知识都必须紧随时代的步伐，需要不断地更新、拓展、充实和提高。因此，教师要勇于摈弃旧事物、接受新事物，要敏锐地了解新思想，认真地研究新理论，主动地、迫切地学习新知识，开拓进取，更新观念，始终站在时代的潮头，才能“百尺竿头，更进一步”！</w:t>
      </w:r>
      <w:r>
        <w:rPr>
          <w:lang w:eastAsia="zh-CN"/>
        </w:rPr>
        <w:br/>
      </w:r>
      <w:r>
        <w:rPr>
          <w:lang w:eastAsia="zh-CN"/>
        </w:rPr>
        <w:t>　　爱岗敬业，加强师德修养。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r>
        <w:rPr>
          <w:lang w:eastAsia="zh-CN"/>
        </w:rPr>
        <w:br/>
      </w:r>
      <w:r>
        <w:rPr>
          <w:lang w:eastAsia="zh-CN"/>
        </w:rPr>
        <w:t>　　用心育人，建立平等关系。教师的工作对象是人，人是有情感的，需要教师的关爱和关心。教师要在生活上、思想上和情感上要给予关怀。因此，教师要学会缩短与学生的情感距离，要善于发现学生的心理变化，要设身处地为学生着想，体谅他们成长过程中的难处与烦恼；要建立起新型的平等的师生关系，才能拉近与学生的心灵距离，沟通情感，才能真正做到教书育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长期以来，我们的教学，包括我们的学生，包括我们教师自己，对自己的长处和短处其实自身都有较全面的认识，但是真正会去反思还比较少。我们做为一名教师需要不断地终身地学习。我们在日常教育教学工作中，总是说要加强自己业务与政治的学习。而实际上往往成为一种泛泛而谈的“学习”。我们教师离不开终身的学习，一旦自己停止了学习，那么工作如同机械的运作，便毫无意义，没有活力。郑杰校长在书上论述：真正的学习并不是一个人关起来苦读，或如古人那样需要悬梁刺股地读死书和死读书。</w:t>
      </w:r>
      <w:r>
        <w:rPr>
          <w:lang w:eastAsia="zh-CN"/>
        </w:rPr>
        <w:br/>
      </w:r>
      <w:r>
        <w:rPr>
          <w:lang w:eastAsia="zh-CN"/>
        </w:rPr>
        <w:t>　　真正的学习借助于有效的表达和倾听，他能很好地表达自己的想法，并以开放的心灵容纳别人的想法。他经常会自问和反思“为什么”，理性地分析并得出结论，然后他会和别人充分交流，并对不同于自己的观点抱宽容和尊重的态度。而我们在学习时常常不考虑与人沟通并听取别人的观点，而无法超越自我的局限，或不能从错误中学习。这不是我们所应该学习的吗？</w:t>
      </w:r>
      <w:r>
        <w:rPr>
          <w:lang w:eastAsia="zh-CN"/>
        </w:rPr>
        <w:br/>
      </w:r>
      <w:r>
        <w:rPr>
          <w:lang w:eastAsia="zh-CN"/>
        </w:rPr>
        <w:t>　　我认为，其实，我们并不是不在学习，每天教学在第一线，每位教师肯定都有所感悟，有所困惑，我们只要多一些讨论，多一些表达自己的想法，多悟多写，这不就是我们身为教师最好的学习方式吗？叶澜说过：“一个教师写一辈子教案不一定成为名师，如果一个教师写三年反思可能成为名师。”要求教师学会反思，即强调教师从反思入手进行教育教学研究。</w:t>
      </w:r>
      <w:r>
        <w:rPr>
          <w:lang w:eastAsia="zh-CN"/>
        </w:rPr>
        <w:br/>
      </w:r>
      <w:r>
        <w:rPr>
          <w:lang w:eastAsia="zh-CN"/>
        </w:rPr>
        <w:t xml:space="preserve">    书香读书活动心得体会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20__年12月11日，在双语实验学校开展的蓓蕾读书工程活动，对我们来说，这确实是非常难得的学习机会，通过观摩了四位老师风格不一，各有特色的课，以及听了的关于课外阅读课的报告，我受益匪浅。置身于课堂教学中，看到各位老师气定神闲，信手拈来，不时激起一个个教学的浪花，他们或浅唱低呤，或手舞足蹈，或激昂文字，不仅令学生陶醉、痴迷，更让我连声赞叹。高蕾老师教学的思路明晰，李桂花老师幽默的语言，刘淑慧老师课堂中的娓娓道来，以及代尊荣老师的举止大方，都让我学到了很多.赞叹之余，更多是深深的沉思。</w:t>
      </w:r>
      <w:r>
        <w:rPr>
          <w:lang w:eastAsia="zh-CN"/>
        </w:rPr>
        <w:br/>
      </w:r>
      <w:r>
        <w:rPr>
          <w:lang w:eastAsia="zh-CN"/>
        </w:rPr>
        <w:t>　　阅读，是搜集处理信息、认识世界、发展思维，获得审美体验的重要途径。在平时的学习生活中，鼓励学生们多读书，读好书，勤于记读书笔记，注重表达和交流。更重要的要做到以下几点：</w:t>
      </w:r>
      <w:r>
        <w:rPr>
          <w:lang w:eastAsia="zh-CN"/>
        </w:rPr>
        <w:br/>
      </w:r>
      <w:r>
        <w:rPr>
          <w:lang w:eastAsia="zh-CN"/>
        </w:rPr>
        <w:t>　　一、课内外阅读相结合</w:t>
      </w:r>
      <w:r>
        <w:rPr>
          <w:lang w:eastAsia="zh-CN"/>
        </w:rPr>
        <w:br/>
      </w:r>
      <w:r>
        <w:rPr>
          <w:lang w:eastAsia="zh-CN"/>
        </w:rPr>
        <w:t>　　学生阅读能力的培养首先来自于教师课堂教学，阅读方法也来自于教师在课堂中的方法指导。我们要求教师在课文教学中，指导学生利用工具书读准字音，理解词句，抓住重点或优美词句、精彩片断多读，并指导培养学生在朗读中感悟。在课堂教学中适当地挑选一些既贴近生活又适合学生阅读的文段，这些文段或信息要求既是学生想知道的社会内容、热点问题，又文字优美，指导学生阅读，积累自己的资料信息。并在日常教学中根据课本里学习的内容向学生推荐相关的经典文学作品，引导学生沟通课内、课外知识的内在联系。通过广泛的阅读，很多学生因阅读量的迅速增加而产生质的变化，阅读能力得到很大地提高，思想也得到升华。</w:t>
      </w:r>
      <w:r>
        <w:rPr>
          <w:lang w:eastAsia="zh-CN"/>
        </w:rPr>
        <w:br/>
      </w:r>
      <w:r>
        <w:rPr>
          <w:lang w:eastAsia="zh-CN"/>
        </w:rPr>
        <w:t>　　二、激发学生课外阅读的兴趣</w:t>
      </w:r>
      <w:r>
        <w:rPr>
          <w:lang w:eastAsia="zh-CN"/>
        </w:rPr>
        <w:br/>
      </w:r>
      <w:r>
        <w:rPr>
          <w:lang w:eastAsia="zh-CN"/>
        </w:rPr>
        <w:t>　　兴趣是鼓舞和推动学生课外阅读的巨大动力。用生动形象的语言向学生简介要读的文章内容，以激发其阅读兴趣;用故事中精彩、紧张、感人的情节创设悬念，让学生产生寻根究底的好奇心，以此激趣。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1、开展非富多彩的活动。学生进行课外阅读，既希求读有所得，又期望所得的收获明显，得到老师、家长和同学们的认可与赞许，从而满足自己的成就感。针对学生的这一心理特点，我们可开展一些读书心得交流会、朗诵比赛、讲故事、猜谜语、读书经验交流会等活动，让学生有施展才能的机会。比如：我在班里开展了一次读一本好书讲故事比赛，参赛同学讲得滔滔不绝，观众听得津津有味，不但增长了知识，而且大大激发了同学们的阅读兴趣。所以大力开展多样的读书活动，能极大地激发学生课外阅读的信心和热情。</w:t>
      </w:r>
      <w:r>
        <w:rPr>
          <w:lang w:eastAsia="zh-CN"/>
        </w:rPr>
        <w:br/>
      </w:r>
      <w:r>
        <w:rPr>
          <w:lang w:eastAsia="zh-CN"/>
        </w:rPr>
        <w:t>　　2、古诗词是祖国文化宝库中璀璨明珠，它句式整齐，富有韵律，易读易记，琅琅上口，深受人们喜爱。让学生从小诵读古诗词，不仅有利于发展语言，提高智力，而且能陶冶情操，培养文字鉴赏力和健康的审美情趣。</w:t>
      </w:r>
      <w:r>
        <w:rPr>
          <w:lang w:eastAsia="zh-CN"/>
        </w:rPr>
        <w:br/>
      </w:r>
      <w:r>
        <w:rPr>
          <w:lang w:eastAsia="zh-CN"/>
        </w:rPr>
        <w:t>　　在平时课外诗歌指导时，安排每周背一诗(词)。在每首诗词拓展引进时，采用同题异文(同一题材的诗词)、同人异文(同一作者的诗词)、同意异文(同一情感类型的诗词)等途径扩大古诗文的阅读量。在进行诗文感悟时，以感受为主，理解为辅。主要以诵读的方法，引导学生去美读，去背诵，去想象，让学生能上口，有滋味就行。</w:t>
      </w:r>
      <w:r>
        <w:rPr>
          <w:lang w:eastAsia="zh-CN"/>
        </w:rPr>
        <w:br/>
      </w:r>
      <w:r>
        <w:rPr>
          <w:lang w:eastAsia="zh-CN"/>
        </w:rPr>
        <w:t>　　3、可以根据学校组织的活动、社会关注的热点问题，自办手抄报和手抄小杂志。</w:t>
      </w:r>
      <w:r>
        <w:rPr>
          <w:lang w:eastAsia="zh-CN"/>
        </w:rPr>
        <w:br/>
      </w:r>
      <w:r>
        <w:rPr>
          <w:lang w:eastAsia="zh-CN"/>
        </w:rPr>
        <w:t>　　三、提高学生课外阅读的能力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做任何事情，都要讲究方法，这样你才可能事半功倍。读书亦是如此。然而，小学生年龄小，阅历浅，阅读时往往带有盲目性、随意性，这样就不能提高阅读的质量。因此，指导学生读书的方法也很重要。我认为应注意以下几点：</w:t>
      </w:r>
      <w:r>
        <w:rPr>
          <w:lang w:eastAsia="zh-CN"/>
        </w:rPr>
        <w:br/>
      </w:r>
      <w:r>
        <w:rPr>
          <w:lang w:eastAsia="zh-CN"/>
        </w:rPr>
        <w:t>　　1、指学生选择健康、有益的课外读物</w:t>
      </w:r>
      <w:r>
        <w:rPr>
          <w:lang w:eastAsia="zh-CN"/>
        </w:rPr>
        <w:br/>
      </w:r>
      <w:r>
        <w:rPr>
          <w:lang w:eastAsia="zh-CN"/>
        </w:rPr>
        <w:t>　　课外阅读益处多多，但开卷未必有益。别林斯基说得好：阅读一本不适合自己阅读的书，比不读还要坏。我们必须学会这样一种本领，选择最有价值，最适合自己所需要的读物。时下出版物众多，鱼目混珠，所以指导学生正确地选择课外读物非常重要。</w:t>
      </w:r>
      <w:r>
        <w:rPr>
          <w:lang w:eastAsia="zh-CN"/>
        </w:rPr>
        <w:br/>
      </w:r>
      <w:r>
        <w:rPr>
          <w:lang w:eastAsia="zh-CN"/>
        </w:rPr>
        <w:t>　　2、指导学生有计划地合理地进行课外阅读</w:t>
      </w:r>
      <w:r>
        <w:rPr>
          <w:lang w:eastAsia="zh-CN"/>
        </w:rPr>
        <w:br/>
      </w:r>
      <w:r>
        <w:rPr>
          <w:lang w:eastAsia="zh-CN"/>
        </w:rPr>
        <w:t>　　(1)由课内向课外延伸。古人云：世间洞明皆学问，人情练达即文章。确实在社会上处处有语文，人人时时学语文、用语文。在语文教学中引导学生去感受中国语言文字的美，让学生接触了各种类型的文章，在老师的引领下，文字带他们进行了时空的穿梭，领略了各种风情，遨游了艺术殿堂，</w:t>
      </w:r>
      <w:r>
        <w:rPr>
          <w:lang w:eastAsia="zh-CN"/>
        </w:rPr>
        <w:br/>
      </w:r>
      <w:r>
        <w:rPr>
          <w:lang w:eastAsia="zh-CN"/>
        </w:rPr>
        <w:t>　　在平时的课外阅读教学安排时，还可以结合一些特殊的课文，特殊的节日，特殊的事件，特殊纪念日等，有计划地开展系列活动，请学生通过各种途径获取相关资料，并根据资料，配合班级或者自己进行各种形式地处理与表达。帮助学生广开信息渠道，大量储存了各种信息单元，使学生初步具备集中与扩散相结合的信息处理能力。</w:t>
      </w:r>
      <w:r>
        <w:rPr>
          <w:lang w:eastAsia="zh-CN"/>
        </w:rPr>
        <w:br/>
      </w:r>
      <w:r>
        <w:rPr>
          <w:lang w:eastAsia="zh-CN"/>
        </w:rPr>
        <w:t>　　3、指导学生从课外读物中吸取营养，学会积累</w:t>
      </w:r>
      <w:r>
        <w:rPr>
          <w:lang w:eastAsia="zh-CN"/>
        </w:rPr>
        <w:br/>
      </w:r>
      <w:r>
        <w:rPr>
          <w:lang w:eastAsia="zh-CN"/>
        </w:rPr>
        <w:t>　　语文学习的基本途径是积累与训练。常言道：得法于课内，得益于课外的道理就是如此。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学习的过程是逐渐积累的过程。因此，我们创造一切条件，帮助学生多读书，读好书，激发其读书兴趣，积累尽可能多的典范性的语言材料，积淀尽可能多的语感经验，不断丰富学生的心理词典</w:t>
      </w:r>
      <w:r>
        <w:rPr>
          <w:lang w:eastAsia="zh-CN"/>
        </w:rPr>
        <w:br/>
      </w:r>
      <w:r>
        <w:rPr>
          <w:lang w:eastAsia="zh-CN"/>
        </w:rPr>
        <w:t>　　四、教给学生阅读的方法，鼓励学生勤动笔</w:t>
      </w:r>
      <w:r>
        <w:rPr>
          <w:lang w:eastAsia="zh-CN"/>
        </w:rPr>
        <w:br/>
      </w:r>
      <w:r>
        <w:rPr>
          <w:lang w:eastAsia="zh-CN"/>
        </w:rPr>
        <w:t>　　在阅读中，方法是很重要的，掌握了方法，常常可以收到事半功倍的效果。我们要鼓励学生在书上做笔记，划线、打重点号，也可以边读边思考，及时地把精彩的片断、重要的材料和信息随时摘录下来。阅读后用读后感的形式对文章的内容发表自己的体会、见解，积极开展年级组内读后感和读书笔记写作比赛。促进他们做到勤动笔，及时写出自己的感受的习惯的养成。使理解消化内容，从而提高学生的语言表达能力。渗透性培养学生正确的人生观和价值观。榜样就在身边，我们需要更加努力!通过这次活动，使我更加明白了： 书，就像我们人生这条蜿蜒小路上一朵朵鲜花，你采撷的越多，生活便会越丰富多彩。学生广开信息渠道，大量储存了各种信息单元，使学生初步具备集中与扩散相结合的信息处理能力。</w:t>
      </w:r>
      <w:r>
        <w:rPr>
          <w:lang w:eastAsia="zh-CN"/>
        </w:rPr>
        <w:br/>
      </w:r>
      <w:r>
        <w:rPr>
          <w:lang w:eastAsia="zh-CN"/>
        </w:rPr>
        <w:t>　　3、指导学生从课外读物中吸取营养，学会积累</w:t>
      </w:r>
      <w:r>
        <w:rPr>
          <w:lang w:eastAsia="zh-CN"/>
        </w:rPr>
        <w:br/>
      </w:r>
      <w:r>
        <w:rPr>
          <w:lang w:eastAsia="zh-CN"/>
        </w:rPr>
        <w:t>　　语文学习的基本途径是积累与训练。常言道：得法于课内，得益于课外的道理就是如此。</w:t>
      </w:r>
      <w:r>
        <w:rPr>
          <w:lang w:eastAsia="zh-CN"/>
        </w:rPr>
        <w:br/>
      </w:r>
      <w:r>
        <w:rPr>
          <w:lang w:eastAsia="zh-CN"/>
        </w:rPr>
        <w:t>　　学习的过程是逐渐积累的过程。因此，我们创造一切条件，帮助学生多读书，读好书，激发其读书兴趣，积累尽可能多的典范性的语言材料，积淀尽可能多的语感经验，不断丰富学生的心理词典</w:t>
      </w:r>
      <w:r>
        <w:rPr>
          <w:lang w:eastAsia="zh-CN"/>
        </w:rPr>
        <w:br/>
      </w:r>
      <w:r>
        <w:rPr>
          <w:lang w:eastAsia="zh-CN"/>
        </w:rPr>
        <w:t>　　四、教给学生阅读的方法，鼓励学生勤动笔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在阅读中，方法是很重要的，掌握了方法，常常可以收到事半功倍的效果。我们要鼓励学生在书上做笔记，划线、打重点号，也可以边读边思考，及时地把精彩的片断、重要的材料和信息随时摘录下来。阅读后用读后感的形式对文章的内容发表自己的体会、见解，积极开展年级组内读后感和读书笔记写作比赛。促进他们做到勤动笔，及时写出自己的感受的习惯的养成。使理解消化内容，从而提高学生的语言表达能力。渗透性培养学生正确的人生观和价值观。榜样就在身边，我们需要更加努力!通过这次活动，使我更加明白了：</w:t>
      </w:r>
      <w:r>
        <w:rPr>
          <w:lang w:eastAsia="zh-CN"/>
        </w:rPr>
        <w:t xml:space="preserve"> 书，就像我们人生这条蜿蜒小路上一朵朵鲜花，你采撷的越多，生活便会越丰富多彩。</w:t>
      </w:r>
      <w:r>
        <w:rPr>
          <w:lang w:eastAsia="zh-CN"/>
        </w:rPr>
        <w:br/>
      </w:r>
      <w:r>
        <w:rPr>
          <w:lang w:eastAsia="zh-CN"/>
        </w:rPr>
        <w:t xml:space="preserve">    书香读书活动心得体会 篇8 </w:t>
      </w:r>
      <w:r>
        <w:rPr>
          <w:lang w:eastAsia="zh-CN"/>
        </w:rPr>
        <w:br/>
      </w:r>
      <w:r>
        <w:rPr>
          <w:lang w:eastAsia="zh-CN"/>
        </w:rPr>
        <w:t>　　这个寒假期间，我和妈妈一齐阅读了《感悟童心的300个成长故事》。这是一本培养我们智慧的故事书。读完这本书，让我更加学会爱父母，学会爱生命，学会感恩。</w:t>
      </w:r>
      <w:r>
        <w:rPr>
          <w:lang w:eastAsia="zh-CN"/>
        </w:rPr>
        <w:br/>
      </w:r>
      <w:r>
        <w:rPr>
          <w:lang w:eastAsia="zh-CN"/>
        </w:rPr>
        <w:t>　　书中的精彩小故事有数之不完，道之不尽的情节与资料，如《困境即是赐予》、《小鹰长大了》、《成为一只美丽的蝴蝶》等，是告诉我们遇到挫折和困难时，不要逃避，不要悲观失望，要勇敢、坚强、乐观地应对一切，只要我们拥一颗坚强勇敢的心，那么我们就能够创造出人生的奇迹。《卖力救火的小松鼠》、《为自我创造一个奇迹》则是告诉我们：在人的一生中，总会遇到坎坷和灾难，我们只要用心冷静地去应对，去解决问题，那么我们就能够战胜困难，创造出辉煌有好处的人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成功者决不放下，放下者决不成功。在以后的学习生活中，我必须会改正缺点，发扬自我的优点。要向《人生没有障碍》里面的小男孩学习，做任何事情不放下，不退缩，向着目标努力拼搏。</w:t>
      </w:r>
      <w:r>
        <w:rPr>
          <w:lang w:eastAsia="zh-CN"/>
        </w:rPr>
        <w:br/>
      </w:r>
      <w:r>
        <w:rPr>
          <w:lang w:eastAsia="zh-CN"/>
        </w:rPr>
        <w:t xml:space="preserve">    书香读书活动心得体会 篇9 </w:t>
      </w:r>
      <w:r>
        <w:rPr>
          <w:lang w:eastAsia="zh-CN"/>
        </w:rPr>
        <w:br/>
      </w:r>
      <w:r>
        <w:rPr>
          <w:lang w:eastAsia="zh-CN"/>
        </w:rPr>
        <w:t>　　曾经有一群年轻人到处寻找快乐，却遇到许多烦恼、忧愁和痛苦。于是他们向苏格拉底请教：“快乐到底在哪里？”</w:t>
      </w:r>
      <w:r>
        <w:rPr>
          <w:lang w:eastAsia="zh-CN"/>
        </w:rPr>
        <w:br/>
      </w:r>
      <w:r>
        <w:rPr>
          <w:lang w:eastAsia="zh-CN"/>
        </w:rPr>
        <w:t>　　苏格拉底说：“你们还是先帮我造一条船吧！”</w:t>
      </w:r>
      <w:r>
        <w:rPr>
          <w:lang w:eastAsia="zh-CN"/>
        </w:rPr>
        <w:br/>
      </w:r>
      <w:r>
        <w:rPr>
          <w:lang w:eastAsia="zh-CN"/>
        </w:rPr>
        <w:t>　　这群年轻人暂时把寻找快乐的事儿放到一边，找来造船的工具，用了七七四十九天，锯倒了一棵又高又大的树，挖空树心，造出了一条独木船。</w:t>
      </w:r>
      <w:r>
        <w:rPr>
          <w:lang w:eastAsia="zh-CN"/>
        </w:rPr>
        <w:br/>
      </w:r>
      <w:r>
        <w:rPr>
          <w:lang w:eastAsia="zh-CN"/>
        </w:rPr>
        <w:t>　　独木船下水了，他们把苏格拉底请上船，一边合力划桨，一边齐声唱起歌来。苏格拉底问：“孩子们，你们快乐吗？”他们齐声回答：“快乐极了。”</w:t>
      </w:r>
      <w:r>
        <w:rPr>
          <w:lang w:eastAsia="zh-CN"/>
        </w:rPr>
        <w:br/>
      </w:r>
      <w:r>
        <w:rPr>
          <w:lang w:eastAsia="zh-CN"/>
        </w:rPr>
        <w:t>　　所以真正的快乐是来自内心的满足。能不能得到这种快乐，并不是由外在的环境来决定的，而是完全由自己的行为来决定的。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其实生活中有很多选择，我从记事起，我就知道选择，选择喜欢，选择快乐。把一页页日记放在思维隧道里去排列组合，然后再进行演绎归纳，便可品味出生活的内涵和外延。作为一名教师，我感悟我的校园生活，我觉得它就象一本书，它所有的章节都必须用自己的喜怒哀乐去撰写，不管是成功还是失败，不管是笑容可掬，还是泪流满面，都不会在书页中留下空白。这不是文摘，只收藏精美的散文，秀美的诗行。就是再平庸，再苍白的故事，也都会在其间留下痕迹。而现在我感悟着校园的新变化，在学校提出的做“快乐教师，快乐教学，快乐生活”理念的影响下，我感觉自己现在快乐多了，虽然学校因为周围住房拆迁，周边环境很差，每天耳朵里充斥着学校周围工地机器的轰鸣声，但是我的心情却很愉快，好像以前感觉到的工作压力轻多了，工作的效率也提高了，看来完全得感谢学校提出的这个快乐理念，让我觉得生活真的快乐了很多，因为我学会了每天去体味快乐和创造快乐。</w:t>
      </w:r>
      <w:r>
        <w:rPr>
          <w:lang w:eastAsia="zh-CN"/>
        </w:rPr>
        <w:br/>
      </w:r>
      <w:r>
        <w:rPr>
          <w:lang w:eastAsia="zh-CN"/>
        </w:rPr>
        <w:t>　　我记得一位作家说得好：“人，活一辈子不容易，忧伤是活，开心是活，既然都是活，为什么不开开心心地生活呢？”是啊，生命再长，也不过百年，为什么要辜负这大好年华呢？父母给予我们生命和爱，可他们迟早会衰老，爱情给我们幸福和甜蜜，可我们必须付出一生的代价去呵护；金钱是天上飘来的云彩，时聚时散；美丽的容颜是绿树上芬芳的花朵，适时绽放，无奈凋谢；健康是魔术大师，能变晴朗也能变阴暗……最终，能伴随我们一生的却是自己的心情！所以，拥有一份好心情才是人生一大乐事。天天拥有好心情，必须心胸开阔，宽以待人。朱德元帅诗云：“开心常见胆，破腹任人钻，腹中天地宽，常有渡人船。”一个人有了如此宽广、豁达的心境，精神自然会轻松而愉快，就能大度处世，平和待人，营造一个融洽和谐的人际关系。拥有了好心情，也就拥有了自信，继而拥有了年轻和健康。让我们拥有一份好心情吧，因为活着就是幸运和快乐的。给自己一份好心情，让生活对你微笑；给别人一份好心情，让世界对我们微笑！我希望在自己选择的教师职业生涯中能永远拥有快乐地走下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xml:space="preserve">    书香读书活动心得体会 篇10 </w:t>
      </w:r>
      <w:r>
        <w:rPr>
          <w:lang w:eastAsia="zh-CN"/>
        </w:rPr>
        <w:br/>
      </w:r>
      <w:r>
        <w:rPr>
          <w:lang w:eastAsia="zh-CN"/>
        </w:rPr>
        <w:t>　　这次我们进行了“少年正是读书时”综合性实践活动，让我们进一步了解了读书的好处。</w:t>
      </w:r>
      <w:r>
        <w:rPr>
          <w:lang w:eastAsia="zh-CN"/>
        </w:rPr>
        <w:br/>
      </w:r>
      <w:r>
        <w:rPr>
          <w:lang w:eastAsia="zh-CN"/>
        </w:rPr>
        <w:t>　　根据小组内统计，我发现了现在青少年的读书时间非常的少，只有少数人能够达到一个小时以上。花在趣味阅读上的人也是绝大多数人不超过30分钟的阅读，少数人坚持读到30~60分钟。每年的阅读量绝大多数人都在3~5本或6~8本八本以上的几乎没有。现在的青少年的阅读书籍都偏向于娱乐性读物，少数人在哲学方面感兴趣。还有现在许多的青少年的读书不自觉，习惯也不好，只有少数人会自觉的完成，关于读书中的积累更是少之又少。绝大多数人都是只读不做标记。</w:t>
      </w:r>
      <w:r>
        <w:rPr>
          <w:lang w:eastAsia="zh-CN"/>
        </w:rPr>
        <w:br/>
      </w:r>
      <w:r>
        <w:rPr>
          <w:lang w:eastAsia="zh-CN"/>
        </w:rPr>
        <w:t>　　这次的综合性实践活动让我们了解到了读书好处与坏处，通过游戏、交流、分享等来增加我们对阅读的兴趣。这也可以从中看出我们对阅读的了解度。</w:t>
      </w:r>
      <w:r>
        <w:rPr>
          <w:lang w:eastAsia="zh-CN"/>
        </w:rPr>
        <w:br/>
      </w:r>
      <w:r>
        <w:rPr>
          <w:lang w:eastAsia="zh-CN"/>
        </w:rPr>
        <w:t>　　语文学习得法于课内，得益于课外。课外阅读是课内阅读的延伸和补充，每天拿出一定的时间读一点好书，不仅可以开阔眼界，增长知识，启迪思维，还可以塑造良好的精神气质。苏轼诗云：“富有诗书气自华。”莎士比亚说：“生活里没有书籍，就好像没有阳光；智慧里没有书籍，就好像鸟儿没有翅膀。”所以从现在开始，珍惜当下，把握时机。每天坚持读书，坚持做笔记。我相信只要我们能够努力，一定可以养成良好的学习习惯的！</w:t>
      </w:r>
      <w:r>
        <w:rPr>
          <w:lang w:eastAsia="zh-CN"/>
        </w:rPr>
        <w:br/>
      </w:r>
      <w:r>
        <w:rPr>
          <w:lang w:eastAsia="zh-CN"/>
        </w:rPr>
        <w:t xml:space="preserve">    书香读书活动心得体会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在这三个月的参赛过程中，因为读书，我们快乐;因为读书，我们成长;因为读书，我们进步;因为读书，我们的生活充满书香!</w:t>
      </w:r>
      <w:r>
        <w:rPr>
          <w:lang w:eastAsia="zh-CN"/>
        </w:rPr>
        <w:br/>
      </w:r>
      <w:r>
        <w:rPr>
          <w:lang w:eastAsia="zh-CN"/>
        </w:rPr>
        <w:t>　　一、“书香班级”增强家园凝聚力</w:t>
      </w:r>
      <w:r>
        <w:rPr>
          <w:lang w:eastAsia="zh-CN"/>
        </w:rPr>
        <w:br/>
      </w:r>
      <w:r>
        <w:rPr>
          <w:lang w:eastAsia="zh-CN"/>
        </w:rPr>
        <w:t>　　第十届书香班级活动开赛以来，我和我的搭档丹丹老师常常在班级内动员家长们参与此项活动。我们也一直致力于探索“怎样写出好的博客，向家长传授写博客的经验?”</w:t>
      </w:r>
      <w:r>
        <w:rPr>
          <w:lang w:eastAsia="zh-CN"/>
        </w:rPr>
        <w:br/>
      </w:r>
      <w:r>
        <w:rPr>
          <w:lang w:eastAsia="zh-CN"/>
        </w:rPr>
        <w:t>　　记得半年前，我们班刚刚组织新的小四成员加入班级圈子力争第届书香班级活动时，我和丹丹也仅仅是壮着胆子抱着试试看的态度来组织的。</w:t>
      </w:r>
      <w:r>
        <w:rPr>
          <w:lang w:eastAsia="zh-CN"/>
        </w:rPr>
        <w:br/>
      </w:r>
      <w:r>
        <w:rPr>
          <w:lang w:eastAsia="zh-CN"/>
        </w:rPr>
        <w:t>　　没想到这个在我们单位圈子里扮演着配角的班级，在今年的第十届书香班级活动即将落幕时却收获了自认为在幼儿园这个特殊的圈子内的骄人成绩。我们小四班级成员有14人，参赛博文共70多篇，我想这也是“书香班级的好征兆哦!”</w:t>
      </w:r>
      <w:r>
        <w:rPr>
          <w:lang w:eastAsia="zh-CN"/>
        </w:rPr>
        <w:br/>
      </w:r>
      <w:r>
        <w:rPr>
          <w:lang w:eastAsia="zh-CN"/>
        </w:rPr>
        <w:t>　　从我们班倡导要加入“书香班级”以来，我们充分利用校讯通资源，定期给家长发短信。让家长在假期里多看书，勤写博文，积极参与，一起打造书香班级和书香家庭，开展亲子阅读，目的是“点亮阅读心灯，照亮孩子一生。”表现突出的家长有“张老师86620”、“郭家长”“李元峻家长20980”“杨家长7”“小四刘嘉嘉”、“小四王耀贤”、“小四梅子”、“王蓝一家长”等。大家齐心协力，相互沟通写博经验，相互探讨写博的乐趣，相互分享着彼此的甜蜜与幸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不过，在这里梅子还要感谢小四班其他家人对我们小四班工作的支持与配合，感谢您对我们老师工作的肯定和理解，因为有了您的支持，咱们小四班的大家庭才会此和谐快乐。</w:t>
      </w:r>
      <w:r>
        <w:rPr>
          <w:lang w:eastAsia="zh-CN"/>
        </w:rPr>
        <w:br/>
      </w:r>
      <w:r>
        <w:rPr>
          <w:lang w:eastAsia="zh-CN"/>
        </w:rPr>
        <w:t>　　二、透过文笔看性情</w:t>
      </w:r>
      <w:r>
        <w:rPr>
          <w:lang w:eastAsia="zh-CN"/>
        </w:rPr>
        <w:br/>
      </w:r>
      <w:r>
        <w:rPr>
          <w:lang w:eastAsia="zh-CN"/>
        </w:rPr>
        <w:t>　　丹丹老师：有经验的、用心做教育的老师。在她的博文中，让我们看到很多幼儿活泼快乐的身影--也让我们理解了教育的价值在于日复一日的运用及日复一日的坚持。从教育博客中发现丹丹和孩子在一起的生活，有时喜悦、有时忧愁、有时激动。但是，丹丹老师安于和孩子之间这种琐生活中不经意的惊喜。我喜欢单单这样柔嫩的、细腻的但更是理性的、平等的爱。孩子需要这样的爱、这样理性有教育意义的爱。她在现实与理想之间寻找那美梦的接缝，采撷那一朵朵绚烂的花朵!</w:t>
      </w:r>
      <w:r>
        <w:rPr>
          <w:lang w:eastAsia="zh-CN"/>
        </w:rPr>
        <w:br/>
      </w:r>
      <w:r>
        <w:rPr>
          <w:lang w:eastAsia="zh-CN"/>
        </w:rPr>
        <w:t>　　梅子：从教育博客来看，发现自己的每一天原来都是那么精彩、不着声色的精彩;原来，每一天都那么幸福，因为懂得知足与心怀感恩;原来每一天都那么充实，原来注重努力学习与专研。学着让自己充实，让别人感悟自己。她的圈子无论是大是小，她都在她的圈子里惬意着、自信着、活的很有成就感。但她却又能找准自己的位置、认清楚自己。我喜欢这样的单纯的快乐、喜欢这样的女子!</w:t>
      </w:r>
      <w:r>
        <w:rPr>
          <w:lang w:eastAsia="zh-CN"/>
        </w:rPr>
        <w:br/>
      </w:r>
      <w:r>
        <w:rPr>
          <w:lang w:eastAsia="zh-CN"/>
        </w:rPr>
        <w:t>　　小四王耀贤：用心的家长!字里行间都洋溢着温馨和谐的亲子画面。有自己的教育特色也是孩子必须要经历的道路，那就是--体验式学习。让孩子实际参与学习，也是孩子喜欢的学习方法。该家长真的很睿智，懂得借助大自然这本书为教材，适时抓住教育契机，让孩子亲自体验，通过自身的实践，感知实物的美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王蓝一家长：反思型的家长。让孩子的成长不在家长所谓的“爱”中受到羁绊。善于发现孩子的一点一滴的童趣。用心与孩子沟通，字里行间都能独到孩子的喜怒哀乐及成长中的变化，也让老师读到了她的责任心、家园共育的支持心及对孩子教育的重视心。</w:t>
      </w:r>
      <w:r>
        <w:rPr>
          <w:lang w:eastAsia="zh-CN"/>
        </w:rPr>
        <w:br/>
      </w:r>
      <w:r>
        <w:rPr>
          <w:lang w:eastAsia="zh-CN"/>
        </w:rPr>
        <w:t>　　郭恒凯家长：很喜欢她的那句话“没有绝对的懒孩子，只有绝对的懒家长”这句话很对啊!培养孩子好的方法就是饭前、入睡前给孩子讲故事。我总结了一下：1、热爱读书的家长，懂得读书的益处，在读写之间透着记录的甜蜜与幸福。2、重视亲子关系、重视亲子阅读。3、重视孩子小小的变化，及小小的爱好，关注孩子的小小心里。</w:t>
      </w:r>
      <w:r>
        <w:rPr>
          <w:lang w:eastAsia="zh-CN"/>
        </w:rPr>
        <w:br/>
      </w:r>
      <w:r>
        <w:rPr>
          <w:lang w:eastAsia="zh-CN"/>
        </w:rPr>
        <w:t>　　雨鑫家长：细腻且温柔的家长。在这里再次感谢他为班级工作所做的付出与努力、给老师的帮助与配合。她的散体诗《致阳光体育节》果真精彩非凡，信手读来，真的很有画面感。《时间都去哪儿了》描述了自己对时间的理念，以及对生活中人事的珍惜之情。</w:t>
      </w:r>
      <w:r>
        <w:rPr>
          <w:lang w:eastAsia="zh-CN"/>
        </w:rPr>
        <w:br/>
      </w:r>
      <w:r>
        <w:rPr>
          <w:lang w:eastAsia="zh-CN"/>
        </w:rPr>
        <w:t>　　三、我们收获满满</w:t>
      </w:r>
      <w:r>
        <w:rPr>
          <w:lang w:eastAsia="zh-CN"/>
        </w:rPr>
        <w:br/>
      </w:r>
      <w:r>
        <w:rPr>
          <w:lang w:eastAsia="zh-CN"/>
        </w:rPr>
        <w:t>　　从严冬到新春，书香班级活动伴随我们温暖的过渡。将我们载入这春暖花开的彼岸后，它即将向我们挥手告别。但是，它将无限的温暖、无穷的力量注入我们的身体，让我们去经历盛夏，经历收获。然后来年，它又会热情地向我们招手......“生活是充满春天的，秋天里的春天，冬天里的春天，而且还有很多很多的春天。”这很多很多的春天，里有书相伴春常在，书香活动无止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后，在校讯通书香班级活动的倡导下，在我们和家长朋友的紧密配合下，我们的班级阅读活动有声有色，书香班级氛围浓郁，让孩子们爱上阅读不再是一个口号--让阅读伴随孩子成长--也不再是梦想!</w:t>
      </w:r>
      <w:r>
        <w:rPr>
          <w:lang w:eastAsia="zh-CN"/>
        </w:rPr>
        <w:br/>
      </w:r>
      <w:r>
        <w:rPr>
          <w:lang w:eastAsia="zh-CN"/>
        </w:rPr>
        <w:t xml:space="preserve">    书香读书活动心得体会 篇12 </w:t>
      </w:r>
      <w:r>
        <w:rPr>
          <w:lang w:eastAsia="zh-CN"/>
        </w:rPr>
        <w:br/>
      </w:r>
      <w:r>
        <w:rPr>
          <w:lang w:eastAsia="zh-CN"/>
        </w:rPr>
        <w:t>　　腹有诗书气自华。读书能积累语言，丰富知识，而且能陶冶情操，受益终生。为进一步推动我校教育工作，激发学生读书热情，活跃校园文化，树立正气，营造良好的读书氛围，我校至__年以来一向坚持开展校园读书活动。</w:t>
      </w:r>
      <w:r>
        <w:rPr>
          <w:lang w:eastAsia="zh-CN"/>
        </w:rPr>
        <w:br/>
      </w:r>
      <w:r>
        <w:rPr>
          <w:lang w:eastAsia="zh-CN"/>
        </w:rPr>
        <w:t>　　我们精心设计用心可行的读书活动，让学生在活动中体验读书的乐趣；进一步提高了学生的思想觉悟和文化底蕴，营造清风缕缕满校园的书香氛围</w:t>
      </w:r>
      <w:r>
        <w:rPr>
          <w:lang w:eastAsia="zh-CN"/>
        </w:rPr>
        <w:br/>
      </w:r>
      <w:r>
        <w:rPr>
          <w:lang w:eastAsia="zh-CN"/>
        </w:rPr>
        <w:t xml:space="preserve">    书香读书活动心得体会 篇13 </w:t>
      </w:r>
      <w:r>
        <w:rPr>
          <w:lang w:eastAsia="zh-CN"/>
        </w:rPr>
        <w:br/>
      </w:r>
      <w:r>
        <w:rPr>
          <w:lang w:eastAsia="zh-CN"/>
        </w:rPr>
        <w:t>　　人的一生与书形影不离，每当进入书的海洋时，总会有深深的感触。</w:t>
      </w:r>
      <w:r>
        <w:rPr>
          <w:lang w:eastAsia="zh-CN"/>
        </w:rPr>
        <w:br/>
      </w:r>
      <w:r>
        <w:rPr>
          <w:lang w:eastAsia="zh-CN"/>
        </w:rPr>
        <w:t>　　我读的书是著名小说家沈石溪写的《狼王梦》。沈石溪，自称沈一鸣，生于上海，祖籍浙江慈溪市。最擅长写动物小说，被称为动物小说大王，代表作有《第七条猎狗》、《狼王梦》等。</w:t>
      </w:r>
      <w:r>
        <w:rPr>
          <w:lang w:eastAsia="zh-CN"/>
        </w:rPr>
        <w:br/>
      </w:r>
      <w:r>
        <w:rPr>
          <w:lang w:eastAsia="zh-CN"/>
        </w:rPr>
        <w:t>　　这本书主要讲了争夺狼王宝座的故事，这是每个成年公狼一致的追求。所不同的是，紫岚的丈夫黑桑比其他成年公狼想得更苦，心情更迫切。为了使野心得逞，整整两年时间，黑桑经常悄悄地半夜起来在坚硬的花岗岩上磨砺狼爪，发疯般地啃咬树皮，力求把狼爪铸炼得更锋利些，我觉得黑桑身上天生就具有一种狼王的风采，理所当然应该登上王位。</w:t>
      </w:r>
      <w:r>
        <w:rPr>
          <w:lang w:eastAsia="zh-CN"/>
        </w:rPr>
        <w:br/>
      </w:r>
    </w:p>
    <w:p w:rsidR="001B1F19" w14:textId="27C3F48A">
      <w:pPr>
        <w:rPr>
          <w:rFonts w:hint="eastAsia"/>
          <w:lang w:eastAsia="zh-CN"/>
        </w:rPr>
      </w:pPr>
      <w:r>
        <w:rPr>
          <w:lang w:eastAsia="zh-CN"/>
        </w:rPr>
        <w:t>　　它们已在暗地里计划商定，在一个暴风雨的夜晚，紫岚假装被霹雳震得心惊胆战，往洛戛身上靠拢，就在洛戛注意力被完全分散时，黑桑借着风雨声和雷声的掩护，绕到洛戛的背后，冷不防就一口咬断它的喉管!哪知道黑桑在一次与野猪决斗时被刺穿头颅，死于非命，可惜了一代狼杰。</w:t>
      </w:r>
      <w:r>
        <w:rPr>
          <w:lang w:eastAsia="zh-CN"/>
        </w:rPr>
        <w:br/>
      </w:r>
      <w:r>
        <w:rPr>
          <w:lang w:eastAsia="zh-CN"/>
        </w:rPr>
        <w:t>　　后来紫岚在与猎狗的战斗下生了五只狼崽，因为当时天气恶劣，山洪咆哮，雷雨交加，无法一起将五只狼崽安全送回狼窝，紫岚决定一个个送回狼窝，可中途却死了两只，紫岚心如刀绞，于是决定把黑桑的愿望寄托在余下三只小狼崽身上。</w:t>
      </w:r>
      <w:r>
        <w:rPr>
          <w:lang w:eastAsia="zh-CN"/>
        </w:rPr>
        <w:br/>
      </w:r>
      <w:r>
        <w:rPr>
          <w:lang w:eastAsia="zh-CN"/>
        </w:rPr>
        <w:t>　　后来黑桑、蓝魂儿接二连三地死去，只剩下双毛可以有机会坐上狼王宝座，因为双毛习惯了当弱者，所以在与洛戛决斗时被洛戛的吼声迷住了，停止了争斗，结果被洛戛咬断喉管，死于非命，这也最终让紫岚的心愿成了泡影。</w:t>
      </w:r>
      <w:r>
        <w:rPr>
          <w:lang w:eastAsia="zh-CN"/>
        </w:rPr>
        <w:br/>
      </w:r>
      <w:r>
        <w:rPr>
          <w:lang w:eastAsia="zh-CN"/>
        </w:rPr>
        <w:t>　　我认为，动物小说之所以耐人寻味，最直接的就是它通过一个个典型的例子告诉我们，人类文化和社会文明会随着时代的变迁而不断更新，但生命中残酷竞争、顽强生存和追求胜利的精神本质是永远不会改变的，这也是达尔文先生所讲的物竞天择，适者生存理论。</w:t>
      </w:r>
      <w:r>
        <w:rPr>
          <w:lang w:eastAsia="zh-CN"/>
        </w:rPr>
        <w:br/>
      </w:r>
      <w:r>
        <w:rPr>
          <w:lang w:eastAsia="zh-CN"/>
        </w:rPr>
        <w:t>　　总之，细读了这本书让我受益颇深，我似乎更加明白了用心读书的意义……</w:t>
      </w:r>
      <w:r>
        <w:rPr>
          <w:lang w:eastAsia="zh-CN"/>
        </w:rPr>
        <w:br/>
      </w:r>
      <w:r>
        <w:rPr>
          <w:lang w:eastAsia="zh-CN"/>
        </w:rPr>
        <w:t xml:space="preserve">    书香读书活动心得体会 篇14 </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https://d.book118.com/755120020121011110</w:t>
        </w:r>
      </w:hyperlink>
    </w:p>
    <w:p w:rsidR="001B1F19">
      <w:pPr>
        <w:rPr>
          <w:rFonts w:hint="eastAsia"/>
          <w:lang w:eastAsia="zh-CN"/>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5512002012101111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