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线上培训幼儿园总结（30篇）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线上培训幼儿园总结（通用30篇）</w:t>
      </w:r>
      <w:r>
        <w:rPr>
          <w:lang w:eastAsia="zh-CN"/>
        </w:rPr>
        <w:br/>
      </w:r>
      <w:r>
        <w:rPr>
          <w:lang w:eastAsia="zh-CN"/>
        </w:rPr>
        <w:t xml:space="preserve">    线上培训幼儿园总结 篇1 </w:t>
      </w:r>
      <w:r>
        <w:rPr>
          <w:lang w:eastAsia="zh-CN"/>
        </w:rPr>
        <w:br/>
      </w:r>
      <w:r>
        <w:rPr>
          <w:lang w:eastAsia="zh-CN"/>
        </w:rPr>
        <w:t>　　暑假，我有幸参加幼师专国培短期集中培训班，在学习中聆听专家与名师的报告，又观摩了骨干教师教学实践课，在充分领略到专家与名师那份独特的魅力-广博的知识积累和深厚的文化底蕴的同时，也和优秀的同行们探讨教学疑惑，这次学习使我在教学理论和教育观念上得到了很多的提升。</w:t>
      </w:r>
      <w:r>
        <w:rPr>
          <w:lang w:eastAsia="zh-CN"/>
        </w:rPr>
        <w:br/>
      </w:r>
      <w:r>
        <w:rPr>
          <w:lang w:eastAsia="zh-CN"/>
        </w:rPr>
        <w:t>　　一、加强理论学习提高自身素质</w:t>
      </w:r>
      <w:r>
        <w:rPr>
          <w:lang w:eastAsia="zh-CN"/>
        </w:rPr>
        <w:br/>
      </w:r>
      <w:r>
        <w:rPr>
          <w:lang w:eastAsia="zh-CN"/>
        </w:rPr>
        <w:t>　　1、学《标准》促发展</w:t>
      </w:r>
      <w:r>
        <w:rPr>
          <w:lang w:eastAsia="zh-CN"/>
        </w:rPr>
        <w:br/>
      </w:r>
      <w:r>
        <w:rPr>
          <w:lang w:eastAsia="zh-CN"/>
        </w:rPr>
        <w:t>　　西北师大学前教育系郑名教授主讲《幼儿园教师专业标准》，使我深深感到了社会、家长赋予我们的责任——我们是孩子人生旅途的启蒙人。我们在教育中的一点一滴将直接影响到孩子们的未来，创设各种幼儿喜闻乐见的教学情境，才会使每一个孩子得到充分的展示，开心学习，快乐成长。作为老师的我们，只有不断反思，审视自己的教育言行，不断更新自己的教育观念，才能成为一名合格的教育工作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幼儿园教师专业标准》是对合格幼儿园教师专业素质的基本要求，是幼儿园教师开展保教活动的基本规范，是引领幼儿园教师专业发展的基本准则。通过认真学习《幼儿园教师专业标准》，我深刻理解了“幼儿为本、师德为先、能力为重、终身学习”的基本理念，对“专业理念与师德、专业知识、专业能力”3个维度领域62项基本要求有了基本的了解。</w:t>
      </w:r>
      <w:r>
        <w:rPr>
          <w:lang w:eastAsia="zh-CN"/>
        </w:rPr>
        <w:br/>
      </w:r>
      <w:r>
        <w:rPr>
          <w:lang w:eastAsia="zh-CN"/>
        </w:rPr>
        <w:t>　　2、学《指南》促成长</w:t>
      </w:r>
      <w:r>
        <w:rPr>
          <w:lang w:eastAsia="zh-CN"/>
        </w:rPr>
        <w:br/>
      </w:r>
      <w:r>
        <w:rPr>
          <w:lang w:eastAsia="zh-CN"/>
        </w:rPr>
        <w:t>　　马大建教授主讲《3-6岁儿童学习与发展指南》，在学习中，我发现其中讲到的每一点内容都是我们现在日常工作中所做、所学、所研究的事情，只有将每件事情真正的落实到位、认真负责完成，才能使得我们的自身素质、工作经验有所提高，教学效果更好。</w:t>
      </w:r>
      <w:r>
        <w:rPr>
          <w:lang w:eastAsia="zh-CN"/>
        </w:rPr>
        <w:br/>
      </w:r>
      <w:r>
        <w:rPr>
          <w:lang w:eastAsia="zh-CN"/>
        </w:rPr>
        <w:t>　　《指南》从健康、语言、社会、科学和艺术这几个方面详细地指出了幼儿在每个年龄阶段所该达到的发展目标，以及我们成人在帮助孩子们达成目标时的教育建议。明确了孩子们在每一个年龄阶段末期该知道什么，能做什么，也让我们教师教育不同年龄段幼儿的不同方式方法有据可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作为幼儿教师，我想，可以做的是将《指南》的精神内化于心，对每个年龄段、每个领域的目标了然于心，遵循幼儿的发展规律，“授之以渔”，让好奇心、求知欲陪伴孩子的成长，在他们的心中点亮一盏爱学习、会学习的明灯，让他们能在浩瀚的知识天地中自由翱翔。《指南》中所提到的，在教育教学实际中我们遇到的孩子不可能是一模一样的，尊重孩子们原有的水平，引导其不断地向更高一层的水平发展，才是《指南》所呈现出的阶梯性的意义。所以在以后的工作中我将继续揣摩《指南》和《纲要》不断充实自己的理论水平。</w:t>
      </w:r>
      <w:r>
        <w:rPr>
          <w:lang w:eastAsia="zh-CN"/>
        </w:rPr>
        <w:br/>
      </w:r>
      <w:r>
        <w:rPr>
          <w:lang w:eastAsia="zh-CN"/>
        </w:rPr>
        <w:t>　　3、从《评价》看成效</w:t>
      </w:r>
      <w:r>
        <w:rPr>
          <w:lang w:eastAsia="zh-CN"/>
        </w:rPr>
        <w:br/>
      </w:r>
      <w:r>
        <w:rPr>
          <w:lang w:eastAsia="zh-CN"/>
        </w:rPr>
        <w:t>　　评价，主要是来自他人评价，塑造孩子的自我和个性，评价决定着孩子的未来和情绪！</w:t>
      </w:r>
      <w:r>
        <w:rPr>
          <w:lang w:eastAsia="zh-CN"/>
        </w:rPr>
        <w:br/>
      </w:r>
      <w:r>
        <w:rPr>
          <w:lang w:eastAsia="zh-CN"/>
        </w:rPr>
        <w:t>　　叶平枝教授《如何进行幼儿园日常评价》得讲座，对我帮助不小，如何克服自己种种困惑，有了初步的理解和应对方法，传统的评价往往是老师给幼儿写评语，这种评价方式我们称之为“静态评价”。然而我们的幼儿每天都在发生变化，用“静态的评价”去衡量“动态的发展”，显然是不科学的，从评价的角度看，传统的'评价只是进行在教师与幼儿之间的单向交流，课堂秩序高于一切，评价一点带面，忽视了家庭、社会、教师、幼儿之间的多边的交流。</w:t>
      </w:r>
      <w:r>
        <w:rPr>
          <w:lang w:eastAsia="zh-CN"/>
        </w:rPr>
        <w:br/>
      </w:r>
      <w:r>
        <w:rPr>
          <w:lang w:eastAsia="zh-CN"/>
        </w:rPr>
        <w:t>　　美国心理学家艾伯特.梅拉宾（1968）通过实验提出了一个公式：交流的总效果=百分之七的语调+百分之三十八的声音+百分之五十五的人体动作和面部表情。“教学的艺术不在于传授本领，而在于激励、唤醒、鼓舞。”心理学研究表明，赞美犹如孩子的营养剂。孩子需要激励，犹如禾苗需要雨水，只要对幼儿充满爱心，并且经常给予激励，便可使丧失信心的孩子恢复自信，表现不错的孩子更加积极上进。基于以上思考，我认为以发现并尊重学生的需要为激励的前提，以教师、幼儿、家长的激励性评价为关键。在评价的激励下，明晰目标并付之行为，并能最终获得成功的情感体验是核心，同时产生新的需求。</w:t>
      </w:r>
      <w:r>
        <w:rPr>
          <w:lang w:eastAsia="zh-CN"/>
        </w:rPr>
        <w:br/>
      </w:r>
      <w:r>
        <w:rPr>
          <w:lang w:eastAsia="zh-CN"/>
        </w:rPr>
        <w:t>　　二、理论联系实际增强实践能力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正如华南师范大学袁爱玲博士所讲：教师的成长是有规律的，体会是可以记录的，但心灵的感受可能是无法言语的，只有自己的亲身经历，才会有认识上的提高。要健康的成长就要遵循这几个规律。职业理想是成功的要素，要把个人的奉献与自身价值的实现联系起来。教师的知识水平是成长的基本要素，教育实施能力是成长的核心要素，环境是成长的外部要素。</w:t>
      </w:r>
      <w:r>
        <w:rPr>
          <w:lang w:eastAsia="zh-CN"/>
        </w:rPr>
        <w:br/>
      </w:r>
      <w:r>
        <w:rPr>
          <w:lang w:eastAsia="zh-CN"/>
        </w:rPr>
        <w:t>　　专家们教给我的不仅是实实在在的理论知识，教给我的更是一种思想、一种境界、一种努力的方向。通过这次培训，我开阔了视野，学到了很多新的教育理念和理论，从思想上受到了很大的鼓舞。</w:t>
      </w:r>
      <w:r>
        <w:rPr>
          <w:lang w:eastAsia="zh-CN"/>
        </w:rPr>
        <w:br/>
      </w:r>
      <w:r>
        <w:rPr>
          <w:lang w:eastAsia="zh-CN"/>
        </w:rPr>
        <w:t>　　国培，让我收获了快乐，收获了知识，收获了希望。培训结束了，新的工作开始了，通过此次培训我深刻认识到，在新的时代和新的教育背景下，只有进一步更新教育观念，改进教学方法、教学行为和教学手段，扩大知识面，完善知识结构，从实践中学习，在反思中进步，提高专业化水平才是我们成长的`途径和最大的收获。</w:t>
      </w:r>
      <w:r>
        <w:rPr>
          <w:lang w:eastAsia="zh-CN"/>
        </w:rPr>
        <w:br/>
      </w:r>
      <w:r>
        <w:rPr>
          <w:lang w:eastAsia="zh-CN"/>
        </w:rPr>
        <w:t xml:space="preserve">    线上培训幼儿园总结 篇2 </w:t>
      </w:r>
      <w:r>
        <w:rPr>
          <w:lang w:eastAsia="zh-CN"/>
        </w:rPr>
        <w:br/>
      </w:r>
      <w:r>
        <w:rPr>
          <w:lang w:eastAsia="zh-CN"/>
        </w:rPr>
        <w:t>　　五月，不温不火，该是潜心积累和积蓄的季节。我，就是在这美的时刻，很幸运的参加了洛阳市幼儿骨干教师培训，成为了一名骨干培训学员。培训时间虽然很短暂，但却收获颇多。通过聆听省内外专家讲座及本市幼教引领人对幼教现状的深刻剖析、阐述和理念的如何更新，让我更加深刻的认识到幼儿教育新理念的重要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短短的几天学习中，我们既聆听了专家与名师的讲座，又参观了外国语学院幼儿园及航空导弹研究院（六一二研究所幼儿园）两所先进园所的环境创设。每一天的学习，每一次的参观，都让我开阔了眼界，思想上也有很大的波动。在充分领略到专家与名师那份独特的魅力——广博的知识积累和深厚的文化底蕴的同时，也和一群优秀的同行朋友探讨了教学中的疑惑。而作为我们这些幼儿园的骨干，更应该把专家、名师的教学理念内化为自己的教学行为，以便更好地指引我们走向教学成功的彼岸。</w:t>
      </w:r>
      <w:r>
        <w:rPr>
          <w:lang w:eastAsia="zh-CN"/>
        </w:rPr>
        <w:br/>
      </w:r>
      <w:r>
        <w:rPr>
          <w:lang w:eastAsia="zh-CN"/>
        </w:rPr>
        <w:t>　　培训中，我被张校长和汤教授、成教授、岳教授等的讲座震撼了。从他们的讲座中，我再次认识和了解了师德是幼儿教师的核心－爱；爱满天下的教育思想和理念；教育应回归自然，回归本真；把理念更新看成幼儿教师自身第一素质等。作为一线教师，我们是专业幼教的践行者、是科学幼教的宣传者、更是幼教行业发展的推动者。所以，我们幼儿教师肩负着很大的使命，在平时的工作中，学会减压，给自己松绑，本着爱幼儿、尊重幼儿天性、发展悟性、因材施教教育幼儿，施展幼儿特长为出发点，用教师的良知、师德，去感知和保护孩子幼小的心灵。并且要把握幼儿教育发展的大格局，把幼教工作看成个人的生命，把幼儿看成自己的孩子，根据孩子的生长特点，等待孩子慢慢成熟，不揠苗助长，一切慢慢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学习培训中，专家从宏观、中观、微观三方面深刻透彻地解读了《指南》的目标、宗旨、实施要点以及《指南》和《纲要》的关系等等，让我真切的明了，《指南》只是幼教领域意念的引领，是就一般而言，常态下儿童发展目标，旨在引导父母和老师明确孩子年龄特征、发展特点与规律。帮助了解而不是评价、衡量幼儿发展快慢、好坏“标尺”，关键还是要在日常生活中如何运用，如何践行。根据幼儿园教师专业标准具体做到以下几点：</w:t>
      </w:r>
      <w:r>
        <w:rPr>
          <w:lang w:eastAsia="zh-CN"/>
        </w:rPr>
        <w:br/>
      </w:r>
      <w:r>
        <w:rPr>
          <w:lang w:eastAsia="zh-CN"/>
        </w:rPr>
        <w:t>　　1、转变思想、更新理念。尊重幼儿权益，以幼儿为主体，充分调动和幼儿的主动性，保障幼儿快乐健康成长。</w:t>
      </w:r>
      <w:r>
        <w:rPr>
          <w:lang w:eastAsia="zh-CN"/>
        </w:rPr>
        <w:br/>
      </w:r>
      <w:r>
        <w:rPr>
          <w:lang w:eastAsia="zh-CN"/>
        </w:rPr>
        <w:t>　　2、自我反思，促进成长。关爱幼儿，尊重幼儿人格，富有爱心、责任心、耐心和细心，做幼儿健康成长的启蒙者和引路人。</w:t>
      </w:r>
      <w:r>
        <w:rPr>
          <w:lang w:eastAsia="zh-CN"/>
        </w:rPr>
        <w:br/>
      </w:r>
      <w:r>
        <w:rPr>
          <w:lang w:eastAsia="zh-CN"/>
        </w:rPr>
        <w:t>　　3、坚持实践、反思、再实践、再反思，不断提高专业能力。</w:t>
      </w:r>
      <w:r>
        <w:rPr>
          <w:lang w:eastAsia="zh-CN"/>
        </w:rPr>
        <w:br/>
      </w:r>
      <w:r>
        <w:rPr>
          <w:lang w:eastAsia="zh-CN"/>
        </w:rPr>
        <w:t>　　4、终身学习，提升素质。优化知识结构，提高文化素养，做终身学习的典范。</w:t>
      </w:r>
      <w:r>
        <w:rPr>
          <w:lang w:eastAsia="zh-CN"/>
        </w:rPr>
        <w:br/>
      </w:r>
      <w:r>
        <w:rPr>
          <w:lang w:eastAsia="zh-CN"/>
        </w:rPr>
        <w:t>　　这次的市骨干教师培训是一次充实而又快乐的阳光之旅。我欣喜自己有此难得的学习机会。在今后的教学工作中，我将通过研修平台，继续用好教师研修资源，处处以幼儿为中心，努力不断提高自己的教研能力和业务水平，真正做到：让爱——满天下！</w:t>
      </w:r>
      <w:r>
        <w:rPr>
          <w:lang w:eastAsia="zh-CN"/>
        </w:rPr>
        <w:br/>
      </w:r>
      <w:r>
        <w:rPr>
          <w:lang w:eastAsia="zh-CN"/>
        </w:rPr>
        <w:t>　　学习是可贵的，培训是精彩的，通过这次可贵而精彩的培训学习，我以后会把在培训期间所学的知识认真的研读，结合我们幼儿园的实际情况，运用到我以后的工作中，争取自己的幼教之路锦上添花。</w:t>
      </w:r>
      <w:r>
        <w:rPr>
          <w:lang w:eastAsia="zh-CN"/>
        </w:rPr>
        <w:br/>
      </w:r>
      <w:r>
        <w:rPr>
          <w:lang w:eastAsia="zh-CN"/>
        </w:rPr>
        <w:t>　　感谢这次所有投入培训管理的老师，感谢提供学习住宿平台的幼儿师范学校和洛阳宾馆参与者！</w:t>
      </w:r>
      <w:r>
        <w:rPr>
          <w:lang w:eastAsia="zh-CN"/>
        </w:rPr>
        <w:br/>
      </w:r>
      <w:r>
        <w:rPr>
          <w:lang w:eastAsia="zh-CN"/>
        </w:rPr>
        <w:t xml:space="preserve">    线上培训幼儿园总结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岗前培训对我们刚刚走出校门的新教师来说就如同是雪中送炭。我们就像是刚刚成长的孩童，对于教育事业的认识还很肤浅，在教学的道路上不知从何抓起，岗前培训就是我的指路明灯!</w:t>
      </w:r>
      <w:r>
        <w:rPr>
          <w:lang w:eastAsia="zh-CN"/>
        </w:rPr>
        <w:br/>
      </w:r>
      <w:r>
        <w:rPr>
          <w:lang w:eastAsia="zh-CN"/>
        </w:rPr>
        <w:t>　　这次培训的内容十分丰富，结合了新教师的需要安排培训内容，在理论上对教学学规章制度、教学常规，新课程理念，师德等等加以讲解，让我受益匪浅!说下我的心得体会，做合格的新世纪幼儿教师。</w:t>
      </w:r>
      <w:r>
        <w:rPr>
          <w:lang w:eastAsia="zh-CN"/>
        </w:rPr>
        <w:br/>
      </w:r>
      <w:r>
        <w:rPr>
          <w:lang w:eastAsia="zh-CN"/>
        </w:rPr>
        <w:t>　　一、要有正确的教育目的观</w:t>
      </w:r>
      <w:r>
        <w:rPr>
          <w:lang w:eastAsia="zh-CN"/>
        </w:rPr>
        <w:br/>
      </w:r>
      <w:r>
        <w:rPr>
          <w:lang w:eastAsia="zh-CN"/>
        </w:rPr>
        <w:t>　　作为教师应该明确究竟什么样的教育才是好的幼儿教育，才是高质量的幼儿教育。一直以来，幼儿教育都是以小学的预备阶段存在的，一些家长为了使自己的孩子不输在起跑线上，信奉“提前开始、越早越好”的教育思想，要求幼儿园大量给幼儿教识字、拼音、书写、计算等等，甚至要求将小学书本内容提前灌输给幼儿。为了迎合家长的心理，一些幼儿园过多地关注了幼儿知识、技能的学习，而忽视了幼儿情感、态度、能力、习惯、兴趣的培养。这种幼儿教育剥夺了幼儿的童真童趣和游戏玩耍的权利，使幼儿失去了天真、烂漫的童年生活。其实，孩子早期教育的目的并不是培养神童，而在于培养头脑灵活、身体健康、性格开朗、品质优秀、人格健全的孩子。高质量的幼儿教育应该是要让每一个人的潜质都得到充分的发展，幼儿能自主地做事、自信的生活，体验到在幼儿园学习是一件幸福的事。应让幼儿感到学习的过程是在追赶美丽的蝴蝶，而不是追赶随时可能会蜇人的黄蜂。在我们这个中等城市地区，幼儿教育小学化倾向虽有所改变，但仍然存在，需要教师、家长继续转变教育观念，树立正确的教育目的观，还孩子一个健康、快乐的童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二、选择灵活多样的教学方式</w:t>
      </w:r>
      <w:r>
        <w:rPr>
          <w:lang w:eastAsia="zh-CN"/>
        </w:rPr>
        <w:br/>
      </w:r>
      <w:r>
        <w:rPr>
          <w:lang w:eastAsia="zh-CN"/>
        </w:rPr>
        <w:t>　　传统的教学方式是以教师讲解为主，教师缺乏教具演示，缺乏图案色彩，缺乏生动的游戏，干巴巴的说教索然无味。课堂上，老师总会要求幼儿“小手放在小腿上”“小手背后，乖乖坐好不准动”等等，幼儿只能被动地接受教师的灌输。新《纲要》中指出：“幼儿园应以游戏为基本活动”“寓教育于生活和游戏之中”。要改变传统的注入式教育，采用灵活多样的教学方式，注重在游戏、生活中教育幼儿，集体、小组、个别等多种教学组织形式并用，争取家庭、社区的支持与配合，使幼儿在生动、活泼的活动中得到主动地发展。应允许幼儿自主选择活动内容和活动方式，允许自由选择伙伴，允许有自己的见解，调动幼儿学习的主动性和积极性，使幼儿真正成为学习的主人。作为幼儿教师，应清楚地认识到：儿童不是一个需要填满的容器，而是一个需要点燃的火把。</w:t>
      </w:r>
      <w:r>
        <w:rPr>
          <w:lang w:eastAsia="zh-CN"/>
        </w:rPr>
        <w:br/>
      </w:r>
      <w:r>
        <w:rPr>
          <w:lang w:eastAsia="zh-CN"/>
        </w:rPr>
        <w:t>　　三、形成合作探究式的师幼关系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传统的观念中，老师总是权威的化身，老师总是对的，传统的师幼关系就是：我说你听、我教你学、我讲你做。在师幼互动中，由于教师把自己更多地定位为管理者和控制者的角色上，因此，在不少时间，幼儿首先是不被允许发起互动信号的，如在进行集体教育活动中，幼儿首先要做到的是安静，而不是和教师发生交流和互动。又如，不少教师更为关注的是“班上是不是出事”、“有没有消极行为”，至于幼儿到底在干什么，或幼儿心理、情感上有什么特殊需要，教师并不在意;在师幼互动中，幼儿更多将自己定位为互动中的服从者，听从和遵守的成份更多，比如，要“好好和大人说话”、“想做什么必须向教师申请”等。教师没有把幼儿作为一个平等的个体，教师与幼儿之间缺乏情感的交流与互动。新《纲要》中指出：“教师应成为幼儿学习活动的支持者、合作者、引导者”，教师与幼儿应形成“合作探究式的师幼互动”关系。因此，教师与幼儿的关系是平等的，教师应尊重幼儿、信任幼儿。教师是孩子的合作伙伴，是玩伴，是与幼儿一起学习、一起成长的人。</w:t>
      </w:r>
      <w:r>
        <w:rPr>
          <w:lang w:eastAsia="zh-CN"/>
        </w:rPr>
        <w:br/>
      </w:r>
      <w:r>
        <w:rPr>
          <w:lang w:eastAsia="zh-CN"/>
        </w:rPr>
        <w:t>　　在幼儿园一日生活中，要求教师“蹲下来说话，抱起来交流，牵着手教育”，就是倡导师幼间民主、平等的对话关系。由于传统师道尊严思想根深蒂固，再加上本地区幼儿教师观念滞后，要真正形成合作探究式的师幼互动关系还需要一定的时间。</w:t>
      </w:r>
      <w:r>
        <w:rPr>
          <w:lang w:eastAsia="zh-CN"/>
        </w:rPr>
        <w:br/>
      </w:r>
      <w:r>
        <w:rPr>
          <w:lang w:eastAsia="zh-CN"/>
        </w:rPr>
        <w:t xml:space="preserve">    线上培训幼儿园总结 篇4 </w:t>
      </w:r>
      <w:r>
        <w:rPr>
          <w:lang w:eastAsia="zh-CN"/>
        </w:rPr>
        <w:br/>
      </w:r>
      <w:r>
        <w:rPr>
          <w:lang w:eastAsia="zh-CN"/>
        </w:rPr>
        <w:t>　　俗话说：“活到老，学到老”。本次参加暑期90学时培训的第一阶段，6天时间已经结束，然而我知道在学习的道路上是永无终点的，再接下来的时间里我所要做的就是用更多的时间去消化、总结此次培训的内容，内化自身素养，提高教育教学的能力。每一次的培训都让我充实着、成长着。在感怀学习片断精彩的同时，更感悟着未来工作的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此次培训不单单在理论上有依据、在实践中有实例，而且又能从实践中回到理论，找到焦点，指导实践，进行操作。在实践中提高自己的认识，升华自己的理论水平，让人信服。对自己在今后工作中发现自己，完善自我有着深刻的意义。通过这次认真的培训和自己的努力学习，我感到收获很大，现将自己的心得和体会写出来与大家分享。</w:t>
      </w:r>
      <w:r>
        <w:rPr>
          <w:lang w:eastAsia="zh-CN"/>
        </w:rPr>
        <w:br/>
      </w:r>
      <w:r>
        <w:rPr>
          <w:lang w:eastAsia="zh-CN"/>
        </w:rPr>
        <w:t>　　本次培训以观摩两节教学活动开始，两位老师在课堂上的精彩呈现，让培训有一个好的开始。课后由平阳县教育局郑雪丹老师的精彩点评。一个思考：你想成为怎么样的人？内心的思考与碰撞。雪丹老师对两节活动课的点评都是围绕这个点进行的，让我知道深刻体会不管在教育的工作还是人生的思考，不被固有的思想所禁锢，不被框架约束。做到真真实实，脚踏实地。</w:t>
      </w:r>
      <w:r>
        <w:rPr>
          <w:lang w:eastAsia="zh-CN"/>
        </w:rPr>
        <w:br/>
      </w:r>
      <w:r>
        <w:rPr>
          <w:lang w:eastAsia="zh-CN"/>
        </w:rPr>
        <w:t>　　首先，从苏小君老师的《幼儿教师的师德体现在细节之中》中，我再次认识到习惯对一个人的重要性，并且老师的习惯对班上的孩子也有着深深的影响。幼儿教师是生活在“镜子”里的，时时刻刻都有孩子在注视并模仿着我们，我们是每个孩子的榜样。从陈晓为老师的《在评估中看到什么？——谈等级幼儿园评估的感悟》当中，我深深的感到自己与一线教师有多么大的距离，也看到了自己本身的不足。我学到了一日生活常规当中很多的小窍门，这些小窍门，往往让我们事半功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其次，在陈苗老师的《回归育人本真》、《提高保教质量我们需要改变什么？》的讲座中，我更加明确了在教育中，要尊重幼儿的主体地位，要给孩子足够的尊重和信任，应该根据各年龄段儿童在教育中存在的不同侧重点，实施相应的教育教学活动。我清楚地认识到教师应该做一个有心人，善于观察儿童的生活与学习，从孩子的生活中、兴趣中去发现孩子，引导孩子，教育孩子。我们不但要学会“教”,更应学会“学”,学会反思、学会研究、学会做人。在陈文跃老师《依据“指南”思考幼儿园艺术活动的开展》、《走近“意象”的美术新思考》让我们打破老旧的美术教学观念，对于指导创意绘画更有进一步的了解，并且通过《指南》艺术领域目标知道：每个幼儿心里都有一颗美的种子，然而现在孩子们心里的这正在失去，甚至在忽略。我们需要去强调和唤醒孩子们对于创造的热情。让他们在自主尊重的环境中画出属于孩子们的最美作品。</w:t>
      </w:r>
      <w:r>
        <w:rPr>
          <w:lang w:eastAsia="zh-CN"/>
        </w:rPr>
        <w:br/>
      </w:r>
      <w:r>
        <w:rPr>
          <w:lang w:eastAsia="zh-CN"/>
        </w:rPr>
        <w:t>　　最后，通过这次培训活动，我清楚了执教能力建设蕴含着丰富的内涵，它不仅包含教师的素养、教学能力、教学方式、还包含教师教书育人等多方面的能力。也让使我想到了一些从未想过的问题，发现了自己的差距与不足，对原有的教育观念产生了强烈的冲击。我一定要不断地充实自己，给自己增加能量，将所学的知识运用到实际工作中去，学以致用。</w:t>
      </w:r>
      <w:r>
        <w:rPr>
          <w:lang w:eastAsia="zh-CN"/>
        </w:rPr>
        <w:br/>
      </w:r>
      <w:r>
        <w:rPr>
          <w:lang w:eastAsia="zh-CN"/>
        </w:rPr>
        <w:t xml:space="preserve">    线上培训幼儿园总结 篇5 </w:t>
      </w:r>
      <w:r>
        <w:rPr>
          <w:lang w:eastAsia="zh-CN"/>
        </w:rPr>
        <w:br/>
      </w:r>
      <w:r>
        <w:rPr>
          <w:lang w:eastAsia="zh-CN"/>
        </w:rPr>
        <w:t>　　我们对更自由更灵活的教学形式&amp;&amp;区角活动的探索也越来越深入，我们不断地挖掘着区角游戏的潜在教育价值，也不断的思考着如何让孩子在区角游戏中得到最大限度的发展。在我工作的第三个年头，结合自己的区角活动理论的学习，对照自己区角活动中的教育行为，在这里我用几个案例来阐述我对区域游戏的几点感悟。</w:t>
      </w:r>
      <w:r>
        <w:rPr>
          <w:lang w:eastAsia="zh-CN"/>
        </w:rPr>
        <w:br/>
      </w:r>
      <w:r>
        <w:rPr>
          <w:lang w:eastAsia="zh-CN"/>
        </w:rPr>
        <w:t>　　一、关于区域游戏中的隐性暗示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为了进行合理的区域游戏布局，我们老师往往会在区域游戏中设置一些隐性暗示的东西，以此来帮助孩子更好的进行游戏，区域游戏也能够更加的均衡。比如，为了控制好一个区域的游戏人数，老师往往可能会在一个区域添一些辅助性的东西，进来游戏的孩子必须戴着这个东西，当这个辅助性的东西没有了的时候，其他孩子就不能进来了。我们班级在区域游戏中也采用了这种方式，在孩子适应了一个月之后，我们在各个区角中投放了工作证&amp;&amp;胸卡，每个工作证都是根据各个区域的内容来设计的。工作证投放以后，老师还和孩子们一起了解了其中的含义，比如工作证上有一座房子，这就告诉我们这是建筑工地的工作证等等。与此同时老师也讲解了工作证代表的意思，每个区角都有多少个工作证，里面有几个工作人员等等，这样就是暗示性的将每个区角的人数进行了划分，同时有隐性的东西帮助孩子，这种方法看上去似乎很好，但是在真正投放的时候我们却发现了一个问题，那就是工作证佩戴起来很麻烦。我们的工作证上是有一个虎口夹子的，每次佩戴都要先打开虎口，然后夹住衣服，再把虎口扣紧，这一系列的动作对于刚入小班不久的孩子来说是相当的困难的，他们的肌肉发展还没到那个程度，每次区角游戏的时候，总是有很多孩子拿着工作证请求我的帮忙，当我一个一个区域这样帮助下来，我观察孩子游戏的时间就又少了。而且工作证用了没多长时间，就已经有很多的工作证在孩子们一次又一次的拉扯之下坏掉了。于是我们进行了调整，将这些工作证都撤掉了，而是采用了小脚丫的暗示标记，这样每次孩子玩的时候只要把小椅子搬到小脚印上就可以了，小脚印没有了也就表示人已经满了，这样一来孩子不会再在佩戴胸卡上面而产生很多问题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反思：区域游戏中隐性东西的添放有时候是能帮助孩子更好的游戏，但是我们在投放这些辅助性的东西之前应该考虑到其价值所在，考虑到孩子的年龄特点，如果不适合孩子当前能力发展的水平，那么这些东西的投放反而会起到适得其反的效果。所以不管是区域环境的创设还是区角材料的投放乃至这样一个小小隐性暗示工具的投放都要考虑到孩子的年龄特点，孩子的年龄特点应该是我们开展活动、设计材料的首要出发点。</w:t>
      </w:r>
      <w:r>
        <w:rPr>
          <w:lang w:eastAsia="zh-CN"/>
        </w:rPr>
        <w:br/>
      </w:r>
      <w:r>
        <w:rPr>
          <w:lang w:eastAsia="zh-CN"/>
        </w:rPr>
        <w:t>　　二、关于区域游戏中的讲评</w:t>
      </w:r>
      <w:r>
        <w:rPr>
          <w:lang w:eastAsia="zh-CN"/>
        </w:rPr>
        <w:br/>
      </w:r>
      <w:r>
        <w:rPr>
          <w:lang w:eastAsia="zh-CN"/>
        </w:rPr>
        <w:t>　　在一次游戏讲评中，我和孩子们交流的是的是一根项链，这根项链是按照ABAB的排序来串的，而且颜色选择的也是同色系，所以看上去很漂亮，于是我就把这个作为一个交流的点了。当我把这个拿出来给孩子们看的时候，孩子们都说好看，可是为什么好看，孩子们却是说不出来。于是我启发到，这个项链里面藏着一个秘密呢?你们发现了吗?孩子们还是没有发现问题，于是我又问了一个问题我们仔细看看，这些珠珠是怎么排队的呢?有个别能力强的孩子是能够说出来了，但是大部分孩子还是不能到我想要的那个点上来，我的目的是想让他们自己发现这个排序规则，可是却没有达到这个效果，为什么呢?原因之一，因为以前很少有关于排序这样问题的交流，使得孩子很难明白老师的意图;原因之二，也可能是我讲评的方式与孩子们当下的经验是不相符合的，确切的说与孩子们的年龄特点是不符合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反思：对于小班游戏中的讲评，特别是技能性的讲评，我们想让孩子自己发现一些问题的时候，是不是可以提供一些可以比较的东西，让他们在比较去发现，如果我们单纯的只是一样东西摆在那，然后让孩子们去发现问题对于正处于具体形象思维的小班孩子来说还是比较困难的，所以当我出示一条有规律排序的项链的同时，我还可以出示一条无规律排序的项链，有了这种视觉上的比较，孩子们应该是更能够发现问题的。</w:t>
      </w:r>
      <w:r>
        <w:rPr>
          <w:lang w:eastAsia="zh-CN"/>
        </w:rPr>
        <w:br/>
      </w:r>
      <w:r>
        <w:rPr>
          <w:lang w:eastAsia="zh-CN"/>
        </w:rPr>
        <w:t>　　三、关于区域游戏中的指导</w:t>
      </w:r>
      <w:r>
        <w:rPr>
          <w:lang w:eastAsia="zh-CN"/>
        </w:rPr>
        <w:br/>
      </w:r>
      <w:r>
        <w:rPr>
          <w:lang w:eastAsia="zh-CN"/>
        </w:rPr>
        <w:t>　　娃娃家一直是孩子们喜欢玩的区角，但是每次进去总是会发现孩子们玩的水平都是不高的，有时候就是简单的摆弄，没有什么社会的交往。于是有一天，我以一个客人的身份按响了娃娃家的门。孩子们听到门铃声都愣住了，只是对我笑，只觉得稀奇，当然更加不知道该怎么招呼客人了。于是在区角讲评的时候我就把这个作为一个点来进行了交流，没想到的是孩子们对这个交流点是很感兴趣的，还会不由自主地模仿起来。第二天，当我再去娃娃家的时候，已经有几个孩子知道该怎么招呼客人了，这就是老师通过游戏过程中角色参与的观察方式，平行游戏的指导形式来促进孩子们游戏水平的提高的。</w:t>
      </w:r>
      <w:r>
        <w:rPr>
          <w:lang w:eastAsia="zh-CN"/>
        </w:rPr>
        <w:br/>
      </w:r>
      <w:r>
        <w:rPr>
          <w:lang w:eastAsia="zh-CN"/>
        </w:rPr>
        <w:t xml:space="preserve">    线上培训幼儿园总结 篇6 </w:t>
      </w:r>
      <w:r>
        <w:rPr>
          <w:lang w:eastAsia="zh-CN"/>
        </w:rPr>
        <w:br/>
      </w:r>
      <w:r>
        <w:rPr>
          <w:lang w:eastAsia="zh-CN"/>
        </w:rPr>
        <w:t>　　一、规范办园，科学管理。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办什么样的幼儿园正是我所面临的问题，讲座中很明确的给我们提出了现代园长应具备的观点和要求以及现代化的幼儿园应该达到的要求，明确了我们园长的角色和幼儿园的发展方向。在此次学习中，让我们明确幼儿园的管理不容忽视，从师资、设备、环境、孩子、家长等各个方面做了全方位的分析，幼儿园必须朝着精细化方向发展。我们是一所乡镇中心幼儿园，和城市幼儿园根本没法比，但是，我们也要舍得在外部环境和设备设施上投资。在参观幼儿园时，我拍摄了好多照片，觉得很多地方可以借鉴。我们也要努力让幼儿园成为“花园”“乐园”成为孩子们温馨的“家园”。</w:t>
      </w:r>
      <w:r>
        <w:rPr>
          <w:lang w:eastAsia="zh-CN"/>
        </w:rPr>
        <w:br/>
      </w:r>
      <w:r>
        <w:rPr>
          <w:lang w:eastAsia="zh-CN"/>
        </w:rPr>
        <w:t>　　二、专业引领，更新理念。</w:t>
      </w:r>
      <w:r>
        <w:rPr>
          <w:lang w:eastAsia="zh-CN"/>
        </w:rPr>
        <w:br/>
      </w:r>
      <w:r>
        <w:rPr>
          <w:lang w:eastAsia="zh-CN"/>
        </w:rPr>
        <w:t>　　这次培训，注重参训人员的原有基础，了解我们现有管理中的困惑，精心选择符合我们园长的胃口，能满足我们急需的既新颖又实用的培训内容。在一个个鲜活的实例和丰富的知识内涵及精湛的阐述下，给了我们强烈的感染与深深的理论引领。特别是几位园长专家的讲座，让我深深感受到作为领导者要尊重每一位教师，注重为教师创设自主、宽松的学习环境，要善于营造情感氛围，对教师所提的问题要具体情况具体分析，多让教师说说自己的理由。要培养教师的创新精神和创新能力，培养他们的实践能力以及自我学习的能力。同时为我们的教学实践提出了纲领性的指导，为我们的教育科学理论注入了源头活水，她们又结合幼儿园的实际工作让我们了解如何在幼儿园进行教育教学工作。自觉地将新的教育理念和目标内化为自己的教育观念与价值追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总而言之，这次培训给园长们提供了一次难得的学习机会，提高了认识，明确了职责。对于一个幼儿园的管理者，我们需要的是更多这样的精神食粮。让我们以这次学习为契机，实实在在地办好幼儿园，造福孩子。</w:t>
      </w:r>
      <w:r>
        <w:rPr>
          <w:lang w:eastAsia="zh-CN"/>
        </w:rPr>
        <w:br/>
      </w:r>
      <w:r>
        <w:rPr>
          <w:lang w:eastAsia="zh-CN"/>
        </w:rPr>
        <w:t>　　我是一名小学教师，在学校领导的安排下，此次有幸的参加了幼儿教师的远程培训。在这次培训中，收获颇多。学习的知识非常广，在这短短的一月里要领会、理解这些理论知识，还需在今后的幼儿教学中得以实践。</w:t>
      </w:r>
      <w:r>
        <w:rPr>
          <w:lang w:eastAsia="zh-CN"/>
        </w:rPr>
        <w:br/>
      </w:r>
      <w:r>
        <w:rPr>
          <w:lang w:eastAsia="zh-CN"/>
        </w:rPr>
        <w:t>　　我们不管是小学教师，还是幼儿教师，我们面对的都是学生。现在的学生可谓家中之宝。通常是爷爷、奶奶、外公、外婆、爸爸、妈妈，看护这么一个孩子，生怕有一点照顾不到。市区孩子的家长们对于孩子选择哪所幼儿园时，总是左挑右选，考虑的因素很多。但无论是市区的家长，还是农村孩子的家长，对哪个家长来说最希望的都是自己家的孩子能碰到一个爱孩子的老师。所以说要想家长满意，先要从爱孩子做起，这也是教师职业道德之一。都说孩子的感情是不会参假的，只要你付出并让孩子感受到了你的爱，他们就会用最纯的爱来回报你。</w:t>
      </w:r>
      <w:r>
        <w:rPr>
          <w:lang w:eastAsia="zh-CN"/>
        </w:rPr>
        <w:br/>
      </w:r>
      <w:r>
        <w:rPr>
          <w:lang w:eastAsia="zh-CN"/>
        </w:rPr>
        <w:t>　　在班级里总有一些表现好、表现不好的孩子。作为教师，我们是他们心里的秤杆，应该怎样称量，是由我们权衡。所以，我们不能有一点点马虎，稍微有一点偏心，所称量的结果是不正确的。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记得有一次，我帮幼儿老师代课，在没有进幼儿班的时候，曾听幼儿班主任说过，她班的李冉是很不听话的孩子，上课的时候爱讲话、吃零食。正好那天，他们老师有事，让我去代课。我高高兴兴地去了班上，还没有走进教室，就听见一位女孩的叫喊声。当我走进去以后，才知道这声音正是李冉传出来的。我走到李冉桌前，说：“孩子，你叫喊什么呢？”李冉不屑一顾地说：“我们老师今天不来，万岁！”那时，我顿然惊讶，这么小的孩子，就这么不喜欢班主任吗？可能因为我不是他们的班主任，那节课孩子们表现都很乖，很顺利的结束了那堂课。但是，在课余休息的时候，李冉的话在我耳边回荡了很久。</w:t>
      </w:r>
      <w:r>
        <w:rPr>
          <w:lang w:eastAsia="zh-CN"/>
        </w:rPr>
        <w:br/>
      </w:r>
      <w:r>
        <w:rPr>
          <w:lang w:eastAsia="zh-CN"/>
        </w:rPr>
        <w:t>　　经过这次幼儿教师的培训，我更深刻的领会到了，一个人无论干什么都要有责任感，对自己负责，对他人负责，对工作负责。作为幼儿教师首先要爱孩子，爱本职工作，全身心的投入工作。书中曾这样说过：“要成为孩子的真正教育者，就是要把自己的心奉献给他们。”对孩子、对事业真诚。因此，要做到喜欢孩子要真心，是桥梁。如果不真心喜欢孩子，在教学工作中很难实施。</w:t>
      </w:r>
      <w:r>
        <w:rPr>
          <w:lang w:eastAsia="zh-CN"/>
        </w:rPr>
        <w:br/>
      </w:r>
      <w:r>
        <w:rPr>
          <w:lang w:eastAsia="zh-CN"/>
        </w:rPr>
        <w:t>　　所以不要用片面的观点去评判每一个孩子，先在心里面下芥蒂。而是要宽容的对待它的存在，并针对不同的孩子，找到不同的方式方法和他进行交流、沟通。当然和孩子的家长进行沟通也很重要。及时沟通，仔细听取家长意见。孩子多数时间和家长生活在一起，对孩子的一些问题，家长最有发言权。作为教师要多听家长的意见，并针对意见做出反应。客观的评价孩子的优缺点。谈论孩子的缺点时，一点也看不到孩子的优点，总是向家长告状说孩子这也不是，那也不行。这往往使家长难以接受。</w:t>
      </w:r>
      <w:r>
        <w:rPr>
          <w:lang w:eastAsia="zh-CN"/>
        </w:rPr>
        <w:br/>
      </w:r>
      <w:r>
        <w:rPr>
          <w:lang w:eastAsia="zh-CN"/>
        </w:rPr>
        <w:t>　　作为幼儿教师，应客观的向家长告知孩子在幼儿园的情况，而不应该掺杂主观色彩和情绪。尽量用平和的语气，委婉的态度，一分为二的观点与家长交流。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线上培训幼儿园总结 篇7 </w:t>
      </w:r>
      <w:r>
        <w:rPr>
          <w:lang w:eastAsia="zh-CN"/>
        </w:rPr>
        <w:br/>
      </w:r>
      <w:r>
        <w:rPr>
          <w:lang w:eastAsia="zh-CN"/>
        </w:rPr>
        <w:t>　　3月_日虎门镇教育办在虎门国际公馆幼儿园举行了体育教研活动，本次活动的主讲老师是王老师，她讲解得非常的深入和透彻，从她的培训中我吸收到很多新的知识。培训的形式是也小组竞赛的形式组织，很能调动大家的积极性，让我们不仅能学到专业知识，还让我们乐在其中。</w:t>
      </w:r>
      <w:r>
        <w:rPr>
          <w:lang w:eastAsia="zh-CN"/>
        </w:rPr>
        <w:br/>
      </w:r>
      <w:r>
        <w:rPr>
          <w:lang w:eastAsia="zh-CN"/>
        </w:rPr>
        <w:t>　　这次培训主要内容是晨间体育活动，其中包括了：</w:t>
      </w:r>
      <w:r>
        <w:rPr>
          <w:lang w:eastAsia="zh-CN"/>
        </w:rPr>
        <w:br/>
      </w:r>
      <w:r>
        <w:rPr>
          <w:lang w:eastAsia="zh-CN"/>
        </w:rPr>
        <w:t>　　一、晨间器械活动开展的目标</w:t>
      </w:r>
      <w:r>
        <w:rPr>
          <w:lang w:eastAsia="zh-CN"/>
        </w:rPr>
        <w:br/>
      </w:r>
      <w:r>
        <w:rPr>
          <w:lang w:eastAsia="zh-CN"/>
        </w:rPr>
        <w:t>　　晨间户外体育活动的开展，是幼儿在幼儿园一日生活的开</w:t>
      </w:r>
      <w:r>
        <w:rPr>
          <w:lang w:eastAsia="zh-CN"/>
        </w:rPr>
        <w:br/>
      </w:r>
      <w:r>
        <w:rPr>
          <w:lang w:eastAsia="zh-CN"/>
        </w:rPr>
        <w:t>　　端，而“良好的开端是成功的一半”，应重视每个晨间的黄金时段对幼儿健康的教育，每天合理科学有效地组织晨间的户外活动，可以使孩子拥有健康强壮的体质，更有阳光、开朗活泼的个性。</w:t>
      </w:r>
      <w:r>
        <w:rPr>
          <w:lang w:eastAsia="zh-CN"/>
        </w:rPr>
        <w:br/>
      </w:r>
      <w:r>
        <w:rPr>
          <w:lang w:eastAsia="zh-CN"/>
        </w:rPr>
        <w:t>　　二、晨间小器械的材料类型</w:t>
      </w:r>
      <w:r>
        <w:rPr>
          <w:lang w:eastAsia="zh-CN"/>
        </w:rPr>
        <w:br/>
      </w:r>
      <w:r>
        <w:rPr>
          <w:lang w:eastAsia="zh-CN"/>
        </w:rPr>
        <w:t>　　晨间小器械非常多，在我们日常的晨间组织中纸棒、沙包、拼泡沫积木和用家中最最常见的皮鞋盒、牛奶箱挖出两个孔制作成“箱子鞋”等器械，供幼儿晨间、和自由活动所用。我们在晨间活动也会利用得比较多的费旧材料。</w:t>
      </w:r>
      <w:r>
        <w:rPr>
          <w:lang w:eastAsia="zh-CN"/>
        </w:rPr>
        <w:br/>
      </w:r>
      <w:r>
        <w:rPr>
          <w:lang w:eastAsia="zh-CN"/>
        </w:rPr>
        <w:t>　　三、晨间小器械的设计与制作</w:t>
      </w:r>
      <w:r>
        <w:rPr>
          <w:lang w:eastAsia="zh-CN"/>
        </w:rPr>
        <w:br/>
      </w:r>
      <w:r>
        <w:rPr>
          <w:lang w:eastAsia="zh-CN"/>
        </w:rPr>
        <w:t>　　王老师在这一环节讲述中，讲得非常的详细，而且这些晨间小器械制作也很有创意，题材丰富多样。老师设计的这些小器械也花很多的心思，并且能够废旧物品利用，小朋友玩起游戏来也很感兴趣。从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设计上看，也很合理，能够根据幼儿的年龄特点来设计游戏，利用的废旧材料多样化。</w:t>
      </w:r>
      <w:r>
        <w:rPr>
          <w:lang w:eastAsia="zh-CN"/>
        </w:rPr>
        <w:br/>
      </w:r>
      <w:r>
        <w:rPr>
          <w:lang w:eastAsia="zh-CN"/>
        </w:rPr>
        <w:t>　　四、晨间小器械的收集</w:t>
      </w:r>
      <w:r>
        <w:rPr>
          <w:lang w:eastAsia="zh-CN"/>
        </w:rPr>
        <w:br/>
      </w:r>
      <w:r>
        <w:rPr>
          <w:lang w:eastAsia="zh-CN"/>
        </w:rPr>
        <w:t>　　晨间小器械的材料收集可以通过购买和家园共同收集。我们比较提倡的是家园共同合作，收集各种各样的材料。发出倡议书，提倡环保，得到家长的大力支持。</w:t>
      </w:r>
      <w:r>
        <w:rPr>
          <w:lang w:eastAsia="zh-CN"/>
        </w:rPr>
        <w:br/>
      </w:r>
      <w:r>
        <w:rPr>
          <w:lang w:eastAsia="zh-CN"/>
        </w:rPr>
        <w:t>　　本次的培训受益匪浅，通过这次的培训我对体育活动的组织有更加深入的了解，把学习的东西利用到日常的教学组织中，让孩子得到更加好的锻炼。</w:t>
      </w:r>
      <w:r>
        <w:rPr>
          <w:lang w:eastAsia="zh-CN"/>
        </w:rPr>
        <w:br/>
      </w:r>
      <w:r>
        <w:rPr>
          <w:lang w:eastAsia="zh-CN"/>
        </w:rPr>
        <w:t xml:space="preserve">    线上培训幼儿园总结 篇8 </w:t>
      </w:r>
      <w:r>
        <w:rPr>
          <w:lang w:eastAsia="zh-CN"/>
        </w:rPr>
        <w:br/>
      </w:r>
      <w:r>
        <w:rPr>
          <w:lang w:eastAsia="zh-CN"/>
        </w:rPr>
        <w:t>　　这次我有幸参加了基层幼儿园教师培训班，在这三天的培训中，我们聆听了县幼儿园领导的精彩讲座。县幼儿园的领导以鲜活的实例和丰富的知识内涵及精湛的理论阐述，给了我们强烈的感染与深深的理论引领。在一次次的感悟中，我更进一步了解和掌握了新课改的发展方向和目标，观摩了许多幼儿园骨干教师的课，并进行交流与研讨，拓宽了学习的视野，更新了教育观念，理论的应用水平与教学的创新能力得到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社会在发展，科技在进步，也就要求教育的不断更新，走可持续性发展之路。我们乡镇中心幼儿园教师之路该如何走？作为教师又该如何做？面对这场深刻而全方位的教育改革，我们需要不断学习与创新，这是我们教师教育教学的生命力所在。面对21世纪飞速发展的教育，要使自己在专业道路上不断成长，就应努力走教学与科研相结合的学术道路。这一点对我的启发很深。的确，面对不断更新的教育观念，面对发展的时代，面对变化的孩子，教育需要不断更新，教育需要研究型的教师，只有不断地研究教育教学中的问题，才能提高工作效益，才能提升自身的教育教学素养。</w:t>
      </w:r>
      <w:r>
        <w:rPr>
          <w:lang w:eastAsia="zh-CN"/>
        </w:rPr>
        <w:br/>
      </w:r>
      <w:r>
        <w:rPr>
          <w:lang w:eastAsia="zh-CN"/>
        </w:rPr>
        <w:t>　　这次基层幼儿园教师培训，我们更进一步了解和掌握了新课改的发展方向和目标，使我的教育教学观念进一步得到更新，真是受益匪浅。下面是我通过培训获得的几个方面的体会：</w:t>
      </w:r>
      <w:r>
        <w:rPr>
          <w:lang w:eastAsia="zh-CN"/>
        </w:rPr>
        <w:br/>
      </w:r>
      <w:r>
        <w:rPr>
          <w:lang w:eastAsia="zh-CN"/>
        </w:rPr>
        <w:t>　　一、广泛学习科学的教育理论。</w:t>
      </w:r>
      <w:r>
        <w:rPr>
          <w:lang w:eastAsia="zh-CN"/>
        </w:rPr>
        <w:br/>
      </w:r>
      <w:r>
        <w:rPr>
          <w:lang w:eastAsia="zh-CN"/>
        </w:rPr>
        <w:t>　　县幼儿园园长张梅霞在幼儿教育科学理论方面的阐述简要精辟，为我们的教学实践起了提纲挈领的作用，为我们的教育科学理论注入了源头活水，他们又结合幼儿园实际工作让我们了解如何在幼儿园进行教学工作。</w:t>
      </w:r>
      <w:r>
        <w:rPr>
          <w:lang w:eastAsia="zh-CN"/>
        </w:rPr>
        <w:br/>
      </w:r>
      <w:r>
        <w:rPr>
          <w:lang w:eastAsia="zh-CN"/>
        </w:rPr>
        <w:t>　　幼儿园教育工作应该坚持体、智、德、美诸方面的教育互相渗透，有机结合。遵循幼儿身心发展的规律，符合幼儿的年龄特点，注重个体差异，因人施教，引导幼儿个性健康发展。幼儿教育要面向全体幼儿，热爱幼儿，坚持积极鼓励，启发诱导。合理地综合组织各方面的教育内容，并渗透于幼儿一日生活的各项活动中，充分发挥各种教育手段的交互作用。创设与教育相适应的良好环境，为幼儿提供活动和表现能力的机会与条件。以游戏为基本活动，寓教育于各项活动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教师的职业是相通的，热爱事业，热爱孩子是第一位的。幼儿不同于小学，孩子的自我保护能力差，是一生品德行为形成的最佳时期，好模仿，是非观念在萌芽时期等特点要求我们幼儿教师要有更高尚的人格魅力，要正直，和善，温柔，可爱，要因可爱而美丽动人。我们既要做到母亲般的关爱，又要做到高于母亲的教育，从思想上、品质上给予渗透影响，教育他们使他们是非概念清晰，引导他们能关爱别人，带动他们积极乐观开朗，实事求是使他们诚实，幼儿教师要有“敬业、乐业、专业、创业”的精神，要公正地爱每一个孩子，我们带给他们的应该是最美好，最公正，最无私的爱。</w:t>
      </w:r>
      <w:r>
        <w:rPr>
          <w:lang w:eastAsia="zh-CN"/>
        </w:rPr>
        <w:br/>
      </w:r>
      <w:r>
        <w:rPr>
          <w:lang w:eastAsia="zh-CN"/>
        </w:rPr>
        <w:t>　　二、学习技能技巧，提高个人能力。</w:t>
      </w:r>
      <w:r>
        <w:rPr>
          <w:lang w:eastAsia="zh-CN"/>
        </w:rPr>
        <w:br/>
      </w:r>
      <w:r>
        <w:rPr>
          <w:lang w:eastAsia="zh-CN"/>
        </w:rPr>
        <w:t>　　这次的培训还给我们安排了县幼儿园部分骨干教师的示范课，跟着县幼儿园领导和骨干教师学习，我们获得了很大帮助。</w:t>
      </w:r>
      <w:r>
        <w:rPr>
          <w:lang w:eastAsia="zh-CN"/>
        </w:rPr>
        <w:br/>
      </w:r>
      <w:r>
        <w:rPr>
          <w:lang w:eastAsia="zh-CN"/>
        </w:rPr>
        <w:t>　　康东芳老师的体育教育示范课让我们目不暇接。在她手里，简单的一张报纸摇身一变就成了很好的教育资源，成了孩子们游戏的体育用品。一会儿让孩子们把报纸穿在身上跑，和报纸比赛，一会儿把报纸揉成小纸团投掷。孩子们玩的乐此不彼。整个教学都在活动中完成，遵循幼儿的身心发展规律，符合幼儿的心理特点，值得我们去认真研究与学习。</w:t>
      </w:r>
      <w:r>
        <w:rPr>
          <w:lang w:eastAsia="zh-CN"/>
        </w:rPr>
        <w:br/>
      </w:r>
      <w:r>
        <w:rPr>
          <w:lang w:eastAsia="zh-CN"/>
        </w:rPr>
        <w:t>　　白娟老师结合她自己幼儿园美术教育实践，给我们上了一节美术示范课。使我们学到了一些幼儿园美术教学的方法、美术教学的手段，让我们知道美术活动是丰富多彩的，单单一个制作画框就有很多讲究，例如画图的要领，颜色搭配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罗红梅老师的舞蹈示范课给了我们很大的启示，她结合舞蹈实例，边播放音乐边示范讲解，使我们在幼儿舞蹈方面拓展了视野，把握最新教学动态。</w:t>
      </w:r>
      <w:r>
        <w:rPr>
          <w:lang w:eastAsia="zh-CN"/>
        </w:rPr>
        <w:br/>
      </w:r>
      <w:r>
        <w:rPr>
          <w:lang w:eastAsia="zh-CN"/>
        </w:rPr>
        <w:t>　　通过这次培训我知道了要转变教育思想、教育理念。先进的教育思想、理念是我们基层幼儿教师必须思考的问题。在活动中，教育思想直接促进或制约着我们教学方法的选定和设计，同时决定着活动的质量和效果。在设计活动的时候，往往我们考虑到的只是“我该如何教”，而忽视了“幼儿如何去学”的问题。其实作为幼儿教师，引导作用是要充分发挥的，但引导的目的主要是为了幼儿，通过这种引导，让幼儿学会自己去学习，去探索。 有人说过：开展好一次活动，不仅是知识信息的传播过程，更是一个心灵交汇的心理场。如果教师在活动中的表现只是平平淡淡，没有激情，那么幼儿的情绪也不会特别高涨。因此我觉得在活动中激发幼儿的情感，教师自我的情感体现是非常重要的，这直接影响到了活动的成功与否。</w:t>
      </w:r>
      <w:r>
        <w:rPr>
          <w:lang w:eastAsia="zh-CN"/>
        </w:rPr>
        <w:br/>
      </w:r>
      <w:r>
        <w:rPr>
          <w:lang w:eastAsia="zh-CN"/>
        </w:rPr>
        <w:t>　　三天的幼儿教师培训结束了，但留给我的却是深深的回忆，是一笔宝贵的.财富。牛顿曾经说过：“我之所以成功是因为我站在了巨人的肩膀上。”这些成功的经验为我今后的教育教学奠定了良好的基础，缩短了探索真理的路途。</w:t>
      </w:r>
      <w:r>
        <w:rPr>
          <w:lang w:eastAsia="zh-CN"/>
        </w:rPr>
        <w:br/>
      </w:r>
      <w:r>
        <w:rPr>
          <w:lang w:eastAsia="zh-CN"/>
        </w:rPr>
        <w:t>　　【扩展阅读】幼儿园的工作总结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时光飞逝如梭，20__年即将过去，崭新的20__眼看到来，回首一年的工作，有默默地耕耘，有默默地付出，有的更多的是肩负的那一份责任。安全是幼儿园教育永恒的话题，幼儿园是众多幼儿集体生活的场所，在过去的一年中，我始终以“安全第一，预防为主”的思想指导自己的工作，认真学习上级转发的各种安全教育、安全检查等文件，通过学习，明确到安全工作是人命关天的大事，安全工作人人有责，在思想上对安全工作有一个高度重视。现将一学年的工作汇报如下：</w:t>
      </w:r>
      <w:r>
        <w:rPr>
          <w:lang w:eastAsia="zh-CN"/>
        </w:rPr>
        <w:br/>
      </w:r>
      <w:r>
        <w:rPr>
          <w:lang w:eastAsia="zh-CN"/>
        </w:rPr>
        <w:t>　　一、强化内部管理，提高办园档次</w:t>
      </w:r>
      <w:r>
        <w:rPr>
          <w:lang w:eastAsia="zh-CN"/>
        </w:rPr>
        <w:br/>
      </w:r>
      <w:r>
        <w:rPr>
          <w:lang w:eastAsia="zh-CN"/>
        </w:rPr>
        <w:t>　　园长是一个幼儿园的灵魂。我注重自我的反思与学习，更注重教师队伍的建设，我强化三个意识：“一体意识”、“开拓意识”、“服务意识”。 我讲奉献，作表率，早来晚归，潜移默化引领着幼儿园良好的师德师风。</w:t>
      </w:r>
      <w:r>
        <w:rPr>
          <w:lang w:eastAsia="zh-CN"/>
        </w:rPr>
        <w:br/>
      </w:r>
      <w:r>
        <w:rPr>
          <w:lang w:eastAsia="zh-CN"/>
        </w:rPr>
        <w:t>　　我注重为教师创设有弹性的工作空间。工作中，时时不忘征求教师的想法意见，采用对话式而非命令式;思想上，鼓励多交流不求大一统;工作方法灵活多变。我努力营造健康温馨的文化氛围。我以务实的作风投入工作，引领着的年轻教师奋发向上;我以满腔的工作热忱凝聚人心。我不摆架子、不说空话、不唱高调，常见缝插针与教师交流思想、促膝谈心，引导教师珍爱自己、热爱生活、快乐工作。一件件细致入微的小事，充分体现了我对教师的关心。我情感化、弹性化的管理凝聚了全园教师的真心，激发了各位教师工作的积极性、主动性、创造性。</w:t>
      </w:r>
      <w:r>
        <w:rPr>
          <w:lang w:eastAsia="zh-CN"/>
        </w:rPr>
        <w:br/>
      </w:r>
      <w:r>
        <w:rPr>
          <w:lang w:eastAsia="zh-CN"/>
        </w:rPr>
        <w:t>　　二、安全方面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时刻牢记：眼中有孩子，心中有安全，处处有教育，安全第一。我不定期的对园内房屋、设施、大型玩具、线路等进行安全检查。我园还利用安全教育碟片来辅助教学，增强幼儿的安全意识，时刻防范一切不安全的因素发生。我园重点做好早接晚送的门前管理，以免孩子因意外而走失。再就是课间、游戏</w:t>
      </w:r>
      <w:r>
        <w:rPr>
          <w:lang w:eastAsia="zh-CN"/>
        </w:rPr>
        <w:t xml:space="preserve"> 、入厕洗手、</w:t>
      </w:r>
      <w:r>
        <w:rPr>
          <w:lang w:eastAsia="zh-CN"/>
        </w:rPr>
        <w:t xml:space="preserve"> 室内活动、户外活动等几个关键时间段的防范，及时发现问题，及时整改。</w:t>
      </w:r>
      <w:r>
        <w:rPr>
          <w:lang w:eastAsia="zh-CN"/>
        </w:rPr>
        <w:br/>
      </w:r>
      <w:r>
        <w:rPr>
          <w:lang w:eastAsia="zh-CN"/>
        </w:rPr>
        <w:t>　　责任书：幼儿园和老师签订安全责任书，明确各自的职责，贯彻“谁主管谁负责”的原则，做到职责明确。园和家长也签订了安全责任书，确保幼儿安全健康的成长。</w:t>
      </w:r>
      <w:r>
        <w:rPr>
          <w:lang w:eastAsia="zh-CN"/>
        </w:rPr>
        <w:br/>
      </w:r>
      <w:r>
        <w:rPr>
          <w:lang w:eastAsia="zh-CN"/>
        </w:rPr>
        <w:t>　　安全课：提高安全意识，自我防范和自护自救能力，抓好安全教育，是幼儿园安全工作的基础。我园坚持每周一必上一节安全课并有备课记录。</w:t>
      </w:r>
      <w:r>
        <w:rPr>
          <w:lang w:eastAsia="zh-CN"/>
        </w:rPr>
        <w:br/>
      </w:r>
      <w:r>
        <w:rPr>
          <w:lang w:eastAsia="zh-CN"/>
        </w:rPr>
        <w:t>　　应急演练：我园响应上级领导指示，9月 6日进行了防震演练，以增强师幼的安全意识和自保能力。</w:t>
      </w:r>
      <w:r>
        <w:rPr>
          <w:lang w:eastAsia="zh-CN"/>
        </w:rPr>
        <w:br/>
      </w:r>
      <w:r>
        <w:rPr>
          <w:lang w:eastAsia="zh-CN"/>
        </w:rPr>
        <w:t>　　三、环境创设</w:t>
      </w:r>
      <w:r>
        <w:rPr>
          <w:lang w:eastAsia="zh-CN"/>
        </w:rPr>
        <w:br/>
      </w:r>
      <w:r>
        <w:rPr>
          <w:lang w:eastAsia="zh-CN"/>
        </w:rPr>
        <w:t>　　我园根据本园的实际情况出发，充分利用本土优势对室内外的装饰、 墙面设计 、吊饰等都进行了改装。并从幼儿的年龄特点出发，力求做到生活化 、情趣化 、儿童化，尤其我们每一个教室都设置了不同的风格，我倾尽我所能帮老师们策划、分析，尤其帮小班设计两面主题墙。老师们也从自身做起，遇事相互帮助 ，相互鼓励 ，相互交流，让孩子们切实感受到了幼儿园大家庭的温暖和谐，逐步形成活泼开朗的良好性格，从而迈向健全人生的第一步。</w:t>
      </w:r>
      <w:r>
        <w:rPr>
          <w:lang w:eastAsia="zh-CN"/>
        </w:rPr>
        <w:br/>
      </w:r>
      <w:r>
        <w:rPr>
          <w:lang w:eastAsia="zh-CN"/>
        </w:rPr>
        <w:t>　　四、保教方面</w:t>
      </w:r>
      <w:r>
        <w:rPr>
          <w:lang w:eastAsia="zh-CN"/>
        </w:rPr>
        <w:br/>
      </w:r>
      <w:r>
        <w:rPr>
          <w:lang w:eastAsia="zh-CN"/>
        </w:rPr>
        <w:t>　　我园合理安排和组织幼儿的一日活动，动静结合，</w:t>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室内外结合，每天保持2小时的户外活动时间和游戏时间，来提高幼儿的整体素质。</w:t>
      </w:r>
      <w:r>
        <w:rPr>
          <w:lang w:eastAsia="zh-CN"/>
        </w:rPr>
        <w:t xml:space="preserve"> 在孩子们入园前，要求各班老师每天先做好教室内外的通风、</w:t>
      </w:r>
      <w:r>
        <w:rPr>
          <w:lang w:eastAsia="zh-CN"/>
        </w:rPr>
        <w:t xml:space="preserve"> 卫生消毒工作，加强晨间、午休的检查，做到一摸、二看、三查、四问，严禁幼儿带危险品入园，每天坚持加强晨检、</w:t>
      </w:r>
      <w:r>
        <w:rPr>
          <w:lang w:eastAsia="zh-CN"/>
        </w:rPr>
        <w:t xml:space="preserve"> 午检</w:t>
      </w:r>
      <w:r>
        <w:rPr>
          <w:lang w:eastAsia="zh-CN"/>
        </w:rPr>
        <w:t xml:space="preserve"> 的力度来杜绝传染病的入侵，并做好详细记录，发现问题及时通知家长。</w:t>
      </w:r>
      <w:r>
        <w:rPr>
          <w:lang w:eastAsia="zh-CN"/>
        </w:rPr>
        <w:br/>
      </w:r>
      <w:r>
        <w:rPr>
          <w:lang w:eastAsia="zh-CN"/>
        </w:rPr>
        <w:t>　　五、家长方面</w:t>
      </w:r>
      <w:r>
        <w:rPr>
          <w:lang w:eastAsia="zh-CN"/>
        </w:rPr>
        <w:br/>
      </w:r>
      <w:r>
        <w:rPr>
          <w:lang w:eastAsia="zh-CN"/>
        </w:rPr>
        <w:t>　　我园做到主动、 亲切与家长沟通，利用早送晚放的时间和家长交流，平时多观察孩子在园的各种情况，孩子们的点滴进步 、成长、 特长 、优点都及时反馈给家长，随时取得家长对老师们的信任和对幼儿园各项工作的支持，我园为增进家园共育，11月4日举行了“家园亲子游戏”活动，得到了家长的好评。如遇到特殊情况时切忌发生口角，家长意见细心听取，以此加深家园了解，促进家园关系共同成长。如：我园小班家长反映对老师的意见，我及时向学区领导汇报并耐心给家长解释。在这方面我们还做得很不够，还需要我们老师们认真去学习 、去探讨、去努力。</w:t>
      </w:r>
      <w:r>
        <w:rPr>
          <w:lang w:eastAsia="zh-CN"/>
        </w:rPr>
        <w:br/>
      </w:r>
      <w:r>
        <w:rPr>
          <w:lang w:eastAsia="zh-CN"/>
        </w:rPr>
        <w:t>　　以上点滴都离不开老师们的精诚团结和配合的默契。在这里我真诚的感谢各位老师的敬业爱岗精神和任劳任怨 、默默地奉献。正因为有了你们的辛勤耕耘，才有了今天我们幼儿园的发展。真切希望在以后的工作中，我们一起把以前做的不好的方面补救回来，我们一同再努力学习，再一同认真拼搏，争取再创幼儿园的新辉煌。</w:t>
      </w:r>
      <w:r>
        <w:rPr>
          <w:lang w:eastAsia="zh-CN"/>
        </w:rPr>
        <w:br/>
      </w:r>
      <w:r>
        <w:rPr>
          <w:lang w:eastAsia="zh-CN"/>
        </w:rPr>
        <w:t xml:space="preserve">    线上培训幼儿园总结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本学期，我园根据上级部门关于加强师资队伍建设的要求，以《纲要》和《3——6岁儿童学习与发展指南》精神为指导，根据本园实际，加强了理论与实践的引领，加强了“教”与“学”的研究，对本园教师进行了自身修养、教学水平、业务研究、教科研水平和新的教育教学理念等各方面培训工作，取得了良好的培训效果，现总结如下：</w:t>
      </w:r>
      <w:r>
        <w:rPr>
          <w:lang w:eastAsia="zh-CN"/>
        </w:rPr>
        <w:br/>
      </w:r>
      <w:r>
        <w:rPr>
          <w:lang w:eastAsia="zh-CN"/>
        </w:rPr>
        <w:t>　　一、抓师资队伍建设，提高保教质量</w:t>
      </w:r>
      <w:r>
        <w:rPr>
          <w:lang w:eastAsia="zh-CN"/>
        </w:rPr>
        <w:br/>
      </w:r>
      <w:r>
        <w:rPr>
          <w:lang w:eastAsia="zh-CN"/>
        </w:rPr>
        <w:t>　　(一)以师德建设为先导，不断规范师德师风。</w:t>
      </w:r>
      <w:r>
        <w:rPr>
          <w:lang w:eastAsia="zh-CN"/>
        </w:rPr>
        <w:br/>
      </w:r>
      <w:r>
        <w:rPr>
          <w:lang w:eastAsia="zh-CN"/>
        </w:rPr>
        <w:t>　　狠抓师德师风建设工作，切实把“学高为师，身正为范”落实到保教日常工作中，树立良好的师德形象。</w:t>
      </w:r>
      <w:r>
        <w:rPr>
          <w:lang w:eastAsia="zh-CN"/>
        </w:rPr>
        <w:br/>
      </w:r>
      <w:r>
        <w:rPr>
          <w:lang w:eastAsia="zh-CN"/>
        </w:rPr>
        <w:t>　　1.组织教师学习《幼儿园教师日常行为规范》、《十五不准》、《教师职业道德规范》，认真贯彻落实上级部门的有关要求，明确教师工作职责与行为规范。</w:t>
      </w:r>
      <w:r>
        <w:rPr>
          <w:lang w:eastAsia="zh-CN"/>
        </w:rPr>
        <w:br/>
      </w:r>
      <w:r>
        <w:rPr>
          <w:lang w:eastAsia="zh-CN"/>
        </w:rPr>
        <w:t>　　2.认真落实了《__区铜川一幼师德师风考核细则》，将师德师风纳入教师月考核重点内容，要求教师以师德为先，严格遵守幼儿园教师行为规范。</w:t>
      </w:r>
      <w:r>
        <w:rPr>
          <w:lang w:eastAsia="zh-CN"/>
        </w:rPr>
        <w:br/>
      </w:r>
      <w:r>
        <w:rPr>
          <w:lang w:eastAsia="zh-CN"/>
        </w:rPr>
        <w:t>　　3.组织开展了“视频回放，自我反思活动”，让老师们通过“照镜子”来“正衣冠”。</w:t>
      </w:r>
      <w:r>
        <w:rPr>
          <w:lang w:eastAsia="zh-CN"/>
        </w:rPr>
        <w:br/>
      </w:r>
      <w:r>
        <w:rPr>
          <w:lang w:eastAsia="zh-CN"/>
        </w:rPr>
        <w:t>　　4.组织教师开展了“幸福教师”演讲活动，提高幸福指数。</w:t>
      </w:r>
      <w:r>
        <w:rPr>
          <w:lang w:eastAsia="zh-CN"/>
        </w:rPr>
        <w:br/>
      </w:r>
      <w:r>
        <w:rPr>
          <w:lang w:eastAsia="zh-CN"/>
        </w:rPr>
        <w:t>　　(二)立足自培，加强外训，不断强化教师专业水平。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1.通过园本培训、进班指导、观摩课、教研等形式提升教师队伍水平。合理利用业务学习，根据教师的不同层次与需求组织开展内容丰富、形式多样的园本培训活动，让教师在不断学习中探索职业，提高专业水平。其中重点落实如下：一是扎实开展集体备课活动;二是落实部分教师技能培训工作(教师风采大赛)。通过培训促使教师在原有基础上有显著提升，同时参加了区级青年教师基本功大赛活动;三是加大进班指导力度，从而了解各班教学常规、教师的课程驾驭能力、环境创设方面进行针对性的指导和帮助。</w:t>
      </w:r>
      <w:r>
        <w:rPr>
          <w:lang w:eastAsia="zh-CN"/>
        </w:rPr>
        <w:br/>
      </w:r>
      <w:r>
        <w:rPr>
          <w:lang w:eastAsia="zh-CN"/>
        </w:rPr>
        <w:t>　　2.鼓励教师多阅读有关幼教专业方面的书籍，不断获取新的教育信息和其他方面的一些信息，把所学的理论与教学实践相结合，并于4月份组织教师读书分享活动，每位老师结合自己的工作与生活，畅谈自己的读书感悟，收获颇多，让我们把读书学习作为人生的必修课。</w:t>
      </w:r>
      <w:r>
        <w:rPr>
          <w:lang w:eastAsia="zh-CN"/>
        </w:rPr>
        <w:br/>
      </w:r>
      <w:r>
        <w:rPr>
          <w:lang w:eastAsia="zh-CN"/>
        </w:rPr>
        <w:t>　　3.邀请了有关专家、__区教研员走进幼儿园，为我园课程建设、课题研究、教研做专题指导，共促教科研发展。具体有：师德培训、亿童体能、二次培训(__学习)、摄影培训、音乐游戏、鄂尔多斯市园长能力提升班二次培训等。</w:t>
      </w:r>
      <w:r>
        <w:rPr>
          <w:lang w:eastAsia="zh-CN"/>
        </w:rPr>
        <w:br/>
      </w:r>
      <w:r>
        <w:rPr>
          <w:lang w:eastAsia="zh-CN"/>
        </w:rPr>
        <w:t>　　4.为教师提供外出观摩和理论学习的机会，有计划的组织教师参加本地区的培训活动，教师认真学习，吸取他人先进经验，了解新的教育策略、方法，通过学习、交流，让教师在学习活动中进步和成长，具体培训：参加上海南京名师游戏化教学成果博览会、幼儿园区域个别化学习专题研讨、__区一幼幼儿个别化区域观摩、国培、鄂尔多斯市园长挂职交流学习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5.教师课堂。继续开展了教师舞蹈、美术、弹唱、体育教师课堂，本学期，老师们在教师课堂中认真学习，舞蹈方面，学习蒙古舞组合;美术方面，体验不同材料制作的乐趣，并掌握相应的技法，而且利用美术教师课堂活动，更换了2号楼环廊创设;体育方面，通过玩各种游戏：生命旅途、星球大战、攻守到、快乐传递，为老师们建立相互信任的平台，并在工作忙碌之余放松心情，提高了老师们的幸福指数;弹唱方面，提供新的儿歌曲目，老师们先轻唱儿歌，然后由教师边谈边唱，最后进行考核。</w:t>
      </w:r>
      <w:r>
        <w:rPr>
          <w:lang w:eastAsia="zh-CN"/>
        </w:rPr>
        <w:br/>
      </w:r>
      <w:r>
        <w:rPr>
          <w:lang w:eastAsia="zh-CN"/>
        </w:rPr>
        <w:t>　　6.师徒结对活动。在全园范围内继续开展了青年教师拜师结对活动，要求区级优秀骨干教师5名徒弟;区级骨干教师3名徒弟;园级骨干、成熟教师1名徒弟，结合结对计划，开展了带教指导活动，师徒共同成长。培养目标主要以师傅指导徒弟教学活动、家长工作、听评课、观察幼儿为主，让徒弟在原有的水平基础上有所提高。</w:t>
      </w:r>
      <w:r>
        <w:rPr>
          <w:lang w:eastAsia="zh-CN"/>
        </w:rPr>
        <w:br/>
      </w:r>
      <w:r>
        <w:rPr>
          <w:lang w:eastAsia="zh-CN"/>
        </w:rPr>
        <w:t>　　二、加强教研力度，提高教学质量</w:t>
      </w:r>
      <w:r>
        <w:rPr>
          <w:lang w:eastAsia="zh-CN"/>
        </w:rPr>
        <w:br/>
      </w:r>
      <w:r>
        <w:rPr>
          <w:lang w:eastAsia="zh-CN"/>
        </w:rPr>
        <w:t>　　1.抓好集体备课，发挥团队作用。</w:t>
      </w:r>
      <w:r>
        <w:rPr>
          <w:lang w:eastAsia="zh-CN"/>
        </w:rPr>
        <w:br/>
      </w:r>
      <w:r>
        <w:rPr>
          <w:lang w:eastAsia="zh-CN"/>
        </w:rPr>
        <w:t>　　每个年级组隔周一次集中备课，鼓励老师们分析教材，挖掘教材，针对不明确的，有异议的地方，互相探讨、相互指导，改变教学策略;根据幼儿的不同发展水平，设计不同的教学形式。有效地解决一些实际问题，教育教学水平有了一定的提高。</w:t>
      </w:r>
      <w:r>
        <w:rPr>
          <w:lang w:eastAsia="zh-CN"/>
        </w:rPr>
        <w:br/>
      </w:r>
      <w:r>
        <w:rPr>
          <w:lang w:eastAsia="zh-CN"/>
        </w:rPr>
        <w:t>　　2.一课三研，促成长。</w:t>
      </w:r>
      <w:r>
        <w:rPr>
          <w:lang w:eastAsia="zh-CN"/>
        </w:rPr>
        <w:br/>
      </w:r>
      <w:r>
        <w:rPr>
          <w:lang w:eastAsia="zh-CN"/>
        </w:rPr>
        <w:t>　　落实了课堂三部曲“备课、上课和活动反思”。根据教材内容，老师们发挥群策群力的功效，通过反复的磨课，研讨，逐步完善教学设计与组织，老师们也在不断的观摩、反思与实践中提高自己，同时也营造了一种积极向上的教学研讨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3.深入区域游戏，跟进问题反思研究。</w:t>
      </w:r>
      <w:r>
        <w:rPr>
          <w:lang w:eastAsia="zh-CN"/>
        </w:rPr>
        <w:br/>
      </w:r>
      <w:r>
        <w:rPr>
          <w:lang w:eastAsia="zh-CN"/>
        </w:rPr>
        <w:t>　　A主题教学和区域活动的相互融合。</w:t>
      </w:r>
      <w:r>
        <w:rPr>
          <w:lang w:eastAsia="zh-CN"/>
        </w:rPr>
        <w:br/>
      </w:r>
      <w:r>
        <w:rPr>
          <w:lang w:eastAsia="zh-CN"/>
        </w:rPr>
        <w:t>　　每个主题活动实施前一周，教研组长组织教师对本主题活动课程进行了讨论、分析与调整，进行及时研讨，制定出适合本班幼儿实际的主题计划。本学期我们的主题背景下区域材料的投放也通过每次集体备课活动产生，实现了区域主题与教学主题相融合的目标。同时通过教科研我们鼓励教师不断学习，掌握新的教育教学方法，练就扎实的基本功，整合各科教学的能力。</w:t>
      </w:r>
      <w:r>
        <w:rPr>
          <w:lang w:eastAsia="zh-CN"/>
        </w:rPr>
        <w:br/>
      </w:r>
      <w:r>
        <w:rPr>
          <w:lang w:eastAsia="zh-CN"/>
        </w:rPr>
        <w:t>　　B营造研讨氛围，加强区域研究。</w:t>
      </w:r>
      <w:r>
        <w:rPr>
          <w:lang w:eastAsia="zh-CN"/>
        </w:rPr>
        <w:br/>
      </w:r>
      <w:r>
        <w:rPr>
          <w:lang w:eastAsia="zh-CN"/>
        </w:rPr>
        <w:t>　　为了提高教师的教研能力促进教师成长，也为了更好的尊重孩子的自主性学习，本学期，我们进行了区域教研的系列活动：首先，各班创设了信息区，在分园老师的指导和培训下，老师们了解了信息区的作用和创设方法，在创设的过程中，以孩子为主参与其中，逐步解决了在教学活动中的一些困惑：例如，幼儿前期经验的储备，材料的收集等，使教学质量逐步提高，也尊重了孩子自主学习的方式;其次，优秀的研究来源于优秀的问题，在收集到老师们的困惑后我们通过集体教研的形式逐个击破，逐步解决教师在日常工作、教学活动、家长工作中遇到的困惑;最后，在区域材料投放中老师们结合《3—6岁儿童学习与发展指南》，寻找并投放适合孩子年龄特点的材料。对区域的观察我们以“拍视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回头看”、讲故事的形式，来呈现视频内容，在“回头看”的过程中，老师们找出材料的核心经验、观察材料投放是否合适、教师如何介入、尝试分析幼儿行为背后的原因，这只是我们区域观察方法的一个开始，相信在今后的落实中越做月细。系列教研活动展现了老师们优秀的教研能力也体现了集体智慧的强大，我们一定会不忘初心，为了孩子继续努力前行。</w:t>
      </w:r>
      <w:r>
        <w:rPr>
          <w:lang w:eastAsia="zh-CN"/>
        </w:rPr>
        <w:br/>
      </w:r>
      <w:r>
        <w:rPr>
          <w:lang w:eastAsia="zh-CN"/>
        </w:rPr>
        <w:t>　　4.优化课堂教学，提高教学质量。</w:t>
      </w:r>
      <w:r>
        <w:rPr>
          <w:lang w:eastAsia="zh-CN"/>
        </w:rPr>
        <w:br/>
      </w:r>
      <w:r>
        <w:rPr>
          <w:lang w:eastAsia="zh-CN"/>
        </w:rPr>
        <w:t>　　为加快我园师资队伍建设，促进教师专业成长，促进我园教师队伍整体素质和教育教学质量的全面提高，6月份我们进行了全园教师教学观摩活动。老师们在课堂中注重激发幼儿的主动性、创造性，尽可能地提供各种材料、教具，让幼儿看、摸、想、做中获得经验，获得丰富的感性认识。这次观摩活动老师们展示出了老师们的教学水平，对于课堂的各个环节的把握越来越有条不紊，切实提升了老师们课堂的驾驭能力。</w:t>
      </w:r>
      <w:r>
        <w:rPr>
          <w:lang w:eastAsia="zh-CN"/>
        </w:rPr>
        <w:br/>
      </w:r>
      <w:r>
        <w:rPr>
          <w:lang w:eastAsia="zh-CN"/>
        </w:rPr>
        <w:t>　　三、不断反思，促进成长</w:t>
      </w:r>
      <w:r>
        <w:rPr>
          <w:lang w:eastAsia="zh-CN"/>
        </w:rPr>
        <w:br/>
      </w:r>
      <w:r>
        <w:rPr>
          <w:lang w:eastAsia="zh-CN"/>
        </w:rPr>
        <w:t>　　虽然我园的培训工作卓有成效，但也存在不足，如规划与计划之间还存在着一定的矛盾;各类培训内容的衔接落实上还有待于我们进一步思考，在课程实施中，大部分教师的水平处于实践操作层面，研究、总结的能力相对薄弱;教师在进行教学活动实践之后，反思的能力欠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教师培训是个系统工程，需要我们不断努力，勇于探索，让终身学习的观念深植每位教职工的心中。在下学期的工作中，我们更应加强学习指导与督促管理，激励教师不断学习进取，提高综合综合素质，进一步丰富培训形式和内容，促进培训实效性，促进幼儿园教师培训和管理工作更是一个台阶。</w:t>
      </w:r>
      <w:r>
        <w:rPr>
          <w:lang w:eastAsia="zh-CN"/>
        </w:rPr>
        <w:br/>
      </w:r>
      <w:r>
        <w:rPr>
          <w:lang w:eastAsia="zh-CN"/>
        </w:rPr>
        <w:t xml:space="preserve">    线上培训幼儿园总结 篇10 </w:t>
      </w:r>
      <w:r>
        <w:rPr>
          <w:lang w:eastAsia="zh-CN"/>
        </w:rPr>
        <w:br/>
      </w:r>
      <w:r>
        <w:rPr>
          <w:lang w:eastAsia="zh-CN"/>
        </w:rPr>
        <w:t>　　新的一年我们迎来了教育局组织的全区幼儿教师素质提升年启动仪式，在杨家滩小学拉开帷幕。这次出席的有教育局张局长，幼教于主任，皇冠幼儿园高园长以及来自高区的黄教授。</w:t>
      </w:r>
      <w:r>
        <w:rPr>
          <w:lang w:eastAsia="zh-CN"/>
        </w:rPr>
        <w:br/>
      </w:r>
      <w:r>
        <w:rPr>
          <w:lang w:eastAsia="zh-CN"/>
        </w:rPr>
        <w:t>　　再会开始自前，于主任为我们讲述了20__年新的一年是幼儿教师的素质提升年，在这一年要把老师的素质作为主要的任务来抓，又包含了很多的内容：</w:t>
      </w:r>
      <w:r>
        <w:rPr>
          <w:lang w:eastAsia="zh-CN"/>
        </w:rPr>
        <w:br/>
      </w:r>
      <w:r>
        <w:rPr>
          <w:lang w:eastAsia="zh-CN"/>
        </w:rPr>
        <w:t>　　1，为人师表，行业标准和学习。</w:t>
      </w:r>
      <w:r>
        <w:rPr>
          <w:lang w:eastAsia="zh-CN"/>
        </w:rPr>
        <w:br/>
      </w:r>
      <w:r>
        <w:rPr>
          <w:lang w:eastAsia="zh-CN"/>
        </w:rPr>
        <w:t>　　2，素质教育。教科研上下功夫。</w:t>
      </w:r>
      <w:r>
        <w:rPr>
          <w:lang w:eastAsia="zh-CN"/>
        </w:rPr>
        <w:br/>
      </w:r>
      <w:r>
        <w:rPr>
          <w:lang w:eastAsia="zh-CN"/>
        </w:rPr>
        <w:t>　　3，园长们的培训时间及老师培训时间。</w:t>
      </w:r>
      <w:r>
        <w:rPr>
          <w:lang w:eastAsia="zh-CN"/>
        </w:rPr>
        <w:br/>
      </w:r>
      <w:r>
        <w:rPr>
          <w:lang w:eastAsia="zh-CN"/>
        </w:rPr>
        <w:t>　　4，园长与老师共同学习《3&amp;&amp;6岁幼儿教育发展指南》等一系列安排事宜。</w:t>
      </w:r>
      <w:r>
        <w:rPr>
          <w:lang w:eastAsia="zh-CN"/>
        </w:rPr>
        <w:br/>
      </w:r>
      <w:r>
        <w:rPr>
          <w:lang w:eastAsia="zh-CN"/>
        </w:rPr>
        <w:t>　　接下来的是皇冠高园长为我们讲述的皇冠幼儿园一系列培训老师的学习及专业知识的提升。大约为下列几项：</w:t>
      </w:r>
      <w:r>
        <w:rPr>
          <w:lang w:eastAsia="zh-CN"/>
        </w:rPr>
        <w:br/>
      </w:r>
      <w:r>
        <w:rPr>
          <w:lang w:eastAsia="zh-CN"/>
        </w:rPr>
        <w:t>　　1.以师德建设为中心，以人为本的园本培训，并成立培训领导小组。</w:t>
      </w:r>
      <w:r>
        <w:rPr>
          <w:lang w:eastAsia="zh-CN"/>
        </w:rPr>
        <w:br/>
      </w:r>
      <w:r>
        <w:rPr>
          <w:lang w:eastAsia="zh-CN"/>
        </w:rPr>
        <w:t>　　2.建立各种制度，保证幼儿园质量。</w:t>
      </w:r>
      <w:r>
        <w:rPr>
          <w:lang w:eastAsia="zh-CN"/>
        </w:rPr>
        <w:br/>
      </w:r>
      <w:r>
        <w:rPr>
          <w:lang w:eastAsia="zh-CN"/>
        </w:rPr>
        <w:t>　　3.专家引导式学习，并分享相关活动。</w:t>
      </w:r>
      <w:r>
        <w:rPr>
          <w:lang w:eastAsia="zh-CN"/>
        </w:rPr>
        <w:br/>
      </w:r>
      <w:r>
        <w:rPr>
          <w:lang w:eastAsia="zh-CN"/>
        </w:rPr>
        <w:t>　　4.师德建设日，幼儿园教师的素质培养等。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紧接着是黄教授为我们讲解的如何创办幼儿园区角，从哪些方面入手，用什么方法可以更快速的引导孩子融入到我们所创办的区角中，分别从小中大三个年龄段来展。</w:t>
      </w:r>
      <w:r>
        <w:rPr>
          <w:lang w:eastAsia="zh-CN"/>
        </w:rPr>
        <w:br/>
      </w:r>
      <w:r>
        <w:rPr>
          <w:lang w:eastAsia="zh-CN"/>
        </w:rPr>
        <w:t>　　一，区角游戏的种类</w:t>
      </w:r>
      <w:r>
        <w:rPr>
          <w:lang w:eastAsia="zh-CN"/>
        </w:rPr>
        <w:br/>
      </w:r>
      <w:r>
        <w:rPr>
          <w:lang w:eastAsia="zh-CN"/>
        </w:rPr>
        <w:t>　　1.生活区：主要功能是通过各种生活的模仿性来发展孩子的编，系，扣，夹等基本生活的操作能力。</w:t>
      </w:r>
      <w:r>
        <w:rPr>
          <w:lang w:eastAsia="zh-CN"/>
        </w:rPr>
        <w:br/>
      </w:r>
      <w:r>
        <w:rPr>
          <w:lang w:eastAsia="zh-CN"/>
        </w:rPr>
        <w:t>　　2.语言区：主要是通过图书，图片，头饰等讲述，来发展孩子的观察能力和语言表达能力。</w:t>
      </w:r>
      <w:r>
        <w:rPr>
          <w:lang w:eastAsia="zh-CN"/>
        </w:rPr>
        <w:br/>
      </w:r>
      <w:r>
        <w:rPr>
          <w:lang w:eastAsia="zh-CN"/>
        </w:rPr>
        <w:t>　　3.美工区：主要功能是通过撕，粘贴，等操作方式来进行表现活动。</w:t>
      </w:r>
      <w:r>
        <w:rPr>
          <w:lang w:eastAsia="zh-CN"/>
        </w:rPr>
        <w:br/>
      </w:r>
      <w:r>
        <w:rPr>
          <w:lang w:eastAsia="zh-CN"/>
        </w:rPr>
        <w:t>　　4.科学区：通过各种生活小游戏及数学操作活动，从小培养孩子的探索科学兴趣的能力。</w:t>
      </w:r>
      <w:r>
        <w:rPr>
          <w:lang w:eastAsia="zh-CN"/>
        </w:rPr>
        <w:br/>
      </w:r>
      <w:r>
        <w:rPr>
          <w:lang w:eastAsia="zh-CN"/>
        </w:rPr>
        <w:t>　　5.建构区：通过积木搭拼搭，酸奶盒，易拉罐等来发展孩子的空间想象力。</w:t>
      </w:r>
      <w:r>
        <w:rPr>
          <w:lang w:eastAsia="zh-CN"/>
        </w:rPr>
        <w:br/>
      </w:r>
      <w:r>
        <w:rPr>
          <w:lang w:eastAsia="zh-CN"/>
        </w:rPr>
        <w:t>　　在这老师为我们讲述的是在一所幼儿园，大班的孩子们利用积木，几个小伙伴共同合作完成了一个天安门的造型。说明只要给孩子们充分的时间和空间，孩子们就会创造出根据自己想象来完成的作品。</w:t>
      </w:r>
      <w:r>
        <w:rPr>
          <w:lang w:eastAsia="zh-CN"/>
        </w:rPr>
        <w:br/>
      </w:r>
      <w:r>
        <w:rPr>
          <w:lang w:eastAsia="zh-CN"/>
        </w:rPr>
        <w:t>　　二：区角内容的设置</w:t>
      </w:r>
      <w:r>
        <w:rPr>
          <w:lang w:eastAsia="zh-CN"/>
        </w:rPr>
        <w:br/>
      </w:r>
      <w:r>
        <w:rPr>
          <w:lang w:eastAsia="zh-CN"/>
        </w:rPr>
        <w:t>　　1.根据孩子的年龄特点来创设区角。</w:t>
      </w:r>
      <w:r>
        <w:rPr>
          <w:lang w:eastAsia="zh-CN"/>
        </w:rPr>
        <w:br/>
      </w:r>
      <w:r>
        <w:rPr>
          <w:lang w:eastAsia="zh-CN"/>
        </w:rPr>
        <w:t>　　比如说：小班孩子的区角是较简单的东西，较直观的物体，让小班宝宝一看就知道怎样操作，一看就知道可以怎样玩。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大班的区角则可以稍难操作一点写上游戏规则，让孩子们自己阅读，自己操作，如我们第二主题开展的科学放大镜，就可以让孩子自己带着好奇心，自己去探索其中的奥秘，不懂得地方老师并给与解释。</w:t>
      </w:r>
      <w:r>
        <w:rPr>
          <w:lang w:eastAsia="zh-CN"/>
        </w:rPr>
        <w:br/>
      </w:r>
      <w:r>
        <w:rPr>
          <w:lang w:eastAsia="zh-CN"/>
        </w:rPr>
        <w:t>　　2.根据孩子的兴趣来开设区角。</w:t>
      </w:r>
      <w:r>
        <w:rPr>
          <w:lang w:eastAsia="zh-CN"/>
        </w:rPr>
        <w:br/>
      </w:r>
      <w:r>
        <w:rPr>
          <w:lang w:eastAsia="zh-CN"/>
        </w:rPr>
        <w:t>　　如：男孩子喜欢搭建区，用积木，奶盒，易拉罐，来搭建。则有的区域是女孩们喜欢的。用毛线通过编织，黏贴创造出美丽的图画。加上本次学习我已有幸参加了两次关于区角的培训了，在上一次的基础上我又巩固学习到了很多，在本班级开设的区角中穿插黄教授讲述的关于区角的几大要素，使我们班级的区角活动更鲜明，更切主题。</w:t>
      </w:r>
      <w:r>
        <w:rPr>
          <w:lang w:eastAsia="zh-CN"/>
        </w:rPr>
        <w:br/>
      </w:r>
      <w:r>
        <w:rPr>
          <w:lang w:eastAsia="zh-CN"/>
        </w:rPr>
        <w:t xml:space="preserve">    线上培训幼儿园总结 篇11 </w:t>
      </w:r>
      <w:r>
        <w:rPr>
          <w:lang w:eastAsia="zh-CN"/>
        </w:rPr>
        <w:br/>
      </w:r>
      <w:r>
        <w:rPr>
          <w:lang w:eastAsia="zh-CN"/>
        </w:rPr>
        <w:t>　　我是一名教师，在学校领导的安排下，此次有幸的参加了幼儿教师的远程培训。在这次培训中，收获颇多。学习的知识非常广，在这短短的一月里要领会、理解这些理论知识，还需在今后的幼儿教学中得以实践。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我们不管是小学教师，还是幼儿教师，我们面对的都是学生。现在的学生可谓家中之宝。通常是爷爷、奶奶、外公、外婆、爸爸、妈妈，看护这么一个孩子，生怕有一点照顾不到。市区孩子的家长们对于孩子选择哪所幼儿园时，总是左挑右选，考虑的因素很多。但无论是市区的家长，还是农村孩子的.家长，对哪个家长来说最希望的都是自己家的孩子能碰到一个爱孩子的老师。所以说要想家长满意，先要从爱孩子做起，这也是教师职业道德之一。都说孩子的感情是不会参假的，只要你付出并让孩子感受到了你的爱，他们就会用最纯的爱来回报你。</w:t>
      </w:r>
      <w:r>
        <w:rPr>
          <w:lang w:eastAsia="zh-CN"/>
        </w:rPr>
        <w:br/>
      </w:r>
      <w:r>
        <w:rPr>
          <w:lang w:eastAsia="zh-CN"/>
        </w:rPr>
        <w:t>　　在班级里总有一些表现好、表现不好的孩子。作为教师，我们是他们心里的秤杆，应该怎样称量，是由我们权衡。所以，我们不能有一点点马虎，稍微有一点偏心，所称量的结果是不正确的。</w:t>
      </w:r>
      <w:r>
        <w:rPr>
          <w:lang w:eastAsia="zh-CN"/>
        </w:rPr>
        <w:br/>
      </w:r>
      <w:r>
        <w:rPr>
          <w:lang w:eastAsia="zh-CN"/>
        </w:rPr>
        <w:t>　　记得有一次，我帮幼儿老师代课，在没有进幼儿班的时候，曾听幼儿班主任说过，她班的李冉是很不听话的孩子，上课的时候爱讲话、吃零食。正好那天，他们老师有事，让我去代课。我高高兴兴地去了班上，还没有走进教室，就听见一位女孩的叫喊声。当我走进去以后，才知道这声音正是李冉传出来的。我走到李冉桌前，说：“孩子，你叫喊什么呢？”李冉不屑一顾地说：“我们老师今天不来，万岁！”那时，我顿然惊讶，这么小的孩子，就这么不喜欢班主任吗？可能因为我不是他们的班主任，那节课孩子们表现都很乖，很顺利的结束了那堂课。但是，在课余休息的时候，李冉的话在我耳边回荡了很久。</w:t>
      </w:r>
      <w:r>
        <w:rPr>
          <w:lang w:eastAsia="zh-CN"/>
        </w:rPr>
        <w:br/>
      </w:r>
      <w:r>
        <w:rPr>
          <w:lang w:eastAsia="zh-CN"/>
        </w:rPr>
        <w:t>　　经过这次幼儿教师的培训，我更深刻的领会到了，一个人无论干什么都要有责任感，对自己负责，对他人负责，对工作负责。作为幼儿教师首先要爱孩子，爱本职工作，全身心的投入工作。书中曾这样说过：“要成为孩子的真正教育者，就是要把自己的心奉献给他们。”对孩子、对事业真诚。因此，要做到喜欢孩子要真心，是桥梁。如果不真心喜欢孩子，在教学工作中很难实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所以不要用片面的观点去评判每一个孩子，先在心里面下芥蒂。而是要宽容的对待它的存在，并针对不同的孩子，找到不同的方式方法和他进行交流、沟通。当然和孩子的家长进行沟通也很重要。及时沟通，仔细听取家长意见。孩子多数时间和家长生活在一起，对孩子的一些问题，家长最有发言权。作为教师要多听家长的意见，并针对意见做出反应。客观的评价孩子的优缺点。谈论孩子的缺点时，一点也看不到孩子的优点，总是向家长告状说孩子这也不是，那也不行。这往往使家长难以接受。</w:t>
      </w:r>
      <w:r>
        <w:rPr>
          <w:lang w:eastAsia="zh-CN"/>
        </w:rPr>
        <w:br/>
      </w:r>
      <w:r>
        <w:rPr>
          <w:lang w:eastAsia="zh-CN"/>
        </w:rPr>
        <w:t>　　作为幼儿教师，应客观的向家长告知孩子在幼儿园的情况，而不应该掺杂主观色彩和情绪。尽量用平和的语气，委婉的态度，一分为二的观点与家长交流。可以先向家长介绍一些孩子的优点，再说孩子不足之处或须改正的地方，这样，便于家长接受。</w:t>
      </w:r>
      <w:r>
        <w:rPr>
          <w:lang w:eastAsia="zh-CN"/>
        </w:rPr>
        <w:br/>
      </w:r>
      <w:r>
        <w:rPr>
          <w:lang w:eastAsia="zh-CN"/>
        </w:rPr>
        <w:t xml:space="preserve">    线上培训幼儿园总结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回顾一学期的园本研修工作，始终坚持以分层、分类施训思想为指导，以保证教师选择权为核心，遵循教师专业成长规律，以提高教师专业发展培训的系统性、针对性、有效性为切入口，常态化研修与特色研修相结合。在园领导的重视下，教科室的组织下，全体教师的支持与配合中圆满落幕：学期初，对浙江省教师培训管理平台上的84位教师进行分层、分级培训系统更新，使每一位老师都能够获得层次性、针对性的专业培训机会，完成选课任务；学期中，按照计划一一落实制定的各项研修项目的培训工作，同时根据大的教育教学计划进行及时的改善与跟进；学期末，90%的教师都参与了自主网络选课培训，获得学时，做好评价；100%的教师完成了12学时的培训内容；经过月评、学时考核，有20位教师获得了温州市机关一幼“园本教研学分制”优秀考核奖。</w:t>
      </w:r>
      <w:r>
        <w:rPr>
          <w:lang w:eastAsia="zh-CN"/>
        </w:rPr>
        <w:br/>
      </w:r>
      <w:r>
        <w:rPr>
          <w:lang w:eastAsia="zh-CN"/>
        </w:rPr>
        <w:t>　　一、我们的亮点</w:t>
      </w:r>
      <w:r>
        <w:rPr>
          <w:lang w:eastAsia="zh-CN"/>
        </w:rPr>
        <w:br/>
      </w:r>
      <w:r>
        <w:rPr>
          <w:lang w:eastAsia="zh-CN"/>
        </w:rPr>
        <w:t>　　（一）“主题式”园本实践月，实现常态化研修管理。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一月一主题，一主题一内容。”是我园持续开展的园本研修活动，让每个月都能够围绕一主题开展有效的园本研修项目，使教师在研修中更能体会到研修内容的主题性与具体化。九月份为“学习月”，组织全体教师参与了专题培训5次，其中师德培训2次，新教师培训1次，新课程培训1次，自主网络选课培训1次；实现了以德先行，从意识到行动，从理念到实践的培训路径；十月份为“优化月”；我们组织教师开展了1次的专业阅读——《通过游戏来教——教师观念与课堂实践》；通过书的章节的阅读，案例的分享，为下一阶段游戏化教学的教材编写做好准备；组织教师进行“走进儿童的游戏——如何有效记录与分析》系列化的专题研修活动，从三个研修小主题来实施；《走进儿童的游戏故事》、《如何进行定位区域观察》、《游戏故事分享》；通过系列化的研修活动开展，我们的老师学会了观察，学会了分析；从儿童本位来解读幼儿的游戏行为，并在十一月份开展的自主游戏视频案例评比中，将游戏故事演绎的十分精彩。十一月份为“展示月”；三个园区首次实现一主题同步开展“青年岗位大练兵”活动，业务园长与教科室携手，制定比赛规则，选定上课内容，做好等级评比等。将三个园区推出的第一名的上课教师再参加市级优质课评比，可喜的是，推选的执教者魏文云老师在市的优质课评比获得课堂教学与视频展示一等奖的好成绩。同时，我们还组织了一等奖获得者在三个园区进行滚动式教研，让每一位获奖教师都能够将自己的优秀展示出来，实现了“互帮互助互学互亨”的研修氛围。十二月份为“评估月”，通过班级幼儿的活动评估来折射教师的教育教学成效。本学期，我们以趣味活动为载体，来开展游戏化的评估。如全园开展的以“我是小小消防兵强身健体保家园”亲子趣味运动会，让孩子在玩的运动游戏中评估孩子动作的发展；以“新年音乐会”为主题的音乐评估，通过集体歌表演的形式来评估孩子的艺术表现能力等；“以我是小小读书郎”为主题的阅读节，在萌娃讲故事、绘本表演、好书推荐等活动中来评估孩子的语言发展能力以及社会交往能力等。让评价研究呈现特色化、个性化的发展。一月份的“分享月”；主要组织两项内容，对市级立项课题进行中期汇报展示、交流；对全体教师进行“经验分享交流”——“我的20__”，以成长为话题，大家各抒已见，畅所欲言，让经验获得分享，让成长获得体验，让教育收获幸福。</w:t>
      </w:r>
      <w:r>
        <w:rPr>
          <w:lang w:eastAsia="zh-CN"/>
        </w:rPr>
        <w:br/>
      </w:r>
      <w:r>
        <w:rPr>
          <w:lang w:eastAsia="zh-CN"/>
        </w:rPr>
        <w:t>　　（二）“分层、分类”项目研修，挖掘特色化研修的路径。</w:t>
      </w:r>
      <w:r>
        <w:rPr>
          <w:lang w:eastAsia="zh-CN"/>
        </w:rPr>
        <w:br/>
      </w:r>
      <w:r>
        <w:rPr>
          <w:lang w:eastAsia="zh-CN"/>
        </w:rPr>
        <w:t>　　本学期，根据省、市为进一步推进校本培训工作的新思路，新做法，我园也积极尝试开展“分层、分类”项目研修，依据教师的年龄结构来开展专业性与娱乐性的研修；依据教师的专业需求开展自助式与考核式的研修；依据教师的个性成长开展茶话式与批注式的研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1、专业性与娱乐性的研修满足了不同年龄层教师对培训的接受度。</w:t>
      </w:r>
      <w:r>
        <w:rPr>
          <w:lang w:eastAsia="zh-CN"/>
        </w:rPr>
        <w:br/>
      </w:r>
      <w:r>
        <w:rPr>
          <w:lang w:eastAsia="zh-CN"/>
        </w:rPr>
        <w:t>　　学期初，我们对教师进行了项目研修申请的表格记录调查，发现不同年龄层的教师对培训内容与形式都有不同的接受程度，年龄偏大也就是经验型的教师更加注重休闲点，技能型的培训主题，在培训中可以学习一些生活小窍门，或者体验生活的乐趣。于是我们本学期就开展了插花、制作月饼、生活中的消防常识等培训活动；而年轻的骨干教师他们则更喜欢专业性强一些的培训，通过培训可以给自己的专业带来帮助、提升自身素养的一些培训活动；于是我们就组织教师开展“游戏化教学”系列化研修活动，通过三部曲《走进儿童的游戏故事》、《如何进行定位区域观察》、《游戏故事分享》来开展研修，特别值得一提的是，凌素凡老师作为主编的《游戏故事》书籍在浙江人民出版社出版，我园的汪聘婷老师的案例也在书中刊出，可喜可贺。从接受度来选择研修活动，让教师体验到研修的快乐与自主，同时也感受到研修的人性化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2、自助式与考核式的研修从不同层面促进了教师的专业发展。所谓自助式就是教师根据自己的喜欢与专业级别来进行自主式选课培训，或者外出培训。而考核式就是教师在制度的规定下必须完成培训的任务。在我园，本学期自助式的培训主要包括网络培训与地市级、省级培训；我园教师根据自己的职称等级进行自主选课，较好的完成了自主选课的任务，在选课培训中获得专业发展；据初步统计，我园本学期共组织4个批次的教师外出学习，到上海学习项目化教学，到杭州学习游戏化教学、领域教学游戏化；到南京学习品牌建设等等，学习最新的理念，实施最强的策略。40周岁以上的老师考核式培训就是完成12学分的任务，包括听评课、讲座、评价研究等；而40周岁以下的教师则根据我园自制的“园本教研学分制”，包括集体备课、专题研讨、园本实践、团队建设等四项内容，每个月有教研组长统计，并上报给教科室，教科室再将其与月考核挂钩，交于园长室，此分作为我园特制的学分制，每年都会纳入教师的评优评先考核分中，以鼓励、督促教师来参与园本研修，提升专业发展。</w:t>
      </w:r>
      <w:r>
        <w:rPr>
          <w:lang w:eastAsia="zh-CN"/>
        </w:rPr>
        <w:br/>
      </w:r>
      <w:r>
        <w:rPr>
          <w:lang w:eastAsia="zh-CN"/>
        </w:rPr>
        <w:t>　　3、茶话式与批注式研修能够满足个性化发展，提升教师参与研修的积极性。</w:t>
      </w:r>
      <w:r>
        <w:rPr>
          <w:lang w:eastAsia="zh-CN"/>
        </w:rPr>
        <w:br/>
      </w:r>
    </w:p>
    <w:p w:rsidR="001B1F19" w14:textId="27C3F48A">
      <w:pPr>
        <w:rPr>
          <w:rFonts w:hint="eastAsia"/>
          <w:lang w:eastAsia="zh-CN"/>
        </w:rPr>
      </w:pPr>
      <w:r>
        <w:rPr>
          <w:lang w:eastAsia="zh-CN"/>
        </w:rPr>
        <w:t>　　茶话式研修就是大家围坐在一起，围绕某一话题进行十分钟左右的阐述交流。我园下午的园本教研活动中，我会利用大家10分钟的时间，每周一个话题，与大家逐一闲聊，在聊中发现问题、在聊中发现闪光点，在聊中产生共鸣，这也就是我将在下个学期提升为“项目故事”研修团队的内容。短短的一个学期开展下来，收取了很多典型的例子，也延长了很多有趣的故事，逐步实现了教师们的“不愿说到愿意说，从要我说到我要说”转变。所谓批注式研修主要是针对个体而言。每一次，我都会通过观察、约谈的方式，来了解教师缺什么，要求补什么；做好个性化的批注，并适时进行引导，利于他们发展。如周怡这位年轻老师有着较好的文采，喜欢问问题，也善于梳理。于是，我就带着她进行主题教材的编写；张瑶瑶老师想通过课题来获得专业的提升，于是，我就引导她通过课题申报；池瑞祥作为我园区唯一一位男教师，他喜欢上体育课，但是梳理能力不是很好，于是我就每周都会到他班级听课、评课，通过课堂教学来提升他的专业能力。茶话式与批注式研修是我们提出的一种新的、个性化的研修活动，还处在尝试阶段，将在下个学期进行完善。</w:t>
      </w:r>
      <w:r>
        <w:rPr>
          <w:lang w:eastAsia="zh-CN"/>
        </w:rPr>
        <w:br/>
      </w:r>
      <w:r>
        <w:rPr>
          <w:lang w:eastAsia="zh-CN"/>
        </w:rPr>
        <w:t>　　二、我们的收获</w:t>
      </w:r>
      <w:r>
        <w:rPr>
          <w:lang w:eastAsia="zh-CN"/>
        </w:rPr>
        <w:br/>
      </w:r>
      <w:r>
        <w:rPr>
          <w:lang w:eastAsia="zh-CN"/>
        </w:rPr>
        <w:t>　　通过一个学期有目的、有计划的实施园本研修，我园教师在课堂执教方面、课题研究方面、解读幼儿方面等都有了很大的进步。在全市论文评比中，我园选送的7篇论文全都获奖；在市立项课题成果评比中，我园选送的4个课题都获奖，其中二等奖2个，三等奖2个；在市级优质课评比中，我园选送的教师获得一等奖的好成绩。同时，我们两位老师分别获得市优秀教师、市园丁奖称号。这些都是园本研修扎实有效开展带来的成果，下个学期将会再接再厉，争取更大的成绩！</w:t>
      </w:r>
      <w:r>
        <w:rPr>
          <w:lang w:eastAsia="zh-CN"/>
        </w:rPr>
        <w:br/>
      </w:r>
      <w:r>
        <w:rPr>
          <w:lang w:eastAsia="zh-CN"/>
        </w:rPr>
        <w:t>　　三、我们的思考</w:t>
      </w:r>
      <w:r>
        <w:rPr>
          <w:lang w:eastAsia="zh-CN"/>
        </w:rPr>
        <w:br/>
      </w:r>
      <w:r>
        <w:rPr>
          <w:lang w:eastAsia="zh-CN"/>
        </w:rPr>
        <w:t>　　虽然在这个学期里，我们的全体教师都圆满修完了12学时，也参加了不同形式的项目研修，取得了较好的成效。但，我也认识到一些不足，将在下个学期努力完善：</w:t>
      </w:r>
      <w:r>
        <w:rPr>
          <w:lang w:eastAsia="zh-CN"/>
        </w:rPr>
        <w:br/>
      </w:r>
      <w:r>
        <w:rPr>
          <w:lang w:eastAsia="zh-CN"/>
        </w:rPr>
        <w:t>　　1、尝试申报园本研修课程研究，并进行实施与资料收集、梳理。</w:t>
      </w:r>
      <w:r>
        <w:rPr>
          <w:lang w:eastAsia="zh-CN"/>
        </w:rPr>
        <w:br/>
      </w:r>
      <w:r>
        <w:rPr>
          <w:lang w:eastAsia="zh-CN"/>
        </w:rPr>
        <w:t>　　2、将主题式的园本实践月开展更加接地气，更有特色。</w:t>
      </w:r>
      <w:r>
        <w:rPr>
          <w:lang w:eastAsia="zh-CN"/>
        </w:rPr>
        <w:br/>
      </w:r>
      <w:r>
        <w:rPr>
          <w:lang w:eastAsia="zh-CN"/>
        </w:rPr>
        <w:t>　　3、更加及时更新教科室博客资料，呈现新、全的面貌。</w:t>
      </w:r>
      <w:r>
        <w:rPr>
          <w:lang w:eastAsia="zh-CN"/>
        </w:rPr>
        <w:br/>
      </w:r>
      <w:r>
        <w:rPr>
          <w:lang w:eastAsia="zh-CN"/>
        </w:rPr>
        <w:t xml:space="preserve">    线上培训幼儿园总结 篇13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https://d.book118.com/756052113111010101</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56052113111010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