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学生会新工作计划范文（35篇）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学生会新工作计划范文（通用35篇）</w:t>
      </w:r>
      <w:r>
        <w:rPr>
          <w:lang w:eastAsia="zh-CN"/>
        </w:rPr>
        <w:br/>
      </w:r>
      <w:r>
        <w:rPr>
          <w:lang w:eastAsia="zh-CN"/>
        </w:rPr>
        <w:t xml:space="preserve">    学生会新工作计划范文 篇1 </w:t>
      </w:r>
      <w:r>
        <w:rPr>
          <w:lang w:eastAsia="zh-CN"/>
        </w:rPr>
        <w:br/>
      </w:r>
      <w:r>
        <w:rPr>
          <w:lang w:eastAsia="zh-CN"/>
        </w:rPr>
        <w:t>　　一、工作职责</w:t>
      </w:r>
      <w:r>
        <w:rPr>
          <w:lang w:eastAsia="zh-CN"/>
        </w:rPr>
        <w:br/>
      </w:r>
      <w:r>
        <w:rPr>
          <w:lang w:eastAsia="zh-CN"/>
        </w:rPr>
        <w:t>　　我系体育部是我系学生会的主要部门之一，其主要工作职责是：</w:t>
      </w:r>
      <w:r>
        <w:rPr>
          <w:lang w:eastAsia="zh-CN"/>
        </w:rPr>
        <w:br/>
      </w:r>
      <w:r>
        <w:rPr>
          <w:lang w:eastAsia="zh-CN"/>
        </w:rPr>
        <w:t>　　1、积极策划组织各项体育活动。</w:t>
      </w:r>
      <w:r>
        <w:rPr>
          <w:lang w:eastAsia="zh-CN"/>
        </w:rPr>
        <w:br/>
      </w:r>
      <w:r>
        <w:rPr>
          <w:lang w:eastAsia="zh-CN"/>
        </w:rPr>
        <w:t>　　2、督促、协调学生社团联合会各体育类社团开展各项体育活动。</w:t>
      </w:r>
      <w:r>
        <w:rPr>
          <w:lang w:eastAsia="zh-CN"/>
        </w:rPr>
        <w:br/>
      </w:r>
      <w:r>
        <w:rPr>
          <w:lang w:eastAsia="zh-CN"/>
        </w:rPr>
        <w:t>　　3、协助团委、学生会其他部门开展工作。</w:t>
      </w:r>
      <w:r>
        <w:rPr>
          <w:lang w:eastAsia="zh-CN"/>
        </w:rPr>
        <w:br/>
      </w:r>
      <w:r>
        <w:rPr>
          <w:lang w:eastAsia="zh-CN"/>
        </w:rPr>
        <w:t>　　二、工作分类</w:t>
      </w:r>
      <w:r>
        <w:rPr>
          <w:lang w:eastAsia="zh-CN"/>
        </w:rPr>
        <w:br/>
      </w:r>
      <w:r>
        <w:rPr>
          <w:lang w:eastAsia="zh-CN"/>
        </w:rPr>
        <w:t>　　体育部工作具有工作时间相对集中、工作强度大、工作针对性强等一系列特点。其主要可以分为院学生运动会院篮球比赛、院排球比赛、院拔河比赛等，以及执行团委学生会所给予的各项任务。</w:t>
      </w:r>
      <w:r>
        <w:rPr>
          <w:lang w:eastAsia="zh-CN"/>
        </w:rPr>
        <w:br/>
      </w:r>
      <w:r>
        <w:rPr>
          <w:lang w:eastAsia="zh-CN"/>
        </w:rPr>
        <w:t>　　三、具体部分的计划内容</w:t>
      </w:r>
      <w:r>
        <w:rPr>
          <w:lang w:eastAsia="zh-CN"/>
        </w:rPr>
        <w:br/>
      </w:r>
      <w:r>
        <w:rPr>
          <w:lang w:eastAsia="zh-CN"/>
        </w:rPr>
        <w:t>　　系新生篮球比赛。</w:t>
      </w:r>
      <w:r>
        <w:rPr>
          <w:lang w:eastAsia="zh-CN"/>
        </w:rPr>
        <w:br/>
      </w:r>
      <w:r>
        <w:rPr>
          <w:lang w:eastAsia="zh-CN"/>
        </w:rPr>
        <w:t>　　为增进我系各班学生之间的交流，由体育部举办院__年新生篮球赛。届时，我部将向学校相关部门请批场地；同时对各班级进行宣传。积极组织，周密准备，合理安排，公平裁判。保证球赛公平公正，并且达到促进学生友谊，增加我系运动健身的良好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同时我们还会举办系羽毛球比赛，系乒乓球比赛等一系列活动以丰富同学们的校园生活并加强各班间的联系与合作。</w:t>
      </w:r>
      <w:r>
        <w:rPr>
          <w:lang w:eastAsia="zh-CN"/>
        </w:rPr>
        <w:br/>
      </w:r>
      <w:r>
        <w:rPr>
          <w:lang w:eastAsia="zh-CN"/>
        </w:rPr>
        <w:t>　　本学期其它时间体育部将随时待命，根据团委学生会所下达的各项命令，积极完成。对于其他部门的工作，体育部也将尽力配合，使学生会的工作得以更顺利的进行。</w:t>
      </w:r>
      <w:r>
        <w:rPr>
          <w:lang w:eastAsia="zh-CN"/>
        </w:rPr>
        <w:br/>
      </w:r>
      <w:r>
        <w:rPr>
          <w:lang w:eastAsia="zh-CN"/>
        </w:rPr>
        <w:t>　　四、备注</w:t>
      </w:r>
      <w:r>
        <w:rPr>
          <w:lang w:eastAsia="zh-CN"/>
        </w:rPr>
        <w:br/>
      </w:r>
      <w:r>
        <w:rPr>
          <w:lang w:eastAsia="zh-CN"/>
        </w:rPr>
        <w:t>　　由于目前系工作的具体日程没有定下，所以只能参考往届体育部的工作时间来确定工作进度，如与现实有出入，以现实情况另行制定相应的活动策划书。</w:t>
      </w:r>
      <w:r>
        <w:rPr>
          <w:lang w:eastAsia="zh-CN"/>
        </w:rPr>
        <w:br/>
      </w:r>
      <w:r>
        <w:rPr>
          <w:lang w:eastAsia="zh-CN"/>
        </w:rPr>
        <w:t xml:space="preserve">    学生会新工作计划范文 篇2 </w:t>
      </w:r>
      <w:r>
        <w:rPr>
          <w:lang w:eastAsia="zh-CN"/>
        </w:rPr>
        <w:br/>
      </w:r>
      <w:r>
        <w:rPr>
          <w:lang w:eastAsia="zh-CN"/>
        </w:rPr>
        <w:t>　　　　一、招新目的</w:t>
      </w:r>
      <w:r>
        <w:rPr>
          <w:lang w:eastAsia="zh-CN"/>
        </w:rPr>
        <w:br/>
      </w:r>
      <w:r>
        <w:rPr>
          <w:lang w:eastAsia="zh-CN"/>
        </w:rPr>
        <w:t>　　新的学期开始，为了扩充学校学生会的力量，给广大同学施展自己才华和抱负、提升自己能力的机会。</w:t>
      </w:r>
      <w:r>
        <w:rPr>
          <w:lang w:eastAsia="zh-CN"/>
        </w:rPr>
        <w:br/>
      </w:r>
      <w:r>
        <w:rPr>
          <w:lang w:eastAsia="zh-CN"/>
        </w:rPr>
        <w:t>　　二、招新对象</w:t>
      </w:r>
      <w:r>
        <w:rPr>
          <w:lang w:eastAsia="zh-CN"/>
        </w:rPr>
        <w:br/>
      </w:r>
      <w:r>
        <w:rPr>
          <w:lang w:eastAsia="zh-CN"/>
        </w:rPr>
        <w:t>　　有一定管理能力，愿意牺牲自己为学校做贡献的初一同学。</w:t>
      </w:r>
      <w:r>
        <w:rPr>
          <w:lang w:eastAsia="zh-CN"/>
        </w:rPr>
        <w:br/>
      </w:r>
      <w:r>
        <w:rPr>
          <w:lang w:eastAsia="zh-CN"/>
        </w:rPr>
        <w:t>　　三、招新时间、地点</w:t>
      </w:r>
      <w:r>
        <w:rPr>
          <w:lang w:eastAsia="zh-CN"/>
        </w:rPr>
        <w:br/>
      </w:r>
      <w:r>
        <w:rPr>
          <w:lang w:eastAsia="zh-CN"/>
        </w:rPr>
        <w:t>　　1、时间：20__年_年_日</w:t>
      </w:r>
      <w:r>
        <w:rPr>
          <w:lang w:eastAsia="zh-CN"/>
        </w:rPr>
        <w:br/>
      </w:r>
      <w:r>
        <w:rPr>
          <w:lang w:eastAsia="zh-CN"/>
        </w:rPr>
        <w:t>　　2、地点：</w:t>
      </w:r>
      <w:r>
        <w:rPr>
          <w:lang w:eastAsia="zh-CN"/>
        </w:rPr>
        <w:br/>
      </w:r>
      <w:r>
        <w:rPr>
          <w:lang w:eastAsia="zh-CN"/>
        </w:rPr>
        <w:t>　　四、招新要求</w:t>
      </w:r>
      <w:r>
        <w:rPr>
          <w:lang w:eastAsia="zh-CN"/>
        </w:rPr>
        <w:br/>
      </w:r>
      <w:r>
        <w:rPr>
          <w:lang w:eastAsia="zh-CN"/>
        </w:rPr>
        <w:t>　　1、承认学生会章程，自觉遵守学生会各项规章制度。</w:t>
      </w:r>
      <w:r>
        <w:rPr>
          <w:lang w:eastAsia="zh-CN"/>
        </w:rPr>
        <w:br/>
      </w:r>
      <w:r>
        <w:rPr>
          <w:lang w:eastAsia="zh-CN"/>
        </w:rPr>
        <w:t>　　2、思想品德好，工作积极主动，耐心细心，责任心强，肯吃苦耐劳。</w:t>
      </w:r>
      <w:r>
        <w:rPr>
          <w:lang w:eastAsia="zh-CN"/>
        </w:rPr>
        <w:br/>
      </w:r>
      <w:r>
        <w:rPr>
          <w:lang w:eastAsia="zh-CN"/>
        </w:rPr>
        <w:t>　　3、有一定的自我锻炼，自我管理意识，有组织能力。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4、具有团队合作精神，能够积极主动向组织靠拢，能够很好的处理学习好</w:t>
      </w:r>
      <w:r>
        <w:rPr>
          <w:lang w:eastAsia="zh-CN"/>
        </w:rPr>
        <w:br/>
      </w:r>
      <w:r>
        <w:rPr>
          <w:lang w:eastAsia="zh-CN"/>
        </w:rPr>
        <w:t>　　人工作之间的关系。</w:t>
      </w:r>
      <w:r>
        <w:rPr>
          <w:lang w:eastAsia="zh-CN"/>
        </w:rPr>
        <w:br/>
      </w:r>
      <w:r>
        <w:rPr>
          <w:lang w:eastAsia="zh-CN"/>
        </w:rPr>
        <w:t>　　5、按时到岗、参加例会</w:t>
      </w:r>
      <w:r>
        <w:rPr>
          <w:lang w:eastAsia="zh-CN"/>
        </w:rPr>
        <w:br/>
      </w:r>
      <w:r>
        <w:rPr>
          <w:lang w:eastAsia="zh-CN"/>
        </w:rPr>
        <w:t>　　五、招新大会</w:t>
      </w:r>
      <w:r>
        <w:rPr>
          <w:lang w:eastAsia="zh-CN"/>
        </w:rPr>
        <w:br/>
      </w:r>
      <w:r>
        <w:rPr>
          <w:lang w:eastAsia="zh-CN"/>
        </w:rPr>
        <w:t>　　1、向同学们介绍考评部</w:t>
      </w:r>
      <w:r>
        <w:rPr>
          <w:lang w:eastAsia="zh-CN"/>
        </w:rPr>
        <w:br/>
      </w:r>
      <w:r>
        <w:rPr>
          <w:lang w:eastAsia="zh-CN"/>
        </w:rPr>
        <w:t>　　学生会考评部是一个以检查学院纪律工作，服务广大学生为主要目的的部门，本部与其他部门配合组织大型活动，并对活动现场进行秩序维护，为大型活动的顺利进行提供强有力的保障;与文艺部、宣传部进行良好的配合;协助老师对本系的早晚自习进行考勤，并查处不和谐不文明行为，为同学们提供一个良好的学习生活环境。</w:t>
      </w:r>
      <w:r>
        <w:rPr>
          <w:lang w:eastAsia="zh-CN"/>
        </w:rPr>
        <w:br/>
      </w:r>
      <w:r>
        <w:rPr>
          <w:lang w:eastAsia="zh-CN"/>
        </w:rPr>
        <w:t>　　2、招新要求</w:t>
      </w:r>
      <w:r>
        <w:rPr>
          <w:lang w:eastAsia="zh-CN"/>
        </w:rPr>
        <w:br/>
      </w:r>
      <w:r>
        <w:rPr>
          <w:lang w:eastAsia="zh-CN"/>
        </w:rPr>
        <w:t>　　●良好的团队协作能力，服从分工，同时能够经常对部门工作提出好的建议。</w:t>
      </w:r>
      <w:r>
        <w:rPr>
          <w:lang w:eastAsia="zh-CN"/>
        </w:rPr>
        <w:br/>
      </w:r>
      <w:r>
        <w:rPr>
          <w:lang w:eastAsia="zh-CN"/>
        </w:rPr>
        <w:t>　　●做事细致认真，责任心强，有实干精神。</w:t>
      </w:r>
      <w:r>
        <w:rPr>
          <w:lang w:eastAsia="zh-CN"/>
        </w:rPr>
        <w:br/>
      </w:r>
      <w:r>
        <w:rPr>
          <w:lang w:eastAsia="zh-CN"/>
        </w:rPr>
        <w:t>　　●良好的组织纪律观，严于律己，作风正派。</w:t>
      </w:r>
      <w:r>
        <w:rPr>
          <w:lang w:eastAsia="zh-CN"/>
        </w:rPr>
        <w:br/>
      </w:r>
      <w:r>
        <w:rPr>
          <w:lang w:eastAsia="zh-CN"/>
        </w:rPr>
        <w:t>　　●积极乐观，处事有礼有节，落落大方。</w:t>
      </w:r>
      <w:r>
        <w:rPr>
          <w:lang w:eastAsia="zh-CN"/>
        </w:rPr>
        <w:br/>
      </w:r>
      <w:r>
        <w:rPr>
          <w:lang w:eastAsia="zh-CN"/>
        </w:rPr>
        <w:t>　　●要律人先律己，敢作敢为敢说，更要讲求语言的艺术。</w:t>
      </w:r>
      <w:r>
        <w:rPr>
          <w:lang w:eastAsia="zh-CN"/>
        </w:rPr>
        <w:br/>
      </w:r>
      <w:r>
        <w:rPr>
          <w:lang w:eastAsia="zh-CN"/>
        </w:rPr>
        <w:t>　　3、考评部有门岗组、车库组、小卖部组、课间操组、眼操组。</w:t>
      </w:r>
      <w:r>
        <w:rPr>
          <w:lang w:eastAsia="zh-CN"/>
        </w:rPr>
        <w:br/>
      </w:r>
      <w:r>
        <w:rPr>
          <w:lang w:eastAsia="zh-CN"/>
        </w:rPr>
        <w:t>　　4、有意参加考评部的同学，要上交申请书写简单的自我介绍，内容包括姓名、班级、手机号、邮箱、在班中担任职务、参加考评部的原因等，内容自己发挥。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5、申请书在_月日前交给</w:t>
      </w:r>
      <w:r>
        <w:rPr>
          <w:lang w:eastAsia="zh-CN"/>
        </w:rPr>
        <w:br/>
      </w:r>
      <w:r>
        <w:rPr>
          <w:lang w:eastAsia="zh-CN"/>
        </w:rPr>
        <w:t>　　6、被录取的同学会收到短信通知，并且要按照要求按时参加例会</w:t>
      </w:r>
      <w:r>
        <w:rPr>
          <w:lang w:eastAsia="zh-CN"/>
        </w:rPr>
        <w:br/>
      </w:r>
      <w:r>
        <w:rPr>
          <w:lang w:eastAsia="zh-CN"/>
        </w:rPr>
        <w:t xml:space="preserve">    学生会新工作计划范文 篇3 </w:t>
      </w:r>
      <w:r>
        <w:rPr>
          <w:lang w:eastAsia="zh-CN"/>
        </w:rPr>
        <w:br/>
      </w:r>
      <w:r>
        <w:rPr>
          <w:lang w:eastAsia="zh-CN"/>
        </w:rPr>
        <w:t>　　为选拔出高效、认真负责的秘书部成员，更好的完成学生会工作，秘书部决定在中挑选出_位优秀的学生成为新一届秘书部成员。招新计划如下：</w:t>
      </w:r>
      <w:r>
        <w:rPr>
          <w:lang w:eastAsia="zh-CN"/>
        </w:rPr>
        <w:br/>
      </w:r>
      <w:r>
        <w:rPr>
          <w:lang w:eastAsia="zh-CN"/>
        </w:rPr>
        <w:t>　　一、负责人</w:t>
      </w:r>
      <w:r>
        <w:rPr>
          <w:lang w:eastAsia="zh-CN"/>
        </w:rPr>
        <w:br/>
      </w:r>
      <w:r>
        <w:rPr>
          <w:lang w:eastAsia="zh-CN"/>
        </w:rPr>
        <w:t>　　招新负责人：(部长)</w:t>
      </w:r>
      <w:r>
        <w:rPr>
          <w:lang w:eastAsia="zh-CN"/>
        </w:rPr>
        <w:br/>
      </w:r>
      <w:r>
        <w:rPr>
          <w:lang w:eastAsia="zh-CN"/>
        </w:rPr>
        <w:t>　　指导老师：</w:t>
      </w:r>
      <w:r>
        <w:rPr>
          <w:lang w:eastAsia="zh-CN"/>
        </w:rPr>
        <w:br/>
      </w:r>
      <w:r>
        <w:rPr>
          <w:lang w:eastAsia="zh-CN"/>
        </w:rPr>
        <w:t>　　二、时间及地点</w:t>
      </w:r>
      <w:r>
        <w:rPr>
          <w:lang w:eastAsia="zh-CN"/>
        </w:rPr>
        <w:br/>
      </w:r>
      <w:r>
        <w:rPr>
          <w:lang w:eastAsia="zh-CN"/>
        </w:rPr>
        <w:t>　　报名时间：__年__月__日</w:t>
      </w:r>
      <w:r>
        <w:rPr>
          <w:lang w:eastAsia="zh-CN"/>
        </w:rPr>
        <w:br/>
      </w:r>
      <w:r>
        <w:rPr>
          <w:lang w:eastAsia="zh-CN"/>
        </w:rPr>
        <w:t>　　面试时间：__年__月__日</w:t>
      </w:r>
      <w:r>
        <w:rPr>
          <w:lang w:eastAsia="zh-CN"/>
        </w:rPr>
        <w:br/>
      </w:r>
      <w:r>
        <w:rPr>
          <w:lang w:eastAsia="zh-CN"/>
        </w:rPr>
        <w:t>　　地点：</w:t>
      </w:r>
      <w:r>
        <w:rPr>
          <w:lang w:eastAsia="zh-CN"/>
        </w:rPr>
        <w:br/>
      </w:r>
      <w:r>
        <w:rPr>
          <w:lang w:eastAsia="zh-CN"/>
        </w:rPr>
        <w:t>　　三、主要面对人群</w:t>
      </w:r>
      <w:r>
        <w:rPr>
          <w:lang w:eastAsia="zh-CN"/>
        </w:rPr>
        <w:br/>
      </w:r>
      <w:r>
        <w:rPr>
          <w:lang w:eastAsia="zh-CN"/>
        </w:rPr>
        <w:t>　　全体学生</w:t>
      </w:r>
      <w:r>
        <w:rPr>
          <w:lang w:eastAsia="zh-CN"/>
        </w:rPr>
        <w:br/>
      </w:r>
      <w:r>
        <w:rPr>
          <w:lang w:eastAsia="zh-CN"/>
        </w:rPr>
        <w:t>　　四、预计新成员人数</w:t>
      </w:r>
      <w:r>
        <w:rPr>
          <w:lang w:eastAsia="zh-CN"/>
        </w:rPr>
        <w:br/>
      </w:r>
      <w:r>
        <w:rPr>
          <w:lang w:eastAsia="zh-CN"/>
        </w:rPr>
        <w:t>　　__人</w:t>
      </w:r>
      <w:r>
        <w:rPr>
          <w:lang w:eastAsia="zh-CN"/>
        </w:rPr>
        <w:br/>
      </w:r>
      <w:r>
        <w:rPr>
          <w:lang w:eastAsia="zh-CN"/>
        </w:rPr>
        <w:t>　　五、新成员入选条件及评分标准</w:t>
      </w:r>
      <w:r>
        <w:rPr>
          <w:lang w:eastAsia="zh-CN"/>
        </w:rPr>
        <w:br/>
      </w:r>
      <w:r>
        <w:rPr>
          <w:lang w:eastAsia="zh-CN"/>
        </w:rPr>
        <w:t>　　1.熟悉对电子文件的处理。(包括 building</w:t>
      </w:r>
      <w:r>
        <w:rPr>
          <w:lang w:eastAsia="zh-CN"/>
        </w:rPr>
        <w:br/>
      </w:r>
      <w:r>
        <w:rPr>
          <w:lang w:eastAsia="zh-CN"/>
        </w:rPr>
        <w:t>　　1、 目的：为了促进各部门之间的合作交流，培养所有成员间融洽和睦的氛围，定期举办一些内部联谊活动。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 形式和内容：(只是一些初步设想，等活动具体开展时也许会有所变动，尽量以新颖好玩为主，但是需要一定经费支持)</w:t>
      </w:r>
      <w:r>
        <w:rPr>
          <w:lang w:eastAsia="zh-CN"/>
        </w:rPr>
        <w:br/>
      </w:r>
      <w:r>
        <w:rPr>
          <w:lang w:eastAsia="zh-CN"/>
        </w:rPr>
        <w:t>　　(1) 定向越野活动：研会各部门成员随机编组，参加室外素质拓展。</w:t>
      </w:r>
      <w:r>
        <w:rPr>
          <w:lang w:eastAsia="zh-CN"/>
        </w:rPr>
        <w:br/>
      </w:r>
      <w:r>
        <w:rPr>
          <w:lang w:eastAsia="zh-CN"/>
        </w:rPr>
        <w:t>　　(2) 趣味运动会：比如五人六脚、跳绳、踢毽子之类的，不仅增加娱乐性，还可为校运动会提前做好准备。</w:t>
      </w:r>
      <w:r>
        <w:rPr>
          <w:lang w:eastAsia="zh-CN"/>
        </w:rPr>
        <w:br/>
      </w:r>
      <w:r>
        <w:rPr>
          <w:lang w:eastAsia="zh-CN"/>
        </w:rPr>
        <w:t>　　3、 参加人员：鉴于经院五系一所，除了院研会之外，还有系研会，建议加强相互之间的联系，活动可动员院内所有研会成员参与，一方面可以加深了解，另一方面可以促进以后工作的顺利开展。</w:t>
      </w:r>
      <w:r>
        <w:rPr>
          <w:lang w:eastAsia="zh-CN"/>
        </w:rPr>
        <w:br/>
      </w:r>
      <w:r>
        <w:rPr>
          <w:lang w:eastAsia="zh-CN"/>
        </w:rPr>
        <w:t>　　(三) 干训班(第二学期)</w:t>
      </w:r>
      <w:r>
        <w:rPr>
          <w:lang w:eastAsia="zh-CN"/>
        </w:rPr>
        <w:br/>
      </w:r>
      <w:r>
        <w:rPr>
          <w:lang w:eastAsia="zh-CN"/>
        </w:rPr>
        <w:t>　　一、 时间：五月初至六月中旬</w:t>
      </w:r>
      <w:r>
        <w:rPr>
          <w:lang w:eastAsia="zh-CN"/>
        </w:rPr>
        <w:br/>
      </w:r>
      <w:r>
        <w:rPr>
          <w:lang w:eastAsia="zh-CN"/>
        </w:rPr>
        <w:t>　　二、 具体分为三到四个活动，具体形式需要届时再讨论策划，一方面是为了避免由于时间急促不能策划出新颖创意的活动形式，另一方面也是为了让未来的新成员也有充分参与的机会。具体策划书在活动开展前提交。</w:t>
      </w:r>
      <w:r>
        <w:rPr>
          <w:lang w:eastAsia="zh-CN"/>
        </w:rPr>
        <w:br/>
      </w:r>
      <w:r>
        <w:rPr>
          <w:lang w:eastAsia="zh-CN"/>
        </w:rPr>
        <w:t xml:space="preserve">    学生会新工作计划范文 篇4 </w:t>
      </w:r>
      <w:r>
        <w:rPr>
          <w:lang w:eastAsia="zh-CN"/>
        </w:rPr>
        <w:br/>
      </w:r>
      <w:r>
        <w:rPr>
          <w:lang w:eastAsia="zh-CN"/>
        </w:rPr>
        <w:t>　　就是同学们当中的先锋队，学生会扎根于校园之中。学生会自成立的那一天起。肩负着为全校广大同学服务的重任。新的一年里，学生会的全体成员，一定会紧密的团结在一起，众志成城，奋发图强，向着建设一届优秀的学生会的目标迈进，共创美好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转眼间，时光如白驹过隙般飞快。文晖中学已成立一个年头。这岁末的寒冬里，文晖中学第一届学生会成立了这对于文晖中学的历史来说有重要意义，因为它终究开创了文晖中学的一个“第一”暮气蓬勃的学生会这艘大船上才刚刚起航。虽然有些匆促，但是回尽力去做的都相信，时间会检验一切。</w:t>
      </w:r>
      <w:r>
        <w:rPr>
          <w:lang w:eastAsia="zh-CN"/>
        </w:rPr>
        <w:br/>
      </w:r>
      <w:r>
        <w:rPr>
          <w:lang w:eastAsia="zh-CN"/>
        </w:rPr>
        <w:t>　　只不过完成了一个从无到有的过程。一切对于我来说，对于新一届学生会来说。都是崭新的新一届学生会是基础单薄的情况下成立的`因此，新一年的工作，首先要把学生会的结构完善。这也是眼下工作的当务之急，应着力去完成。各个部门应及时招募干事，社团部下属的各个社团要及时成立等等。学生会作为学生们自己的组织，应以为同学们服务为己任。这些的前提条件就是学生会是完整的因为只有一个完善的机构，才干更好地为广大同学服务。</w:t>
      </w:r>
      <w:r>
        <w:rPr>
          <w:lang w:eastAsia="zh-CN"/>
        </w:rPr>
        <w:br/>
      </w:r>
      <w:r>
        <w:rPr>
          <w:lang w:eastAsia="zh-CN"/>
        </w:rPr>
        <w:t>　　把属于自己的工作有声有色地赶起来。工作中，接下来各个部门应落实行动。各个部门要及时地制定工作计划。要积极探索，勇于实践，为文晖中学的校园文化做出贡献，以饱满的工作热情，奋发向上的精神，打造一届有特色的学生会，使老师放心，同学满意，为文晖中学的学生会开一个好头。</w:t>
      </w:r>
      <w:r>
        <w:rPr>
          <w:lang w:eastAsia="zh-CN"/>
        </w:rPr>
        <w:br/>
      </w:r>
      <w:r>
        <w:rPr>
          <w:lang w:eastAsia="zh-CN"/>
        </w:rPr>
        <w:t>　　新一届学生会工作要本着以下几项原则：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坚持科学的方法。引导同学们树立正确的人生观、价值观、世界观。青少年是祖国的花朵，民族的希望。处于花季的正被各种思想观念冲击着。新一年的工作，要从实际出发，结合校园政治文化特点，营造积极向上的理论学习气氛，这也是学生会配合学校开展各项活动的重要方向和根本目标。学生会作为学生们自己的组织，要切实做好广大同学的思想政治工作，团结带领广大同学在新的时期里努力学习，扎实工作，经受锻炼，增长才干，同学们维护国家利益热情得以激发，从而增强同学们民族自豪感、自信心时代赋予的使命感。</w:t>
      </w:r>
      <w:r>
        <w:rPr>
          <w:lang w:eastAsia="zh-CN"/>
        </w:rPr>
        <w:br/>
      </w:r>
      <w:r>
        <w:rPr>
          <w:lang w:eastAsia="zh-CN"/>
        </w:rPr>
        <w:t>　　充分发挥学生会桥梁、纽带作用。进一步加强学校与学生之间的联系与沟通，解决实际问题，维护广大同学的权益。学生会作为学校与学生间用来沟通的重要组织，要充分发挥其自身接触面广的特点，促进学校与学生间的进一步联系。工作中，要关心同学生活，解同学需求，对同学们意见及时反馈，解决同学们实际问题，本着全心全意为同学服务的宗旨，力争赢得老师与同学的一致认可。</w:t>
      </w:r>
      <w:r>
        <w:rPr>
          <w:lang w:eastAsia="zh-CN"/>
        </w:rPr>
        <w:br/>
      </w:r>
      <w:r>
        <w:rPr>
          <w:lang w:eastAsia="zh-CN"/>
        </w:rPr>
        <w:t>　　开展丰富多彩的校园文化活动。建议创新精神，培养发明能力，促进我校学生全面发展。学生会要紧密围绕素质教育，结合学校的实际工作，广泛开展校园文化建设，努力打造品牌活动，不时开拓创新，争取在同学们当中赢得良好的声誉。</w:t>
      </w:r>
      <w:r>
        <w:rPr>
          <w:lang w:eastAsia="zh-CN"/>
        </w:rPr>
        <w:br/>
      </w:r>
      <w:r>
        <w:rPr>
          <w:lang w:eastAsia="zh-CN"/>
        </w:rPr>
        <w:t>　　加强学生会的自身建设。不时提高学生会干部的整体素质增强组织的战斗力和凝聚力，第四。形成暮气蓬勃、奋发向上的工作氛围，保证学生会各项工作的顺利开展。</w:t>
      </w:r>
      <w:r>
        <w:rPr>
          <w:lang w:eastAsia="zh-CN"/>
        </w:rPr>
        <w:br/>
      </w:r>
      <w:r>
        <w:rPr>
          <w:lang w:eastAsia="zh-CN"/>
        </w:rPr>
        <w:t>　　学生会作为学生们自己的组织。要健全民主制度，扩大学生的有序参与，各项工作都要由学生会全体成员讨论决定。每月学生会都要召开例会，各部门及局部干事都要准时参加，及时布置工作，不脱离实际的校园、社会情况，迎合同学们普遍心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应以丰富校园文化生活，新一届学生会各部门的工作以开展活动为主。提高全体同学素质，开拓全体同学视野为方针。学生会各部门拟定的相关活动几及工作如下：</w:t>
      </w:r>
      <w:r>
        <w:rPr>
          <w:lang w:eastAsia="zh-CN"/>
        </w:rPr>
        <w:br/>
      </w:r>
      <w:r>
        <w:rPr>
          <w:lang w:eastAsia="zh-CN"/>
        </w:rPr>
        <w:t>　　对抄袭作业、考试作弊等行为狠抓严打。同时，学习部：全校范围内整顿学习上的不良风气。对各班学习委员的工作进行指导督促和协调。开展各科学习竞赛，展示优秀作业、学习表标兵，举办演讲竞赛、知识竞赛、科技节等同学们喜闻乐见的活动，营造一个良好的学习氛围。</w:t>
      </w:r>
      <w:r>
        <w:rPr>
          <w:lang w:eastAsia="zh-CN"/>
        </w:rPr>
        <w:br/>
      </w:r>
      <w:r>
        <w:rPr>
          <w:lang w:eastAsia="zh-CN"/>
        </w:rPr>
        <w:t>　　完成好学校各项活动的海报，宣传部：对校园的橱窗进行每化与装饰并及时进行更换。运动会时协助学校完成《校运快讯》等。对各项精神及学校要求的行为规范及时宣传。</w:t>
      </w:r>
      <w:r>
        <w:rPr>
          <w:lang w:eastAsia="zh-CN"/>
        </w:rPr>
        <w:br/>
      </w:r>
      <w:r>
        <w:rPr>
          <w:lang w:eastAsia="zh-CN"/>
        </w:rPr>
        <w:t>　　保证演出正常进行，文体部：积极配合学校开展“一二、九”文艺会演、艺术节等活动的准备工作。对优秀的书画作品进行挑选和展览。积极配和学校篮球联赛、运动会的开展，逐步举办乒乓球联赛、三对三篮球挑战赛、风筝大赛、三跳竞赛等有益身心的活动。</w:t>
      </w:r>
      <w:r>
        <w:rPr>
          <w:lang w:eastAsia="zh-CN"/>
        </w:rPr>
        <w:br/>
      </w:r>
      <w:r>
        <w:rPr>
          <w:lang w:eastAsia="zh-CN"/>
        </w:rPr>
        <w:t>　　组建其他社团。拟定完善及设立的有记者团、电视台、篮球社、美术社、话剧社。社团部：把学校激进社团做大做强。</w:t>
      </w:r>
      <w:r>
        <w:rPr>
          <w:lang w:eastAsia="zh-CN"/>
        </w:rPr>
        <w:br/>
      </w:r>
      <w:r>
        <w:rPr>
          <w:lang w:eastAsia="zh-CN"/>
        </w:rPr>
        <w:t>　　与其他社会团体、学校建立友谊。外联部：加强与外界的联系。</w:t>
      </w:r>
      <w:r>
        <w:rPr>
          <w:lang w:eastAsia="zh-CN"/>
        </w:rPr>
        <w:br/>
      </w:r>
      <w:r>
        <w:rPr>
          <w:lang w:eastAsia="zh-CN"/>
        </w:rPr>
        <w:t>　　设立纪律监督岗，纪检部：对学校各大活动的纪律进行管理。与其他部门联合，对违纪行为进行检查。</w:t>
      </w:r>
      <w:r>
        <w:rPr>
          <w:lang w:eastAsia="zh-CN"/>
        </w:rPr>
        <w:br/>
      </w:r>
      <w:r>
        <w:rPr>
          <w:lang w:eastAsia="zh-CN"/>
        </w:rPr>
        <w:t>　　设立卫生监督岗，卫生部：对一些卫生知识进行宣传。检查包干区卫生及校园卫生，对大型活动的卫生进行管理和检查。</w:t>
      </w:r>
      <w:r>
        <w:rPr>
          <w:lang w:eastAsia="zh-CN"/>
        </w:rPr>
        <w:br/>
      </w:r>
      <w:r>
        <w:rPr>
          <w:lang w:eastAsia="zh-CN"/>
        </w:rPr>
        <w:t xml:space="preserve">    学生会新工作计划范文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宣传部作为学生会的喉舌部门，同时也是院学生会的一个门面，它关系到整个学生会在外界的形象面貌，因此其重要性是不言而喻的。首先它有明确的任务，比如对重大节目的宣传，这也是宣传部工作的一个重要组成部分，在这些活动中，宣传部充当了发起者和气氛渲染者的作用，这样的节目有很多，像教师节、国庆节、等等，都需要宣传部部内成员的协同策划。对于这种类型的宣传，性质比较严肃、庄重。形式虽然不能拘泥于一格，可以有不同的设计方案，但宣传部所要达到的效果应该是一致的，而不应该是太活泼而忽略了其本质!其次，宣传部作为学生会众多部门中的一个，应该有效的荣入到这个大的集体中来。又因为宣传部本身的功能，决定了它不仅要遵循团委及主席团的旨意，而且要配合其他部门开展各种活动。所以不论怎样，宣传部总是作为一个鼓号手、一个开路先锋的作用。</w:t>
      </w:r>
      <w:r>
        <w:rPr>
          <w:lang w:eastAsia="zh-CN"/>
        </w:rPr>
        <w:br/>
      </w:r>
      <w:r>
        <w:rPr>
          <w:lang w:eastAsia="zh-CN"/>
        </w:rPr>
        <w:t>　　对于这学期的工作，我们有如下计划：</w:t>
      </w:r>
      <w:r>
        <w:rPr>
          <w:lang w:eastAsia="zh-CN"/>
        </w:rPr>
        <w:br/>
      </w:r>
      <w:r>
        <w:rPr>
          <w:lang w:eastAsia="zh-CN"/>
        </w:rPr>
        <w:t>　　1、宣传部的招新;</w:t>
      </w:r>
      <w:r>
        <w:rPr>
          <w:lang w:eastAsia="zh-CN"/>
        </w:rPr>
        <w:br/>
      </w:r>
      <w:r>
        <w:rPr>
          <w:lang w:eastAsia="zh-CN"/>
        </w:rPr>
        <w:t>　　2、“舞动的青春，灵动的诗意”经典诗文朗诵活动;</w:t>
      </w:r>
      <w:r>
        <w:rPr>
          <w:lang w:eastAsia="zh-CN"/>
        </w:rPr>
        <w:br/>
      </w:r>
      <w:r>
        <w:rPr>
          <w:lang w:eastAsia="zh-CN"/>
        </w:rPr>
        <w:t>　　3、“大学之路，规划起步”演讲活动的宣传海报;</w:t>
      </w:r>
      <w:r>
        <w:rPr>
          <w:lang w:eastAsia="zh-CN"/>
        </w:rPr>
        <w:br/>
      </w:r>
      <w:r>
        <w:rPr>
          <w:lang w:eastAsia="zh-CN"/>
        </w:rPr>
        <w:t>　　4、运动会的相关物品制作;</w:t>
      </w:r>
      <w:r>
        <w:rPr>
          <w:lang w:eastAsia="zh-CN"/>
        </w:rPr>
        <w:br/>
      </w:r>
      <w:r>
        <w:rPr>
          <w:lang w:eastAsia="zh-CN"/>
        </w:rPr>
        <w:t>　　5、“机电工程学院学生会会徽征集大赛”的筹办及海报宣传;</w:t>
      </w:r>
      <w:r>
        <w:rPr>
          <w:lang w:eastAsia="zh-CN"/>
        </w:rPr>
        <w:br/>
      </w:r>
      <w:r>
        <w:rPr>
          <w:lang w:eastAsia="zh-CN"/>
        </w:rPr>
        <w:t>　　6、其它部门各项活动做宣传性工作。</w:t>
      </w:r>
      <w:r>
        <w:rPr>
          <w:lang w:eastAsia="zh-CN"/>
        </w:rPr>
        <w:br/>
      </w:r>
      <w:r>
        <w:rPr>
          <w:lang w:eastAsia="zh-CN"/>
        </w:rPr>
        <w:t>　　7、在上级制定的年度日程表中，我们将积极配合各部门组织的各项活动。</w:t>
      </w:r>
      <w:r>
        <w:rPr>
          <w:lang w:eastAsia="zh-CN"/>
        </w:rPr>
        <w:br/>
      </w:r>
      <w:r>
        <w:rPr>
          <w:lang w:eastAsia="zh-CN"/>
        </w:rPr>
        <w:t>　　最后，感谢上学期各部门对宣传部所做的帮助，更加感谢上级领导对于宣传部的支持。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学生会新工作计划范文 篇6 </w:t>
      </w:r>
      <w:r>
        <w:rPr>
          <w:lang w:eastAsia="zh-CN"/>
        </w:rPr>
        <w:br/>
      </w:r>
      <w:r>
        <w:rPr>
          <w:lang w:eastAsia="zh-CN"/>
        </w:rPr>
        <w:t>　　作为园林园艺系_届学生会，我们对自己的未来布满着美好的憧憬，同时也肩负着历史的使命。我们将沿袭我校学生会的优良传统，总结上学期的工作经验，并在此基础上进行突破和创新，这对我们不仅是一种压力，更是一种动力。总结过去、展望未来，学生会将以“团结、求实、进取、创新”为宗旨，以“打造有战斗力、有凝聚力的集体”为目标，制定围绕“一切为了学生，为了学生的一切，为了一切的学生”为主的~__学年度第一学期学生会工作计划。</w:t>
      </w:r>
      <w:r>
        <w:rPr>
          <w:lang w:eastAsia="zh-CN"/>
        </w:rPr>
        <w:br/>
      </w:r>
      <w:r>
        <w:rPr>
          <w:lang w:eastAsia="zh-CN"/>
        </w:rPr>
        <w:t>　　一、继续贯彻落实分工负责制度：</w:t>
      </w:r>
      <w:r>
        <w:rPr>
          <w:lang w:eastAsia="zh-CN"/>
        </w:rPr>
        <w:br/>
      </w:r>
      <w:r>
        <w:rPr>
          <w:lang w:eastAsia="zh-CN"/>
        </w:rPr>
        <w:t>　　在学生会主席、秘书长及各部部长全面负责的前提下学生会全体成员均实行分工负责制度，做到分工明确，责任到人。</w:t>
      </w:r>
      <w:r>
        <w:rPr>
          <w:lang w:eastAsia="zh-CN"/>
        </w:rPr>
        <w:br/>
      </w:r>
      <w:r>
        <w:rPr>
          <w:lang w:eastAsia="zh-CN"/>
        </w:rPr>
        <w:t>　　1.主席从总体上负责全面工作和办公室工作计划。</w:t>
      </w:r>
      <w:r>
        <w:rPr>
          <w:lang w:eastAsia="zh-CN"/>
        </w:rPr>
        <w:br/>
      </w:r>
      <w:r>
        <w:rPr>
          <w:lang w:eastAsia="zh-CN"/>
        </w:rPr>
        <w:t>　　2.秘书长协助主席的日常工作，并具体分管各部的工作。</w:t>
      </w:r>
      <w:r>
        <w:rPr>
          <w:lang w:eastAsia="zh-CN"/>
        </w:rPr>
        <w:br/>
      </w:r>
      <w:r>
        <w:rPr>
          <w:lang w:eastAsia="zh-CN"/>
        </w:rPr>
        <w:t>　　3.在分工负责的同时，加强团结，加强各部成员之间的配合协作，做到分工不分家。</w:t>
      </w:r>
      <w:r>
        <w:rPr>
          <w:lang w:eastAsia="zh-CN"/>
        </w:rPr>
        <w:br/>
      </w:r>
      <w:r>
        <w:rPr>
          <w:lang w:eastAsia="zh-CN"/>
        </w:rPr>
        <w:t>　　4.各部部长负责本部及各部相关联的工作，部门内部也实行具体分工负责制。副部长落实好基本工作，做到严格要求，追求效率和质量。</w:t>
      </w:r>
      <w:r>
        <w:rPr>
          <w:lang w:eastAsia="zh-CN"/>
        </w:rPr>
        <w:br/>
      </w:r>
      <w:r>
        <w:rPr>
          <w:lang w:eastAsia="zh-CN"/>
        </w:rPr>
        <w:t>　　二、思想教育（文艺部）</w:t>
      </w:r>
      <w:r>
        <w:rPr>
          <w:lang w:eastAsia="zh-CN"/>
        </w:rPr>
        <w:br/>
      </w:r>
      <w:r>
        <w:rPr>
          <w:lang w:eastAsia="zh-CN"/>
        </w:rPr>
        <w:t>　　在原有思想教育工作计划基础上，百尺竿头、更进一步，形成以理论为指导，精神为基础，能力为实践的符合新时代要求的精神取向，最终实现“全心全意为全体师生服务的根本任务。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1。积极配合学院的学习活动和思想政治以及纪律整顿等工作计划，使我系学生干部起到表率作用。</w:t>
      </w:r>
      <w:r>
        <w:rPr>
          <w:lang w:eastAsia="zh-CN"/>
        </w:rPr>
        <w:br/>
      </w:r>
      <w:r>
        <w:rPr>
          <w:lang w:eastAsia="zh-CN"/>
        </w:rPr>
        <w:t>　　2。举办富有我院特色的校园文化娱乐活动，为广大同学提供创新的实践舞台，培养广大同学积极探索、勇于求实的精神。</w:t>
      </w:r>
      <w:r>
        <w:rPr>
          <w:lang w:eastAsia="zh-CN"/>
        </w:rPr>
        <w:br/>
      </w:r>
      <w:r>
        <w:rPr>
          <w:lang w:eastAsia="zh-CN"/>
        </w:rPr>
        <w:t>　　3。加强学生会与社团之间的交流与合作，支持和帮助各社团及学院有关部门开展各类活动丰富同学生活、富有教育意义的活动。</w:t>
      </w:r>
      <w:r>
        <w:rPr>
          <w:lang w:eastAsia="zh-CN"/>
        </w:rPr>
        <w:br/>
      </w:r>
      <w:r>
        <w:rPr>
          <w:lang w:eastAsia="zh-CN"/>
        </w:rPr>
        <w:t>　　三、学风建设（学习部）</w:t>
      </w:r>
      <w:r>
        <w:rPr>
          <w:lang w:eastAsia="zh-CN"/>
        </w:rPr>
        <w:br/>
      </w:r>
      <w:r>
        <w:rPr>
          <w:lang w:eastAsia="zh-CN"/>
        </w:rPr>
        <w:t>　　在本学期，我们将充分发挥学生会的桥梁作用，开展切实可行的促进学风建设的活动，引导广大同学以良好的精神风貌取得优异的成绩，努力形成刻苦、勤奋、求实的学风</w:t>
      </w:r>
      <w:r>
        <w:rPr>
          <w:lang w:eastAsia="zh-CN"/>
        </w:rPr>
        <w:br/>
      </w:r>
      <w:r>
        <w:rPr>
          <w:lang w:eastAsia="zh-CN"/>
        </w:rPr>
        <w:t>　　1。利用学生会各种宣传工具全方位、多层次地进行宣传发动，弘扬正气，努力营造浓厚的“学风建设”氛围</w:t>
      </w:r>
      <w:r>
        <w:rPr>
          <w:lang w:eastAsia="zh-CN"/>
        </w:rPr>
        <w:br/>
      </w:r>
      <w:r>
        <w:rPr>
          <w:lang w:eastAsia="zh-CN"/>
        </w:rPr>
        <w:t>　　2。定期组织各种座谈会，有针对性的开展各种交流活动，解决同学们学习，生活等方面的问题。</w:t>
      </w:r>
      <w:r>
        <w:rPr>
          <w:lang w:eastAsia="zh-CN"/>
        </w:rPr>
        <w:br/>
      </w:r>
      <w:r>
        <w:rPr>
          <w:lang w:eastAsia="zh-CN"/>
        </w:rPr>
        <w:t>　　3。围绕学风建设，积极开展科技文化活动和专业技能竞赛，提高学生综合能力。</w:t>
      </w:r>
      <w:r>
        <w:rPr>
          <w:lang w:eastAsia="zh-CN"/>
        </w:rPr>
        <w:br/>
      </w:r>
      <w:r>
        <w:rPr>
          <w:lang w:eastAsia="zh-CN"/>
        </w:rPr>
        <w:t>　　4。认真对待每天的检查评比工作，做详细记录，对比各班具体情况寻找差距，提高整体水平。</w:t>
      </w:r>
      <w:r>
        <w:rPr>
          <w:lang w:eastAsia="zh-CN"/>
        </w:rPr>
        <w:br/>
      </w:r>
      <w:r>
        <w:rPr>
          <w:lang w:eastAsia="zh-CN"/>
        </w:rPr>
        <w:t>　　5。探索新的学生治理机制，调动广大同学参与班级建设的积极性。</w:t>
      </w:r>
      <w:r>
        <w:rPr>
          <w:lang w:eastAsia="zh-CN"/>
        </w:rPr>
        <w:br/>
      </w:r>
      <w:r>
        <w:rPr>
          <w:lang w:eastAsia="zh-CN"/>
        </w:rPr>
        <w:t>　　四、文体活动（体育部）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通过丰富多彩的文体活动，丰富同学的学习文化生活，满足同学的精神文化要求，不断增强学院的凝聚力，提高我系师生的身体素质。</w:t>
      </w:r>
      <w:r>
        <w:rPr>
          <w:lang w:eastAsia="zh-CN"/>
        </w:rPr>
        <w:br/>
      </w:r>
      <w:r>
        <w:rPr>
          <w:lang w:eastAsia="zh-CN"/>
        </w:rPr>
        <w:t>　　1。继续贯彻落实两操规范制度，发扬体育部优秀的工作精神，切实把上操水平提升到新的高度，提高我成员综合素质，积极配合学校团委做好各方面的相关工作。</w:t>
      </w:r>
      <w:r>
        <w:rPr>
          <w:lang w:eastAsia="zh-CN"/>
        </w:rPr>
        <w:br/>
      </w:r>
      <w:r>
        <w:rPr>
          <w:lang w:eastAsia="zh-CN"/>
        </w:rPr>
        <w:t>　　2。组织我院同学参加院秋季田径运动会，力争在上届基础上取得更好成绩。</w:t>
      </w:r>
      <w:r>
        <w:rPr>
          <w:lang w:eastAsia="zh-CN"/>
        </w:rPr>
        <w:br/>
      </w:r>
      <w:r>
        <w:rPr>
          <w:lang w:eastAsia="zh-CN"/>
        </w:rPr>
        <w:t>　　五.生活方面，（宿管部）</w:t>
      </w:r>
      <w:r>
        <w:rPr>
          <w:lang w:eastAsia="zh-CN"/>
        </w:rPr>
        <w:br/>
      </w:r>
      <w:r>
        <w:rPr>
          <w:lang w:eastAsia="zh-CN"/>
        </w:rPr>
        <w:t>　　本学期学生会将对学生住宿加强治理，根据学院现在存在的问题和实际情况，09届学生会结合劳卫部，以学</w:t>
      </w:r>
      <w:r>
        <w:rPr>
          <w:lang w:eastAsia="zh-CN"/>
        </w:rPr>
        <w:br/>
      </w:r>
      <w:r>
        <w:rPr>
          <w:lang w:eastAsia="zh-CN"/>
        </w:rPr>
        <w:t>　　生会为主体，各认真配合的方法，对寝室进行检查和监督，让学生在学校有一种家的感觉</w:t>
      </w:r>
      <w:r>
        <w:rPr>
          <w:lang w:eastAsia="zh-CN"/>
        </w:rPr>
        <w:br/>
      </w:r>
      <w:r>
        <w:rPr>
          <w:lang w:eastAsia="zh-CN"/>
        </w:rPr>
        <w:t>　　1.组织成立卫生调查组，不定期的对宿舍进行检查和监督</w:t>
      </w:r>
      <w:r>
        <w:rPr>
          <w:lang w:eastAsia="zh-CN"/>
        </w:rPr>
        <w:br/>
      </w:r>
      <w:r>
        <w:rPr>
          <w:lang w:eastAsia="zh-CN"/>
        </w:rPr>
        <w:t>　　2.对于学生宿舍的纪律问题，要切实安排人员进行规范化管理，加大检查力度，配合好自主寝室将检查工作做到位，对于违反纪律者严厉处分。为我系师生营造一个良好的生活环境而努力奋斗！</w:t>
      </w:r>
      <w:r>
        <w:rPr>
          <w:lang w:eastAsia="zh-CN"/>
        </w:rPr>
        <w:br/>
      </w:r>
      <w:r>
        <w:rPr>
          <w:lang w:eastAsia="zh-CN"/>
        </w:rPr>
        <w:t>　　3。对于宿舍的内务问题，要定期进行全方位多层次的检查评比，提高要求和检查规则，使宿舍卫生水平达到新的层次，全面提高学生的综合素质和自理能力，养成良好的生活习惯。</w:t>
      </w:r>
      <w:r>
        <w:rPr>
          <w:lang w:eastAsia="zh-CN"/>
        </w:rPr>
        <w:br/>
      </w:r>
      <w:r>
        <w:rPr>
          <w:lang w:eastAsia="zh-CN"/>
        </w:rPr>
        <w:t>　　4。 每月积极配合我校教育处进行文明寝室的评选活动。通过对宿舍成员思想、纪律、学习、卫生等方面考察，推出优秀宿舍评选制度。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六。纪律方面（纪律部）</w:t>
      </w:r>
      <w:r>
        <w:rPr>
          <w:lang w:eastAsia="zh-CN"/>
        </w:rPr>
        <w:br/>
      </w:r>
      <w:r>
        <w:rPr>
          <w:lang w:eastAsia="zh-CN"/>
        </w:rPr>
        <w:t>　　1。 纪律部全体成员将本着公平、公正、公开的原则，切实做好学生会的检查工作，做好各种检查记录，对同学们在晚自习期间的纪律以及在课间的纪律进行监督。对出现的违纪现象和不良风气予以及时处理和纠正</w:t>
      </w:r>
      <w:r>
        <w:rPr>
          <w:lang w:eastAsia="zh-CN"/>
        </w:rPr>
        <w:br/>
      </w:r>
      <w:r>
        <w:rPr>
          <w:lang w:eastAsia="zh-CN"/>
        </w:rPr>
        <w:t>　　2。 及时了解同学们的意见和建议，通过与同学的交流加强部门的管理，对合理的意见主动接纳，对不良情况的反映要及时进行调查和处理。</w:t>
      </w:r>
      <w:r>
        <w:rPr>
          <w:lang w:eastAsia="zh-CN"/>
        </w:rPr>
        <w:br/>
      </w:r>
      <w:r>
        <w:rPr>
          <w:lang w:eastAsia="zh-CN"/>
        </w:rPr>
        <w:t>　　3。 积极组织广大学生自我维护正常的学习、生活和活动的秩序；协助系部及学院抓好日常纪律和集会纪律。贯彻执行学院文明礼仪规范中的有关规定。</w:t>
      </w:r>
      <w:r>
        <w:rPr>
          <w:lang w:eastAsia="zh-CN"/>
        </w:rPr>
        <w:br/>
      </w:r>
      <w:r>
        <w:rPr>
          <w:lang w:eastAsia="zh-CN"/>
        </w:rPr>
        <w:t>　　4。 纪律部将对各班的纪律情况定期进行总结和汇报，向系部公开，以便大家核对，增加工作的透明度。</w:t>
      </w:r>
      <w:r>
        <w:rPr>
          <w:lang w:eastAsia="zh-CN"/>
        </w:rPr>
        <w:br/>
      </w:r>
      <w:r>
        <w:rPr>
          <w:lang w:eastAsia="zh-CN"/>
        </w:rPr>
        <w:t>　　七、组织宣传方面（组宣部）</w:t>
      </w:r>
      <w:r>
        <w:rPr>
          <w:lang w:eastAsia="zh-CN"/>
        </w:rPr>
        <w:br/>
      </w:r>
      <w:r>
        <w:rPr>
          <w:lang w:eastAsia="zh-CN"/>
        </w:rPr>
        <w:t>　　1。 加强宣传力度，做好宣传工作进行交流。</w:t>
      </w:r>
      <w:r>
        <w:rPr>
          <w:lang w:eastAsia="zh-CN"/>
        </w:rPr>
        <w:br/>
      </w:r>
      <w:r>
        <w:rPr>
          <w:lang w:eastAsia="zh-CN"/>
        </w:rPr>
        <w:t>　　2。 加强院风学风建设，为提高我系在院内的知名度，树立我系的良好形象而努力。</w:t>
      </w:r>
      <w:r>
        <w:rPr>
          <w:lang w:eastAsia="zh-CN"/>
        </w:rPr>
        <w:br/>
      </w:r>
      <w:r>
        <w:rPr>
          <w:lang w:eastAsia="zh-CN"/>
        </w:rPr>
        <w:t>　　3。 在记者团的动态采集下，要注意时效性，准确性，积极做好宣传工作。</w:t>
      </w:r>
      <w:r>
        <w:rPr>
          <w:lang w:eastAsia="zh-CN"/>
        </w:rPr>
        <w:br/>
      </w:r>
      <w:r>
        <w:rPr>
          <w:lang w:eastAsia="zh-CN"/>
        </w:rPr>
        <w:t>　　4。 积极配合各部做好工作，为我系树立一个团结奋斗，有战斗力和凝聚力的集体形象而出一份力。</w:t>
      </w:r>
      <w:r>
        <w:rPr>
          <w:lang w:eastAsia="zh-CN"/>
        </w:rPr>
        <w:br/>
      </w:r>
      <w:r>
        <w:rPr>
          <w:lang w:eastAsia="zh-CN"/>
        </w:rPr>
        <w:t>　　八。环境方面（劳卫部）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 做好基本每日卫生检查工作，保持系部卫生整洁干净，争创一流环境。（尤其注意卫生死角）</w:t>
      </w:r>
      <w:r>
        <w:rPr>
          <w:lang w:eastAsia="zh-CN"/>
        </w:rPr>
        <w:br/>
      </w:r>
      <w:r>
        <w:rPr>
          <w:lang w:eastAsia="zh-CN"/>
        </w:rPr>
        <w:t>　　2。 每周进行大扫除，组织各班卫生委员积极参与，并进行评比。做好系部环境保洁工作，配合上级领导把工作做到位。</w:t>
      </w:r>
      <w:r>
        <w:rPr>
          <w:lang w:eastAsia="zh-CN"/>
        </w:rPr>
        <w:br/>
      </w:r>
      <w:r>
        <w:rPr>
          <w:lang w:eastAsia="zh-CN"/>
        </w:rPr>
        <w:t>　　3。 组织美化校园诗歌散文朗诵大赛（支持原创和配乐朗诵）以及我心中的绿色校园构想设计图（了解大家的心声怎样才是美丽的绿色校园）。</w:t>
      </w:r>
      <w:r>
        <w:rPr>
          <w:lang w:eastAsia="zh-CN"/>
        </w:rPr>
        <w:br/>
      </w:r>
      <w:r>
        <w:rPr>
          <w:lang w:eastAsia="zh-CN"/>
        </w:rPr>
        <w:t>　　九。交流方面（外联部）</w:t>
      </w:r>
      <w:r>
        <w:rPr>
          <w:lang w:eastAsia="zh-CN"/>
        </w:rPr>
        <w:br/>
      </w:r>
      <w:r>
        <w:rPr>
          <w:lang w:eastAsia="zh-CN"/>
        </w:rPr>
        <w:t>　　1。 配合各部门的工作之余，要努力做好本部门的工作。</w:t>
      </w:r>
      <w:r>
        <w:rPr>
          <w:lang w:eastAsia="zh-CN"/>
        </w:rPr>
        <w:br/>
      </w:r>
      <w:r>
        <w:rPr>
          <w:lang w:eastAsia="zh-CN"/>
        </w:rPr>
        <w:t>　　2。 适当的时候，组织部门成员为我系组织开展的活动拉些必要实际的赞助，以便更好活动的开展。</w:t>
      </w:r>
      <w:r>
        <w:rPr>
          <w:lang w:eastAsia="zh-CN"/>
        </w:rPr>
        <w:br/>
      </w:r>
      <w:r>
        <w:rPr>
          <w:lang w:eastAsia="zh-CN"/>
        </w:rPr>
        <w:t>　　十。安全防患方面（安全防患部）</w:t>
      </w:r>
      <w:r>
        <w:rPr>
          <w:lang w:eastAsia="zh-CN"/>
        </w:rPr>
        <w:br/>
      </w:r>
      <w:r>
        <w:rPr>
          <w:lang w:eastAsia="zh-CN"/>
        </w:rPr>
        <w:t>　　1。 各季节的安全宣传、安全教育预防为主、防治结合。</w:t>
      </w:r>
      <w:r>
        <w:rPr>
          <w:lang w:eastAsia="zh-CN"/>
        </w:rPr>
        <w:br/>
      </w:r>
      <w:r>
        <w:rPr>
          <w:lang w:eastAsia="zh-CN"/>
        </w:rPr>
        <w:t>　　2。 每晚晚自习安全保卫巡逻，维护学生人生安全。</w:t>
      </w:r>
      <w:r>
        <w:rPr>
          <w:lang w:eastAsia="zh-CN"/>
        </w:rPr>
        <w:br/>
      </w:r>
      <w:r>
        <w:rPr>
          <w:lang w:eastAsia="zh-CN"/>
        </w:rPr>
        <w:t>　　3。 收集各种安全信息，及时反馈给系部。</w:t>
      </w:r>
      <w:r>
        <w:rPr>
          <w:lang w:eastAsia="zh-CN"/>
        </w:rPr>
        <w:br/>
      </w:r>
      <w:r>
        <w:rPr>
          <w:lang w:eastAsia="zh-CN"/>
        </w:rPr>
        <w:t>　　4。 每周对宿舍进行不定期的安全检查。</w:t>
      </w:r>
      <w:r>
        <w:rPr>
          <w:lang w:eastAsia="zh-CN"/>
        </w:rPr>
        <w:br/>
      </w:r>
      <w:r>
        <w:rPr>
          <w:lang w:eastAsia="zh-CN"/>
        </w:rPr>
        <w:t>　　5。在系部、学院举行大型活动时，积极配合学生会组织人员入场、维持秩序。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转眼间，我们迎来了新的一年，回顾__年学生会所做的工作，最让我高兴的是学生会成员都能够完美的完成了上学期的工作，并取得了老师和同学们的普遍认可，但还是有少数同学不能持着为同学们服务的精神理念，在平日的工作中有些怠慢的表现。在新的一学期，我们要继承去年好的方面，对坏的方面及时发现及时改正。“雄关漫道真如铁，而今迈步从头越”，在这万象更新的时刻，我们09届学生会将继续以自我服务、自我治理、自我教育的宗旨，传承成功经验，开拓创新，在配合学校各项工作的同时，加强对学生会内部的治理，为我校的学风建设添砖加瓦，最终实现全心全意为全校师生服务的根本任务。</w:t>
      </w:r>
      <w:r>
        <w:rPr>
          <w:lang w:eastAsia="zh-CN"/>
        </w:rPr>
        <w:br/>
      </w:r>
      <w:r>
        <w:rPr>
          <w:lang w:eastAsia="zh-CN"/>
        </w:rPr>
        <w:t>　　在系部及学院领导下，学生会将以工作“重点化、层次化、创新化、正规化”为方针，以“全心全意为同学服务”为宗旨，以“加强自我管理、自我服务、自我完善”为目标，努力做好自己的工作。做好桥梁纽带的作用，把我系管理推上一个新的台阶！最后我们学生会将以热情的服务，端正的态度。为每一个同学提供方便，为每一位老师提供服务。希望老师和学生能给我们学生生会以支持和鼓励，同时我们学生会也希望老师和学生给我们多提宝贵的意见和建议，我们一定会努力的去做，去改正。只有改正了错误和不足，我们才能</w:t>
      </w:r>
      <w:r>
        <w:rPr>
          <w:lang w:eastAsia="zh-CN"/>
        </w:rPr>
        <w:br/>
      </w:r>
      <w:r>
        <w:rPr>
          <w:lang w:eastAsia="zh-CN"/>
        </w:rPr>
        <w:t>　　会进步，会得到成长。</w:t>
      </w:r>
      <w:r>
        <w:rPr>
          <w:lang w:eastAsia="zh-CN"/>
        </w:rPr>
        <w:br/>
      </w:r>
      <w:r>
        <w:rPr>
          <w:lang w:eastAsia="zh-CN"/>
        </w:rPr>
        <w:t>　　一个好的学生会要靠我们的共同努力支创造的，希望我们的学生会在未来的不久将更加出色，更加辉煌！</w:t>
      </w:r>
      <w:r>
        <w:rPr>
          <w:lang w:eastAsia="zh-CN"/>
        </w:rPr>
        <w:br/>
      </w:r>
      <w:r>
        <w:rPr>
          <w:lang w:eastAsia="zh-CN"/>
        </w:rPr>
        <w:t>　　__年9月1日</w:t>
      </w:r>
      <w:r>
        <w:rPr>
          <w:lang w:eastAsia="zh-CN"/>
        </w:rPr>
        <w:br/>
      </w:r>
      <w:r>
        <w:rPr>
          <w:lang w:eastAsia="zh-CN"/>
        </w:rPr>
        <w:t>　　园林园艺系</w:t>
      </w:r>
      <w:r>
        <w:rPr>
          <w:lang w:eastAsia="zh-CN"/>
        </w:rPr>
        <w:br/>
      </w:r>
      <w:r>
        <w:rPr>
          <w:lang w:eastAsia="zh-CN"/>
        </w:rPr>
        <w:t>　　学生会主席团</w:t>
      </w:r>
      <w:r>
        <w:rPr>
          <w:lang w:eastAsia="zh-CN"/>
        </w:rPr>
        <w:br/>
      </w:r>
      <w:r>
        <w:rPr>
          <w:lang w:eastAsia="zh-CN"/>
        </w:rPr>
        <w:t xml:space="preserve">    学生会新工作计划范文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秋天带着几分寒意悄然而至，__学院第_届团总支学生会办公室的工作也将开始崭新的征程，我对在这样崭新的心情下开始工作、学习和生活充满了期盼。作为学生会的一名新人，我怀揣着饱满的热情，对接下来一学期的办公室工作做出如下个人工作计划：</w:t>
      </w:r>
      <w:r>
        <w:rPr>
          <w:lang w:eastAsia="zh-CN"/>
        </w:rPr>
        <w:br/>
      </w:r>
      <w:r>
        <w:rPr>
          <w:lang w:eastAsia="zh-CN"/>
        </w:rPr>
        <w:t>　　一、主要工作计划</w:t>
      </w:r>
      <w:r>
        <w:rPr>
          <w:lang w:eastAsia="zh-CN"/>
        </w:rPr>
        <w:br/>
      </w:r>
      <w:r>
        <w:rPr>
          <w:lang w:eastAsia="zh-CN"/>
        </w:rPr>
        <w:t>　　(一)、加强与主席团和学生会各部门的沟通，加强部门间的工作指导和交流，认真听取批评建议，加强学生会办公室的职能建设和内部成员队伍建设，充分调动每位成员的热情和积极性，发挥个人潜能。与此同时我认为还应该加强部门内部的自我反省和自我批评，这样更有助于部长和干事的成长和交流。</w:t>
      </w:r>
      <w:r>
        <w:rPr>
          <w:lang w:eastAsia="zh-CN"/>
        </w:rPr>
        <w:br/>
      </w:r>
      <w:r>
        <w:rPr>
          <w:lang w:eastAsia="zh-CN"/>
        </w:rPr>
        <w:t>　　(二)、严格加强学生会的管理，做好本学期活动和会议的签到工作。在新学期的各项会议、活动中严格抓考勤，做好每一次考勤记录，统一表格签到。加强纪律的管理。</w:t>
      </w:r>
      <w:r>
        <w:rPr>
          <w:lang w:eastAsia="zh-CN"/>
        </w:rPr>
        <w:br/>
      </w:r>
      <w:r>
        <w:rPr>
          <w:lang w:eastAsia="zh-CN"/>
        </w:rPr>
        <w:t>　　(三)、做好会议记录。办公室在学生会内部及相关的各项会议工作上，要严格组织、秩序安排，使其顺利有序进行，并做好每次会议记录。每两周定好一个例会,通过会议更好地运作整个工作程序和交流。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四)、完成文件的整理和归档工作。为了使上级布置的任务落实到工作实际当中，文件是不可缺少的帮手，因此办公室的文件起草以及整理归档工作就显得尤为重要了。在本学期的工作中我会配合上级完成对于重要文件的起草，也会与本部的成员们一起努力做好整个团总支所有文件资料的整理，归类收档各种文件资料、规章制度，使各种信息及时传达、发布。这项工作是异常重要的，这是确保整个团总支学生会工作有据可依、有案可查的根本措施。</w:t>
      </w:r>
      <w:r>
        <w:rPr>
          <w:lang w:eastAsia="zh-CN"/>
        </w:rPr>
        <w:br/>
      </w:r>
      <w:r>
        <w:rPr>
          <w:lang w:eastAsia="zh-CN"/>
        </w:rPr>
        <w:t>　　(五)、配合书记、副书记做好各项工作。在做好我们办公室本职工作的同时，我也会积极配合上级领导开展团总支的整体工作，尽自己的力所能及，协助书记、副书记等上级做好各项工作的部署、规划和实施。配合上级传达校部、系部的各种文件精神，落实到各个团支部。</w:t>
      </w:r>
      <w:r>
        <w:rPr>
          <w:lang w:eastAsia="zh-CN"/>
        </w:rPr>
        <w:br/>
      </w:r>
      <w:r>
        <w:rPr>
          <w:lang w:eastAsia="zh-CN"/>
        </w:rPr>
        <w:t>　　(六)、协调其他部门进行工作。与此同时，也要与团总支的其他兄弟姐妹一起，相互协调开展各种活动。协调组织团总支各部门策划、调派、统一开展各式活动，确保各项活动顺利开展、完成，从而使整体工作达到最优化。</w:t>
      </w:r>
      <w:r>
        <w:rPr>
          <w:lang w:eastAsia="zh-CN"/>
        </w:rPr>
        <w:br/>
      </w:r>
      <w:r>
        <w:rPr>
          <w:lang w:eastAsia="zh-CN"/>
        </w:rPr>
        <w:t>　　二、个人素质培养计划</w:t>
      </w:r>
      <w:r>
        <w:rPr>
          <w:lang w:eastAsia="zh-CN"/>
        </w:rPr>
        <w:br/>
      </w:r>
      <w:r>
        <w:rPr>
          <w:lang w:eastAsia="zh-CN"/>
        </w:rPr>
        <w:t>　　(一)、首先熟悉学生会的环境，包括人文环境、地理环境、关系环境等，尤其是人文环境，包括各部成员之间委员与部长，以及各部门的设置和功能，学生会的功能等，这是开展工作的前提：注重时间观念是办公室对成员提出的第一个具体要求;激发成员的荣誉感，珍惜机会，珍惜荣誉，是我们所提供并贯彻的。</w:t>
      </w:r>
      <w:r>
        <w:rPr>
          <w:lang w:eastAsia="zh-CN"/>
        </w:rPr>
        <w:br/>
      </w:r>
      <w:r>
        <w:rPr>
          <w:lang w:eastAsia="zh-CN"/>
        </w:rPr>
        <w:t>　　(二)、善于发现问题，学会自主解决问题身为一名干事，任务就是做好部长分配下来的事务，但并不是让你干什么你就干什么般机械地做事。应该以主人翁的身份，自己能解决的问题就要自主地去解决，不要总请示上级，这样能避免不少麻烦，也是自我能力的一种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三、学习管理理念</w:t>
      </w:r>
      <w:r>
        <w:rPr>
          <w:lang w:eastAsia="zh-CN"/>
        </w:rPr>
        <w:br/>
      </w:r>
      <w:r>
        <w:rPr>
          <w:lang w:eastAsia="zh-CN"/>
        </w:rPr>
        <w:t>　　(一)、学校管理工作像企业管理一样，需要简洁明了的通知和指示来上通下达，以确保内、外工作的高效完成。</w:t>
      </w:r>
      <w:r>
        <w:rPr>
          <w:lang w:eastAsia="zh-CN"/>
        </w:rPr>
        <w:br/>
      </w:r>
      <w:r>
        <w:rPr>
          <w:lang w:eastAsia="zh-CN"/>
        </w:rPr>
        <w:t>　　(二)、社会高速进步，学校管理快速发展，所以作为学生会咽喉部门的办公室会本着“一切服务学生”的宗旨，作到快速的服务，确保学生工作的顺利进行。</w:t>
      </w:r>
      <w:r>
        <w:rPr>
          <w:lang w:eastAsia="zh-CN"/>
        </w:rPr>
        <w:br/>
      </w:r>
      <w:r>
        <w:rPr>
          <w:lang w:eastAsia="zh-CN"/>
        </w:rPr>
        <w:t>　　(三)、有了简洁的号令和快速的传达作保证，就可达到办公室追求的工作目标—高效。</w:t>
      </w:r>
      <w:r>
        <w:rPr>
          <w:lang w:eastAsia="zh-CN"/>
        </w:rPr>
        <w:br/>
      </w:r>
      <w:r>
        <w:rPr>
          <w:lang w:eastAsia="zh-CN"/>
        </w:rPr>
        <w:t>　　(四)、友情是一笔宝贵的财富，它将使我们的工作进一步升华，更加趋于团结与统一。</w:t>
      </w:r>
      <w:r>
        <w:rPr>
          <w:lang w:eastAsia="zh-CN"/>
        </w:rPr>
        <w:br/>
      </w:r>
      <w:r>
        <w:rPr>
          <w:lang w:eastAsia="zh-CN"/>
        </w:rPr>
        <w:t xml:space="preserve">    学生会新工作计划范文 篇8 </w:t>
      </w:r>
      <w:r>
        <w:rPr>
          <w:lang w:eastAsia="zh-CN"/>
        </w:rPr>
        <w:br/>
      </w:r>
      <w:r>
        <w:rPr>
          <w:lang w:eastAsia="zh-CN"/>
        </w:rPr>
        <w:t>　　一、20__年我们要明确职责，力求创新，依靠集体，集思广益，脚踏实地，实现目标。</w:t>
      </w:r>
      <w:r>
        <w:rPr>
          <w:lang w:eastAsia="zh-CN"/>
        </w:rPr>
        <w:br/>
      </w:r>
      <w:r>
        <w:rPr>
          <w:lang w:eastAsia="zh-CN"/>
        </w:rPr>
        <w:t>　　二、工作要点：</w:t>
      </w:r>
      <w:r>
        <w:rPr>
          <w:lang w:eastAsia="zh-CN"/>
        </w:rPr>
        <w:br/>
      </w:r>
      <w:r>
        <w:rPr>
          <w:lang w:eastAsia="zh-CN"/>
        </w:rPr>
        <w:t>　　1、加强自身作风、制度建设。</w:t>
      </w:r>
      <w:r>
        <w:rPr>
          <w:lang w:eastAsia="zh-CN"/>
        </w:rPr>
        <w:br/>
      </w:r>
      <w:r>
        <w:rPr>
          <w:lang w:eastAsia="zh-CN"/>
        </w:rPr>
        <w:t>　　2、督促配合举办“校园歌手大赛”，“读书节”，“科技节”等</w:t>
      </w:r>
      <w:r>
        <w:rPr>
          <w:lang w:eastAsia="zh-CN"/>
        </w:rPr>
        <w:br/>
      </w:r>
      <w:r>
        <w:rPr>
          <w:lang w:eastAsia="zh-CN"/>
        </w:rPr>
        <w:t>　　活动，创造活泼、和谐的校园氛围。</w:t>
      </w:r>
      <w:r>
        <w:rPr>
          <w:lang w:eastAsia="zh-CN"/>
        </w:rPr>
        <w:br/>
      </w:r>
      <w:r>
        <w:rPr>
          <w:lang w:eastAsia="zh-CN"/>
        </w:rPr>
        <w:t>　　3、主持发行一份具有“市四”特色的校刊。</w:t>
      </w:r>
      <w:r>
        <w:rPr>
          <w:lang w:eastAsia="zh-CN"/>
        </w:rPr>
        <w:br/>
      </w:r>
      <w:r>
        <w:rPr>
          <w:lang w:eastAsia="zh-CN"/>
        </w:rPr>
        <w:t>　　4、协调各部之间的工作，营造各司其职、团结协作的氛围。</w:t>
      </w:r>
      <w:r>
        <w:rPr>
          <w:lang w:eastAsia="zh-CN"/>
        </w:rPr>
        <w:br/>
      </w:r>
      <w:r>
        <w:rPr>
          <w:lang w:eastAsia="zh-CN"/>
        </w:rPr>
        <w:t>　　5、落实完成学校交办的各项工作。</w:t>
      </w:r>
      <w:r>
        <w:rPr>
          <w:lang w:eastAsia="zh-CN"/>
        </w:rPr>
        <w:br/>
      </w:r>
      <w:r>
        <w:rPr>
          <w:lang w:eastAsia="zh-CN"/>
        </w:rPr>
        <w:t>　　三、实施战略：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1、组织、配合各部门、社团加强自身建设，培养良好的工作作风，建立完善的工作制度。</w:t>
      </w:r>
      <w:r>
        <w:rPr>
          <w:lang w:eastAsia="zh-CN"/>
        </w:rPr>
        <w:br/>
      </w:r>
      <w:r>
        <w:rPr>
          <w:lang w:eastAsia="zh-CN"/>
        </w:rPr>
        <w:t>　　2、发行一份有新意，受喜爱，能代表“市四”广大师生思想的校刊。</w:t>
      </w:r>
      <w:r>
        <w:rPr>
          <w:lang w:eastAsia="zh-CN"/>
        </w:rPr>
        <w:br/>
      </w:r>
      <w:r>
        <w:rPr>
          <w:lang w:eastAsia="zh-CN"/>
        </w:rPr>
        <w:t>　　（1）利用网络（校园网）与书面形式同步发行。</w:t>
      </w:r>
      <w:r>
        <w:rPr>
          <w:lang w:eastAsia="zh-CN"/>
        </w:rPr>
        <w:br/>
      </w:r>
      <w:r>
        <w:rPr>
          <w:lang w:eastAsia="zh-CN"/>
        </w:rPr>
        <w:t>　　（2）出售校刊时附赠有特色，有纪念意义的礼品。</w:t>
      </w:r>
      <w:r>
        <w:rPr>
          <w:lang w:eastAsia="zh-CN"/>
        </w:rPr>
        <w:br/>
      </w:r>
      <w:r>
        <w:rPr>
          <w:lang w:eastAsia="zh-CN"/>
        </w:rPr>
        <w:t>　　3、在开展的活动中融入更多的元素,使更大范围内的同学感到学生工作给他们带来的快乐。</w:t>
      </w:r>
      <w:r>
        <w:rPr>
          <w:lang w:eastAsia="zh-CN"/>
        </w:rPr>
        <w:br/>
      </w:r>
      <w:r>
        <w:rPr>
          <w:lang w:eastAsia="zh-CN"/>
        </w:rPr>
        <w:t>　　4、进一步挖掘社团潜力，开辟广大同学喜闻乐见的活动，充分利用网络资源，占住这片新阵地。</w:t>
      </w:r>
      <w:r>
        <w:rPr>
          <w:lang w:eastAsia="zh-CN"/>
        </w:rPr>
        <w:br/>
      </w:r>
      <w:r>
        <w:rPr>
          <w:lang w:eastAsia="zh-CN"/>
        </w:rPr>
        <w:t>　　5、加强与团委的沟通，争取团委的支持。协调好学生会各部之间的工作，营造各司其职、团结协作的氛围。</w:t>
      </w:r>
      <w:r>
        <w:rPr>
          <w:lang w:eastAsia="zh-CN"/>
        </w:rPr>
        <w:br/>
      </w:r>
      <w:r>
        <w:rPr>
          <w:lang w:eastAsia="zh-CN"/>
        </w:rPr>
        <w:t>　　6、对学校布置的突击性工作，调动各方力量，全力以赴，按时完成。</w:t>
      </w:r>
      <w:r>
        <w:rPr>
          <w:lang w:eastAsia="zh-CN"/>
        </w:rPr>
        <w:br/>
      </w:r>
      <w:r>
        <w:rPr>
          <w:lang w:eastAsia="zh-CN"/>
        </w:rPr>
        <w:t>　　任期虽已过半，但我会再接再厉，吸取经验、锐意创新，与时俱进。学生会将在校方的支持下、在指导老师的教导下、在各方力量的努力下，积极工作，争取在“市四”的历史上留下值得回味的印迹。</w:t>
      </w:r>
      <w:r>
        <w:rPr>
          <w:lang w:eastAsia="zh-CN"/>
        </w:rPr>
        <w:br/>
      </w:r>
      <w:r>
        <w:rPr>
          <w:lang w:eastAsia="zh-CN"/>
        </w:rPr>
        <w:t xml:space="preserve">    学生会新工作计划范文 篇9 </w:t>
      </w:r>
      <w:r>
        <w:rPr>
          <w:lang w:eastAsia="zh-CN"/>
        </w:rPr>
        <w:br/>
      </w:r>
      <w:r>
        <w:rPr>
          <w:lang w:eastAsia="zh-CN"/>
        </w:rPr>
        <w:t>　　一.确定一个目标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争做校园先锋，引领校园文化，全力打造一支爱学习、肯吃苦、重实践的学生干部团队”是我校学生会本学期乃至今后一段时间内工作的中心目标，为此，校学生会将号召各学生分会、各班级组织统一思想，提高认识，进一步深化对“如何做好一名学生干部”的重要性和必要性的认识，力争让各级学生干部都能自觉的投入到自身队伍建设中去。</w:t>
      </w:r>
      <w:r>
        <w:rPr>
          <w:lang w:eastAsia="zh-CN"/>
        </w:rPr>
        <w:br/>
      </w:r>
      <w:r>
        <w:rPr>
          <w:lang w:eastAsia="zh-CN"/>
        </w:rPr>
        <w:t>　　二.完善一套机制</w:t>
      </w:r>
      <w:r>
        <w:rPr>
          <w:lang w:eastAsia="zh-CN"/>
        </w:rPr>
        <w:br/>
      </w:r>
      <w:r>
        <w:rPr>
          <w:lang w:eastAsia="zh-CN"/>
        </w:rPr>
        <w:t>　　加强自身队伍建设，完善档案管理，创新性的做好学生干部培训班的工作，团结干部思想，统一工作思路，深入学习四个“what”的重要思想(我为学校做了什么;我为学生做了什么;我从学生会得到了什么;我给学生会留下了什么)，力争在本学期的干部队伍建设方面素质上有新提高，业务上有新发展，业绩上有新突破。</w:t>
      </w:r>
      <w:r>
        <w:rPr>
          <w:lang w:eastAsia="zh-CN"/>
        </w:rPr>
        <w:br/>
      </w:r>
      <w:r>
        <w:rPr>
          <w:lang w:eastAsia="zh-CN"/>
        </w:rPr>
        <w:t>　　三.做好两次大会</w:t>
      </w:r>
      <w:r>
        <w:rPr>
          <w:lang w:eastAsia="zh-CN"/>
        </w:rPr>
        <w:br/>
      </w:r>
      <w:r>
        <w:rPr>
          <w:lang w:eastAsia="zh-CN"/>
        </w:rPr>
        <w:t>　　1认真做好学生会优秀部室评选及先进个人评选及表彰大会工作。</w:t>
      </w:r>
      <w:r>
        <w:rPr>
          <w:lang w:eastAsia="zh-CN"/>
        </w:rPr>
        <w:br/>
      </w:r>
      <w:r>
        <w:rPr>
          <w:lang w:eastAsia="zh-CN"/>
        </w:rPr>
        <w:t>　　2配合团委做好优秀学生分会的材料准备及评选及表彰大会工作。</w:t>
      </w:r>
      <w:r>
        <w:rPr>
          <w:lang w:eastAsia="zh-CN"/>
        </w:rPr>
        <w:br/>
      </w:r>
      <w:r>
        <w:rPr>
          <w:lang w:eastAsia="zh-CN"/>
        </w:rPr>
        <w:t>　　四.做好三项准备</w:t>
      </w:r>
      <w:r>
        <w:rPr>
          <w:lang w:eastAsia="zh-CN"/>
        </w:rPr>
        <w:br/>
      </w:r>
      <w:r>
        <w:rPr>
          <w:lang w:eastAsia="zh-CN"/>
        </w:rPr>
        <w:t>　　1迎接本科学位评估准备，按评估要求，高质量地完成各项材料的准备工作。</w:t>
      </w:r>
      <w:r>
        <w:rPr>
          <w:lang w:eastAsia="zh-CN"/>
        </w:rPr>
        <w:br/>
      </w:r>
      <w:r>
        <w:rPr>
          <w:lang w:eastAsia="zh-CN"/>
        </w:rPr>
        <w:t>　　2配合团委做好本学期业余团校学生干部的培训工作，进一步抓好学生干部的队伍建设。</w:t>
      </w:r>
      <w:r>
        <w:rPr>
          <w:lang w:eastAsia="zh-CN"/>
        </w:rPr>
        <w:br/>
      </w:r>
      <w:r>
        <w:rPr>
          <w:lang w:eastAsia="zh-CN"/>
        </w:rPr>
        <w:t>　　3准备本学期各级学生组织的换届及纳新工作。</w:t>
      </w:r>
      <w:r>
        <w:rPr>
          <w:lang w:eastAsia="zh-CN"/>
        </w:rPr>
        <w:br/>
      </w:r>
      <w:r>
        <w:rPr>
          <w:lang w:eastAsia="zh-CN"/>
        </w:rPr>
        <w:t>　　五.抓好三项活动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(1)配合团委举办20__年大学生文化艺术节。</w:t>
      </w:r>
      <w:r>
        <w:rPr>
          <w:lang w:eastAsia="zh-CN"/>
        </w:rPr>
        <w:br/>
      </w:r>
      <w:r>
        <w:rPr>
          <w:lang w:eastAsia="zh-CN"/>
        </w:rPr>
        <w:t>　　以文化艺术节为龙头，组织开展丰富多彩的校园文化活动，弘扬传统文化，展示团员青年崇高的理想和高雅的审美情操，树立校园文化新风尚，营造良好的育人氛围。</w:t>
      </w:r>
      <w:r>
        <w:rPr>
          <w:lang w:eastAsia="zh-CN"/>
        </w:rPr>
        <w:br/>
      </w:r>
      <w:r>
        <w:rPr>
          <w:lang w:eastAsia="zh-CN"/>
        </w:rPr>
        <w:t>　　(2)举办第二届社团文化艺术节。</w:t>
      </w:r>
      <w:r>
        <w:rPr>
          <w:lang w:eastAsia="zh-CN"/>
        </w:rPr>
        <w:br/>
      </w:r>
      <w:r>
        <w:rPr>
          <w:lang w:eastAsia="zh-CN"/>
        </w:rPr>
        <w:t>　　社团是我院最大的学生团体组织，在培养大学生综合素质、营造校园文化氛围、传承学校特色文化等方面发挥着重要的作用，因此借此次机会将充分发挥各协会、社团的作用，把我校学生社团文化推向一个新的高度。</w:t>
      </w:r>
      <w:r>
        <w:rPr>
          <w:lang w:eastAsia="zh-CN"/>
        </w:rPr>
        <w:br/>
      </w:r>
      <w:r>
        <w:rPr>
          <w:lang w:eastAsia="zh-CN"/>
        </w:rPr>
        <w:t>　　(3做好首届女生节的开幕式及后续工作。</w:t>
      </w:r>
      <w:r>
        <w:rPr>
          <w:lang w:eastAsia="zh-CN"/>
        </w:rPr>
        <w:br/>
      </w:r>
      <w:r>
        <w:rPr>
          <w:lang w:eastAsia="zh-CN"/>
        </w:rPr>
        <w:t>　　伴随着我校女生的不断增多，女生的活动也相应增多。质量也在不断提高，为了使我校女生积极参加到我校的各项活动中去，进一步提升我校女生活动的水平。特举办首届“女生节”活动，力争做好女生节活动的开幕式以及后续工作，努力把我校女生文化活动做的更强、更好。</w:t>
      </w:r>
      <w:r>
        <w:rPr>
          <w:lang w:eastAsia="zh-CN"/>
        </w:rPr>
        <w:br/>
      </w:r>
      <w:r>
        <w:rPr>
          <w:lang w:eastAsia="zh-CN"/>
        </w:rPr>
        <w:t>　　六.搞好品牌活动</w:t>
      </w:r>
      <w:r>
        <w:rPr>
          <w:lang w:eastAsia="zh-CN"/>
        </w:rPr>
        <w:br/>
      </w:r>
      <w:r>
        <w:rPr>
          <w:lang w:eastAsia="zh-CN"/>
        </w:rPr>
        <w:t>　　1品味周末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品味周末”作为校学生会的品牌活动，也作为我校周末活动的一大亮点，已经在学生心目中有了较高评价，随着“品味周末”的改版，要突出“品味周末”的几大板块，便是要把“品味周末”活动做的更加深入学生，所以本学期品味活动在选片时将着重了解同学们的喜好和需要，以“品位高，意义深刻”为指导思想，争取使“品味周末”再上一个新台阶。</w:t>
      </w:r>
      <w:r>
        <w:rPr>
          <w:lang w:eastAsia="zh-CN"/>
        </w:rPr>
        <w:br/>
      </w:r>
      <w:r>
        <w:rPr>
          <w:lang w:eastAsia="zh-CN"/>
        </w:rPr>
        <w:t>　　2快乐、健康周末</w:t>
      </w:r>
      <w:r>
        <w:rPr>
          <w:lang w:eastAsia="zh-CN"/>
        </w:rPr>
        <w:br/>
      </w:r>
      <w:r>
        <w:rPr>
          <w:lang w:eastAsia="zh-CN"/>
        </w:rPr>
        <w:t>　　随着舞蹈在大学的不断普及，以及上学期“周末舞会”取得的良好效果，为了使我校的周末文化搞得更加丰富多彩，校学生会将继续做好舞蹈的培训工作以及舞会的开展工作，力争使我校大学生脱离舞盲。</w:t>
      </w:r>
      <w:r>
        <w:rPr>
          <w:lang w:eastAsia="zh-CN"/>
        </w:rPr>
        <w:br/>
      </w:r>
      <w:r>
        <w:rPr>
          <w:lang w:eastAsia="zh-CN"/>
        </w:rPr>
        <w:t>　　3《华航学子》</w:t>
      </w:r>
      <w:r>
        <w:rPr>
          <w:lang w:eastAsia="zh-CN"/>
        </w:rPr>
        <w:br/>
      </w:r>
      <w:r>
        <w:rPr>
          <w:lang w:eastAsia="zh-CN"/>
        </w:rPr>
        <w:t>　　继上学期《华航学子》改版之后，华航学子以全新的面貌出现，得到了同学的好评。本学期信息部继续以“严谨务实、团结向上“的工作态度服务华航学子，力争在“传播校园咨训、构建和谐校园文化”有新进展。与此同时做好《华航学子》报的六周年报庆工作也为本学期另一工作重点。</w:t>
      </w:r>
      <w:r>
        <w:rPr>
          <w:lang w:eastAsia="zh-CN"/>
        </w:rPr>
        <w:br/>
      </w:r>
      <w:r>
        <w:rPr>
          <w:lang w:eastAsia="zh-CN"/>
        </w:rPr>
        <w:t>　　4华航英才辩论赛</w:t>
      </w:r>
      <w:r>
        <w:rPr>
          <w:lang w:eastAsia="zh-CN"/>
        </w:rPr>
        <w:br/>
      </w:r>
      <w:r>
        <w:rPr>
          <w:lang w:eastAsia="zh-CN"/>
        </w:rPr>
        <w:t>　　作为我校一大经典活动，已经经历了十一个年头，年年有新的突破，今年我校将迎来华航英才辩论赛的第十二个年头，校学生会将配合团委做好辩论赛的各项准备工作，使华航英才辩论赛做的越来越好，更加体现我校校园文化的多元性，体现当代大学生的高素质和新风貌。</w:t>
      </w:r>
      <w:r>
        <w:rPr>
          <w:lang w:eastAsia="zh-CN"/>
        </w:rPr>
        <w:br/>
      </w:r>
      <w:r>
        <w:rPr>
          <w:lang w:eastAsia="zh-CN"/>
        </w:rPr>
        <w:t>　　6新生篮球对抗赛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为了帮助新生尽快溶入大学生活，展现当代大学生的风貌，增强他们热爱运动，积极参与校园活动的意识，特举办此活动。为他们提供更多交流的机会，感受校园运动的同时以积极的态度面对生活和学习。</w:t>
      </w:r>
      <w:r>
        <w:rPr>
          <w:lang w:eastAsia="zh-CN"/>
        </w:rPr>
        <w:br/>
      </w:r>
      <w:r>
        <w:rPr>
          <w:lang w:eastAsia="zh-CN"/>
        </w:rPr>
        <w:t>　　附加：征集学生会会标、会训以及会歌。</w:t>
      </w:r>
      <w:r>
        <w:rPr>
          <w:lang w:eastAsia="zh-CN"/>
        </w:rPr>
        <w:br/>
      </w:r>
      <w:r>
        <w:rPr>
          <w:lang w:eastAsia="zh-CN"/>
        </w:rPr>
        <w:t>　　做好干部培训班工作。</w:t>
      </w:r>
      <w:r>
        <w:rPr>
          <w:lang w:eastAsia="zh-CN"/>
        </w:rPr>
        <w:br/>
      </w:r>
      <w:r>
        <w:rPr>
          <w:lang w:eastAsia="zh-CN"/>
        </w:rPr>
        <w:t>　　到北京各高校交流学习。</w:t>
      </w:r>
      <w:r>
        <w:rPr>
          <w:lang w:eastAsia="zh-CN"/>
        </w:rPr>
        <w:br/>
      </w:r>
      <w:r>
        <w:rPr>
          <w:lang w:eastAsia="zh-CN"/>
        </w:rPr>
        <w:t>　　配合其它部门做好相关工作。</w:t>
      </w:r>
      <w:r>
        <w:rPr>
          <w:lang w:eastAsia="zh-CN"/>
        </w:rPr>
        <w:br/>
      </w:r>
      <w:r>
        <w:rPr>
          <w:lang w:eastAsia="zh-CN"/>
        </w:rPr>
        <w:t>　　认真完成上级交办各组织的各项工作。</w:t>
      </w:r>
      <w:r>
        <w:rPr>
          <w:lang w:eastAsia="zh-CN"/>
        </w:rPr>
        <w:br/>
      </w:r>
      <w:r>
        <w:rPr>
          <w:lang w:eastAsia="zh-CN"/>
        </w:rPr>
        <w:t>　　联系指导各学生分会、学生班级组织开展好各项工作。</w:t>
      </w:r>
      <w:r>
        <w:rPr>
          <w:lang w:eastAsia="zh-CN"/>
        </w:rPr>
        <w:br/>
      </w:r>
      <w:r>
        <w:rPr>
          <w:lang w:eastAsia="zh-CN"/>
        </w:rPr>
        <w:t xml:space="preserve">    学生会新工作计划范文 篇10 </w:t>
      </w:r>
      <w:r>
        <w:rPr>
          <w:lang w:eastAsia="zh-CN"/>
        </w:rPr>
        <w:br/>
      </w:r>
      <w:r>
        <w:rPr>
          <w:lang w:eastAsia="zh-CN"/>
        </w:rPr>
        <w:t>　　新的一学期开始了，校园的面貌焕然一新。我们也迎来了初一新生，面对一些新情况和新变化，特制定20__年至20__年第一学期团委学生会的工作计划。具体如下：</w:t>
      </w:r>
      <w:r>
        <w:rPr>
          <w:lang w:eastAsia="zh-CN"/>
        </w:rPr>
        <w:br/>
      </w:r>
      <w:r>
        <w:rPr>
          <w:lang w:eastAsia="zh-CN"/>
        </w:rPr>
        <w:t>　　第一、加强团委学生会常规管理。团委学生会工作是学校管理工作的重要组成部分，更是管理规学生行为，加强学校文化建设的重要纽带。因此在本学期的常规管理上，我们将加大管理力度。分别从以下几点入手：</w:t>
      </w:r>
      <w:r>
        <w:rPr>
          <w:lang w:eastAsia="zh-CN"/>
        </w:rPr>
        <w:br/>
      </w:r>
      <w:r>
        <w:rPr>
          <w:lang w:eastAsia="zh-CN"/>
        </w:rPr>
        <w:t>　　1)路队管理要进一步规范化。从上学期开始，学校制定了路队管理的基本策略，分别以班级为单位，每周一个班进行轮流值周。这一方法很好的遏制了校园周边杂乱不堪的局面，学生在校门外小卖部逗留的现象明显减少。本学期团委学生会所要作的工作是继续进行轮流值周制，并进一步细化管理，做到有章可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校园环境卫生要更加严格。本学期学校进行了小范围的施工。对学校围墙、教室墙壁都进行了粉刷，操场上低洼的地方也铺上了土，更加平整。这对学校的发展是十分有益的，然而随之而来的是校园环境卫生的脏乱差。开学之初，团委学生将组织各个班集体进行彻底的打扫，让学校回归到原有的干净整洁。在所有工作正常之后，将制定严格的校园环境卫生管理制度，使学校环境卫生向正规化迈进。3)吸收新团员的工作要常抓不懈。作为团委学生会工作</w:t>
      </w:r>
      <w:r>
        <w:rPr>
          <w:lang w:eastAsia="zh-CN"/>
        </w:rPr>
        <w:br/>
      </w:r>
      <w:r>
        <w:rPr>
          <w:lang w:eastAsia="zh-CN"/>
        </w:rPr>
        <w:t>　　的基本工作，吸收新团员要遵循选优的原则。将学习、纪律、品德各方面都优秀的学生吸纳进来，让团委更好引领学生的德育教育。</w:t>
      </w:r>
      <w:r>
        <w:rPr>
          <w:lang w:eastAsia="zh-CN"/>
        </w:rPr>
        <w:br/>
      </w:r>
      <w:r>
        <w:rPr>
          <w:lang w:eastAsia="zh-CN"/>
        </w:rPr>
        <w:t>　　4)组织活动要多样化。每学期团委学生会都会配合组织不少的活动，这些活动在丰富校园文化方面起到了非常重要的作用。本学期团委学生会将组织丰富多彩的校园活动作为重要工作来抓。在第六周，团委学生会将组织有全校学生参与的科技周活动，我们相信此次活动定将提高学生对科学技术的迷恋，对未来生活的渴望。激发他们献身祖国科技事业的热情。在第十九周，我们将配合政教处组织“迎元旦”猜谜活动及书画展。让学生在活动中有所收益，在快乐中学到知识。</w:t>
      </w:r>
      <w:r>
        <w:rPr>
          <w:lang w:eastAsia="zh-CN"/>
        </w:rPr>
        <w:br/>
      </w:r>
      <w:r>
        <w:rPr>
          <w:lang w:eastAsia="zh-CN"/>
        </w:rPr>
        <w:t>　　第二、进一步规范升旗制度。为了让学生在升旗过程中能够更好的接受爱国主义教育，我们必须规范升旗制度。上学期团委学生会颁布的《首阳初中升旗制度》，从制度上规范了升旗。但对升旗的监督措施还是不到位，因此本学期要在初一新生中选拔一部分学生，对升旗仪式进行监督打分，量化考核，对升旗不认真的班级要进行批评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第三、选拔一部分初一新生到广播站工作。首阳初中校园广播上学期已经建立，一些广播员也基本掌握了播音的方法，《校园优秀作文》这一栏目已经初具规模。但广播站的问题还是很多，需要改进的地方也不少。因此这学期要在初</w:t>
      </w:r>
      <w:r>
        <w:rPr>
          <w:lang w:eastAsia="zh-CN"/>
        </w:rPr>
        <w:br/>
      </w:r>
      <w:r>
        <w:rPr>
          <w:lang w:eastAsia="zh-CN"/>
        </w:rPr>
        <w:t>　　一新生中挑选普通话流利准确的学生来参与校园播音。并且力争再开播两三个栏目，让校园充满歌声。</w:t>
      </w:r>
      <w:r>
        <w:rPr>
          <w:lang w:eastAsia="zh-CN"/>
        </w:rPr>
        <w:br/>
      </w:r>
      <w:r>
        <w:rPr>
          <w:lang w:eastAsia="zh-CN"/>
        </w:rPr>
        <w:t xml:space="preserve">    学生会新工作计划范文 篇11 </w:t>
      </w:r>
      <w:r>
        <w:rPr>
          <w:lang w:eastAsia="zh-CN"/>
        </w:rPr>
        <w:br/>
      </w:r>
      <w:r>
        <w:rPr>
          <w:lang w:eastAsia="zh-CN"/>
        </w:rPr>
        <w:t>　　大一学生会工作计划(一)</w:t>
      </w:r>
      <w:r>
        <w:rPr>
          <w:lang w:eastAsia="zh-CN"/>
        </w:rPr>
        <w:br/>
      </w:r>
      <w:r>
        <w:rPr>
          <w:lang w:eastAsia="zh-CN"/>
        </w:rPr>
        <w:t>　　带着新的力量与梦想，带着新的憧憬与渴望，教育学院学生会的工作在新的学年里已经悄悄然拉开序幕。新的学年里，我们将继续本着“创新，拼搏，务实，进取”的精神，在院团委的领导下，继续服务广大同学，为广大同学搭建一个锻炼自我的平台。 本年度的工作主要从四个方面着手：</w:t>
      </w:r>
      <w:r>
        <w:rPr>
          <w:lang w:eastAsia="zh-CN"/>
        </w:rPr>
        <w:br/>
      </w:r>
      <w:r>
        <w:rPr>
          <w:lang w:eastAsia="zh-CN"/>
        </w:rPr>
        <w:t>　　一. 全力安排好迎新工作，使广大新生体验到教育学院大家庭的温暖。</w:t>
      </w:r>
      <w:r>
        <w:rPr>
          <w:lang w:eastAsia="zh-CN"/>
        </w:rPr>
        <w:br/>
      </w:r>
      <w:r>
        <w:rPr>
          <w:lang w:eastAsia="zh-CN"/>
        </w:rPr>
        <w:t>　　二. 开展一系列学生活动，是新老生更好的交流，让同学们在活动中不断锻炼自我，发展自我。</w:t>
      </w:r>
      <w:r>
        <w:rPr>
          <w:lang w:eastAsia="zh-CN"/>
        </w:rPr>
        <w:br/>
      </w:r>
      <w:r>
        <w:rPr>
          <w:lang w:eastAsia="zh-CN"/>
        </w:rPr>
        <w:t>　　三. 为提升同学们的思想道德素养和文化心理素质，特邀请一些经验丰富的老师，学生与同学们进行面对面的交流。</w:t>
      </w:r>
      <w:r>
        <w:rPr>
          <w:lang w:eastAsia="zh-CN"/>
        </w:rPr>
        <w:br/>
      </w:r>
      <w:r>
        <w:rPr>
          <w:lang w:eastAsia="zh-CN"/>
        </w:rPr>
        <w:t>　　四. 做好本职工作，全力配合院团委工作，并不断提高自身素质，培养新的优秀的学生干部。</w:t>
      </w:r>
      <w:r>
        <w:rPr>
          <w:lang w:eastAsia="zh-CN"/>
        </w:rPr>
        <w:br/>
      </w:r>
      <w:r>
        <w:rPr>
          <w:lang w:eastAsia="zh-CN"/>
        </w:rPr>
        <w:t>　　具体工作计划安排如下：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 迎新工作：</w:t>
      </w:r>
      <w:r>
        <w:rPr>
          <w:lang w:eastAsia="zh-CN"/>
        </w:rPr>
        <w:br/>
      </w:r>
      <w:r>
        <w:rPr>
          <w:lang w:eastAsia="zh-CN"/>
        </w:rPr>
        <w:t>　　1. 新生到校前两日晚召开部长会，安排迎新具体工作事宜，做周密布置，为本年度学生工作打响头炮。</w:t>
      </w:r>
      <w:r>
        <w:rPr>
          <w:lang w:eastAsia="zh-CN"/>
        </w:rPr>
        <w:br/>
      </w:r>
      <w:r>
        <w:rPr>
          <w:lang w:eastAsia="zh-CN"/>
        </w:rPr>
        <w:t>　　2. 为应对新生在军训中所遇到的突发事件，特布置军训现场安排值班人员。</w:t>
      </w:r>
      <w:r>
        <w:rPr>
          <w:lang w:eastAsia="zh-CN"/>
        </w:rPr>
        <w:br/>
      </w:r>
      <w:r>
        <w:rPr>
          <w:lang w:eastAsia="zh-CN"/>
        </w:rPr>
        <w:t>　　3. 真诚交流意，共叙教育情——新老生交流会。使05级新生更多地了解大学生学习方法，更好地适应大学生活，正确认识自己的专业。</w:t>
      </w:r>
      <w:r>
        <w:rPr>
          <w:lang w:eastAsia="zh-CN"/>
        </w:rPr>
        <w:br/>
      </w:r>
      <w:r>
        <w:rPr>
          <w:lang w:eastAsia="zh-CN"/>
        </w:rPr>
        <w:t>　　4. 学生会，艺术团的招新——为了给学生会，艺术团注入新的血液，增添青春活力，发掘新的出色人才，学生组织的人事更迭也是本学期学生工作的头等大事。</w:t>
      </w:r>
      <w:r>
        <w:rPr>
          <w:lang w:eastAsia="zh-CN"/>
        </w:rPr>
        <w:br/>
      </w:r>
      <w:r>
        <w:rPr>
          <w:lang w:eastAsia="zh-CN"/>
        </w:rPr>
        <w:t>　　二 学生活动：</w:t>
      </w:r>
      <w:r>
        <w:rPr>
          <w:lang w:eastAsia="zh-CN"/>
        </w:rPr>
        <w:br/>
      </w:r>
      <w:r>
        <w:rPr>
          <w:lang w:eastAsia="zh-CN"/>
        </w:rPr>
        <w:t>　　1.激情打拼,活力碰撞——新老生篮球赛.为了丰富广大同学的业余生活,提高身体素质,增进向心力和集体凝聚力,以篮球为载体,在运动健身过程中发挥团队精神,团结互助,充分展现出当代大学生风采.</w:t>
      </w:r>
      <w:r>
        <w:rPr>
          <w:lang w:eastAsia="zh-CN"/>
        </w:rPr>
        <w:br/>
      </w:r>
      <w:r>
        <w:rPr>
          <w:lang w:eastAsia="zh-CN"/>
        </w:rPr>
        <w:t>　　2.唇枪舌剑各展雄风——新老生辩论赛.有我院学生会的特色部室口才部承办,旨在提高同学们之间的语言表达,反映的交流能力,为院辩论赛选拔人才.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3.温馨宿舍,精彩人生——“学生处生活园区第十一届门饰及宿舍文化设计大赛”,由生活部承办.此次大赛,要求同学们充分发挥自己的想象力,创造力及动手能力.用各种材料及各种方式装点自己的宿舍,体现着各宿舍成员的专业特色.生活品位,性格特点及自身的理想追求,展现大学生文化素质和基本才能,推动大学生素质拓展工作的开展.</w:t>
      </w:r>
      <w:r>
        <w:rPr>
          <w:lang w:eastAsia="zh-CN"/>
        </w:rPr>
        <w:br/>
      </w:r>
      <w:r>
        <w:rPr>
          <w:lang w:eastAsia="zh-CN"/>
        </w:rPr>
        <w:t>　　4.青春跃动,真诚展现——教育学院艺术团汇报演出,植根于我院深厚文底蕴的艺术团,成立数年来,俨然已是我院团员青年拓展自身之文艺素质的重要阵地,艺术团的汇报演出定将是一场精彩的舞台大戏.。</w:t>
      </w:r>
      <w:r>
        <w:rPr>
          <w:lang w:eastAsia="zh-CN"/>
        </w:rPr>
        <w:br/>
      </w:r>
      <w:r>
        <w:rPr>
          <w:lang w:eastAsia="zh-CN"/>
        </w:rPr>
        <w:t>　　三，学生思想道德素养与实践能力的教育</w:t>
      </w:r>
      <w:r>
        <w:rPr>
          <w:lang w:eastAsia="zh-CN"/>
        </w:rPr>
        <w:br/>
      </w:r>
      <w:r>
        <w:rPr>
          <w:lang w:eastAsia="zh-CN"/>
        </w:rPr>
        <w:t>　　1，“增强团员意识，关注团员心理”系列讲座，为响中保持共产党员先进行以及增强团员意识的号召，我院学生会实践部特举办此次活动，邀请相关专业人士前往现场进行讲座，答疑解惑。</w:t>
      </w:r>
      <w:r>
        <w:rPr>
          <w:lang w:eastAsia="zh-CN"/>
        </w:rPr>
        <w:br/>
      </w:r>
      <w:r>
        <w:rPr>
          <w:lang w:eastAsia="zh-CN"/>
        </w:rPr>
        <w:t>　　2，“缅怀先烈，少年壮志不言愁”——清明节扫墓，对于没有经历过硝烟与苦难的80年代后的我们，生长在红旗下，时刻也不敢忘怀今天的幸福从哪里来，4月5日清明节，走进烈士陵园扫墓的活动，期待您的参与。</w:t>
      </w:r>
      <w:r>
        <w:rPr>
          <w:lang w:eastAsia="zh-CN"/>
        </w:rPr>
        <w:br/>
      </w:r>
      <w:r>
        <w:rPr>
          <w:lang w:eastAsia="zh-CN"/>
        </w:rPr>
        <w:t>　　3，“同一个世界，同一个梦想”——关注奥运大型签名活动。五个可爱的福娃，牵动着亿万人的心，关注奥运，从心开始，让您的双手舞动起来。</w:t>
      </w:r>
      <w:r>
        <w:rPr>
          <w:lang w:eastAsia="zh-CN"/>
        </w:rPr>
        <w:br/>
      </w:r>
      <w:r>
        <w:rPr>
          <w:lang w:eastAsia="zh-CN"/>
        </w:rPr>
        <w:t>　　四，做好本职工作，不断提高自身素质，培养新的优秀学生干部。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教育学院学生会使全院的群众组织，经院学生代表大会选举产生，学生会在校各级党组织领导下，校团委、校学生会的指导下，代表全体同学的利益，发挥自我教育，自我管理，自我服务的作用，其一切权力属于全体同学。学生会的标准体制是由下向上逐级负责，并且有相对的自由性和独立性，各部门对主席负责，主席围绕院系的中心工作开展活动，要对广大同学和上级领导负责。学生会各部长负责本部的全面工作。主持本部的有关会议，制定本部的工作计划，定期向上级汇报工作，各部门要有主人翁精神，发挥创新意识，使本部的各项活动产生轰动效应。各部之间积极配合，加强横向联系，相互协调，是学生会成长为更具凝聚力的整体。在工作中要发挥和培养骨干并注意充分调动积极性，在平时工作中要负责搜集本院同学意见及建议，并及时向领导汇报。相信在新的学年里，河北大学教育学院学生会定将会在大家同心协力之下越走越好。</w:t>
      </w:r>
      <w:r>
        <w:rPr>
          <w:lang w:eastAsia="zh-CN"/>
        </w:rPr>
        <w:br/>
      </w:r>
      <w:r>
        <w:rPr>
          <w:lang w:eastAsia="zh-CN"/>
        </w:rPr>
        <w:t xml:space="preserve">    学生会新工作计划范文 篇12 </w:t>
      </w:r>
      <w:r>
        <w:rPr>
          <w:lang w:eastAsia="zh-CN"/>
        </w:rPr>
        <w:br/>
      </w:r>
      <w:r>
        <w:rPr>
          <w:lang w:eastAsia="zh-CN"/>
        </w:rPr>
        <w:t>　　基础建设部分：</w:t>
      </w:r>
      <w:r>
        <w:rPr>
          <w:lang w:eastAsia="zh-CN"/>
        </w:rPr>
        <w:br/>
      </w:r>
      <w:r>
        <w:rPr>
          <w:lang w:eastAsia="zh-CN"/>
        </w:rPr>
        <w:t>　　1、部门干事的培养</w:t>
      </w:r>
      <w:r>
        <w:rPr>
          <w:lang w:eastAsia="zh-CN"/>
        </w:rPr>
        <w:br/>
      </w:r>
      <w:r>
        <w:rPr>
          <w:lang w:eastAsia="zh-CN"/>
        </w:rPr>
        <w:t>　　在以前例会制度的基础上，考虑到在例会上气氛比较沉闷，内容比较单调、枯燥，例会的过程太过于程序化这几个因素，为改变如上状况，特在例会中加入以游戏方式培养干事的创新能力以及在部门内部开展辩论赛培养其语言表达能力和逻辑思维能力这两个不同的环节，以达到即活跃例会氛围，又能提高部委自身素质的效果。使例会不再是一项任务式的会议，而是可以当作一种娱乐方式来进行。</w:t>
      </w:r>
      <w:r>
        <w:rPr>
          <w:lang w:eastAsia="zh-CN"/>
        </w:rPr>
        <w:br/>
      </w:r>
      <w:r>
        <w:rPr>
          <w:lang w:eastAsia="zh-CN"/>
        </w:rPr>
        <w:t>　　2、增强交流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本学期纪检部计划与学习部和组织部各搞一次联谊，使我们的队伍更团结更融合，更好的促进学院各项工作的顺利开展，同时也在工作中加入了娱乐这一元素。我部将扩大纪检工作的合作性以更好的促使部委之间相互交流和沟通。</w:t>
      </w:r>
      <w:r>
        <w:rPr>
          <w:lang w:eastAsia="zh-CN"/>
        </w:rPr>
        <w:br/>
      </w:r>
      <w:r>
        <w:rPr>
          <w:lang w:eastAsia="zh-CN"/>
        </w:rPr>
        <w:t>　　3、整顿内部秩序</w:t>
      </w:r>
      <w:r>
        <w:rPr>
          <w:lang w:eastAsia="zh-CN"/>
        </w:rPr>
        <w:br/>
      </w:r>
      <w:r>
        <w:rPr>
          <w:lang w:eastAsia="zh-CN"/>
        </w:rPr>
        <w:t>　　纪检部的部内秩序本学期决不能放松，要制定出一套包括例会、出勤、部门活动在内的纪律制度。要严格要求自己多做批评与自我批评，成为纪检部的表率，展示出我部较强的组织纪律观念和团结协作精神。</w:t>
      </w:r>
      <w:r>
        <w:rPr>
          <w:lang w:eastAsia="zh-CN"/>
        </w:rPr>
        <w:br/>
      </w:r>
      <w:r>
        <w:rPr>
          <w:lang w:eastAsia="zh-CN"/>
        </w:rPr>
        <w:t>　　4、强化服务意识</w:t>
      </w:r>
      <w:r>
        <w:rPr>
          <w:lang w:eastAsia="zh-CN"/>
        </w:rPr>
        <w:br/>
      </w:r>
      <w:r>
        <w:rPr>
          <w:lang w:eastAsia="zh-CN"/>
        </w:rPr>
        <w:t>　　纪检部成员要按照“自我教育、自我管理、自我服务”的原则，大力开展各项活动，增进交流，积极配合学校开展各项相关工作，做好早点到、违章电器的查处及各项活动的监察工作，全力辅助学院工作，使各项活动顺利展开。</w:t>
      </w:r>
      <w:r>
        <w:rPr>
          <w:lang w:eastAsia="zh-CN"/>
        </w:rPr>
        <w:br/>
      </w:r>
      <w:r>
        <w:rPr>
          <w:lang w:eastAsia="zh-CN"/>
        </w:rPr>
        <w:t>　　活动创新部分：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基于我们纪检工作的特性，我们的主要工作是基础工作，因此我们的工作在很大程度上都是对内工作，对外工作基本没有，为了改变这一现状，我们部门很有必要在工作上做出创新，因此，我们本学期将打破我们纪检部只做基础工作这一现状，实现对外活动零的突破。此活动我们打算与楼管会共同完成，主题是关于“寝室安全文化建设”，这样即与我们的基础工作相挂钩，又能对外进行宣传，扩大两个部门的影响力，并以此为契机，做出属于我们纪检部的品牌活动。</w:t>
      </w:r>
      <w:r>
        <w:rPr>
          <w:lang w:eastAsia="zh-CN"/>
        </w:rPr>
        <w:br/>
      </w:r>
      <w:r>
        <w:rPr>
          <w:lang w:eastAsia="zh-CN"/>
        </w:rPr>
        <w:t xml:space="preserve">    学生会新工作计划范文 篇13 </w:t>
      </w:r>
      <w:r>
        <w:rPr>
          <w:lang w:eastAsia="zh-CN"/>
        </w:rPr>
        <w:br/>
      </w:r>
      <w:r>
        <w:rPr>
          <w:lang w:eastAsia="zh-CN"/>
        </w:rPr>
        <w:t>　　在过去的时光里，阳光体育活动的开展给广大的师生们不仅提供了良好的锻炼身体的机会，并且也为同学们创造了新的沟通渠道;我们新建立的体育部会秉承往届体育部的优秀工作传统，带领我系师生开展的有利于我们身心都得能到发展的活动。</w:t>
      </w:r>
      <w:r>
        <w:rPr>
          <w:lang w:eastAsia="zh-CN"/>
        </w:rPr>
        <w:br/>
      </w:r>
      <w:r>
        <w:rPr>
          <w:lang w:eastAsia="zh-CN"/>
        </w:rPr>
        <w:t>　　我部设想在新的一学年内面向我系师生开展趣味运动，届时会向大家以板报形式登在宣传栏上。</w:t>
      </w:r>
      <w:r>
        <w:rPr>
          <w:lang w:eastAsia="zh-CN"/>
        </w:rPr>
        <w:br/>
      </w:r>
      <w:r>
        <w:rPr>
          <w:lang w:eastAsia="zh-CN"/>
        </w:rPr>
        <w:t>　　我部在新的一学年里的工作计划有如下几条：</w:t>
      </w:r>
      <w:r>
        <w:rPr>
          <w:lang w:eastAsia="zh-CN"/>
        </w:rPr>
        <w:br/>
      </w:r>
      <w:r>
        <w:rPr>
          <w:lang w:eastAsia="zh-CN"/>
        </w:rPr>
        <w:t>　　1) 我部于11月5日起组织并号召__级新生参加院内的羽毛球比赛、乒乓球比赛，并向我系学生普及冬季防寒、强身健体的常识。此外我部会于11月底以各班为单位举行拔河比赛。</w:t>
      </w:r>
      <w:r>
        <w:rPr>
          <w:lang w:eastAsia="zh-CN"/>
        </w:rPr>
        <w:br/>
      </w:r>
      <w:r>
        <w:rPr>
          <w:lang w:eastAsia="zh-CN"/>
        </w:rPr>
        <w:t>　　2) 在12份，面对院内开展的冬季万米长跑接力活动，我部会积极配合做好组织宣传调动的工作，并为参赛学员设置后勤人员。从而使此项活动顺利完成。</w:t>
      </w:r>
      <w:r>
        <w:rPr>
          <w:lang w:eastAsia="zh-CN"/>
        </w:rPr>
        <w:br/>
      </w:r>
      <w:r>
        <w:rPr>
          <w:lang w:eastAsia="zh-CN"/>
        </w:rPr>
        <w:t>　　3) 12月份中下旬，我部要面向09级和10级的学生开展返老还童的趣味竞赛活动;例如十人九足、百足平衡等游戏项目，让大家在游戏中体验快乐的同时还能达到强身健体的效果。比赛规则及时间我部会在12中旬以板报形式通知给大家。</w:t>
      </w:r>
      <w:r>
        <w:rPr>
          <w:lang w:eastAsia="zh-CN"/>
        </w:rPr>
        <w:br/>
      </w:r>
      <w:r>
        <w:rPr>
          <w:lang w:eastAsia="zh-CN"/>
        </w:rPr>
        <w:t>　　4) 1、2月份是我们的寒假时段，但我部为同学们设立取经之路的小活动，有愿意参加的不限人数报名，此活动为了是让大家在冬季增强免疫力，拒绝寒冷!具体活动内容详见宣传栏。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5) 3、4月份我部会面向师生开展阳光竞技体育运动，例如男女投篮比赛，跳绳等比赛。同时在各班挑选出田径较好的同学，为5月份校运动会做好准备。</w:t>
      </w:r>
      <w:r>
        <w:rPr>
          <w:lang w:eastAsia="zh-CN"/>
        </w:rPr>
        <w:br/>
      </w:r>
      <w:r>
        <w:rPr>
          <w:lang w:eastAsia="zh-CN"/>
        </w:rPr>
        <w:t>　　6) 5月份我部会带领同学们参加院内的运动会，在积极配合院方工作的同时，做好运动员们的后勤工作。</w:t>
      </w:r>
      <w:r>
        <w:rPr>
          <w:lang w:eastAsia="zh-CN"/>
        </w:rPr>
        <w:br/>
      </w:r>
      <w:r>
        <w:rPr>
          <w:lang w:eastAsia="zh-CN"/>
        </w:rPr>
        <w:t xml:space="preserve">    学生会新工作计划范文 篇14 </w:t>
      </w:r>
      <w:r>
        <w:rPr>
          <w:lang w:eastAsia="zh-CN"/>
        </w:rPr>
        <w:br/>
      </w:r>
      <w:r>
        <w:rPr>
          <w:lang w:eastAsia="zh-CN"/>
        </w:rPr>
        <w:t>　　一个学期又在一个忙碌而不经意间悄然而过，一个新的学期又来到我们身旁，作学院学生会__部的一位部员，我在这里工作了半年多的时间，发现了自己的许多不足，但在工作的半年里也学到了许多的知识，新学期新气象，现在我担任部长这个职务，我将以更加饱满的热情和自信，迎接挑战！通过上学期工作的反省，我做了本学期的工作计划，具体如下：</w:t>
      </w:r>
      <w:r>
        <w:rPr>
          <w:lang w:eastAsia="zh-CN"/>
        </w:rPr>
        <w:br/>
      </w:r>
      <w:r>
        <w:rPr>
          <w:lang w:eastAsia="zh-CN"/>
        </w:rPr>
        <w:t>　　首先，作为学生会的成员，我就要明白工作的重要性，而且要充满对工作的热情，时刻要有一个积极向上的心态，是否有好心态好态度，是一个心委会成员的基本评定标准。</w:t>
      </w:r>
      <w:r>
        <w:rPr>
          <w:lang w:eastAsia="zh-CN"/>
        </w:rPr>
        <w:br/>
      </w:r>
      <w:r>
        <w:rPr>
          <w:lang w:eastAsia="zh-CN"/>
        </w:rPr>
        <w:t>　　第二，对待服务同学这件事上，我们要做到全心全意的热情，争取每次活动都可以秉承公平公正公开的原则，给参加活动的同学们一份愉快的心情。</w:t>
      </w:r>
      <w:r>
        <w:rPr>
          <w:lang w:eastAsia="zh-CN"/>
        </w:rPr>
        <w:br/>
      </w:r>
      <w:r>
        <w:rPr>
          <w:lang w:eastAsia="zh-CN"/>
        </w:rPr>
        <w:t>　　第三，我刚刚担任部长这个职务，一定会时刻保持与学哥学姐的联系，从他们的工作经历中吸取教训，提高自己的能力，以便更快熟悉自己的工作，争取为以后办活动打好基础。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第四，在活动的过程中要学会记录，优点传承下去，但是对于自己举办的活动的缺点，一定会严于律己，等到活动后自我检讨，勇于接受批评、吸取教训，争取以后做的更好。</w:t>
      </w:r>
      <w:r>
        <w:rPr>
          <w:lang w:eastAsia="zh-CN"/>
        </w:rPr>
        <w:br/>
      </w:r>
      <w:r>
        <w:rPr>
          <w:lang w:eastAsia="zh-CN"/>
        </w:rPr>
        <w:t>　　第五，作为学生会的一员，我会尽力的做好本职的工作，对于其他部门的工作，我也一定积极的参与，互帮互助，出谋划策，争取在我们几位主席与部长的共同努力下，将心委会壮大起来。</w:t>
      </w:r>
      <w:r>
        <w:rPr>
          <w:lang w:eastAsia="zh-CN"/>
        </w:rPr>
        <w:br/>
      </w:r>
      <w:r>
        <w:rPr>
          <w:lang w:eastAsia="zh-CN"/>
        </w:rPr>
        <w:t>　　第六，这学期的活动构想：（此段落自己编辑，根据自己的实际工作情况）</w:t>
      </w:r>
      <w:r>
        <w:rPr>
          <w:lang w:eastAsia="zh-CN"/>
        </w:rPr>
        <w:br/>
      </w:r>
      <w:r>
        <w:rPr>
          <w:lang w:eastAsia="zh-CN"/>
        </w:rPr>
        <w:t>　　以上就是我的工作计划，希望老师指导和督促改正，我会在以后的工作中更加的努力。</w:t>
      </w:r>
      <w:r>
        <w:rPr>
          <w:lang w:eastAsia="zh-CN"/>
        </w:rPr>
        <w:br/>
      </w:r>
      <w:r>
        <w:rPr>
          <w:lang w:eastAsia="zh-CN"/>
        </w:rPr>
        <w:t>　　学生会__部</w:t>
      </w:r>
      <w:r>
        <w:rPr>
          <w:lang w:eastAsia="zh-CN"/>
        </w:rPr>
        <w:br/>
      </w:r>
      <w:r>
        <w:rPr>
          <w:lang w:eastAsia="zh-CN"/>
        </w:rPr>
        <w:t>　　提交人姓名</w:t>
      </w:r>
      <w:r>
        <w:rPr>
          <w:lang w:eastAsia="zh-CN"/>
        </w:rPr>
        <w:br/>
      </w:r>
      <w:r>
        <w:rPr>
          <w:lang w:eastAsia="zh-CN"/>
        </w:rPr>
        <w:t>　　20__年10月26日</w:t>
      </w:r>
      <w:r>
        <w:rPr>
          <w:lang w:eastAsia="zh-CN"/>
        </w:rPr>
        <w:br/>
      </w:r>
      <w:r>
        <w:rPr>
          <w:lang w:eastAsia="zh-CN"/>
        </w:rPr>
        <w:t xml:space="preserve">    学生会新工作计划范文 篇15 </w:t>
      </w:r>
      <w:r>
        <w:rPr>
          <w:lang w:eastAsia="zh-CN"/>
        </w:rPr>
        <w:br/>
      </w:r>
      <w:r>
        <w:rPr>
          <w:lang w:eastAsia="zh-CN"/>
        </w:rPr>
        <w:t>　　新的学期，新的开始;新的征程，新的期盼。作为化学化工学院学生会副主席并分管文艺、体育、学习实践三个部门，深感责任重大。为更好的开展工作，保质保量按时高效的完成任务，现就本学期的工作做如下安排：</w:t>
      </w:r>
      <w:r>
        <w:rPr>
          <w:lang w:eastAsia="zh-CN"/>
        </w:rPr>
        <w:br/>
      </w:r>
      <w:r>
        <w:rPr>
          <w:lang w:eastAsia="zh-CN"/>
        </w:rPr>
        <w:t>　　一、学生会副主席工作职责</w:t>
      </w:r>
      <w:r>
        <w:rPr>
          <w:lang w:eastAsia="zh-CN"/>
        </w:rPr>
        <w:br/>
      </w:r>
      <w:r>
        <w:rPr>
          <w:lang w:eastAsia="zh-CN"/>
        </w:rPr>
        <w:t>　　(1)协助主席做好学生会有关工作。</w:t>
      </w:r>
      <w:r>
        <w:rPr>
          <w:lang w:eastAsia="zh-CN"/>
        </w:rPr>
        <w:br/>
      </w:r>
      <w:r>
        <w:rPr>
          <w:lang w:eastAsia="zh-CN"/>
        </w:rPr>
        <w:t>　　(2)主席不在时，受主席委托执行主席职权。</w:t>
      </w:r>
      <w:r>
        <w:rPr>
          <w:lang w:eastAsia="zh-CN"/>
        </w:rPr>
        <w:br/>
      </w:r>
      <w:r>
        <w:rPr>
          <w:lang w:eastAsia="zh-CN"/>
        </w:rPr>
        <w:t>　　(3)明确责任分工，坚持直接参加主管部门的各项工作和活动。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(4)定期向主席汇报自己分管的工作，完成主席交办的其他工作任务。</w:t>
      </w:r>
      <w:r>
        <w:rPr>
          <w:lang w:eastAsia="zh-CN"/>
        </w:rPr>
        <w:br/>
      </w:r>
      <w:r>
        <w:rPr>
          <w:lang w:eastAsia="zh-CN"/>
        </w:rPr>
        <w:t>　　二、工作目标</w:t>
      </w:r>
      <w:r>
        <w:rPr>
          <w:lang w:eastAsia="zh-CN"/>
        </w:rPr>
        <w:br/>
      </w:r>
      <w:r>
        <w:rPr>
          <w:lang w:eastAsia="zh-CN"/>
        </w:rPr>
        <w:t>　　同广大团总支学生会成员一道，认真开展学生工作、社团活动,大力推进我院的学风建设、校园文化建设，提高我院学生的综合素养,提升我院在许昌学院的知名度和影响力!</w:t>
      </w:r>
      <w:r>
        <w:rPr>
          <w:lang w:eastAsia="zh-CN"/>
        </w:rPr>
        <w:br/>
      </w:r>
      <w:r>
        <w:rPr>
          <w:lang w:eastAsia="zh-CN"/>
        </w:rPr>
        <w:t>　　三、工作重点</w:t>
      </w:r>
      <w:r>
        <w:rPr>
          <w:lang w:eastAsia="zh-CN"/>
        </w:rPr>
        <w:br/>
      </w:r>
      <w:r>
        <w:rPr>
          <w:lang w:eastAsia="zh-CN"/>
        </w:rPr>
        <w:t>　　本学期的工作重点有以下方面：</w:t>
      </w:r>
      <w:r>
        <w:rPr>
          <w:lang w:eastAsia="zh-CN"/>
        </w:rPr>
        <w:br/>
      </w:r>
      <w:r>
        <w:rPr>
          <w:lang w:eastAsia="zh-CN"/>
        </w:rPr>
        <w:t>　　1、以人为本，注重人才培养。人才是第一要素，发掘并培养一流人才是团总支学生会不断进取、永葆生机根本保证。</w:t>
      </w:r>
      <w:r>
        <w:rPr>
          <w:lang w:eastAsia="zh-CN"/>
        </w:rPr>
        <w:br/>
      </w:r>
      <w:r>
        <w:rPr>
          <w:lang w:eastAsia="zh-CN"/>
        </w:rPr>
        <w:t>　　2、秉承依法治国的理念，涉及到团总支学生会的方方面面要制度化，要做到所有工作都有法可依、有章可循;</w:t>
      </w:r>
      <w:r>
        <w:rPr>
          <w:lang w:eastAsia="zh-CN"/>
        </w:rPr>
        <w:br/>
      </w:r>
      <w:r>
        <w:rPr>
          <w:lang w:eastAsia="zh-CN"/>
        </w:rPr>
        <w:t>　　3、材料收集、资料整理、存档备案，要把好的工作理念、做事方法等留下来、传下去;</w:t>
      </w:r>
      <w:r>
        <w:rPr>
          <w:lang w:eastAsia="zh-CN"/>
        </w:rPr>
        <w:br/>
      </w:r>
      <w:r>
        <w:rPr>
          <w:lang w:eastAsia="zh-CN"/>
        </w:rPr>
        <w:t>　　4、社团文化活动、兴趣小组建设等。</w:t>
      </w:r>
      <w:r>
        <w:rPr>
          <w:lang w:eastAsia="zh-CN"/>
        </w:rPr>
        <w:br/>
      </w:r>
      <w:r>
        <w:rPr>
          <w:lang w:eastAsia="zh-CN"/>
        </w:rPr>
        <w:t>　　四、分管部门</w:t>
      </w:r>
      <w:r>
        <w:rPr>
          <w:lang w:eastAsia="zh-CN"/>
        </w:rPr>
        <w:br/>
      </w:r>
      <w:r>
        <w:rPr>
          <w:lang w:eastAsia="zh-CN"/>
        </w:rPr>
        <w:t>　　人员构成</w:t>
      </w:r>
      <w:r>
        <w:rPr>
          <w:lang w:eastAsia="zh-CN"/>
        </w:rPr>
        <w:br/>
      </w:r>
      <w:r>
        <w:rPr>
          <w:lang w:eastAsia="zh-CN"/>
        </w:rPr>
        <w:t>　　1、学习实践部：部长</w:t>
      </w:r>
      <w:r>
        <w:rPr>
          <w:lang w:eastAsia="zh-CN"/>
        </w:rPr>
        <w:br/>
      </w:r>
      <w:r>
        <w:rPr>
          <w:lang w:eastAsia="zh-CN"/>
        </w:rPr>
        <w:t>　　2、文艺部：部长</w:t>
      </w:r>
      <w:r>
        <w:rPr>
          <w:lang w:eastAsia="zh-CN"/>
        </w:rPr>
        <w:br/>
      </w:r>
      <w:r>
        <w:rPr>
          <w:lang w:eastAsia="zh-CN"/>
        </w:rPr>
        <w:t>　　3、体育部：部长</w:t>
      </w:r>
      <w:r>
        <w:rPr>
          <w:lang w:eastAsia="zh-CN"/>
        </w:rPr>
        <w:br/>
      </w:r>
      <w:r>
        <w:rPr>
          <w:lang w:eastAsia="zh-CN"/>
        </w:rPr>
        <w:t>　　主要工作及活动安排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1、学习实践部主要负责院系学风建设、培养学生学习兴趣、挖掘学生学习潜力、提到学生实践能力，举办学术研讨会、学习心得学习经验交流会等。</w:t>
      </w:r>
      <w:r>
        <w:rPr>
          <w:lang w:eastAsia="zh-CN"/>
        </w:rPr>
        <w:br/>
      </w:r>
      <w:r>
        <w:rPr>
          <w:lang w:eastAsia="zh-CN"/>
        </w:rPr>
        <w:t>　　活动安排：英语四级讲座、英语演讲比赛、演讲朗诵兴趣小组。</w:t>
      </w:r>
      <w:r>
        <w:rPr>
          <w:lang w:eastAsia="zh-CN"/>
        </w:rPr>
        <w:br/>
      </w:r>
      <w:r>
        <w:rPr>
          <w:lang w:eastAsia="zh-CN"/>
        </w:rPr>
        <w:t>　　2、文艺部主要职责为活跃学生的校园文化生活，提高学生的文化艺术修养，培养学生的兴趣爱好，指导学生参加各种文艺比赛、文艺活动，举办大型晚会、舞会等。</w:t>
      </w:r>
      <w:r>
        <w:rPr>
          <w:lang w:eastAsia="zh-CN"/>
        </w:rPr>
        <w:br/>
      </w:r>
      <w:r>
        <w:rPr>
          <w:lang w:eastAsia="zh-CN"/>
        </w:rPr>
        <w:t>　　活动安排：周末paty大型舞会、兴趣小组总体规划及其开展等。</w:t>
      </w:r>
      <w:r>
        <w:rPr>
          <w:lang w:eastAsia="zh-CN"/>
        </w:rPr>
        <w:br/>
      </w:r>
      <w:r>
        <w:rPr>
          <w:lang w:eastAsia="zh-CN"/>
        </w:rPr>
        <w:t>　　3、体育部是院系全民健康运动的积极倡导者和组织者，主要职责为调动学生的积极性，参加体育运动、健康运动，为学生以后的学习生活打下良好的身体基础，组织学生参加各类体育竞赛、体育活动，并负责举各种体育竞赛、体育活动等。</w:t>
      </w:r>
      <w:r>
        <w:rPr>
          <w:lang w:eastAsia="zh-CN"/>
        </w:rPr>
        <w:br/>
      </w:r>
      <w:r>
        <w:rPr>
          <w:lang w:eastAsia="zh-CN"/>
        </w:rPr>
        <w:t>　　活动安排：“迎新杯”篮球赛、校排球赛等。</w:t>
      </w:r>
      <w:r>
        <w:rPr>
          <w:lang w:eastAsia="zh-CN"/>
        </w:rPr>
        <w:br/>
      </w:r>
      <w:r>
        <w:rPr>
          <w:lang w:eastAsia="zh-CN"/>
        </w:rPr>
        <w:t>　　五、组织管理、干部培养</w:t>
      </w:r>
      <w:r>
        <w:rPr>
          <w:lang w:eastAsia="zh-CN"/>
        </w:rPr>
        <w:br/>
      </w:r>
      <w:r>
        <w:rPr>
          <w:lang w:eastAsia="zh-CN"/>
        </w:rPr>
        <w:t>　　1、处理好多种关系</w:t>
      </w:r>
      <w:r>
        <w:rPr>
          <w:lang w:eastAsia="zh-CN"/>
        </w:rPr>
        <w:br/>
      </w:r>
      <w:r>
        <w:rPr>
          <w:lang w:eastAsia="zh-CN"/>
        </w:rPr>
        <w:t>　　外部：院系和学校的关系，院系团总支学生会和校学生会、校社联、广播站、大学生艺术团等校级学生组织的关系，院系团总支学生会和各兄弟院系团总支学生会的关系;</w:t>
      </w:r>
      <w:r>
        <w:rPr>
          <w:lang w:eastAsia="zh-CN"/>
        </w:rPr>
        <w:br/>
      </w:r>
      <w:r>
        <w:rPr>
          <w:lang w:eastAsia="zh-CN"/>
        </w:rPr>
        <w:t>　　内部：团总支学生会和院系领导老师的关系，团总支学生会和各班级、各社团以及各位同学的关系，主席团和部长级、干事之间的关系;</w:t>
      </w:r>
      <w:r>
        <w:rPr>
          <w:lang w:eastAsia="zh-CN"/>
        </w:rPr>
        <w:br/>
      </w:r>
      <w:r>
        <w:rPr>
          <w:lang w:eastAsia="zh-CN"/>
        </w:rPr>
        <w:t>　　个人：工作和学习、人与人等。</w:t>
      </w:r>
      <w:r>
        <w:rPr>
          <w:lang w:eastAsia="zh-CN"/>
        </w:rPr>
        <w:br/>
      </w:r>
      <w:r>
        <w:rPr>
          <w:lang w:eastAsia="zh-CN"/>
        </w:rPr>
        <w:t>　　2、组织管理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团总支学生会是一个组织一个团体，但他本身组织结构以及管理理念、管理模式等还不完善，我们要继续努力，摸索前行。要摒弃管理中的物质、惩罚、人情化，取而代之的应该是精神、鼓励和人性化管理。</w:t>
      </w:r>
      <w:r>
        <w:rPr>
          <w:lang w:eastAsia="zh-CN"/>
        </w:rPr>
        <w:br/>
      </w:r>
      <w:r>
        <w:rPr>
          <w:lang w:eastAsia="zh-CN"/>
        </w:rPr>
        <w:t>　　3、干部培养</w:t>
      </w:r>
      <w:r>
        <w:rPr>
          <w:lang w:eastAsia="zh-CN"/>
        </w:rPr>
        <w:br/>
      </w:r>
      <w:r>
        <w:rPr>
          <w:lang w:eastAsia="zh-CN"/>
        </w:rPr>
        <w:t>　　以人为本，人性化对待。每一个人都是独一无二的，他的思维方式、做事方法等都各不相同。我们要在尊重大家的基础上，充分调动大家的积极性和主观能动性、发掘大家的潜力，给他们平台、给他们机会，指导他们去做、去想、去创新，引导鼓励他们不断努力、进取。</w:t>
      </w:r>
      <w:r>
        <w:rPr>
          <w:lang w:eastAsia="zh-CN"/>
        </w:rPr>
        <w:br/>
      </w:r>
      <w:r>
        <w:rPr>
          <w:lang w:eastAsia="zh-CN"/>
        </w:rPr>
        <w:t>　　六、注意问题</w:t>
      </w:r>
      <w:r>
        <w:rPr>
          <w:lang w:eastAsia="zh-CN"/>
        </w:rPr>
        <w:br/>
      </w:r>
      <w:r>
        <w:rPr>
          <w:lang w:eastAsia="zh-CN"/>
        </w:rPr>
        <w:t>　　1、工作态度问题</w:t>
      </w:r>
      <w:r>
        <w:rPr>
          <w:lang w:eastAsia="zh-CN"/>
        </w:rPr>
        <w:br/>
      </w:r>
      <w:r>
        <w:rPr>
          <w:lang w:eastAsia="zh-CN"/>
        </w:rPr>
        <w:t>　　对待工作要认真负责、多思多想多交流。多听听领导、老师、同学、主席团、部长、干事的意见、建议、想法、主张，对于大家的意见、建议要认真听取，对大家的想法、主张要重视，对人要诚恳，工作中要人性化不能人情化。</w:t>
      </w:r>
      <w:r>
        <w:rPr>
          <w:lang w:eastAsia="zh-CN"/>
        </w:rPr>
        <w:br/>
      </w:r>
      <w:r>
        <w:rPr>
          <w:lang w:eastAsia="zh-CN"/>
        </w:rPr>
        <w:t>　　2、工作下放问题</w:t>
      </w:r>
      <w:r>
        <w:rPr>
          <w:lang w:eastAsia="zh-CN"/>
        </w:rPr>
        <w:br/>
      </w:r>
      <w:r>
        <w:rPr>
          <w:lang w:eastAsia="zh-CN"/>
        </w:rPr>
        <w:t>　　不能觉得工作重要就大包大揽，不要怕出错，要相信大家，给他们机会，让他们去做，同时也要注意监督指导，可能有很多方面他们想不到或者想的不完善，这是你就应该站出来，给他们帮助、支持和鼓励!</w:t>
      </w:r>
      <w:r>
        <w:rPr>
          <w:lang w:eastAsia="zh-CN"/>
        </w:rPr>
        <w:br/>
      </w:r>
      <w:r>
        <w:rPr>
          <w:lang w:eastAsia="zh-CN"/>
        </w:rPr>
        <w:t xml:space="preserve">    学生会新工作计划范文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充分发挥学生会桥梁、纽带作用，进一步加强学校与学生之间的联系与沟通，解决实际问题，维护广大同学的权益。学生会作为学校与学生间用来沟通的重要组织，要充分发挥其自身接触面广的特点，促进学校与学生间的进一步联系。在工作中，要关心同学生活，了解同学需求，对同学们的意见及时反馈，解决同学们的实际问题，本着全心全意为同学服务的宗旨，力争赢得老师与同学的一致认可。</w:t>
      </w:r>
      <w:r>
        <w:rPr>
          <w:lang w:eastAsia="zh-CN"/>
        </w:rPr>
        <w:br/>
      </w:r>
      <w:r>
        <w:rPr>
          <w:lang w:eastAsia="zh-CN"/>
        </w:rPr>
        <w:t>　　2、开展丰富多彩的校园文化活动，倡导创新精神，培养创造能力，促进我校学生全面发展。学生会要紧密围绕素质教育，结合学校的实际工作，广泛开展校园文化建设，努力打造品牌活动，不断开拓创新，争取在同学们当中赢得良好的声誉。</w:t>
      </w:r>
      <w:r>
        <w:rPr>
          <w:lang w:eastAsia="zh-CN"/>
        </w:rPr>
        <w:br/>
      </w:r>
      <w:r>
        <w:rPr>
          <w:lang w:eastAsia="zh-CN"/>
        </w:rPr>
        <w:t>　　3、加强学生会的自身建设。不断提高学生会干部的整体素质增强组织的战斗力和凝聚力，形成朝气蓬勃、奋发向上的工作氛围，保障学生会各项工作的顺利开展。</w:t>
      </w:r>
      <w:r>
        <w:rPr>
          <w:lang w:eastAsia="zh-CN"/>
        </w:rPr>
        <w:br/>
      </w:r>
      <w:r>
        <w:rPr>
          <w:lang w:eastAsia="zh-CN"/>
        </w:rPr>
        <w:t>　　4、学生会作为学生们自己的组织，要健全民主制度，扩大学生的有序参与，各项工作都要由学生会全体成员讨论决定。每月学生会都要召开例会，各部门及部分干事都要准时参加，及时部署工作，不脱离实际的校园、社会情况，迎合同学们的普遍心理。</w:t>
      </w:r>
      <w:r>
        <w:rPr>
          <w:lang w:eastAsia="zh-CN"/>
        </w:rPr>
        <w:br/>
      </w:r>
      <w:r>
        <w:rPr>
          <w:lang w:eastAsia="zh-CN"/>
        </w:rPr>
        <w:t>　　综合就是1、各部门协调工作，加强部门与部门之间的配合，使学生工作井然有序的进行、</w:t>
      </w:r>
      <w:r>
        <w:rPr>
          <w:lang w:eastAsia="zh-CN"/>
        </w:rPr>
        <w:br/>
      </w:r>
      <w:r>
        <w:rPr>
          <w:lang w:eastAsia="zh-CN"/>
        </w:rPr>
        <w:t>　　2、定期举行学生会工作例会，各个部门汇报近阶段的工作情况，使学生会各部门信息互通、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3、定期对学生会各部门的工作进行考核，并在例会上作适当的鼓励与批评，促进各部门更好的完成工作、</w:t>
      </w:r>
      <w:r>
        <w:rPr>
          <w:lang w:eastAsia="zh-CN"/>
        </w:rPr>
        <w:br/>
      </w:r>
      <w:r>
        <w:rPr>
          <w:lang w:eastAsia="zh-CN"/>
        </w:rPr>
        <w:t>　　4、在各个活动中接受同学的反馈意见，采纳好的建议，在工作中做针对性的改进、</w:t>
      </w:r>
      <w:r>
        <w:rPr>
          <w:lang w:eastAsia="zh-CN"/>
        </w:rPr>
        <w:br/>
      </w:r>
      <w:r>
        <w:rPr>
          <w:lang w:eastAsia="zh-CN"/>
        </w:rPr>
        <w:t>　　5、定期向老师汇报学生会各部门的工作进程，并在老师的指导下做相应的改进和调整、</w:t>
      </w:r>
      <w:r>
        <w:rPr>
          <w:lang w:eastAsia="zh-CN"/>
        </w:rPr>
        <w:br/>
      </w:r>
      <w:r>
        <w:rPr>
          <w:lang w:eastAsia="zh-CN"/>
        </w:rPr>
        <w:t>　　一个好的、负责任的学生会要靠我们大家的=共同努力去创造，让我们一起加油、一起努力吧，希望我们的学生会在不久的将来更加出色更加辉煌。</w:t>
      </w:r>
      <w:r>
        <w:rPr>
          <w:lang w:eastAsia="zh-CN"/>
        </w:rPr>
        <w:br/>
      </w:r>
      <w:r>
        <w:rPr>
          <w:lang w:eastAsia="zh-CN"/>
        </w:rPr>
        <w:t>　　一、主要工作计划</w:t>
      </w:r>
      <w:r>
        <w:rPr>
          <w:lang w:eastAsia="zh-CN"/>
        </w:rPr>
        <w:br/>
      </w:r>
      <w:r>
        <w:rPr>
          <w:lang w:eastAsia="zh-CN"/>
        </w:rPr>
        <w:t>　　（一）、加强与主席团和学生会各部门的沟通，加强部门间的工作指导和交流，认真听取批评建议，加强学生会办公室的职能建设和内部成员队伍建设，充分调动每位成员的热情和积极性，发挥个人潜能。与此同时我认为还应该加强部门内部的自我反省和自我批评，这样更有助于部长和干事的成长和交流。</w:t>
      </w:r>
      <w:r>
        <w:rPr>
          <w:lang w:eastAsia="zh-CN"/>
        </w:rPr>
        <w:br/>
      </w:r>
      <w:r>
        <w:rPr>
          <w:lang w:eastAsia="zh-CN"/>
        </w:rPr>
        <w:t>　　（二）、严格加强学生会的管理，做好本学期活动和会议的签到工作。在新学期的各项会议、活动中严格抓考勤，做好每一次考勤记录，统一表格签到。加强纪律的管理。</w:t>
      </w:r>
      <w:r>
        <w:rPr>
          <w:lang w:eastAsia="zh-CN"/>
        </w:rPr>
        <w:br/>
      </w:r>
      <w:r>
        <w:rPr>
          <w:lang w:eastAsia="zh-CN"/>
        </w:rPr>
        <w:t>　　（三）、做好会议记录。办公室在学生会内部及相关的各项会议工作上，要严格组织、秩序安排，使其顺利有序进行，并做好每次会议记录。每两周定好一个例会，通过会议更好地运作整个工作程序和交流。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四）、完成文件的整理和归档工作。为了使上级布置的任务落实到工作实际当中，文件是不可缺少的帮手，因此办公室的文件起草以及整理归档工作就显得尤为重要了。在本学期的工作中我会配合上级完成对于重要文件的起草，也会与本部的成员们一起努力做好整个团总支所有文件资料的整理，归类收档各种文件资料、规章制度，使各种信息及时传达、发布。这项工作是异常重要的，这是确保整个团总支学生会工作有据可依、有案可查的根本措施。</w:t>
      </w:r>
      <w:r>
        <w:rPr>
          <w:lang w:eastAsia="zh-CN"/>
        </w:rPr>
        <w:br/>
      </w:r>
      <w:r>
        <w:rPr>
          <w:lang w:eastAsia="zh-CN"/>
        </w:rPr>
        <w:t>　　（五）、配合书记、副书记做好各项工作。在做好我们办公室本职工作的同时，我也会积极配合上级领导开展团总支的整体工作，尽自己的力所能及，协助书记、副书记等上级做好各项工作的部署、规划和实施。配合上级传达校部、系部的各种文件精神，落实到各个团支部。</w:t>
      </w:r>
      <w:r>
        <w:rPr>
          <w:lang w:eastAsia="zh-CN"/>
        </w:rPr>
        <w:br/>
      </w:r>
      <w:r>
        <w:rPr>
          <w:lang w:eastAsia="zh-CN"/>
        </w:rPr>
        <w:t>　　（六）、协调其他部门进行工作。与此同时，也要与团总支的其他兄弟姐妹一起，相互协调开展各种活动。协调组织团总支各部门策划、调派、统一开展各式活动，确保各项活动顺利开展、完成，从而使整体工作达到最优化。</w:t>
      </w:r>
      <w:r>
        <w:rPr>
          <w:lang w:eastAsia="zh-CN"/>
        </w:rPr>
        <w:br/>
      </w:r>
      <w:r>
        <w:rPr>
          <w:lang w:eastAsia="zh-CN"/>
        </w:rPr>
        <w:t>　　二、个人素质培养计划</w:t>
      </w:r>
      <w:r>
        <w:rPr>
          <w:lang w:eastAsia="zh-CN"/>
        </w:rPr>
        <w:br/>
      </w:r>
      <w:r>
        <w:rPr>
          <w:lang w:eastAsia="zh-CN"/>
        </w:rPr>
        <w:t>　　（一）、首先熟悉学生会的环境，包括人文环境、地理环境、关系环境等，尤其是人文环境，包括各部成员之间委员与部长，以及各部门的设置和功能，学生会的功能等，这是开展工作的前提：注重时间观念是办公室对成员提出的第一个具体要求；激发成员的荣誉感，珍惜机会，珍惜荣誉，是我们所提供并贯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二）、善于发现问题，学会自主解决问题身为一名干事，任务就是做好部长分配下来的事务，但并不是让你干什么你就干什么般机械地做事。应该以主人翁的身份，自己能解决的问题就要自主地去解决，不要总请示上级，这样能避免不少麻烦，也是自我能力的一种提高。</w:t>
      </w:r>
      <w:r>
        <w:rPr>
          <w:lang w:eastAsia="zh-CN"/>
        </w:rPr>
        <w:br/>
      </w:r>
      <w:r>
        <w:rPr>
          <w:lang w:eastAsia="zh-CN"/>
        </w:rPr>
        <w:t>　　三、学习管理理念</w:t>
      </w:r>
      <w:r>
        <w:rPr>
          <w:lang w:eastAsia="zh-CN"/>
        </w:rPr>
        <w:br/>
      </w:r>
      <w:r>
        <w:rPr>
          <w:lang w:eastAsia="zh-CN"/>
        </w:rPr>
        <w:t>　　（一）、学校管理工作像企业管理一样，需要简洁明了的通知和指示来上通下达，以确保内、外工作的高效完成。</w:t>
      </w:r>
      <w:r>
        <w:rPr>
          <w:lang w:eastAsia="zh-CN"/>
        </w:rPr>
        <w:br/>
      </w:r>
      <w:r>
        <w:rPr>
          <w:lang w:eastAsia="zh-CN"/>
        </w:rPr>
        <w:t>　　（二）、社会高速进步，学校管理快速发展，所以作为学生会咽喉部门的办公室会本着一切服务学生的宗旨，作到快速的服务，确保学生工作的顺利进行。</w:t>
      </w:r>
      <w:r>
        <w:rPr>
          <w:lang w:eastAsia="zh-CN"/>
        </w:rPr>
        <w:br/>
      </w:r>
      <w:r>
        <w:rPr>
          <w:lang w:eastAsia="zh-CN"/>
        </w:rPr>
        <w:t>　　（三）、有了简洁的号令和快速的传达作保证，就可达到办公室追求的工作目标高效。</w:t>
      </w:r>
      <w:r>
        <w:rPr>
          <w:lang w:eastAsia="zh-CN"/>
        </w:rPr>
        <w:br/>
      </w:r>
      <w:r>
        <w:rPr>
          <w:lang w:eastAsia="zh-CN"/>
        </w:rPr>
        <w:t>　　（四）、友情是一笔宝贵的财富，它将使我们的工作进一步升华，更加趋于团结与统一。</w:t>
      </w:r>
      <w:r>
        <w:rPr>
          <w:lang w:eastAsia="zh-CN"/>
        </w:rPr>
        <w:br/>
      </w:r>
      <w:r>
        <w:rPr>
          <w:lang w:eastAsia="zh-CN"/>
        </w:rPr>
        <w:t>　　一、工作重点及指导思想</w:t>
      </w:r>
      <w:r>
        <w:rPr>
          <w:lang w:eastAsia="zh-CN"/>
        </w:rPr>
        <w:br/>
      </w:r>
      <w:r>
        <w:rPr>
          <w:lang w:eastAsia="zh-CN"/>
        </w:rPr>
        <w:t>　　1、以养成学生良好行为习惯为重点，从小事做起，从自身做起，全面提高学生良好行为习惯。</w:t>
      </w:r>
      <w:r>
        <w:rPr>
          <w:lang w:eastAsia="zh-CN"/>
        </w:rPr>
        <w:br/>
      </w:r>
      <w:r>
        <w:rPr>
          <w:lang w:eastAsia="zh-CN"/>
        </w:rPr>
        <w:t>　　2、对同学礼仪、两操的进一步提高。</w:t>
      </w:r>
      <w:r>
        <w:rPr>
          <w:lang w:eastAsia="zh-CN"/>
        </w:rPr>
        <w:br/>
      </w:r>
      <w:r>
        <w:rPr>
          <w:lang w:eastAsia="zh-CN"/>
        </w:rPr>
        <w:t>　　3、根据《中学生行为规范》对学生日常行为进行监督。</w:t>
      </w:r>
      <w:r>
        <w:rPr>
          <w:lang w:eastAsia="zh-CN"/>
        </w:rPr>
        <w:br/>
      </w:r>
      <w:r>
        <w:rPr>
          <w:lang w:eastAsia="zh-CN"/>
        </w:rPr>
        <w:t>　　4、校园周边环境的整治。</w:t>
      </w:r>
      <w:r>
        <w:rPr>
          <w:lang w:eastAsia="zh-CN"/>
        </w:rPr>
        <w:br/>
      </w:r>
      <w:r>
        <w:rPr>
          <w:lang w:eastAsia="zh-CN"/>
        </w:rPr>
        <w:t>　　二、工作步骤及方法：</w:t>
      </w:r>
      <w:r>
        <w:rPr>
          <w:lang w:eastAsia="zh-CN"/>
        </w:rPr>
        <w:br/>
      </w:r>
    </w:p>
    <w:p w:rsidR="001B1F19" w14:textId="27C3F48A">
      <w:pPr>
        <w:rPr>
          <w:rFonts w:hint="eastAsia"/>
          <w:lang w:eastAsia="zh-CN"/>
        </w:rPr>
      </w:pPr>
      <w:r>
        <w:rPr>
          <w:lang w:eastAsia="zh-CN"/>
        </w:rPr>
        <w:t>　　1、由团委筹划，收集整理各次活动的材料，首先发放学生会各干部，了解指导思想。</w:t>
      </w:r>
      <w:r>
        <w:rPr>
          <w:lang w:eastAsia="zh-CN"/>
        </w:rPr>
        <w:br/>
      </w:r>
      <w:r>
        <w:rPr>
          <w:lang w:eastAsia="zh-CN"/>
        </w:rPr>
        <w:t>　　2、召开各班班长会议，和学生会携手，将活动的具体内容精神传达到各班。</w:t>
      </w:r>
      <w:r>
        <w:rPr>
          <w:lang w:eastAsia="zh-CN"/>
        </w:rPr>
        <w:br/>
      </w:r>
      <w:r>
        <w:rPr>
          <w:lang w:eastAsia="zh-CN"/>
        </w:rPr>
        <w:t>　　3、张贴海报，创制宣传栏，宣传活动，使其在同学当中有较深印象，加强大家参加活动的积极性。</w:t>
      </w:r>
      <w:r>
        <w:rPr>
          <w:lang w:eastAsia="zh-CN"/>
        </w:rPr>
        <w:br/>
      </w:r>
      <w:r>
        <w:rPr>
          <w:lang w:eastAsia="zh-CN"/>
        </w:rPr>
        <w:t>　　4、组织各班开展报名工作。活动之后后将活动记载本收集、整理，以看实效和新观点。</w:t>
      </w:r>
      <w:r>
        <w:rPr>
          <w:lang w:eastAsia="zh-CN"/>
        </w:rPr>
        <w:br/>
      </w:r>
      <w:r>
        <w:rPr>
          <w:lang w:eastAsia="zh-CN"/>
        </w:rPr>
        <w:t>　　三、礼仪、两操、周边环境</w:t>
      </w:r>
      <w:r>
        <w:rPr>
          <w:lang w:eastAsia="zh-CN"/>
        </w:rPr>
        <w:br/>
      </w:r>
      <w:r>
        <w:rPr>
          <w:lang w:eastAsia="zh-CN"/>
        </w:rPr>
        <w:t>　　1、加强两操时的检查工作。每天选派一个清点人数的负责人，实行各班交换检查。与此同时，宣传两操之重要性，使同学们明白检查只是手段，而非目的，从而自觉进行。学生会，尤其是文明监督岗，应当发挥最主要的作用。</w:t>
      </w:r>
      <w:r>
        <w:rPr>
          <w:lang w:eastAsia="zh-CN"/>
        </w:rPr>
        <w:br/>
      </w:r>
      <w:r>
        <w:rPr>
          <w:lang w:eastAsia="zh-CN"/>
        </w:rPr>
        <w:t>　　2、卫生检查加派人手，加强对卫生情况的检查督促，并及时将情况上报学校。以改善周边环境。</w:t>
      </w:r>
      <w:r>
        <w:rPr>
          <w:lang w:eastAsia="zh-CN"/>
        </w:rPr>
        <w:br/>
      </w:r>
      <w:r>
        <w:rPr>
          <w:lang w:eastAsia="zh-CN"/>
        </w:rPr>
        <w:t>　　四、文明监督岗行之有效</w:t>
      </w:r>
      <w:r>
        <w:rPr>
          <w:lang w:eastAsia="zh-CN"/>
        </w:rPr>
        <w:br/>
      </w:r>
      <w:r>
        <w:rPr>
          <w:lang w:eastAsia="zh-CN"/>
        </w:rPr>
        <w:t>　　充分利用文明监督岗的作用，完善他的职能，本学期我们将加强他的队伍建设，每个班都安排一个监督岗成员，定期开例会，相互探讨学生之间近期存在的问题，遏止各种苗头性事件的发生，每一位成员都配备了文明监督卡，情况登记表，除了按时记录之外，还要求他们及时向有关负责人汇报情况。</w:t>
      </w:r>
      <w:r>
        <w:rPr>
          <w:lang w:eastAsia="zh-CN"/>
        </w:rPr>
        <w:br/>
      </w:r>
      <w:r>
        <w:rPr>
          <w:lang w:eastAsia="zh-CN"/>
        </w:rPr>
        <w:t>　　五、总结工作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https://d.book118.com/756135011113010044</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613501111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