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《非暴力沟通》读书心得15篇（推荐）</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《非暴力沟通》读书心得1</w:t>
      </w:r>
      <w:r>
        <w:rPr>
          <w:lang w:eastAsia="zh-CN"/>
        </w:rPr>
        <w:br/>
      </w:r>
      <w:r>
        <w:rPr>
          <w:lang w:eastAsia="zh-CN"/>
        </w:rPr>
        <w:t xml:space="preserve">    依稀记得，中学时代的我特别顽皮而母亲总是“以柔克刚”地训导我：“瑞汉，看到茶几下的两双脏祙子和电视机旁那三双，我不太高兴，因为我很看重整洁。”接着，她沉心静气地向我问道：“你是否愿意将它们放进房间或洗衣机?”母亲期待的眼神使得我立马收拾好杂物，这种非暴力的沟通方式至今让我印象深刻，可惜现在却没有多少机会感受她的“唠叨”。 </w:t>
      </w:r>
      <w:r>
        <w:rPr>
          <w:lang w:eastAsia="zh-CN"/>
        </w:rPr>
        <w:br/>
      </w:r>
      <w:r>
        <w:rPr>
          <w:lang w:eastAsia="zh-CN"/>
        </w:rPr>
        <w:t>　　每个人都有属于自己的沟通方式，但《非暴力沟通》绝对不只是一本提高语言修养的书，经过一个多月的阅读，我仿佛找到了一个“新大陆”。或许你在工作上感到很懊恼，为什么大家总是不懂我呢?为什么我们的工作效率提不上去?此时，我建议你要学会聆听内心的声音以及它们所反映的需要，包括我们的言语是否给别人带来伤害?这本书可以有效地促进我们内心的和谐、自我理解、改善关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美国著名作家马歇尔·卢森堡博士写的《非暴力沟通》蕴含着人与人之间语言的深度和文字的简洁，勾勒出我阅读的浓厚兴趣，同时也在脑海中构造出一道靓丽的风景线。非暴力沟通时刻提醒我专注于彼此的观察、感受、需要和请求。我的`母亲虽然没读过多少书，却能机缘巧合地运用非暴力沟通的四大要素来培育母子间的尊重与爱，怀惴着这份难忘的经历，站在未婚男士的角度来看一些家长对孩子语言上的批评，有时候远胜于他们肢体上受到的伤害。</w:t>
      </w:r>
      <w:r>
        <w:rPr>
          <w:lang w:eastAsia="zh-CN"/>
        </w:rPr>
        <w:br/>
      </w:r>
      <w:r>
        <w:rPr>
          <w:lang w:eastAsia="zh-CN"/>
        </w:rPr>
        <w:t>　　当我把这本书的内容给悟透后，自己的内心莫名有一种幸福感：一次约会时，我便把它分享给女友杨晓雯，当时我潜意识只想让她更多地运用于与顾客的语言表达上，毕竟她是做服装销售的，一段时间过后，万万没想到的是，她对于我们亲密关系的处理上也颇有好转，不再试图分析对方有什么毛病，而是全心全意去体会我们内心的需要，至此，我们一如既往地保持着难得的平和。</w:t>
      </w:r>
      <w:r>
        <w:rPr>
          <w:lang w:eastAsia="zh-CN"/>
        </w:rPr>
        <w:br/>
      </w:r>
      <w:r>
        <w:rPr>
          <w:lang w:eastAsia="zh-CN"/>
        </w:rPr>
        <w:t>　　我曾经读过《关健对话》，但《非暴力沟通》用深入的角度剖析了暴力产生的来源，为什么我们和别人对话的时候容易产生暴力的状况?并且提供很多解决方案，如果说这本书是《关健对话》的升级版，那一点都不为过。实际上此书还可以当作改善国家政治摩擦的润滑剂，有时候双方在点燃战火的前期不妨先冷静下来表达自己的感受，尝试站在彼此的角度来思考问题，寻找需求而不是一味只想着解决纷争，相信我们采取的这种沟通方式定能改变着当下乃至未来的局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非暴力沟通不是固定的公式，它可以适应不同的情况，并根据自己的个人风格及文化环境做出调整，它的精髓在于对其四个要素的觉察，而不在于使用怎样的字眼进行交流。工作总结静谧的夜色，一个人进入非暴力沟通的世界，仿佛见到了青春期的母亲和现在的情人，她们倍伴着我一起成长，虽不能改变全世界，却可以让彼此获得爱、和谐与幸福。这是一本终生受用书籍，如同一把神奇的刷子，帮助我们更好地褪去隐蔽的精神暴力，流露真情。</w:t>
      </w:r>
      <w:r>
        <w:rPr>
          <w:lang w:eastAsia="zh-CN"/>
        </w:rPr>
        <w:br/>
      </w:r>
      <w:r>
        <w:rPr>
          <w:lang w:eastAsia="zh-CN"/>
        </w:rPr>
        <w:t>《非暴力沟通》读书心得2</w:t>
      </w:r>
      <w:r>
        <w:rPr>
          <w:lang w:eastAsia="zh-CN"/>
        </w:rPr>
        <w:br/>
      </w:r>
      <w:r>
        <w:rPr>
          <w:lang w:eastAsia="zh-CN"/>
        </w:rPr>
        <w:t xml:space="preserve">    在看了《非暴力沟通》这本书后，我经常会回忆起我初中阶段的生活，书中讲了有一些懂得“非暴力沟通”说话方式的老师，那些同学是幸运的。非常遗憾，我在初中时遇到的这位老师，他和同学们沟通的方式几乎都是暴力的，不光有语言暴力，还有肢体暴力。 </w:t>
      </w:r>
      <w:r>
        <w:rPr>
          <w:lang w:eastAsia="zh-CN"/>
        </w:rPr>
        <w:br/>
      </w:r>
      <w:r>
        <w:rPr>
          <w:lang w:eastAsia="zh-CN"/>
        </w:rPr>
        <w:t>　　这位男老师脾气很暴躁，尤其喜欢体罚学生，男同学女同学都会受到不同程度的体罚，同学们犯的错，无外乎就是考试没考好或者上学迟到。记得一位男生因为考试成绩不好，被他拳打脚踢，口吐白沫，最后休学了。想想那时我们的小心灵得多害怕，得受到多大的摧残啊！记得有些同学大胆的和老师说，能不能体罚时不要让学生们看到，老师说：“不行，要不怎么起到杀鸡儆猴的效果。”在我们小时候，家长都不大管我们的学习，也不会太关心我们在学校的情况，估计家长都想像不到我们在学校就是待宰的羔羊，这位男同学受到如此重的体罚也没见家长找到学校。女生体罚轻一些，考试达不到目标的被打手心是常有的.事。</w:t>
      </w:r>
      <w:r>
        <w:rPr>
          <w:lang w:eastAsia="zh-CN"/>
        </w:rPr>
        <w:br/>
      </w:r>
      <w:r>
        <w:rPr>
          <w:lang w:eastAsia="zh-CN"/>
        </w:rPr>
        <w:t>　　同学中犯最大的错估计就是早恋了，而受到的惩罚就带有侮辱性了。男同学被带到操场揍一顿，女同学被罚在学校跑操时让她站操场边，全校的师生都看见了，每个跑操的人都会问那个女生为什么站在那里，然后就会有人告诉他，因为早恋（好事不出名，坏事传千里）。可想而知，最后两位同学双双退学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感觉那时候同学们和老师之间是没有沟通的，每天努力学习不是因为爱学习，而是因为害怕老师。后来毕业以后，同学们交流起来，都说恨死了那位老师，那本该美好的少年时光就毁在这位老师的手里。那时我们都巴不得赶紧毕业，脱离魔掌。</w:t>
      </w:r>
      <w:r>
        <w:rPr>
          <w:lang w:eastAsia="zh-CN"/>
        </w:rPr>
        <w:br/>
      </w:r>
      <w:r>
        <w:rPr>
          <w:lang w:eastAsia="zh-CN"/>
        </w:rPr>
        <w:t>　　看了这本书后，真是浮想联翩。推己及人，希望自己对孩子对他人，都能做到用“非暴力沟通的方式”交流。学习，一直在路上。</w:t>
      </w:r>
      <w:r>
        <w:rPr>
          <w:lang w:eastAsia="zh-CN"/>
        </w:rPr>
        <w:br/>
      </w:r>
      <w:r>
        <w:rPr>
          <w:lang w:eastAsia="zh-CN"/>
        </w:rPr>
        <w:t>《非暴力沟通》读书心得3</w:t>
      </w:r>
      <w:r>
        <w:rPr>
          <w:lang w:eastAsia="zh-CN"/>
        </w:rPr>
        <w:br/>
      </w:r>
      <w:r>
        <w:rPr>
          <w:lang w:eastAsia="zh-CN"/>
        </w:rPr>
        <w:t xml:space="preserve">    这周继续读《非暴力沟通》这本书，说实话，我很喜欢这本书，经常在读书时不由自主的联想到生活中发生的一些事情。 </w:t>
      </w:r>
      <w:r>
        <w:rPr>
          <w:lang w:eastAsia="zh-CN"/>
        </w:rPr>
        <w:br/>
      </w:r>
      <w:r>
        <w:rPr>
          <w:lang w:eastAsia="zh-CN"/>
        </w:rPr>
        <w:t>　　当今社会，人们可能习惯于围绕个人利益去采取行动，往往忽视了他人的感受，条件反射式的语言暴力既伤害了他人也伤害了自己。可能我们已经习惯了自己的说话方式，并不认为自己的说话是暴力的，但我们的语言却会引起他人和自己的痛苦。现实生活中的自己就是心直口快，经常说话不经大脑考虑，一句无心的话就让别人生气了，自己还不知道咋回事。事后想想，一定是我的说话方式有问题，要不就是我说话语气重，让人觉得是在讽刺或批判。</w:t>
      </w:r>
      <w:r>
        <w:rPr>
          <w:lang w:eastAsia="zh-CN"/>
        </w:rPr>
        <w:br/>
      </w:r>
      <w:r>
        <w:rPr>
          <w:lang w:eastAsia="zh-CN"/>
        </w:rPr>
        <w:t>　　再想想我的家庭，爸爸在世的.时候是一个脾气挺倔的人，说话也冲，经常一句话就把人噎住了，让你不想再跟他说下去，因此妈妈经常气的流眼泪。只要爸爸在家，我们都不敢大声说话，更谈不上欢声笑语了，有事了也只去跟妈妈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如今我们姐妹都有了自己的家庭，生活中自然也少不了一些生活琐事，自然也就有争吵，情绪上来的时候会不加思索的说出一些难听的话，发一顿火，但事实是对方并没有因为你的发火而有所改变，还是无动于衷，最后还把自己气的够呛。</w:t>
      </w:r>
      <w:r>
        <w:rPr>
          <w:lang w:eastAsia="zh-CN"/>
        </w:rPr>
        <w:br/>
      </w:r>
      <w:r>
        <w:rPr>
          <w:lang w:eastAsia="zh-CN"/>
        </w:rPr>
        <w:t>　　前几天姐姐和姐夫因为回家看老人的问题闹别扭。姐姐说：“上夜班要休息，不想去，又不是周末。”</w:t>
      </w:r>
      <w:r>
        <w:rPr>
          <w:lang w:eastAsia="zh-CN"/>
        </w:rPr>
        <w:br/>
      </w:r>
      <w:r>
        <w:rPr>
          <w:lang w:eastAsia="zh-CN"/>
        </w:rPr>
        <w:t>　　姐夫说：“回家看爸妈还要挑时间啊？你就是不孝顺。”</w:t>
      </w:r>
      <w:r>
        <w:rPr>
          <w:lang w:eastAsia="zh-CN"/>
        </w:rPr>
        <w:br/>
      </w:r>
      <w:r>
        <w:rPr>
          <w:lang w:eastAsia="zh-CN"/>
        </w:rPr>
        <w:t>　　“我怎么不孝顺了？我给爸妈买的东西还少吗？你凭啥这样说我？”</w:t>
      </w:r>
      <w:r>
        <w:rPr>
          <w:lang w:eastAsia="zh-CN"/>
        </w:rPr>
        <w:br/>
      </w:r>
      <w:r>
        <w:rPr>
          <w:lang w:eastAsia="zh-CN"/>
        </w:rPr>
        <w:t>　　就这样两人就吵起来了，姐夫打电话把我叫去了，我看着她们俩的样子都有点苦笑不得，都几十岁的人了，孩子都成人了还这样。就跟他们说起了《非暴力沟通》这本书，要学会好好说话，学会沟通，要学会倾听和尊重对方，学会换位思考问题。跟姐夫说：“不能给姐姐贴上不孝顺的标签，会破坏她的情绪，肯定会跟你反击啊，要冷静，你们都用暴力语言也解决不了问题啊，只会伤害对方，有话好好说。”事后姐姐还开玩笑的跟我说：“咱家人说话是不是遗传啊？咋都跟老爸一样冲呢？也难怪你姐夫生气，肯定是我说话语气太重了，一点就着，跟个炮仗一样，那个男人会喜欢啊！”</w:t>
      </w:r>
      <w:r>
        <w:rPr>
          <w:lang w:eastAsia="zh-CN"/>
        </w:rPr>
        <w:br/>
      </w:r>
      <w:r>
        <w:rPr>
          <w:lang w:eastAsia="zh-CN"/>
        </w:rPr>
        <w:t>　　良言一句三冬暖，恶语伤人六月寒。因此我们一定要学会控制自己的情绪，一定要善用语言，爱自己，爱家人，把爱溶于生活。</w:t>
      </w:r>
      <w:r>
        <w:rPr>
          <w:lang w:eastAsia="zh-CN"/>
        </w:rPr>
        <w:br/>
      </w:r>
      <w:r>
        <w:rPr>
          <w:lang w:eastAsia="zh-CN"/>
        </w:rPr>
        <w:t>《非暴力沟通》读书心得4</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在寒冬腊月中聆听最美的“春天”。这是最冷的一个周四，也是最暖的一个周四。纷纷扬扬的大雪如期而至，早晨起来，白茫茫一片，学校昨天已宣布停课，儿子还在睡梦中，看着身边安安静静酣睡的小人儿，忍不住俯首亲了亲他红扑扑的小脸蛋，许是扰了他的美梦，他抽搐了一下嘴角，小手深出被窝扫了一下自己脸颊，又安静的进入了甜甜的梦乡，轻轻地掖了掖他的被子，不禁想起了昨晚的对话。</w:t>
      </w:r>
      <w:r>
        <w:rPr>
          <w:lang w:eastAsia="zh-CN"/>
        </w:rPr>
        <w:t xml:space="preserve"> </w:t>
      </w:r>
      <w:r>
        <w:rPr>
          <w:lang w:eastAsia="zh-CN"/>
        </w:rPr>
        <w:br/>
      </w:r>
      <w:r>
        <w:rPr>
          <w:lang w:eastAsia="zh-CN"/>
        </w:rPr>
        <w:t>　　“妈妈，我不想长大！”坐在被窝里，儿子靠着我说。</w:t>
      </w:r>
      <w:r>
        <w:rPr>
          <w:lang w:eastAsia="zh-CN"/>
        </w:rPr>
        <w:br/>
      </w:r>
      <w:r>
        <w:rPr>
          <w:lang w:eastAsia="zh-CN"/>
        </w:rPr>
        <w:t>　　“长大了多好啊，可以学到很多本领，做自己想做的事情！”我以为儿子怀念幼儿园的无忧无虑，开始为期末的复习焦虑。</w:t>
      </w:r>
      <w:r>
        <w:rPr>
          <w:lang w:eastAsia="zh-CN"/>
        </w:rPr>
        <w:br/>
      </w:r>
      <w:r>
        <w:rPr>
          <w:lang w:eastAsia="zh-CN"/>
        </w:rPr>
        <w:t>　　“妈妈，我长大了你是不是就变老了？”儿子坐起身，扭头看着我的脸，期盼的问。</w:t>
      </w:r>
      <w:r>
        <w:rPr>
          <w:lang w:eastAsia="zh-CN"/>
        </w:rPr>
        <w:br/>
      </w:r>
      <w:r>
        <w:rPr>
          <w:lang w:eastAsia="zh-CN"/>
        </w:rPr>
        <w:t>　　“肯定了！”我摸摸他的头回答。</w:t>
      </w:r>
      <w:r>
        <w:rPr>
          <w:lang w:eastAsia="zh-CN"/>
        </w:rPr>
        <w:br/>
      </w:r>
      <w:r>
        <w:rPr>
          <w:lang w:eastAsia="zh-CN"/>
        </w:rPr>
        <w:t>　　“虽然我想做很多事情，但我还是不想长大。”儿子对我的回答有些失落，撅着最开始赌气的样子，我不明他气什么？</w:t>
      </w:r>
      <w:r>
        <w:rPr>
          <w:lang w:eastAsia="zh-CN"/>
        </w:rPr>
        <w:br/>
      </w:r>
      <w:r>
        <w:rPr>
          <w:lang w:eastAsia="zh-CN"/>
        </w:rPr>
        <w:t>　　“你是在担心妈妈变老吗？”我试探着问他。</w:t>
      </w:r>
      <w:r>
        <w:rPr>
          <w:lang w:eastAsia="zh-CN"/>
        </w:rPr>
        <w:br/>
      </w:r>
      <w:r>
        <w:rPr>
          <w:lang w:eastAsia="zh-CN"/>
        </w:rPr>
        <w:t>　　“妈妈，你的妈妈在哪？”儿子问的我有些心酸，我是远嫁，一年半载回娘家一次，儿子从小爷爷奶奶带带，对外公外婆没有太大的概念。</w:t>
      </w:r>
      <w:r>
        <w:rPr>
          <w:lang w:eastAsia="zh-CN"/>
        </w:rPr>
        <w:br/>
      </w:r>
      <w:r>
        <w:rPr>
          <w:lang w:eastAsia="zh-CN"/>
        </w:rPr>
        <w:t>　　待我回答之后儿子又说：“妈妈，我觉得你好可怜啊，你都不能跟你妈妈一起！”</w:t>
      </w:r>
      <w:r>
        <w:rPr>
          <w:lang w:eastAsia="zh-CN"/>
        </w:rPr>
        <w:br/>
      </w:r>
      <w:r>
        <w:rPr>
          <w:lang w:eastAsia="zh-CN"/>
        </w:rPr>
        <w:t>　　我这才明白，儿子不想长大，是怕长大了就要与我分开。我安慰他说：“没事，你长大了就不需要妈妈照顾了，可以自己照顾自己了。”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儿子摆摆手，着急地说：“不是的，不是的！妈妈，我是想到你没有妈妈照顾好可怜，我怕我长大了离开了你，你就更可怜了。”儿子的话似一股暖暖的气流，氤氲我心。</w:t>
      </w:r>
      <w:r>
        <w:rPr>
          <w:lang w:eastAsia="zh-CN"/>
        </w:rPr>
        <w:br/>
      </w:r>
      <w:r>
        <w:rPr>
          <w:lang w:eastAsia="zh-CN"/>
        </w:rPr>
        <w:t>　　我很庆幸自己没有在一开始讨论这个问题时，就打断儿子，实际是中途我确实有强制中终止话题的打算，因为我儿子经常会跟我说：“妈妈，我不想变老！”、“妈妈，我不想老死！”之类的`话。小小的年纪，小小的脑瓜，装的东西让我觉得不可思议，他奶奶每次听到他说“老啊、死啊”之类的也是很忌讳，所以我们每次都没有让这个话题继续下去，而是用斥责或转移话题终止。</w:t>
      </w:r>
      <w:r>
        <w:rPr>
          <w:lang w:eastAsia="zh-CN"/>
        </w:rPr>
        <w:br/>
      </w:r>
      <w:r>
        <w:rPr>
          <w:lang w:eastAsia="zh-CN"/>
        </w:rPr>
        <w:t>　　《非暴力沟通》第七章中，告诉我们要用全身心倾听，在非暴力沟通中，倾听他人意味着，放下已有的想法和判断，一心一意的体会他人，也许正是因为我放下对儿子“这个问题太没意义”的主观判断，才让我在寒冬腊月中聆听到最美的“春天”。</w:t>
      </w:r>
      <w:r>
        <w:rPr>
          <w:lang w:eastAsia="zh-CN"/>
        </w:rPr>
        <w:br/>
      </w:r>
      <w:r>
        <w:rPr>
          <w:lang w:eastAsia="zh-CN"/>
        </w:rPr>
        <w:t>《非暴力沟通》读书心得5</w:t>
      </w:r>
      <w:r>
        <w:rPr>
          <w:lang w:eastAsia="zh-CN"/>
        </w:rPr>
        <w:br/>
      </w:r>
      <w:r>
        <w:rPr>
          <w:lang w:eastAsia="zh-CN"/>
        </w:rPr>
        <w:t xml:space="preserve">    之前没有意识到，语言是一个tricky的工具，这个工具如果使用方法不当，会带来多大的误会，造成多大的伤害。 </w:t>
      </w:r>
      <w:r>
        <w:rPr>
          <w:lang w:eastAsia="zh-CN"/>
        </w:rPr>
        <w:br/>
      </w:r>
      <w:r>
        <w:rPr>
          <w:lang w:eastAsia="zh-CN"/>
        </w:rPr>
        <w:t>　　于是我寻求这本《非暴力沟通》的帮助，以期改善自己在交流时存在的种种问题，确实收获很大，让我对沟通本身有了全新视角的认识。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这本书不是一本讨论语言技巧的`书，不是教你更漂亮的话术，不是教你如何说话更好听。书中强调通过沟通，将对话的重心落在体会彼此的感受和需求上，这不正是我们沟通想要达到的目的吗？同时这本书讲的也是一种新的思维方式，用观察替代评判、探究感受背后的深层需求，这些都在教我们如何去理解自己和他人的内心。</w:t>
      </w:r>
      <w:r>
        <w:rPr>
          <w:lang w:eastAsia="zh-CN"/>
        </w:rPr>
        <w:br/>
      </w:r>
      <w:r>
        <w:rPr>
          <w:lang w:eastAsia="zh-CN"/>
        </w:rPr>
        <w:t>　　通篇读下来，我为自己过去沟通中夹杂的暴力和评判感到震惊，为自己拒绝尝试了解对方感受和倾听对方需要感到羞愧，这些问题也全都指向我对自身感受的认识不足，自己还未理解自己的感受和需要，那些暴力的语言就已经破口而出。是我本人，给和我交流设下了重重阻碍。</w:t>
      </w:r>
      <w:r>
        <w:rPr>
          <w:lang w:eastAsia="zh-CN"/>
        </w:rPr>
        <w:br/>
      </w:r>
      <w:r>
        <w:rPr>
          <w:lang w:eastAsia="zh-CN"/>
        </w:rPr>
        <w:t>　　书中介绍的非暴力沟通模式，还需要通过练习得到巩固。希望自己在未来与人的沟通中能够做到：1、诚实的表达自己，而不批评、指责。2、关切地倾听他人，而不解读为批评或指责。用爱和合作的态度感知彼此，化解问题和冲突。让身边的人能够感受到尊重、理解和关爱，让自己充满爱和能量。</w:t>
      </w:r>
      <w:r>
        <w:rPr>
          <w:lang w:eastAsia="zh-CN"/>
        </w:rPr>
        <w:br/>
      </w:r>
      <w:r>
        <w:rPr>
          <w:lang w:eastAsia="zh-CN"/>
        </w:rPr>
        <w:t>《非暴力沟通》读书心得6</w:t>
      </w:r>
      <w:r>
        <w:rPr>
          <w:lang w:eastAsia="zh-CN"/>
        </w:rPr>
        <w:br/>
      </w:r>
      <w:r>
        <w:rPr>
          <w:lang w:eastAsia="zh-CN"/>
        </w:rPr>
        <w:t xml:space="preserve">    今天读了《非暴力沟通》这本书的第五章，感受的根源。书中第一部分讲到，别人的行为可能会刺激我们，但并不是我们的感受的根源，听到不中听的话有四种感受。想想自己在生活中，只是浅表的意识到前两种感受，不是内疚就是指责别人，从来没有静下心来去了解自己和他人的感受和需要。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书中第二部分讲到有助于人们健康成长的七种需要，比较具体，我们认识到人们的需要是什么。书中第三部分讲从“情感的奴隶”到“生活的主人”，告诉我们非暴力沟通既能满足自己的需求，又能关心他人。在生活中，最近我们家的关系比较和谐，我娃她爸以前很不喜欢我说话语气和方式，以前他做家务什么的，不是很愿意，但还是做了。最近通过学习，改善自己的'说话方式和积极倾听。周末本来我早上做早餐，谁知孩子她爸七点钟自己起来做早餐，带娃的的时间也比往常多了，晚上也给娃讲一会绘本故事。</w:t>
      </w:r>
      <w:r>
        <w:rPr>
          <w:lang w:eastAsia="zh-CN"/>
        </w:rPr>
        <w:br/>
      </w:r>
      <w:r>
        <w:rPr>
          <w:lang w:eastAsia="zh-CN"/>
        </w:rPr>
        <w:t>　　书中说的只用了一点，其它很多部分目前运用到生活中，一下子还有点距离，有时候不忙的时候，会想想刚才的表达是否满足自己需要和体会到他人感受。通过每天的学习，自己的生活会改变越来越多，同时也谢谢各位同学的每天陪伴，相信我们都能遇见更好的自己！</w:t>
      </w:r>
      <w:r>
        <w:rPr>
          <w:lang w:eastAsia="zh-CN"/>
        </w:rPr>
        <w:br/>
      </w:r>
      <w:r>
        <w:rPr>
          <w:lang w:eastAsia="zh-CN"/>
        </w:rPr>
        <w:t>《非暴力沟通》读书心得7</w:t>
      </w:r>
      <w:r>
        <w:rPr>
          <w:lang w:eastAsia="zh-CN"/>
        </w:rPr>
        <w:br/>
      </w:r>
      <w:r>
        <w:rPr>
          <w:lang w:eastAsia="zh-CN"/>
        </w:rPr>
        <w:t xml:space="preserve">    《非暴力沟通》是美国马歇尔.卢森堡博士所创作的一本书，希望通过非暴力沟通，让世界各地无数的人们获得爱、和谐和幸福，这本书让我们明白了什么是非暴力沟通，了解那些不经意间的伤害，从而把握语言的技巧，当第一次接触这本书的时候，我就深深的被它吸引。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当读这本书的时候，我了解到了什么是非暴力沟通，它被称作“爱的语言”，是借用圣雄甘地所指暴力消退后自然的爱—即“非暴力”。在生活中，我们常常会因为一些不经意的话语，而对别人造成伤害，而我们往往却不知，不明白为什么两人之间的关系会越来越疏离，也不明白为什么会感到越来越陌生。正是因为这些作者出于某种原因，经过不断的.体验人生，从而找到一种沟通方法，采用这种方法来谈话和聆听，不再条件反射一般粗鲁地对待他人和自己的感受和需要，多谢爱与理解，增进人与人之间的联系是生活更加美满，这就是非暴力沟通的含义。</w:t>
      </w:r>
      <w:r>
        <w:rPr>
          <w:lang w:eastAsia="zh-CN"/>
        </w:rPr>
        <w:br/>
      </w:r>
      <w:r>
        <w:rPr>
          <w:lang w:eastAsia="zh-CN"/>
        </w:rPr>
        <w:t>　　作者在书中写到：“我相信，人天生热爱生命，乐于互助。可是，究竟是什么，使我们难以体会到心中的爱，以致互相伤害？又是什么，让有些人即使在充满敌意的环境中，也能心存爱意？”</w:t>
      </w:r>
      <w:r>
        <w:rPr>
          <w:lang w:eastAsia="zh-CN"/>
        </w:rPr>
        <w:br/>
      </w:r>
      <w:r>
        <w:rPr>
          <w:lang w:eastAsia="zh-CN"/>
        </w:rPr>
        <w:t>　　其实，作者在书中也给出了答案，就是因为某种语言和表达方式，所以致力于满足某种愿望，就忽视人的感受和需要，最终导致彼此的疏远和伤害，在谈话的过程中，我们只在乎自己的感受，说自己想说的话，往往就忽视了别人的感受，一直不经意的话语，从口脱出不计任何后果，达到了自己想要的效果，却给对方造成的伤害，同样的，当我们没有得到满足时，也常常会表现出消极的态度，常常伴有愤怒，冷漠等等，同时在我们得不到满足时，我们却不能清楚的表达自己的请求和想法，常常选择逃避或者急进的方法来表现自己内心的不满，无论是出于哪种原因，都或多或少的给自己和别人带来伤害，从而使两个人之间越走越远。</w:t>
      </w:r>
      <w:r>
        <w:rPr>
          <w:lang w:eastAsia="zh-CN"/>
        </w:rPr>
        <w:br/>
      </w:r>
      <w:r>
        <w:rPr>
          <w:lang w:eastAsia="zh-CN"/>
        </w:rPr>
        <w:t>　　当我们遇到这种情况的时候，我们不妨冷静下来，去思考是什么样的原因造成了这样的结果？冷静下来，我们不妨试着用非暴力沟通的方式去解决这个问题，书中说到，非暴力沟通的要素主要有四个，即观察、体会、感受、请求，每一点都清楚的告诉我们应该怎么做，就像印度哲学家克里希那穆所说，不带评论的观察是人类智慧的最高形式；善于体会和表达感受，是沟通更为顺畅；学会表达自己的请求，只有你说出来，别人才能知道你需要什么，从而满足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这个世界是美好的，只要你认真去感受，就能看到世间的美好，反之，当你去以一种积极的态度去看待这个世界，那么你看到的将是一片灰暗，当你不如意时，不妨采用非暴力沟通的方法去思考，去解决，去体会。</w:t>
      </w:r>
      <w:r>
        <w:rPr>
          <w:lang w:eastAsia="zh-CN"/>
        </w:rPr>
        <w:br/>
      </w:r>
      <w:r>
        <w:rPr>
          <w:lang w:eastAsia="zh-CN"/>
        </w:rPr>
        <w:t>《非暴力沟通》读书心得8</w:t>
      </w:r>
      <w:r>
        <w:rPr>
          <w:lang w:eastAsia="zh-CN"/>
        </w:rPr>
        <w:br/>
      </w:r>
      <w:r>
        <w:rPr>
          <w:lang w:eastAsia="zh-CN"/>
        </w:rPr>
        <w:t xml:space="preserve">    《非暴力沟通》这本书是美国著名的马歇尔·卢森堡博士的著作。他发现了一种沟通方式，依照这种方式来谈话和倾听，能使人们情意相通，和谐相处，这就是“非暴力沟通”。 </w:t>
      </w:r>
      <w:r>
        <w:rPr>
          <w:lang w:eastAsia="zh-CN"/>
        </w:rPr>
        <w:br/>
      </w:r>
      <w:r>
        <w:rPr>
          <w:lang w:eastAsia="zh-CN"/>
        </w:rPr>
        <w:t>　　作为一个遵纪守法的好人，也许我们从来没有想过和“暴力”扯上关系。不过如果稍微留意一下现实生活中的谈话方式，并且用心体会各种谈话方式给我们的不同感受，我们一定会发现，有些话确实伤人！言语上的指责、嘲讽、否定、说教以及任意打断、拒不回应、随意出口的评价和结论给我们带来的情感和精神上的创伤，甚至比肉体的伤害更加令人痛苦。这些无心或有意的语言暴力让人与人变得冷漠、隔膜、敌视。非暴力沟通则能够治愈内心深处的隐秘伤痛、超越个人心智和情感的局限性、突破那些引发愤怒、沮丧、焦虑等负面情绪的思维方式、用不带伤害的方式化解人际间的冲突以及学会建立和谐的生命体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使用暴力的人其实是因为它们内心的宁静遭到了破坏，所以他们才会用暴力的方式维护或寻求心灵的平和。非暴力沟通提醒我们人性是相通的，虽然每个人的价值观和生活方式或许不同，但作为人却有着共同的感受和需要。在发生矛盾和冲突的时候，运用非暴力沟通，我们将能专注于彼此的感受和需要，从而促进倾听、理解以及由衷的互助。</w:t>
      </w:r>
      <w:r>
        <w:rPr>
          <w:lang w:eastAsia="zh-CN"/>
        </w:rPr>
        <w:br/>
      </w:r>
      <w:r>
        <w:rPr>
          <w:lang w:eastAsia="zh-CN"/>
        </w:rPr>
        <w:t>　　本书分十三章深入的阐述非暴力主张积极进取，而非消极无为。非暴力生活的关键是感激生活的赐予，而不贪心。非暴力意味着让爱融入生活。让尊重、理解、欣赏、感激、慈悲和友情，而非自私自利、贪婪、憎恨、偏见、怀疑和敌意，来主导生活。</w:t>
      </w:r>
      <w:r>
        <w:rPr>
          <w:lang w:eastAsia="zh-CN"/>
        </w:rPr>
        <w:br/>
      </w:r>
      <w:r>
        <w:rPr>
          <w:lang w:eastAsia="zh-CN"/>
        </w:rPr>
        <w:t>　　第一章让爱融入生活</w:t>
      </w:r>
      <w:r>
        <w:rPr>
          <w:lang w:eastAsia="zh-CN"/>
        </w:rPr>
        <w:br/>
      </w:r>
      <w:r>
        <w:rPr>
          <w:lang w:eastAsia="zh-CN"/>
        </w:rPr>
        <w:t>　　非暴力沟通指导我们转变谈话和聆听的方式。我们不再条件反射式地反应，而是去明了自己的观察、感受和愿望，有意识的使用语言。我们既诚实、清晰地表达自己，又尊重与倾听他人。</w:t>
      </w:r>
      <w:r>
        <w:rPr>
          <w:lang w:eastAsia="zh-CN"/>
        </w:rPr>
        <w:br/>
      </w:r>
      <w:r>
        <w:rPr>
          <w:lang w:eastAsia="zh-CN"/>
        </w:rPr>
        <w:t>　　听到批评时，我们一般会申辩、退缩或反击。然而，一旦专注于彼此的观察、感受及需要，而不反驳他人，我们便能发现内心的柔情，对自己和他人产生全新的体会。这将最大限度的避免暴力。通过强调倾听——倾听自己及他人，非暴力沟通培育彼此的尊重、关注与爱，使人乐于互助。</w:t>
      </w:r>
      <w:r>
        <w:rPr>
          <w:lang w:eastAsia="zh-CN"/>
        </w:rPr>
        <w:br/>
      </w:r>
      <w:r>
        <w:rPr>
          <w:lang w:eastAsia="zh-CN"/>
        </w:rPr>
        <w:t>　　非暴力沟通的一个方面：通过四个要素，诚实的表达自己</w:t>
      </w:r>
      <w:r>
        <w:rPr>
          <w:lang w:eastAsia="zh-CN"/>
        </w:rPr>
        <w:br/>
      </w:r>
      <w:r>
        <w:rPr>
          <w:lang w:eastAsia="zh-CN"/>
        </w:rPr>
        <w:t>　　（1）留意发生的事情。我们此刻观察到什么？要点：清楚的表达观察结果，而不判断或评估。</w:t>
      </w:r>
      <w:r>
        <w:rPr>
          <w:lang w:eastAsia="zh-CN"/>
        </w:rPr>
        <w:br/>
      </w:r>
      <w:r>
        <w:rPr>
          <w:lang w:eastAsia="zh-CN"/>
        </w:rPr>
        <w:t>　　（2）表达感受。例如受伤、害怕、喜悦、开心、气愤等等。</w:t>
      </w:r>
      <w:r>
        <w:rPr>
          <w:lang w:eastAsia="zh-CN"/>
        </w:rPr>
        <w:br/>
      </w:r>
      <w:r>
        <w:rPr>
          <w:lang w:eastAsia="zh-CN"/>
        </w:rPr>
        <w:t>　　（3）说出哪些需要那样的感受。</w:t>
      </w:r>
      <w:r>
        <w:rPr>
          <w:lang w:eastAsia="zh-CN"/>
        </w:rPr>
        <w:br/>
      </w:r>
      <w:r>
        <w:rPr>
          <w:lang w:eastAsia="zh-CN"/>
        </w:rPr>
        <w:t>　　（4）具体的请求。</w:t>
      </w:r>
      <w:r>
        <w:rPr>
          <w:lang w:eastAsia="zh-CN"/>
        </w:rPr>
        <w:br/>
      </w:r>
      <w:r>
        <w:rPr>
          <w:lang w:eastAsia="zh-CN"/>
        </w:rPr>
        <w:t>　　非暴力沟通的另一个方面：借助它们关切的倾听。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（1）通过体会他人此刻的观、感受和需要，与他们建立联系。</w:t>
      </w:r>
      <w:r>
        <w:rPr>
          <w:lang w:eastAsia="zh-CN"/>
        </w:rPr>
        <w:br/>
      </w:r>
      <w:r>
        <w:rPr>
          <w:lang w:eastAsia="zh-CN"/>
        </w:rPr>
        <w:t>　　（2）聆听他们的请求，来发现做什么可以帮助他们。</w:t>
      </w:r>
      <w:r>
        <w:rPr>
          <w:lang w:eastAsia="zh-CN"/>
        </w:rPr>
        <w:br/>
      </w:r>
      <w:r>
        <w:rPr>
          <w:lang w:eastAsia="zh-CN"/>
        </w:rPr>
        <w:t>　　保持对这两方面的关注，并帮助他们也这么做，双方便可持续互动，直至情意想通：我此刻的观察、感受和需要是什么；为了改善生活，我的请求是什么；你此刻的观察、感受和需要是什么；为了改善生活，你的请求是什么……非暴力沟通的精髓在于对其四个要素的觉察，而不在于使用什么字眼进行交流。</w:t>
      </w:r>
      <w:r>
        <w:rPr>
          <w:lang w:eastAsia="zh-CN"/>
        </w:rPr>
        <w:br/>
      </w:r>
      <w:r>
        <w:rPr>
          <w:lang w:eastAsia="zh-CN"/>
        </w:rPr>
        <w:t>　　第二章是什么蒙蔽了爱？</w:t>
      </w:r>
      <w:r>
        <w:rPr>
          <w:lang w:eastAsia="zh-CN"/>
        </w:rPr>
        <w:br/>
      </w:r>
      <w:r>
        <w:rPr>
          <w:lang w:eastAsia="zh-CN"/>
        </w:rPr>
        <w:t>　　“异化的沟通方式”有四种方式：</w:t>
      </w:r>
      <w:r>
        <w:rPr>
          <w:lang w:eastAsia="zh-CN"/>
        </w:rPr>
        <w:br/>
      </w:r>
      <w:r>
        <w:rPr>
          <w:lang w:eastAsia="zh-CN"/>
        </w:rPr>
        <w:t>　　1、道德评判：用道德标准来评判人，如果一个人的行为不符合我们的价值观，那他就被看作是不道德的或邪恶的。批评、指责、辱骂、归类、比较以及评论等都是在评判人。暴力的根源在于人们忽视彼此的.感受和需要，而将冲突归咎于对方。</w:t>
      </w:r>
      <w:r>
        <w:rPr>
          <w:lang w:eastAsia="zh-CN"/>
        </w:rPr>
        <w:br/>
      </w:r>
      <w:r>
        <w:rPr>
          <w:lang w:eastAsia="zh-CN"/>
        </w:rPr>
        <w:t>　　2、进行比较：比较也是一种评判的形式。</w:t>
      </w:r>
      <w:r>
        <w:rPr>
          <w:lang w:eastAsia="zh-CN"/>
        </w:rPr>
        <w:br/>
      </w:r>
      <w:r>
        <w:rPr>
          <w:lang w:eastAsia="zh-CN"/>
        </w:rPr>
        <w:t>　　格林伯格《让自己过上悲惨的生活》中的练习。他建议读者，如果真的想过上悲惨生活，就去与他人做比较。</w:t>
      </w:r>
      <w:r>
        <w:rPr>
          <w:lang w:eastAsia="zh-CN"/>
        </w:rPr>
        <w:br/>
      </w:r>
      <w:r>
        <w:rPr>
          <w:lang w:eastAsia="zh-CN"/>
        </w:rPr>
        <w:t>　　第一个练习：根据当代媒体的标准，展示完美男人或完美女人真人尺寸的全身照，与自己的尺寸做对比。在比较时，我们开始觉得自己活的很惨。此时，我们的心情极为低落。</w:t>
      </w:r>
      <w:r>
        <w:rPr>
          <w:lang w:eastAsia="zh-CN"/>
        </w:rPr>
        <w:br/>
      </w:r>
      <w:r>
        <w:rPr>
          <w:lang w:eastAsia="zh-CN"/>
        </w:rPr>
        <w:t>　　第二个练习：比较成就。比较蒙蔽了我们对人对己的爱意。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回避责任：我们可以用负责任的语言代替回避责任的语言。我们对自己的思想、情感和行动负有责任。“不得不”，这种表达方式淡化了个人责任。“你让我”，这种表达方式忽视了我们情感的内在根源。“不得不”换成“选择”：会让人感觉负有不可推卸的责任。一旦意识不到我们是自己的主人，我们就成了危险人物。</w:t>
      </w:r>
      <w:r>
        <w:rPr>
          <w:lang w:eastAsia="zh-CN"/>
        </w:rPr>
        <w:br/>
      </w:r>
      <w:r>
        <w:rPr>
          <w:lang w:eastAsia="zh-CN"/>
        </w:rPr>
        <w:t>　　4、强人所难：我们对别人的要求往往暗含着威胁：如果不配合，他们就会受到惩罚。在我们的社会中，这是强者常用的手段。盛气凌人并无济于事。</w:t>
      </w:r>
      <w:r>
        <w:rPr>
          <w:lang w:eastAsia="zh-CN"/>
        </w:rPr>
        <w:br/>
      </w:r>
      <w:r>
        <w:rPr>
          <w:lang w:eastAsia="zh-CN"/>
        </w:rPr>
        <w:t>　　5、异化的沟通方式还与一个想法有关：有些行为值得奖励，而另一些行为必须受罚。这一想法，通过“应当”一词体现。</w:t>
      </w:r>
      <w:r>
        <w:rPr>
          <w:lang w:eastAsia="zh-CN"/>
        </w:rPr>
        <w:br/>
      </w:r>
      <w:r>
        <w:rPr>
          <w:lang w:eastAsia="zh-CN"/>
        </w:rPr>
        <w:t>　　我们大多数的人使用的语言倾向于评判、比较、命令和指责，而不是鼓励我们倾听彼此的感受和需要。长期以来，我们强调人性本恶以及通过教育来控制天性。这导致了我们对自己的感受和需要常常心存疑虑，以致不愿去体会自己的内心世界。人们越是习惯于评定是非，他们也就越倾向于追随权威，来获得正确的和错误的标准。一旦专注于自身的感受和需要，我们就不再是好奴隶和好下属。</w:t>
      </w:r>
      <w:r>
        <w:rPr>
          <w:lang w:eastAsia="zh-CN"/>
        </w:rPr>
        <w:br/>
      </w:r>
      <w:r>
        <w:rPr>
          <w:lang w:eastAsia="zh-CN"/>
        </w:rPr>
        <w:t>　　第三章区分观察和评论</w:t>
      </w:r>
      <w:r>
        <w:rPr>
          <w:lang w:eastAsia="zh-CN"/>
        </w:rPr>
        <w:br/>
      </w:r>
      <w:r>
        <w:rPr>
          <w:lang w:eastAsia="zh-CN"/>
        </w:rPr>
        <w:t>　　非暴力沟通的第一个要素是观察。非暴力沟通并不要求我们保持完全的客观而不作任何评论。同时，非暴力沟通不鼓励绝对化的评论，而主张评论要基于特定时间和环境中的观察。人类智力的最高形式：不带任何评论的观察。</w:t>
      </w:r>
      <w:r>
        <w:rPr>
          <w:lang w:eastAsia="zh-CN"/>
        </w:rPr>
        <w:br/>
      </w:r>
      <w:r>
        <w:rPr>
          <w:lang w:eastAsia="zh-CN"/>
        </w:rPr>
        <w:t>　　第四章体会和表达感受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非暴力沟通的第二个要素是感受。通过建立表达感受的词汇表，我们可以更清楚的表达感受，从而使沟通更为顺畅。在表达感受时，示弱有助于解决冲突。</w:t>
      </w:r>
      <w:r>
        <w:rPr>
          <w:lang w:eastAsia="zh-CN"/>
        </w:rPr>
        <w:br/>
      </w:r>
      <w:r>
        <w:rPr>
          <w:lang w:eastAsia="zh-CN"/>
        </w:rPr>
        <w:t>　　用来表达我们的需要得到满足时的感受的词语有：</w:t>
      </w:r>
      <w:r>
        <w:rPr>
          <w:lang w:eastAsia="zh-CN"/>
        </w:rPr>
        <w:br/>
      </w:r>
      <w:r>
        <w:rPr>
          <w:lang w:eastAsia="zh-CN"/>
        </w:rPr>
        <w:t>　　兴奋、喜悦、欣喜、甜蜜、精力充沛、兴高采烈、感激、感动、乐观、自信、振作、振奋、开心、高兴、快乐、愉快、幸福、陶醉、满足、欣慰、心旷神怡、喜出望外……</w:t>
      </w:r>
      <w:r>
        <w:rPr>
          <w:lang w:eastAsia="zh-CN"/>
        </w:rPr>
        <w:br/>
      </w:r>
      <w:r>
        <w:rPr>
          <w:lang w:eastAsia="zh-CN"/>
        </w:rPr>
        <w:t>　　用来表达我们的需要没有得到满足时的感受的词语有：</w:t>
      </w:r>
      <w:r>
        <w:rPr>
          <w:lang w:eastAsia="zh-CN"/>
        </w:rPr>
        <w:br/>
      </w:r>
      <w:r>
        <w:rPr>
          <w:lang w:eastAsia="zh-CN"/>
        </w:rPr>
        <w:t>　　害怕、担心、焦虑、忧虑、着急、紧张、心神不宁、心烦意乱、忧伤、沮丧、灰心、气馁、泄气、绝望、伤感、凄凉、悲伤、恼怒、愤怒、烦恼、苦恼、生气、厌烦、不满、不快、不耐烦、不高兴</w:t>
      </w:r>
      <w:r>
        <w:rPr>
          <w:lang w:eastAsia="zh-CN"/>
        </w:rPr>
        <w:br/>
      </w:r>
      <w:r>
        <w:rPr>
          <w:lang w:eastAsia="zh-CN"/>
        </w:rPr>
        <w:t>　　震惊、失望、困惑、茫然、寂寞、孤独、郁闷、难过、悲观、沉重、麻木、精疲力尽、萎靡不振、疲惫不堪、昏昏欲睡、无精打采</w:t>
      </w:r>
      <w:r>
        <w:rPr>
          <w:lang w:eastAsia="zh-CN"/>
        </w:rPr>
        <w:br/>
      </w:r>
      <w:r>
        <w:rPr>
          <w:lang w:eastAsia="zh-CN"/>
        </w:rPr>
        <w:t>　　尴尬、惭愧、内疚、妒忌、遗憾、不舒服……</w:t>
      </w:r>
      <w:r>
        <w:rPr>
          <w:lang w:eastAsia="zh-CN"/>
        </w:rPr>
        <w:br/>
      </w:r>
      <w:r>
        <w:rPr>
          <w:lang w:eastAsia="zh-CN"/>
        </w:rPr>
        <w:t>　　第五章感受的根源</w:t>
      </w:r>
      <w:r>
        <w:rPr>
          <w:lang w:eastAsia="zh-CN"/>
        </w:rPr>
        <w:br/>
      </w:r>
      <w:r>
        <w:rPr>
          <w:lang w:eastAsia="zh-CN"/>
        </w:rPr>
        <w:t>　　他人的言行也许和我们的感受有关，但并不是我们感受的起因。感受根源于我们自身的需要，这是非暴力沟通的第三个要素。听到不中听的话的时候，我们可以有四种选择：</w:t>
      </w:r>
      <w:r>
        <w:rPr>
          <w:lang w:eastAsia="zh-CN"/>
        </w:rPr>
        <w:br/>
      </w:r>
      <w:r>
        <w:rPr>
          <w:lang w:eastAsia="zh-CN"/>
        </w:rPr>
        <w:t>　　1、责备自己。</w:t>
      </w:r>
      <w:r>
        <w:rPr>
          <w:lang w:eastAsia="zh-CN"/>
        </w:rPr>
        <w:br/>
      </w:r>
      <w:r>
        <w:rPr>
          <w:lang w:eastAsia="zh-CN"/>
        </w:rPr>
        <w:t>　　2、指责他人。</w:t>
      </w:r>
      <w:r>
        <w:rPr>
          <w:lang w:eastAsia="zh-CN"/>
        </w:rPr>
        <w:br/>
      </w:r>
      <w:r>
        <w:rPr>
          <w:lang w:eastAsia="zh-CN"/>
        </w:rPr>
        <w:t>　　3、体会自己的感受和需要。</w:t>
      </w:r>
      <w:r>
        <w:rPr>
          <w:lang w:eastAsia="zh-CN"/>
        </w:rPr>
        <w:br/>
      </w:r>
      <w:r>
        <w:rPr>
          <w:lang w:eastAsia="zh-CN"/>
        </w:rPr>
        <w:t>　　4、体会他人的感受和需要。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对他人的指责、批评、评论以及分析反映了我们的需要和价值观。如果我们通过批评来提出主张，人们的反应常常是申辩或反击；如果我们直接说出我们的需要，其他人较有可能作出积极的回应。</w:t>
      </w:r>
      <w:r>
        <w:rPr>
          <w:lang w:eastAsia="zh-CN"/>
        </w:rPr>
        <w:br/>
      </w:r>
      <w:r>
        <w:rPr>
          <w:lang w:eastAsia="zh-CN"/>
        </w:rPr>
        <w:t>　　社会文化并不鼓励我们揭示个人的需要。对妇女来说，尤其如此。因为他们的形象常常和无私奉献联系在一起——这是社会对女性的期待。</w:t>
      </w:r>
      <w:r>
        <w:rPr>
          <w:lang w:eastAsia="zh-CN"/>
        </w:rPr>
        <w:br/>
      </w:r>
      <w:r>
        <w:rPr>
          <w:lang w:eastAsia="zh-CN"/>
        </w:rPr>
        <w:t>　　对于大多数人来讲，个人成长一般会经历三个阶段：</w:t>
      </w:r>
      <w:r>
        <w:rPr>
          <w:lang w:eastAsia="zh-CN"/>
        </w:rPr>
        <w:br/>
      </w:r>
      <w:r>
        <w:rPr>
          <w:lang w:eastAsia="zh-CN"/>
        </w:rPr>
        <w:t>　　1、“情感的奴隶”：我们认为自己有义务使他人快乐。</w:t>
      </w:r>
      <w:r>
        <w:rPr>
          <w:lang w:eastAsia="zh-CN"/>
        </w:rPr>
        <w:br/>
      </w:r>
      <w:r>
        <w:rPr>
          <w:lang w:eastAsia="zh-CN"/>
        </w:rPr>
        <w:t>　　2、“面目可憎”时期：此时，我们拒绝考虑他人的感受和需要。</w:t>
      </w:r>
      <w:r>
        <w:rPr>
          <w:lang w:eastAsia="zh-CN"/>
        </w:rPr>
        <w:br/>
      </w:r>
      <w:r>
        <w:rPr>
          <w:lang w:eastAsia="zh-CN"/>
        </w:rPr>
        <w:t>　　3、“生活的主人”：我们意识到，虽然我们自己对自己的意愿、感受和行动负有完全的责任，但是无法为他人负责。与此同时，我们还认识到，我们无法牺牲他人来满足自己的需要。</w:t>
      </w:r>
      <w:r>
        <w:rPr>
          <w:lang w:eastAsia="zh-CN"/>
        </w:rPr>
        <w:br/>
      </w:r>
      <w:r>
        <w:rPr>
          <w:lang w:eastAsia="zh-CN"/>
        </w:rPr>
        <w:t>　　第六章请求帮助</w:t>
      </w:r>
      <w:r>
        <w:rPr>
          <w:lang w:eastAsia="zh-CN"/>
        </w:rPr>
        <w:br/>
      </w:r>
      <w:r>
        <w:rPr>
          <w:lang w:eastAsia="zh-CN"/>
        </w:rPr>
        <w:t>　　非暴力沟通的第四个要素是请求。我们告诉人们，为了改善生活，我们希望他们做什么。我们避免使用抽象的语言，而借助具体的描述，来提出请求。</w:t>
      </w:r>
      <w:r>
        <w:rPr>
          <w:lang w:eastAsia="zh-CN"/>
        </w:rPr>
        <w:br/>
      </w:r>
      <w:r>
        <w:rPr>
          <w:lang w:eastAsia="zh-CN"/>
        </w:rPr>
        <w:t>　　在发言时，我们将自己想要的回应讲得越清楚，就越有可能得到理想的回应。由于我们所要表达的意思与别人的理解有可能不一致，有时，我们需要请求他人的反馈。特别是在集体讨论中发言时，我们需要清楚地表明自己的期待。否则，讨论可能只是在浪费大家的时间。</w:t>
      </w:r>
      <w:r>
        <w:rPr>
          <w:lang w:eastAsia="zh-CN"/>
        </w:rPr>
        <w:br/>
      </w:r>
    </w:p>
    <w:p w:rsidR="001B1F19" w14:textId="27C3F48A">
      <w:pPr>
        <w:rPr>
          <w:rFonts w:hint="eastAsia"/>
          <w:lang w:eastAsia="zh-CN"/>
        </w:rPr>
      </w:pPr>
      <w:r>
        <w:rPr>
          <w:lang w:eastAsia="zh-CN"/>
        </w:rPr>
        <w:t>　　一旦人们认为不答应我们就会受到责罚，他们就会把我们的请求看作是命令。如果我们清楚地表达我们无意强人所难，人们一般会相信，我们提出的是请求而非命令。非暴力沟通的目的不是为了改变他人来迎合我们。相反，非暴力沟通重视每个人的需要，它的目的是帮助我们在诚实和倾听的基础上与人联系。</w:t>
      </w:r>
      <w:r>
        <w:rPr>
          <w:lang w:eastAsia="zh-CN"/>
        </w:rPr>
        <w:br/>
      </w:r>
      <w:r>
        <w:rPr>
          <w:lang w:eastAsia="zh-CN"/>
        </w:rPr>
        <w:t>　　第七章用全身心倾听</w:t>
      </w:r>
      <w:r>
        <w:rPr>
          <w:lang w:eastAsia="zh-CN"/>
        </w:rPr>
        <w:br/>
      </w:r>
      <w:r>
        <w:rPr>
          <w:lang w:eastAsia="zh-CN"/>
        </w:rPr>
        <w:t>　　为了倾听他人，我们需要先放下已有的想法和判断，全神贯注地体会对方。</w:t>
      </w:r>
      <w:r>
        <w:rPr>
          <w:lang w:eastAsia="zh-CN"/>
        </w:rPr>
        <w:br/>
      </w:r>
      <w:r>
        <w:rPr>
          <w:lang w:eastAsia="zh-CN"/>
        </w:rPr>
        <w:t>　　体会他人的感受和需要。不论别人以什么样的方式来表达自己，我们都可以用心体会其中所包含的观察、感受、需要和请求。</w:t>
      </w:r>
      <w:r>
        <w:rPr>
          <w:lang w:eastAsia="zh-CN"/>
        </w:rPr>
        <w:br/>
      </w:r>
      <w:r>
        <w:rPr>
          <w:lang w:eastAsia="zh-CN"/>
        </w:rPr>
        <w:t>　　给他人反馈。非暴力沟通建议我们使用疑问句来给予他人反馈。什么时候需要给别人反馈呢？首先，在对自己的理解没有把握时，我们需要对方的确认。一般来讲，如果一个人在说话时有明显的情绪，他一般会期待得到他人的反馈。只要我们专注于他人的感受和需要所有的批评、攻击、辱骂或嘲讽就会消失。我们越是这样做，就越能体会到一个简单的事实：有时，我们认为自己受到了指责，实际上，那些话是他人表达需要和请求的方式。如果意识到这一点，我们就不会认为自己的人格受到了伤害。反之，如果一心分析自己或对方的过错，我们就会认为自己被贬低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https://d.book118.com/757010152051006042</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7010152051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