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2024年质量员之土建质量基础知识题库</w:t>
      </w:r>
    </w:p>
    <w:p/>
    <w:p>
      <w:pPr>
        <w:jc w:val="center"/>
      </w:pPr>
      <w:r>
        <w:rPr>
          <w:rFonts w:ascii="黑体" w:hAnsi="黑体"/>
          <w:b/>
          <w:sz w:val="28"/>
        </w:rPr>
        <w:t>第一部分  单选题(150题)</w:t>
      </w:r>
    </w:p>
    <w:p>
      <w:r>
        <w:t>1、下列关于建筑绝热材料的相关说法中，正确的是（　　　）。</w:t>
        <w:br/>
        <w:t>A.岩棉、矿渣棉、玻璃棉、膨胀珍珠岩、陶粒空心砌块均属于绝热材料</w:t>
        <w:br/>
        <w:t>B.岩棉制品具有良好的保温、隔热、吸声、耐热和不然等性能和良好的化学稳定性，广泛用于有保温、隔热、隔声要求的房屋建筑、管道、储罐、锅炉等有关部位</w:t>
        <w:br/>
        <w:t>C.矿渣棉可用于工业与民用建筑工程、管道、锅炉等有保温、隔热、隔声要求的部位</w:t>
        <w:br/>
        <w:t>D.泡沫石棉适用于房屋建筑的保温、隔热、绝冷、吸声、防震等有关部位，以及各种热力管道、热工设备、冷冻设备</w:t>
        <w:br/>
        <w:br/>
        <w:t xml:space="preserve">【答案】：D </w:t>
      </w:r>
    </w:p>
    <w:p>
      <w:r>
        <w:t>2、高分子防水卷材具有拉伸强度高、（　　　）、耐热性能好、低温柔性好、耐腐蚀、耐老化以及可以冷施工等一系列优异性能，是我国大力发展的新型高档防水卷材。</w:t>
        <w:br/>
        <w:t>A.断裂伸长率大、抗撕裂强度高</w:t>
        <w:br/>
        <w:t>B.断裂伸长率小、抗撕裂强度高</w:t>
        <w:br/>
        <w:t>C.断裂伸长率大、抗撕裂强度低</w:t>
        <w:br/>
        <w:t>D.断裂伸长率小、抗撕裂强度低</w:t>
        <w:br/>
        <w:br/>
        <w:t xml:space="preserve">【答案】：A </w:t>
      </w:r>
    </w:p>
    <w:p>
      <w:pPr>
        <w:sectPr w:rsidSect="00034616">
          <w:pgSz w:w="12240" w:h="15840"/>
          <w:pgMar w:top="1440" w:right="1800" w:bottom="1440" w:left="1800" w:header="720" w:footer="720" w:gutter="0"/>
          <w:cols w:space="720"/>
          <w:docGrid w:linePitch="360"/>
        </w:sectPr>
      </w:pPr>
    </w:p>
    <w:p>
      <w:r>
        <w:t>3、砌筑砂浆的保水性指标用（　　　）来表示。</w:t>
        <w:br/>
        <w:t>A.坍落度</w:t>
        <w:br/>
        <w:t>B.维勃稠度</w:t>
        <w:br/>
        <w:t>C.沉入度</w:t>
        <w:br/>
        <w:t>D.分层度</w:t>
        <w:br/>
        <w:br/>
        <w:t>【答案】：D</w:t>
      </w:r>
      <w:r>
        <w:t xml:space="preserve"> </w:t>
      </w:r>
    </w:p>
    <w:p>
      <w:r>
        <w:t>4、对劳动合同试用期的叙述中，不正确的是（　　　）</w:t>
        <w:br/>
        <w:t>A.劳动合同期限3个月以上不满1年的.试用期不得超过1个月</w:t>
        <w:br/>
        <w:t>B.劳动合同期限1年以上不满3年的.试用期不超过2个月</w:t>
        <w:br/>
        <w:t>C.3年以上固定期限和无固定期限的劳动合同.试用期不得超过6个月</w:t>
        <w:br/>
        <w:t>D.以完成一定工作任务为期限的劳动合同或者劳动合同期限不满3个月的.试用期不得超过10天</w:t>
        <w:br/>
        <w:br/>
        <w:t xml:space="preserve">【答案】：D </w:t>
      </w:r>
    </w:p>
    <w:p>
      <w:r>
        <w:t>5、砌块砌筑施工的工艺顺序是（　　　）。</w:t>
        <w:br/>
        <w:t>A.铺灰、砌块安装就位、镶砖、灌缝、校正</w:t>
        <w:br/>
        <w:t>B.铺灰、镶砖、砌块安装就位、灌缝、校正</w:t>
        <w:br/>
        <w:t>C.铺灰、砌块安装就位、灌缝、校正、镶砖</w:t>
        <w:br/>
        <w:t>D.铺灰、砌块安装就位、校正、灌缝、镶砖</w:t>
        <w:br/>
        <w:br/>
        <w:t xml:space="preserve">【答案】：D </w:t>
      </w:r>
    </w:p>
    <w:p>
      <w:r>
        <w:t>6、混凝土必须养护至其强度达到（　　　）时，才能够在其上行人或安装模板支架</w:t>
        <w:br/>
        <w:t>A.1.2MPa</w:t>
        <w:br/>
        <w:t>B.1.8MPa</w:t>
        <w:br/>
        <w:t>C.2.4MPa</w:t>
        <w:br/>
        <w:t>D.3MPa</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p>
    <w:p>
      <w:r>
        <w:t>7、防水混凝土底板与墙体的水平施工缝应留在（　　　）。</w:t>
        <w:br/>
        <w:t>A.底板下表面处</w:t>
        <w:br/>
        <w:t>B.底板上表面处</w:t>
        <w:br/>
        <w:t>C.距底板上表面不小于300mm的墙体上</w:t>
        <w:br/>
        <w:t>D.距孔洞边缘不少于100mm处</w:t>
        <w:br/>
        <w:br/>
        <w:t>【答案】：C</w:t>
      </w:r>
      <w:r>
        <w:t xml:space="preserve"> </w:t>
      </w:r>
    </w:p>
    <w:p>
      <w:r>
        <w:t>8、下列各项中，具有良好的隔热性能，可避免暖房效应，节约室内降温空调的能源消耗，并具有单向透视性的是（　　　）</w:t>
        <w:br/>
        <w:t>A.阳光控制镀膜玻璃</w:t>
        <w:br/>
        <w:t>B.低辐射镀膜玻璃</w:t>
        <w:br/>
        <w:t>C.中空玻璃</w:t>
        <w:br/>
        <w:t>D.着色玻璃</w:t>
        <w:br/>
        <w:br/>
        <w:t xml:space="preserve">【答案】：A </w:t>
      </w:r>
    </w:p>
    <w:p>
      <w:r>
        <w:t>9、下列关于普通混凝土的主要技术性质的表述中，正确的是（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10、水泥在凝结硬化过程中，体积变化是否均匀，用水泥的（　　　）来判定。</w:t>
        <w:br/>
        <w:t>A.强度等级</w:t>
        <w:br/>
        <w:t>B.体积安定性</w:t>
        <w:br/>
        <w:t>C.坍落度</w:t>
        <w:br/>
        <w:t>D.细度</w:t>
        <w:br/>
        <w:br/>
        <w:t>【答案】：B</w:t>
      </w:r>
      <w:r>
        <w:t xml:space="preserve"> </w:t>
      </w:r>
    </w:p>
    <w:p>
      <w:r>
        <w:t>11、热熔法施工时，待卷材底面热熔后立即滚铺，并（　　　）等工序。</w:t>
        <w:br/>
        <w:t>A.采取搭接法铺贴卷材</w:t>
        <w:br/>
        <w:t>B.应采用胶粘剂粘结卷材与基层</w:t>
        <w:br/>
        <w:t>C.喷涂基层处理剂</w:t>
        <w:br/>
        <w:t>D.进行排气辊压</w:t>
        <w:br/>
        <w:br/>
        <w:t xml:space="preserve">【答案】：D </w:t>
      </w:r>
    </w:p>
    <w:p>
      <w:r>
        <w:t>12、用灰勺、大铲或铺灰器在墙顶上铺一段砂浆，然后双手拿砖或单手拿砖，用砖挤人砂浆中一定厚度之后把砖放平，达到下齐边、上齐线、横平竖直的要求。这种砌砖方法是（　　　）。</w:t>
        <w:br/>
        <w:t>A.摊大灰法</w:t>
        <w:br/>
        <w:t>B.刮浆法</w:t>
        <w:br/>
        <w:t>C.挤浆法</w:t>
        <w:br/>
        <w:t>D.“三一”砌砖法</w:t>
        <w:br/>
        <w:br/>
        <w:t xml:space="preserve">【答案】：C </w:t>
      </w:r>
    </w:p>
    <w:p>
      <w:r>
        <w:t>13、当屋面坡度大于15％或受振动时，防水卷材的铺贴方向应（　　　）。</w:t>
        <w:br/>
        <w:t>A.平行于屋脊</w:t>
        <w:br/>
        <w:t>B.垂直于屋脊</w:t>
        <w:br/>
        <w:t>C.与屋脊呈45°角</w:t>
        <w:br/>
        <w:t>D.上下层相互垂直</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p>
    <w:p>
      <w:r>
        <w:t>14、关于总承包单位和分包单位的安全责任，下列叙述不正确的是（　　　）。</w:t>
        <w:br/>
        <w:t>A.建设工程实行施工总承包的，由总承包单位对施工现场的安全生产负总责</w:t>
        <w:br/>
        <w:t>B.总承包单位将可以将部分主体结构的施工分包给其他单位的，分包合同中应当明确各自的安全生产方面的权利、义务</w:t>
        <w:br/>
        <w:t>C.总承包单位和分包单位对分包工程的安全生产承担连带责任</w:t>
        <w:br/>
        <w:t>D.分包单位不服从管理导致生产安全事故的，由分包单位承担主要责任</w:t>
        <w:br/>
        <w:br/>
        <w:t>【答案】：B</w:t>
      </w:r>
      <w:r>
        <w:t xml:space="preserve"> </w:t>
      </w:r>
    </w:p>
    <w:p>
      <w:r>
        <w:t>15、附加圈梁与圈梁的搭接长度，不应大于圈梁之间垂直间距的（　　　）倍，且不小于1m。</w:t>
        <w:br/>
        <w:t>A.1</w:t>
        <w:br/>
        <w:t>B.2</w:t>
        <w:br/>
        <w:t>C.3</w:t>
        <w:br/>
        <w:t>D.4</w:t>
        <w:br/>
        <w:br/>
        <w:t xml:space="preserve">【答案】：D </w:t>
      </w:r>
    </w:p>
    <w:p>
      <w:r>
        <w:t>16、当混凝土分层浇筑到模板高度的（　　　），且第一层混凝土的强度达到出模强度时，方可进行初滑。</w:t>
        <w:br/>
        <w:t>A.1/3</w:t>
        <w:br/>
        <w:t>B.2/3</w:t>
        <w:br/>
        <w:t>C.3/4</w:t>
        <w:br/>
        <w:t>D.1/2</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17、建筑施工企业的管理人员和作业人员，每（　　　）应至少进行一次安全生产教育培训并考核合格。</w:t>
        <w:br/>
        <w:t>A.3个月</w:t>
        <w:br/>
        <w:t>B.6个月</w:t>
        <w:br/>
        <w:t>C.1年</w:t>
        <w:br/>
        <w:t>D.2年</w:t>
        <w:br/>
        <w:br/>
        <w:t>【答案】：C</w:t>
      </w:r>
      <w:r>
        <w:t xml:space="preserve"> </w:t>
      </w:r>
    </w:p>
    <w:p>
      <w:r>
        <w:t>18、烧结普通砖的标准尺寸是（　　　）。</w:t>
        <w:br/>
        <w:t>A.240mm×115mm×53mm</w:t>
        <w:br/>
        <w:t>B.240mm×120mm×53mm</w:t>
        <w:br/>
        <w:t>C.240mm×115mm×50mm</w:t>
        <w:br/>
        <w:t>D.190mm×190mm×90mm</w:t>
        <w:br/>
        <w:br/>
        <w:t xml:space="preserve">【答案】：A </w:t>
      </w:r>
    </w:p>
    <w:p>
      <w:r>
        <w:t>19、事故隐患不整改不放过工程的质量保修的具体保修范围和最低保修期限由（　　　）规定。</w:t>
        <w:br/>
        <w:t>A.建设单位</w:t>
        <w:br/>
        <w:t>B.国务院</w:t>
        <w:br/>
        <w:t>C.施工单位</w:t>
        <w:br/>
        <w:t>D.建设行政主管部门</w:t>
        <w:br/>
        <w:br/>
        <w:t xml:space="preserve">【答案】：B </w:t>
      </w:r>
    </w:p>
    <w:p>
      <w:r>
        <w:t>20、精确整平DS3型水准仪需要转动（　　　）。</w:t>
        <w:br/>
        <w:t>A.脚螺旋</w:t>
        <w:br/>
        <w:t>B.微动螺旋</w:t>
        <w:br/>
        <w:t>C.微倾螺旋</w:t>
        <w:br/>
        <w:t>D.望远镜调焦螺旋</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21、基坑挖到一定深度时，应在基坑四壁，离基坑底设计标高（　　　）处，测设水平桩，作为检查基坑底标高和控制垫层的依据。</w:t>
        <w:br/>
        <w:t>A.0.5m</w:t>
        <w:br/>
        <w:t>B.0.6m</w:t>
        <w:br/>
        <w:t>C.0.7m</w:t>
        <w:br/>
        <w:t>D.1.5m</w:t>
        <w:br/>
        <w:br/>
        <w:t>【答案】：A</w:t>
      </w:r>
      <w:r>
        <w:t xml:space="preserve"> </w:t>
      </w:r>
    </w:p>
    <w:p>
      <w:r>
        <w:t>22、钢材的工艺性能主要包括冷弯性能、（　　　）、冷拉性能、冷拔性能等。</w:t>
        <w:br/>
        <w:t>A.焊接性能</w:t>
        <w:br/>
        <w:t>B.抗拉强度</w:t>
        <w:br/>
        <w:t>C.伸长率</w:t>
        <w:br/>
        <w:t>D.冲击韧性</w:t>
        <w:br/>
        <w:br/>
        <w:t xml:space="preserve">【答案】：A </w:t>
      </w:r>
    </w:p>
    <w:p>
      <w:r>
        <w:t>23、下列关于膨胀剂、防冻剂、泵送剂、速凝剂的相关说法中，错误的是（　　　）。</w:t>
        <w:br/>
        <w:t>A.膨胀剂是能使混凝土产生一定体积膨胀的外加剂</w:t>
        <w:br/>
        <w:t>B.常用防冻剂有氯盐类、氯盐阻锈类、氯盐与阻锈剂为主复合的外加剂、硫酸盐类</w:t>
        <w:br/>
        <w:t>C.泵送剂是改善混凝土泵送性能的外加剂</w:t>
        <w:br/>
        <w:t>D.速凝剂主要用于喷射混凝土、堵漏等</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24、在梁板柱等结构的接缝和施工缝处，产生“烂根”的原因之一是（　　　）。</w:t>
        <w:br/>
        <w:t>A.混凝土强度偏低</w:t>
        <w:br/>
        <w:t>B.养护时间不足</w:t>
        <w:br/>
        <w:t>C.配筋不足</w:t>
        <w:br/>
        <w:t>D.接缝处模板拼缝不严，漏浆</w:t>
        <w:br/>
        <w:br/>
        <w:t>【答案】：D</w:t>
      </w:r>
      <w:r>
        <w:t xml:space="preserve"> </w:t>
      </w:r>
    </w:p>
    <w:p>
      <w:r>
        <w:t>25、沉降观测点是均匀布置的，它们之间的距离一般为（　　　）m。</w:t>
        <w:br/>
        <w:t>A.1～5m</w:t>
        <w:br/>
        <w:t>B.8～15m</w:t>
        <w:br/>
        <w:t>C.5～10m</w:t>
        <w:br/>
        <w:t>D.10～20m</w:t>
        <w:br/>
        <w:br/>
        <w:t xml:space="preserve">【答案】：D </w:t>
      </w:r>
    </w:p>
    <w:p>
      <w:r>
        <w:t>26、烧结普通砖的主要技术要求有：尺寸规格、强度等级和（　　　）。</w:t>
        <w:br/>
        <w:t>A.质量等级</w:t>
        <w:br/>
        <w:t>B.物理性能</w:t>
        <w:br/>
        <w:t>C.化学性能</w:t>
        <w:br/>
        <w:t>D.耐久性</w:t>
        <w:br/>
        <w:br/>
        <w:t xml:space="preserve">【答案】：A </w:t>
      </w:r>
    </w:p>
    <w:p>
      <w:r>
        <w:t>27、下列墙体或部位中，可留设脚手眼的是（　　　）。</w:t>
        <w:br/>
        <w:t>A.半砖墙和砖柱</w:t>
        <w:br/>
        <w:t>B.宽度大于1m的窗间墙</w:t>
        <w:br/>
        <w:t>C.砖砌体门窗洞口两侧200mm的范围内</w:t>
        <w:br/>
        <w:t>D.转角处450mm的范围内</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28、关于打桩质量控制，下列说法错误的是（　　　）。</w:t>
        <w:br/>
        <w:t>A.桩尖所在土层较硬时，以贯入度控制为主</w:t>
        <w:br/>
        <w:t>B.桩尖所在土层较软时，以贯入度控制为主</w:t>
        <w:br/>
        <w:t>C.桩尖所在土层较硬时，以桩尖设计标高控制为辅</w:t>
        <w:br/>
        <w:t>D.桩尖所在土层较软时，以桩尖设计标高控制为主</w:t>
        <w:br/>
        <w:br/>
        <w:t>【答案】：B</w:t>
      </w:r>
      <w:r>
        <w:t xml:space="preserve"> </w:t>
      </w:r>
    </w:p>
    <w:p>
      <w:r>
        <w:t>29、能有效防止钢材焊接冷裂纹的方法是（　　　）。</w:t>
        <w:br/>
        <w:t>A.焊前预热</w:t>
        <w:br/>
        <w:t>B.焊后速冷</w:t>
        <w:br/>
        <w:t>C.焊后缓冷</w:t>
        <w:br/>
        <w:t>D.焊后热处理</w:t>
        <w:br/>
        <w:br/>
        <w:t xml:space="preserve">【答案】：A </w:t>
      </w:r>
    </w:p>
    <w:p>
      <w:r>
        <w:t>30、防止钢结构焊缝产生（　　　）措施之一是控制焊缝的化学成分。</w:t>
        <w:br/>
        <w:t>A.冷裂纹</w:t>
        <w:br/>
        <w:t>B.热裂纹</w:t>
        <w:br/>
        <w:t>C.气孔</w:t>
        <w:br/>
        <w:t>D.弧坑缩孔</w:t>
        <w:br/>
        <w:br/>
        <w:t xml:space="preserve">【答案】：B </w:t>
      </w:r>
    </w:p>
    <w:p>
      <w:r>
        <w:t>31、砌砖墙留斜槎时，斜槎长度不应小于高度的（　　　）。</w:t>
        <w:br/>
        <w:t>A.1/2</w:t>
        <w:br/>
        <w:t>B.1/3</w:t>
        <w:br/>
        <w:t>C.2/3</w:t>
        <w:br/>
        <w:t>D.1/4</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32、“两阶段设计”指（　　　）</w:t>
        <w:br/>
        <w:t>A.弹性阶段的概念设计和塑性阶段的抗震设计</w:t>
        <w:br/>
        <w:t>B.弹性阶段的概念设计和弹塑性阶段的抗震设计</w:t>
        <w:br/>
        <w:t>C.塑性阶段的概念设计和弹塑性阶段的抗震设计</w:t>
        <w:br/>
        <w:t>D.弹塑性阶段的概念设计和塑性阶段的抗震设计</w:t>
        <w:br/>
        <w:br/>
        <w:t>【答案】：B</w:t>
      </w:r>
      <w:r>
        <w:t xml:space="preserve"> </w:t>
      </w:r>
    </w:p>
    <w:p>
      <w:r>
        <w:t>33、抹灰工程应分层进行，一般抹灰分（　　　）层。</w:t>
        <w:br/>
        <w:t>A.1</w:t>
        <w:br/>
        <w:t>B.2</w:t>
        <w:br/>
        <w:t>C.3</w:t>
        <w:br/>
        <w:t>D.4</w:t>
        <w:br/>
        <w:br/>
        <w:t xml:space="preserve">【答案】：C </w:t>
      </w:r>
    </w:p>
    <w:p>
      <w:r>
        <w:t>34、水准测量是利用水准仪提供（　　　）。</w:t>
        <w:br/>
        <w:t>A.水平视线</w:t>
        <w:br/>
        <w:t>B.垂直视线</w:t>
        <w:br/>
        <w:t>C.倾斜视线</w:t>
        <w:br/>
        <w:t>D.直线定线</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35、下列关于合成高分子防水卷材的相关说法中，有误的是（　　　）。</w:t>
        <w:br/>
        <w:t>A.常用的合成高分子防水卷材如三元乙丙橡胶防水卷材、聚氯乙烯防水卷材、氯化聚乙烯-橡胶共混防水卷材等</w:t>
        <w:br/>
        <w:t>B.三元乙丙橡胶防水卷材是我国目前用量较大的一种卷材，使用屋面、地下防水工程和防腐工程</w:t>
        <w:br/>
        <w:t>C.三元乙丙橡胶防水卷材质量轻，耐老化性好，弹性和抗拉伸性能极佳，对基层伸缩变形或开裂的适应性强，耐高低温性能优良，能在严寒和酷热环境中使用</w:t>
        <w:br/>
        <w:t>D.氯化聚乙烯-橡胶共混防水卷材价格相较于三元乙丙橡胶防水卷材低得多，属中、高档防水材料，可用于各种建筑、道路、桥梁、水利工程的防水，尤其适用寒冷地区或变形较大的屋面</w:t>
        <w:br/>
        <w:br/>
        <w:t>【答案】：B</w:t>
      </w:r>
      <w:r>
        <w:t xml:space="preserve"> </w:t>
      </w:r>
    </w:p>
    <w:p>
      <w:r>
        <w:t>36、现浇楼板是楼地面防水的最佳选择，对防水要求较高的房间，还需在结构层和面层之间增设一道防水层，同时，将防水层沿四周墙身上升（　　　）mm。</w:t>
        <w:br/>
        <w:t>A.50～100</w:t>
        <w:br/>
        <w:t>B.100～150</w:t>
        <w:br/>
        <w:t>C.150～200</w:t>
        <w:br/>
        <w:t>D.200～250</w:t>
        <w:br/>
        <w:br/>
        <w:t xml:space="preserve">【答案】：C </w:t>
      </w:r>
    </w:p>
    <w:p>
      <w:r>
        <w:t>37、抽样的方法通常是利用数理统计的（　　　）随机抽取样本。</w:t>
        <w:br/>
        <w:t>A.总体数量</w:t>
        <w:br/>
        <w:t>B.样本数量</w:t>
        <w:br/>
        <w:t>C.基本原理</w:t>
        <w:br/>
        <w:t>D.统计量</w:t>
        <w:br/>
        <w:br/>
        <w:t xml:space="preserve">【答案】：C </w:t>
      </w:r>
    </w:p>
    <w:p>
      <w:r>
        <w:t>38、当混凝土小型空心砌块砌体的竖向灰缝宽度为（　　　）时，应采用C20以上的细石混凝土填实。</w:t>
        <w:br/>
        <w:t>A.15～120mm</w:t>
        <w:br/>
        <w:t>B.20～130mm</w:t>
        <w:br/>
        <w:t>C.30～1150mm</w:t>
        <w:br/>
        <w:t>D.150～1300mm</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39、下列关于砖基础的施工工艺的基本规定，错误的是（　　　）。</w:t>
        <w:br/>
        <w:t>A.垫层混凝土在验槽后应随即浇灌，以保护地基</w:t>
        <w:br/>
        <w:t>B.砖基础施工工艺流程：测量放线→基坑开挖、验槽→混凝土垫层施工→砖基础砌筑</w:t>
        <w:br/>
        <w:t>C.砖基础中的洞口、管道、沟槽等，应在砌筑时正确留出，宽度超过900mm的洞口上方应砌筑平拱或设置过梁</w:t>
        <w:br/>
        <w:t>D.基础砌筑前，应先检查垫层施工是否符合质量要求，在清扫垫层表面，将浮土及垃圾清除干净</w:t>
        <w:br/>
        <w:br/>
        <w:t>【答案】：C</w:t>
      </w:r>
      <w:r>
        <w:t xml:space="preserve"> </w:t>
      </w:r>
    </w:p>
    <w:p>
      <w:r>
        <w:t>40、用于砌筑砖砌体的砂浆强度主要取决于（　　　）。</w:t>
        <w:br/>
        <w:t>A.水泥用量、水泥强度等级</w:t>
        <w:br/>
        <w:t>B.砂子用量</w:t>
        <w:br/>
        <w:t>C.水灰比</w:t>
        <w:br/>
        <w:t>D.水用量</w:t>
        <w:br/>
        <w:br/>
        <w:t xml:space="preserve">【答案】：A </w:t>
      </w:r>
    </w:p>
    <w:p>
      <w:r>
        <w:t>41、对于土方开挖工程，施工单位编制专项施工方案后，经（　　　）签字后实施。</w:t>
        <w:br/>
        <w:t>A.施工单位技术负责人和建设单位负责人</w:t>
        <w:br/>
        <w:t>B.施工单位项目经理和总监理工程师</w:t>
        <w:br/>
        <w:t>C.施工单位技术负责人和总监理工程师</w:t>
        <w:br/>
        <w:t>D.建设单位负责人和总监理工程师</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r>
        <w:t>42、大体积混凝土应选用（　　　）。</w:t>
        <w:br/>
        <w:t>A.硅酸盐水泥</w:t>
        <w:br/>
        <w:t>B.矿渣水泥</w:t>
        <w:br/>
        <w:t>C.普通水泥</w:t>
        <w:br/>
        <w:t>D.高铝水泥</w:t>
        <w:br/>
        <w:br/>
        <w:t xml:space="preserve">【答案】：B </w:t>
      </w:r>
    </w:p>
    <w:p>
      <w:r>
        <w:t>43、施工缝一般应留在构件（　　　）部位。</w:t>
        <w:br/>
        <w:t>A.受压最小</w:t>
        <w:br/>
        <w:t>B.受剪最小</w:t>
        <w:br/>
        <w:t>C.受弯最小</w:t>
        <w:br/>
        <w:t>D.受扭最小</w:t>
        <w:br/>
        <w:br/>
        <w:t xml:space="preserve">【答案】：B </w:t>
      </w:r>
    </w:p>
    <w:p>
      <w:r>
        <w:t>44、把总体按照研究目的的某些特性分组，然后在每一组中随机抽取样品组成样本的方法为（　　　）。</w:t>
        <w:br/>
        <w:t>A.全数检验</w:t>
        <w:br/>
        <w:t>B.完全随机检测</w:t>
        <w:br/>
        <w:t>C.等距抽样</w:t>
        <w:br/>
        <w:t>D.分层抽样</w:t>
        <w:br/>
        <w:br/>
        <w:t xml:space="preserve">【答案】：D </w:t>
      </w:r>
    </w:p>
    <w:p>
      <w:r>
        <w:t>45、黏土砖应在砌筑前（　　　）浇水湿润，以水浸人砖内深度1～1.5cm为宜。</w:t>
        <w:br/>
        <w:t>A.1～12h</w:t>
        <w:br/>
        <w:t>B.3～14h</w:t>
        <w:br/>
        <w:t>C.1～2d</w:t>
        <w:br/>
        <w:t>D.3～4d</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46、以下哪些性能属于防水卷材的主要性能？（　　　）</w:t>
        <w:br/>
        <w:t>A.防水性、抗冻性、耐磨蚀性</w:t>
        <w:br/>
        <w:t>B.防水性、机械力学性能、温度稳定性</w:t>
        <w:br/>
        <w:t>C.机械力学性能、大气稳定性、耐磨蚀性</w:t>
        <w:br/>
        <w:t>D.防水性、大气稳定性、抗冻性</w:t>
        <w:br/>
        <w:br/>
        <w:t>【答案】：B</w:t>
      </w:r>
      <w:r>
        <w:t xml:space="preserve"> </w:t>
      </w:r>
    </w:p>
    <w:p>
      <w:r>
        <w:t>47、玻璃棉制品具有良好的保温、隔热、吸声、（　　　）和耐腐蚀等性能，广泛应用于房屋、管道、储罐、锅炉等有关部位的保温、隔热和吸声。</w:t>
        <w:br/>
        <w:t>A.不燃</w:t>
        <w:br/>
        <w:t>B.难燃</w:t>
        <w:br/>
        <w:t>C.可燃</w:t>
        <w:br/>
        <w:t>D.易燃</w:t>
        <w:br/>
        <w:br/>
        <w:t xml:space="preserve">【答案】：A </w:t>
      </w:r>
    </w:p>
    <w:p>
      <w:r>
        <w:t>48、炉渣砖可用于一般工业与民用建筑的墙体和基础。但用于基础或易受冻融和干湿交替作用的建筑部位必须使用（　　　）及以上强度等级的砖。</w:t>
        <w:br/>
        <w:t>A.MU10</w:t>
        <w:br/>
        <w:t>B.MU15</w:t>
        <w:br/>
        <w:t>C.MU5</w:t>
        <w:br/>
        <w:t>D.MU7.5</w:t>
        <w:br/>
        <w:br/>
        <w:t xml:space="preserve">【答案】：B </w:t>
      </w:r>
    </w:p>
    <w:p>
      <w:r>
        <w:t>49、普通混凝土小型空心砌块最高强度等级为（　　　）。</w:t>
        <w:br/>
        <w:t>A.MU10.0</w:t>
        <w:br/>
        <w:t>B.MU15.0</w:t>
        <w:br/>
        <w:t>C.MU20.0</w:t>
        <w:br/>
        <w:t>D.MU25.0</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50、某高层住宅工程结构设计合理使用年限50年，屋面防水为一级，设计使用年限15年，工程于2015年8月5日竣工验收合格并交付使用，施工单位出具的质量保修书中有下列内容，其中不符合法律法规要求的有（　　　）。</w:t>
        <w:br/>
        <w:t>A.基础工程的保修期限为50年</w:t>
        <w:br/>
        <w:t>B.屋面防水工程的保修期限为8年</w:t>
        <w:br/>
        <w:t>C.供热系统的保修期限为自2015年采暖期起，到2017年采暖期结束日止</w:t>
        <w:br/>
        <w:t>D.电气管线、给水排水管道、装修工程的保修期限为1年</w:t>
        <w:br/>
        <w:br/>
        <w:t>【答案】：D</w:t>
      </w:r>
      <w:r>
        <w:t xml:space="preserve"> </w:t>
      </w:r>
    </w:p>
    <w:p>
      <w:r>
        <w:t>51、扭剪型高强度螺栓连接施工中，（　　　）标志着终拧结束。</w:t>
        <w:br/>
        <w:t>A.螺母旋转角度达到要求</w:t>
        <w:br/>
        <w:t>B.扭矩值达到要求</w:t>
        <w:br/>
        <w:t>C.轴向力达到要求</w:t>
        <w:br/>
        <w:t>D.梅花头拧掉</w:t>
        <w:br/>
        <w:br/>
        <w:t xml:space="preserve">【答案】：D </w:t>
      </w:r>
    </w:p>
    <w:p>
      <w:r>
        <w:t>52、柱子中心线应与相应的柱列轴线一致，其允许偏差为（　　　）。</w:t>
        <w:br/>
        <w:t>A.±10mm</w:t>
        <w:br/>
        <w:t>B.±5mm</w:t>
        <w:br/>
        <w:t>C.±15mm</w:t>
        <w:br/>
        <w:t>D.±25mm</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53、下列劳动合同条款，属于必备条款的是（　　　）。</w:t>
        <w:br/>
        <w:t>A.福利待遇</w:t>
        <w:br/>
        <w:t>B.劳动条件</w:t>
        <w:br/>
        <w:t>C.试用期</w:t>
        <w:br/>
        <w:t>D.补充保险</w:t>
        <w:br/>
        <w:br/>
        <w:t>【答案】：B</w:t>
      </w:r>
      <w:r>
        <w:t xml:space="preserve"> </w:t>
      </w:r>
    </w:p>
    <w:p>
      <w:r>
        <w:t>54、施工单位承担保修责任的前提条件之一是（　　　）。</w:t>
        <w:br/>
        <w:t>A.施工单位原因产生的质量问题</w:t>
        <w:br/>
        <w:t>B.工程未按期交工</w:t>
        <w:br/>
        <w:t>C.属于保修范围内发生的质量问题</w:t>
        <w:br/>
        <w:t>D.工程价款结算完毕</w:t>
        <w:br/>
        <w:br/>
        <w:t xml:space="preserve">【答案】：C </w:t>
      </w:r>
    </w:p>
    <w:p>
      <w:r>
        <w:t>55、某混凝土按初步计算配合比，试拌混凝土151，其材料用量为水泥5.13kg、水2.93kg、砂9.92kg、碎石17.66kg。经搅拌后做坍落度试验，测得坍落度值偏低，不满足要求，欲采用增加10％水泥浆的办法来调整，则问：</w:t>
        <w:br/>
        <w:t>A.0.50</w:t>
        <w:br/>
        <w:t>B.0.55</w:t>
        <w:br/>
        <w:t>C.0.57</w:t>
        <w:br/>
        <w:t>D.0.60</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r>
        <w:t>56、改善砂浆和易性，砖应隔夜浇水，严禁干砖砌筑，铺灰长度不得超过500mm，宜采用“”砌砖法进行砌筑。这是预防（　　　）质量问题的有效措施。</w:t>
        <w:br/>
        <w:t>A.砂浆强度偏低、不稳定</w:t>
        <w:br/>
        <w:t>B.砂浆和易性差、沉底结硬</w:t>
        <w:br/>
        <w:t>C.砌体组砌方法错误</w:t>
        <w:br/>
        <w:t>D.灰缝砂浆不饱满</w:t>
        <w:br/>
        <w:br/>
        <w:t xml:space="preserve">【答案】：D </w:t>
      </w:r>
    </w:p>
    <w:p>
      <w:r>
        <w:t>57、根据《建设工程安全生产管理条例》的规定，依法对建设工程项目安全施工负责的是（　　　）。</w:t>
        <w:br/>
        <w:t>A.施工单位的主要负责人</w:t>
        <w:br/>
        <w:t>B.施工单位的项目经理</w:t>
        <w:br/>
        <w:t>C.专职安全生产管理人员</w:t>
        <w:br/>
        <w:t>D.建设单位的主要负责人</w:t>
        <w:br/>
        <w:br/>
        <w:t xml:space="preserve">【答案】：B </w:t>
      </w:r>
    </w:p>
    <w:p>
      <w:r>
        <w:t>58、钢筋混凝土预制桩制作时，达到（　　　）的设计强度方可起吊。</w:t>
        <w:br/>
        <w:t>A.30％</w:t>
        <w:br/>
        <w:t>B.40%</w:t>
        <w:br/>
        <w:t>C.70%</w:t>
        <w:br/>
        <w:t>D.100％</w:t>
        <w:br/>
        <w:br/>
        <w:t xml:space="preserve">【答案】：C </w:t>
      </w:r>
    </w:p>
    <w:p>
      <w:r>
        <w:t>59、防水涂料按成膜物质的主要成分可分为沥青基防水涂料、（　　　）、合成高分子防水涂料。</w:t>
        <w:br/>
        <w:t>A.高聚物改性沥青基防水涂料</w:t>
        <w:br/>
        <w:t>B.薄质防水涂料</w:t>
        <w:br/>
        <w:t>C.厚质防水涂料</w:t>
        <w:br/>
        <w:t>D.溶剂型防水涂料</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60、某混凝土按初步计算配合比，试拌混凝土151，其材料用量为水泥5.13kg、水2.93kg、砂9.92kg、碎石17.66kg。经搅拌后做坍落度试验，测得坍落度值偏低，不满足要求，欲采用增加10％水泥浆的办法来调整，则问：</w:t>
        <w:br/>
        <w:t>A.5.50</w:t>
        <w:br/>
        <w:t>B.5.55</w:t>
        <w:br/>
        <w:t>C.5.57</w:t>
        <w:br/>
        <w:t>D.5.64</w:t>
        <w:br/>
        <w:br/>
        <w:t>【答案】：D</w:t>
      </w:r>
      <w:r>
        <w:t xml:space="preserve"> </w:t>
      </w:r>
    </w:p>
    <w:p>
      <w:r>
        <w:t>61、自然状态下的土，经过开挖后，其体积因松散而增加，以后虽经回填压实，仍不能恢复到原来的体积，这种性质称为（　　　）。</w:t>
        <w:br/>
        <w:t>A.土的流动性</w:t>
        <w:br/>
        <w:t>B.土的可松性</w:t>
        <w:br/>
        <w:t>C.土的渗透性</w:t>
        <w:br/>
        <w:t>D.土的结构性</w:t>
        <w:br/>
        <w:br/>
        <w:t xml:space="preserve">【答案】：B </w:t>
      </w:r>
    </w:p>
    <w:p>
      <w:r>
        <w:t>62、关于专业承包的业务范围，下列叙述不正确的是（　　　）。</w:t>
        <w:br/>
        <w:t>A.专业承包企业可以承接施工总承包企业依法分包的专业工程</w:t>
        <w:br/>
        <w:t>B.专业承包企业可以承接建设单位依法发包的专业工程</w:t>
        <w:br/>
        <w:t>C.专业承包企业可以对所承接的专业工程依法进行分包</w:t>
        <w:br/>
        <w:t>D.专业承包企业可以对劳务作业可以分包</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r>
        <w:t>63、（　　　）具有节能、节地的特点，并可以利用工业废渣，因地制宜，工艺简便。一般适用于工业及民用建筑的墙体。</w:t>
        <w:br/>
        <w:t>A.蒸压加气混凝土砌块</w:t>
        <w:br/>
        <w:t>B.混凝土小型空心砌块</w:t>
        <w:br/>
        <w:t>C.陶粒空心砌块</w:t>
        <w:br/>
        <w:t>D.多孔砖</w:t>
        <w:br/>
        <w:br/>
        <w:t xml:space="preserve">【答案】：B </w:t>
      </w:r>
    </w:p>
    <w:p>
      <w:r>
        <w:t>64、以下关于专职安全生产管理人员的说法中，错误的是（　　　）。</w:t>
        <w:br/>
        <w:t>A.施工单位安全生产管理机构的负责人及其工作人员属于专职安全生产管理人员</w:t>
        <w:br/>
        <w:t>B.施工现场专职安全生产管理人员属于专职安全生产管理人员</w:t>
        <w:br/>
        <w:t>C.专职安全生产管理人员是指经过建设单位安全生产考核合格取得安全生产考核证书的专职人员</w:t>
        <w:br/>
        <w:t>D.专职安全生产管理人员应当对安全生产进行现场监督检查</w:t>
        <w:br/>
        <w:br/>
        <w:t xml:space="preserve">【答案】：C </w:t>
      </w:r>
    </w:p>
    <w:p>
      <w:r>
        <w:t>65、抗震设计时，建筑物应根据其重要性分为甲、乙、丙、丁四类。一幢18层的普通高层住宅应属于（　　　）。</w:t>
        <w:br/>
        <w:t>A.甲类</w:t>
        <w:br/>
        <w:t>B.乙类</w:t>
        <w:br/>
        <w:t>C.丙类</w:t>
        <w:br/>
        <w:t>D.丁类</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r>
        <w:t>66、下列关于毛石砌体施工工艺的基本规定中，错误的是（　　　）。</w:t>
        <w:br/>
        <w:t>A.毛石料和粗石料砌体的灰缝厚度不宜大于10mm，细石料砌体的灰缝厚度不宜小于10mm</w:t>
        <w:br/>
        <w:t>B.施工工艺流程为：施工准备→试排撂底→砌筑毛石（同时搅拌砂浆）→勾缝→检验评定</w:t>
        <w:br/>
        <w:t>C.每日砌筑高度不宜超过1.2m，在转角处及交接处应同时砌筑，如不能同时砌筑时，应留斜槎</w:t>
        <w:br/>
        <w:t>D.毛石挡土墙一般按3～4皮为一个分层高度砌筑，每砌一个分层高度应找平一次</w:t>
        <w:br/>
        <w:br/>
        <w:t xml:space="preserve">【答案】：A </w:t>
      </w:r>
    </w:p>
    <w:p>
      <w:r>
        <w:t>67、质量数据的收集方法主要有（　　　）和随机抽样检验两种方法。</w:t>
        <w:br/>
        <w:t>A.随机抽样检验</w:t>
        <w:br/>
        <w:t>B.全数检验</w:t>
        <w:br/>
        <w:t>C.完全随机抽样</w:t>
        <w:br/>
        <w:t>D.等距抽样</w:t>
        <w:br/>
        <w:br/>
        <w:t xml:space="preserve">【答案】：B </w:t>
      </w:r>
    </w:p>
    <w:p>
      <w:r>
        <w:t>68、板内分布钢筋不仅可使主筋定位，分担局部荷载，还可（　　　）。</w:t>
        <w:br/>
        <w:t>A.承担负弯矩</w:t>
        <w:br/>
        <w:t>B.承受收缩和温度应力</w:t>
        <w:br/>
        <w:t>C.减少裂缝宽度</w:t>
        <w:br/>
        <w:t>D.增加主筋与混凝土的粘结</w:t>
        <w:br/>
        <w:br/>
        <w:t xml:space="preserve">【答案】：B </w:t>
      </w:r>
    </w:p>
    <w:p>
      <w:r>
        <w:t>69、（　　　）是由样品构成的，是从总体中随机抽取出来的个体。</w:t>
        <w:br/>
        <w:t>A.样本</w:t>
        <w:br/>
        <w:t>B.总体</w:t>
        <w:br/>
        <w:t>C.统计量</w:t>
        <w:br/>
        <w:t>D.个体</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70、对建设工程实行总承包的，下列叙述不正确的是（　　　）。</w:t>
        <w:br/>
        <w:t>A.总承包单位应当对全部建设工程质量负责</w:t>
        <w:br/>
        <w:t>B.分包单位应当按照分包合同的约定对其分包工程的质量向总承包单位负责</w:t>
        <w:br/>
        <w:t>C.分包单位应当按照分包合同的约定对其分包工程的质量应同时向建设单位负责</w:t>
        <w:br/>
        <w:t>D.总承包单位与分包单位对分包工程的质量承担连带责任</w:t>
        <w:br/>
        <w:br/>
        <w:t>【答案】：C</w:t>
      </w:r>
      <w:r>
        <w:t xml:space="preserve"> </w:t>
      </w:r>
    </w:p>
    <w:p>
      <w:r>
        <w:t>71、为保证人流通行和家具搬运，我国规定楼梯段之间的净高不应小于（　　　）。</w:t>
        <w:br/>
        <w:t>A.1.8</w:t>
        <w:br/>
        <w:t>B.2.0</w:t>
        <w:br/>
        <w:t>C.2.2</w:t>
        <w:br/>
        <w:t>D.2.4</w:t>
        <w:br/>
        <w:br/>
        <w:t xml:space="preserve">【答案】：C </w:t>
      </w:r>
    </w:p>
    <w:p>
      <w:r>
        <w:t>72、目前在国内推广应用较为普遍的砌块有蒸压加气混凝土砌块、（　　　）、石膏砌块等。</w:t>
        <w:br/>
        <w:t>A.普通混凝土小型空心砌块</w:t>
        <w:br/>
        <w:t>B.蒸压粉煤灰砖</w:t>
        <w:br/>
        <w:t>C.蒸压灰砂砖</w:t>
        <w:br/>
        <w:t>D.混凝土砖</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r>
        <w:t>73、某梁纵向受力钢筋为5根直径为20mm的HRB335级钢筋（抗拉强度为300N/mm2），现在拟用直径为25mm的HPB300级钢筋（抗拉强度为270N/mm2）代换，所需钢筋根数为（　　　）。</w:t>
        <w:br/>
        <w:t>A.3根</w:t>
        <w:br/>
        <w:t>B.4根</w:t>
        <w:br/>
        <w:t>C.5根</w:t>
        <w:br/>
        <w:t>D.6根</w:t>
        <w:br/>
        <w:br/>
        <w:t xml:space="preserve">【答案】：B </w:t>
      </w:r>
    </w:p>
    <w:p>
      <w:r>
        <w:t>74、负有安全生产监督管理职责的部门依法对生产经营单位执行监督检查时，对于发现的重大安全事故隐患在排除前或者排除过程中无法保证安全的，采取的必要措施是（　　　）。</w:t>
        <w:br/>
        <w:t>A.责令立即排除</w:t>
        <w:br/>
        <w:t>B.更换施工队伍</w:t>
        <w:br/>
        <w:t>C.责令从危险区域撤出作业人员或暂时停止施工</w:t>
        <w:br/>
        <w:t>D.责令施工单位主要负责人作出检查</w:t>
        <w:br/>
        <w:br/>
        <w:t xml:space="preserve">【答案】：C </w:t>
      </w:r>
    </w:p>
    <w:p>
      <w:r>
        <w:t>75、对待不同的检测对象，应当采集具有（　　　）的质量数据。</w:t>
        <w:br/>
        <w:t>A.普遍性</w:t>
        <w:br/>
        <w:t>B.控制意义</w:t>
        <w:br/>
        <w:t>C.特殊性</w:t>
        <w:br/>
        <w:t>D.研究意义</w:t>
        <w:br/>
        <w:br/>
        <w:t xml:space="preserve">【答案】：B </w:t>
      </w:r>
    </w:p>
    <w:p>
      <w:r>
        <w:t>76、建筑基线上的基线点应不少于（　　　）。</w:t>
        <w:br/>
        <w:t>A.4</w:t>
        <w:br/>
        <w:t>B.3</w:t>
        <w:br/>
        <w:t>C.2</w:t>
        <w:br/>
        <w:t>D.4</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77、钢材是以铁为主要元素，含碳量为（　　　），并含有其他元素的合金材料。</w:t>
        <w:br/>
        <w:t>A.0.02%～1.05％</w:t>
        <w:br/>
        <w:t>B.0.02%～1.26％</w:t>
        <w:br/>
        <w:t>C.0.02%～1.8％</w:t>
        <w:br/>
        <w:t>D.0.02%～2.06</w:t>
        <w:br/>
        <w:br/>
        <w:t>【答案】：D</w:t>
      </w:r>
      <w:r>
        <w:t xml:space="preserve"> </w:t>
      </w:r>
    </w:p>
    <w:p>
      <w:r>
        <w:t>78、当室内地面垫层为混凝土等密实材料时，防潮层设在垫层厚度中间位置，一般低于室内地坪（　　　）</w:t>
        <w:br/>
        <w:t>A.30mm</w:t>
        <w:br/>
        <w:t>B.60mm</w:t>
        <w:br/>
        <w:t>C.120mm</w:t>
        <w:br/>
        <w:t>D.180mm</w:t>
        <w:br/>
        <w:br/>
        <w:t xml:space="preserve">【答案】：B </w:t>
      </w:r>
    </w:p>
    <w:p>
      <w:r>
        <w:t>79、施涂溶剂型涂料时，基层含水率不得大于（　　　）。</w:t>
        <w:br/>
        <w:t>A.6％</w:t>
        <w:br/>
        <w:t>B.8％</w:t>
        <w:br/>
        <w:t>C.10</w:t>
        <w:br/>
        <w:t>D.12％</w:t>
        <w:br/>
        <w:br/>
        <w:t xml:space="preserve">【答案】：B </w:t>
      </w:r>
    </w:p>
    <w:p>
      <w:r>
        <w:t>80、从建筑施工的角度，根据土的（　　　），可将土分为8大类。</w:t>
        <w:br/>
        <w:t>A.颗粒级配</w:t>
        <w:br/>
        <w:t>B.沉积年代</w:t>
        <w:br/>
        <w:t>C.坚硬程度</w:t>
        <w:br/>
        <w:t>D.承载能力</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81、在水准测量基本操作中的读数之前的操作（　　　）。</w:t>
        <w:br/>
        <w:t>A.必须做好安置仪器，粗略整平，瞄准标尺的工作</w:t>
        <w:br/>
        <w:t>B.必须做好安置仪器，瞄准标尺，精确整平的工作</w:t>
        <w:br/>
        <w:t>C.必须做好精确整平的工作</w:t>
        <w:br/>
        <w:t>D.必须做好粗略整平的工作</w:t>
        <w:br/>
        <w:br/>
        <w:t>【答案】：C</w:t>
      </w:r>
      <w:r>
        <w:t xml:space="preserve"> </w:t>
      </w:r>
    </w:p>
    <w:p>
      <w:r>
        <w:t>82、泥浆护壁成孔灌注桩施工中有以下步骤：①成孔②清孔③水下浇筑混凝土④埋设护筒⑤测定桩位⑥下钢筋笼⑦制备泥浆。其工艺流程顺序为（　　　）。</w:t>
        <w:br/>
        <w:t>A.④⑤⑦①②⑥③</w:t>
        <w:br/>
        <w:t>B.⑦⑤④①②⑥③</w:t>
        <w:br/>
        <w:t>C.⑦④⑤①②③⑥</w:t>
        <w:br/>
        <w:t>D.⑤④⑦①②⑥③</w:t>
        <w:br/>
        <w:br/>
        <w:t xml:space="preserve">【答案】：D </w:t>
      </w:r>
    </w:p>
    <w:p>
      <w:r>
        <w:t>83、用水准仪册杯形基础在杯口内壁，测设一条一般为（　　　）的标高线。</w:t>
        <w:br/>
        <w:t>A.-0.600m</w:t>
        <w:br/>
        <w:t>B.-0.500m</w:t>
        <w:br/>
        <w:t>C.-400m</w:t>
        <w:br/>
        <w:t>D.-0.700m</w:t>
        <w:br/>
        <w:br/>
        <w:t xml:space="preserve">【答案】：A </w:t>
      </w:r>
    </w:p>
    <w:p>
      <w:r>
        <w:t>84、混凝土的（　　　）主要与其密实度及内部孔隙的大小和构造有关。</w:t>
        <w:br/>
        <w:t>A.抗冻性</w:t>
        <w:br/>
        <w:t>B.抗侵蚀性</w:t>
        <w:br/>
        <w:t>C.抗老化</w:t>
        <w:br/>
        <w:t>D.抗渗性</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85、关于劳动合同的履行和变更的叙述中，不正确的是（　　　）。</w:t>
        <w:br/>
        <w:t>A.用人单位应当履行向劳动者支付劳动报酬的义务</w:t>
        <w:br/>
        <w:t>B.用人单位不得强迫或者变相强迫劳动者加班</w:t>
        <w:br/>
        <w:t>C.劳动者有权拒绝违章指挥、冒险作业</w:t>
        <w:br/>
        <w:t>D.用人单位发生合并或者分立等情况，劳动合同终止履行</w:t>
        <w:br/>
        <w:br/>
        <w:t>【答案】：D</w:t>
      </w:r>
      <w:r>
        <w:t xml:space="preserve"> </w:t>
      </w:r>
    </w:p>
    <w:p>
      <w:r>
        <w:t>86、属于建筑业企业资质序列的是（　　　）。</w:t>
        <w:br/>
        <w:t>A.工程总承包</w:t>
        <w:br/>
        <w:t>B.专业分包</w:t>
        <w:br/>
        <w:t>C.专业承包</w:t>
        <w:br/>
        <w:t>D.劳务承包</w:t>
        <w:br/>
        <w:br/>
        <w:t xml:space="preserve">【答案】：C </w:t>
      </w:r>
    </w:p>
    <w:p>
      <w:r>
        <w:t>87、碳素钢根据含碳量的大小可分为三类，其中含碳量大于（　　　）为高碳钢。</w:t>
        <w:br/>
        <w:t>A.0.3％</w:t>
        <w:br/>
        <w:t>B.4％</w:t>
        <w:br/>
        <w:t>C.0.5％</w:t>
        <w:br/>
        <w:t>D.0.6％</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r>
        <w:t>88、某工程事故造成3人死亡，10人重伤，直接经济损失达2000万元，根据《生产安全事故报告和调查处理条例》，该事故等级为（　　　）。</w:t>
        <w:br/>
        <w:t>A.特别重大事故</w:t>
        <w:br/>
        <w:t>B.重大事故</w:t>
        <w:br/>
        <w:t>C.较大事故</w:t>
        <w:br/>
        <w:t>D.一般事故</w:t>
        <w:br/>
        <w:br/>
        <w:t xml:space="preserve">【答案】：C </w:t>
      </w:r>
    </w:p>
    <w:p>
      <w:r>
        <w:t>89、绝热材料具有（　　　）、多孔、疏松的特点。</w:t>
        <w:br/>
        <w:t>A.表观密度小、导热系数大</w:t>
        <w:br/>
        <w:t>B.表观密度小、导热系数小</w:t>
        <w:br/>
        <w:t>C.表观密度大、导热系数小</w:t>
        <w:br/>
        <w:t>D.表观密度大、导热系数大</w:t>
        <w:br/>
        <w:br/>
        <w:t xml:space="preserve">【答案】：B </w:t>
      </w:r>
    </w:p>
    <w:p>
      <w:r>
        <w:t>90、屋面工程验收后，应填写分部工程质量验收记录，交建设单位和（　　　）存档。</w:t>
        <w:br/>
        <w:t>A.施工单位</w:t>
        <w:br/>
        <w:t>B.监理单位</w:t>
        <w:br/>
        <w:t>C.设计单位</w:t>
        <w:br/>
        <w:t>D.城建单位</w:t>
        <w:br/>
        <w:br/>
        <w:t xml:space="preserve">【答案】：A </w:t>
      </w:r>
    </w:p>
    <w:p>
      <w:r>
        <w:t>91、具有“后退向下，强制切土”挖土特点的土方机械是（　　　）。</w:t>
        <w:br/>
        <w:t>A.正铲</w:t>
        <w:br/>
        <w:t>B.反铲</w:t>
        <w:br/>
        <w:t>C.拉铲</w:t>
        <w:br/>
        <w:t>D.抓铲</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92、当日平均气温降到（　　　）以下时，混凝土工程必须采取冬期施工技术措施。</w:t>
        <w:br/>
        <w:t>A.0℃</w:t>
        <w:br/>
        <w:t>B.-2℃</w:t>
        <w:br/>
        <w:t>C.5℃</w:t>
        <w:br/>
        <w:t>D.10℃</w:t>
        <w:br/>
        <w:br/>
        <w:t>【答案】：C</w:t>
      </w:r>
      <w:r>
        <w:t xml:space="preserve"> </w:t>
      </w:r>
    </w:p>
    <w:p>
      <w:r>
        <w:t>93、每一楼梯段的级数一般不应超过（　　　）级。</w:t>
        <w:br/>
        <w:t>A.15</w:t>
        <w:br/>
        <w:t>B.18</w:t>
        <w:br/>
        <w:t>C.20</w:t>
        <w:br/>
        <w:t>D.24</w:t>
        <w:br/>
        <w:br/>
        <w:t xml:space="preserve">【答案】：B </w:t>
      </w:r>
    </w:p>
    <w:p>
      <w:r>
        <w:t>94、大体积混凝土浇筑时，若结构的长度超过厚度3倍时，可采用（　　　）的浇筑方案。</w:t>
        <w:br/>
        <w:t>A.全面分层</w:t>
        <w:br/>
        <w:t>B.分段分层</w:t>
        <w:br/>
        <w:t>C.斜面分层</w:t>
        <w:br/>
        <w:t>D.分部分层</w:t>
        <w:br/>
        <w:br/>
        <w:t xml:space="preserve">【答案】：C </w:t>
      </w:r>
    </w:p>
    <w:p>
      <w:r>
        <w:t>95、卫生间的防水基层必须用1：3的水泥砂浆找平，凡遇到阴、阳角处，要抹成半径不小于（　　　）mm的小圆弧。</w:t>
        <w:br/>
        <w:t>A.10</w:t>
        <w:br/>
        <w:t>B.20</w:t>
        <w:br/>
        <w:t>C.30</w:t>
        <w:br/>
        <w:t>D.40</w:t>
        <w:br/>
        <w:br/>
        <w:t xml:space="preserve">【答案】：A </w:t>
      </w:r>
    </w:p>
    <w:p>
      <w:pPr>
        <w:sectPr w:rsidSect="00034616">
          <w:type w:val="nextPage"/>
          <w:pgSz w:w="12240" w:h="15840"/>
          <w:pgMar w:top="1440" w:right="1800" w:bottom="1440" w:left="1800" w:header="720" w:footer="720" w:gutter="0"/>
          <w:pgNumType w:start="27"/>
          <w:cols w:space="720"/>
          <w:titlePg w:val="0"/>
          <w:docGrid w:linePitch="360"/>
        </w:sectPr>
      </w:pPr>
    </w:p>
    <w:p>
      <w:r>
        <w:t>96、下列哪种防水材料属于刚性防水材料？（　　　）</w:t>
        <w:br/>
        <w:t>A.防水砂浆</w:t>
        <w:br/>
        <w:t>B.沥青防水卷材</w:t>
        <w:br/>
        <w:t>C.高聚物改性沥青防水卷材</w:t>
        <w:br/>
        <w:t>D.合成高分子防水卷材</w:t>
        <w:br/>
        <w:br/>
        <w:t>【答案】：A</w:t>
      </w:r>
      <w:r>
        <w:t xml:space="preserve"> </w:t>
      </w:r>
    </w:p>
    <w:p>
      <w:r>
        <w:t>97、把总体按照自然状态分为若干组群，并在其中抽取一定数量的样品组成样品，然后再进行检测的方法为（　　　）。</w:t>
        <w:br/>
        <w:t>A.整群抽样</w:t>
        <w:br/>
        <w:t>B.完全随机检测</w:t>
        <w:br/>
        <w:t>C.等距抽样</w:t>
        <w:br/>
        <w:t>D.分层抽样</w:t>
        <w:br/>
        <w:br/>
        <w:t xml:space="preserve">【答案】：A </w:t>
      </w:r>
    </w:p>
    <w:p>
      <w:r>
        <w:t>98、受弯钢构件的整体失稳是（　　　）屈曲。</w:t>
        <w:br/>
        <w:t>A.弯曲</w:t>
        <w:br/>
        <w:t>B.扭转</w:t>
        <w:br/>
        <w:t>C.弯扭</w:t>
        <w:br/>
        <w:t>D.弯剪</w:t>
        <w:br/>
        <w:br/>
        <w:t xml:space="preserve">【答案】：C </w:t>
      </w:r>
    </w:p>
    <w:p>
      <w:r>
        <w:t>99、按用途和性能对水泥的分类中，下列哪项是错误的（　　　）。</w:t>
        <w:br/>
        <w:t>A.通用水泥</w:t>
        <w:br/>
        <w:t>B.专用水泥</w:t>
        <w:br/>
        <w:t>C.特性水泥</w:t>
        <w:br/>
        <w:t>D.多用水泥</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p>
    <w:p>
      <w:r>
        <w:t>100、桩基承台的厚度不应小于（　　　）。</w:t>
        <w:br/>
        <w:t>A.200mm</w:t>
        <w:br/>
        <w:t>B.300mm</w:t>
        <w:br/>
        <w:t>C.400mm</w:t>
        <w:br/>
        <w:t>D.500mm</w:t>
        <w:br/>
        <w:br/>
        <w:t>【答案】：B</w:t>
      </w:r>
      <w:r>
        <w:t xml:space="preserve"> </w:t>
      </w:r>
    </w:p>
    <w:p>
      <w:r>
        <w:t>101、构件代号TB表示（　　　）。</w:t>
        <w:br/>
        <w:t>A.板</w:t>
        <w:br/>
        <w:t>B.楼梯板</w:t>
        <w:br/>
        <w:t>C.屋面板</w:t>
        <w:br/>
        <w:t>D.空心板</w:t>
        <w:br/>
        <w:br/>
        <w:t xml:space="preserve">【答案】：B </w:t>
      </w:r>
    </w:p>
    <w:p>
      <w:r>
        <w:t>102、跨度为6m、混凝土强度为C30的现浇混凝土板，当混凝土强度至少应达到（　　　）时方可拆除模板。</w:t>
        <w:br/>
        <w:t>A.15N/mm2</w:t>
        <w:br/>
        <w:t>B.21N/mm2</w:t>
        <w:br/>
        <w:t>C.22.5N/mm2</w:t>
        <w:br/>
        <w:t>D.30N/mm2</w:t>
        <w:br/>
        <w:br/>
        <w:t xml:space="preserve">【答案】：C </w:t>
      </w:r>
    </w:p>
    <w:p>
      <w:r>
        <w:t>103、砖及毛石基础抗压强度( ),抗拉、抗剪强度( )。（）  </w:t>
        <w:br/>
        <w:t>A.低,低</w:t>
        <w:br/>
        <w:t>B.低,高</w:t>
        <w:br/>
        <w:t>C.高,低</w:t>
        <w:br/>
        <w:t>D.高,高</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p>
    <w:p>
      <w:r>
        <w:t>104、在涂膜防水屋面施工的工艺流程中，节点部位增强处理后，紧跟的工作是</w:t>
        <w:br/>
        <w:t>A.基层清理</w:t>
        <w:br/>
        <w:t>B.喷涂基层处理剂</w:t>
        <w:br/>
        <w:t>C.涂布大面防水涂料</w:t>
        <w:br/>
        <w:t>D.铺贴大面胎体增强材料</w:t>
        <w:br/>
        <w:br/>
        <w:t>【答案】：C</w:t>
      </w:r>
      <w:r>
        <w:t xml:space="preserve"> </w:t>
      </w:r>
    </w:p>
    <w:p>
      <w:r>
        <w:t>105、水泥的初凝时间是指从水泥加水拌合起至水泥浆（　　　）所需的时间。</w:t>
        <w:br/>
        <w:t>A.开始失去可塑性</w:t>
        <w:br/>
        <w:t>B.完全失去可塑性并开始产生强度</w:t>
        <w:br/>
        <w:t>C.开始失去可塑性并达到2.4MPa强度</w:t>
        <w:br/>
        <w:t>D.完全失去可塑性</w:t>
        <w:br/>
        <w:br/>
        <w:t xml:space="preserve">【答案】：A </w:t>
      </w:r>
    </w:p>
    <w:p>
      <w:r>
        <w:t>106、梁的平面注写包括集中标注和（　　　）。</w:t>
        <w:br/>
        <w:t>A.原位标注</w:t>
        <w:br/>
        <w:t>B.基线标注</w:t>
        <w:br/>
        <w:t>C.轴线标注</w:t>
        <w:br/>
        <w:t>D.连续标注</w:t>
        <w:br/>
        <w:br/>
        <w:t xml:space="preserve">【答案】：A </w:t>
      </w:r>
    </w:p>
    <w:p>
      <w:r>
        <w:t>107、吊顶工程的吊杆长度大于（　　　）米时，应设置反向支撑。</w:t>
        <w:br/>
        <w:t>A.1</w:t>
        <w:br/>
        <w:t>B.1.5</w:t>
        <w:br/>
        <w:t>C.2</w:t>
        <w:br/>
        <w:t>D.3</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108、在涂膜防水屋面施工的工艺流程中，喷涂基层处理剂后，紧跟的工作是（　　　）。</w:t>
        <w:br/>
        <w:t>A.节点部位增强处理</w:t>
        <w:br/>
        <w:t>B.表面基层清理</w:t>
        <w:br/>
        <w:t>C.涂布大面防水涂料</w:t>
        <w:br/>
        <w:t>D.铺贴大屋面胎体增强材料</w:t>
        <w:br/>
        <w:br/>
        <w:t>【答案】：A</w:t>
      </w:r>
      <w:r>
        <w:t xml:space="preserve"> </w:t>
      </w:r>
    </w:p>
    <w:p>
      <w:r>
        <w:t>109、卷扬机使用时，必须用（　　　）予以固定，以防止工作时产生滑动造成倾覆。</w:t>
        <w:br/>
        <w:t>A.木桩</w:t>
        <w:br/>
        <w:t>B.钢筋混凝土桩</w:t>
        <w:br/>
        <w:t>C.地锚</w:t>
        <w:br/>
        <w:t>D.锚杆</w:t>
        <w:br/>
        <w:br/>
        <w:t xml:space="preserve">【答案】：C </w:t>
      </w:r>
    </w:p>
    <w:p>
      <w:r>
        <w:t>110、砌筑砂浆的流动性指标用（　　　）来表示。</w:t>
        <w:br/>
        <w:t>A.坍落度</w:t>
        <w:br/>
        <w:t>B.维勃稠度</w:t>
        <w:br/>
        <w:t>C.沉入度</w:t>
        <w:br/>
        <w:t>D.分层度</w:t>
        <w:br/>
        <w:br/>
        <w:t xml:space="preserve">【答案】：C </w:t>
      </w:r>
    </w:p>
    <w:p>
      <w:r>
        <w:t>111、“流砂”现象产生的原因是由于（　　　）。</w:t>
        <w:br/>
        <w:t>A.地面水流动的作用</w:t>
        <w:br/>
        <w:t>B.地下水动水压力大于或等于土的浸水密度</w:t>
        <w:br/>
        <w:t>C.土方开挖的作用</w:t>
        <w:br/>
        <w:t>D.基坑降水不当</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https://d.book118.com/757013160035006051</w:t>
        </w:r>
      </w:hyperlink>
    </w:p>
    <w:p/>
    <w:sectPr w:rsidSect="00034616">
      <w:type w:val="nextPage"/>
      <w:pgSz w:w="12240" w:h="15840"/>
      <w:pgMar w:top="1440" w:right="1800" w:bottom="1440" w:left="1800" w:header="720" w:footer="720" w:gutter="0"/>
      <w:pgNumType w:start="3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57013160035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