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心理健康教育年度工作总结（30篇）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心理健康教育年度工作总结（通用30篇）</w:t>
      </w:r>
      <w:r>
        <w:rPr>
          <w:lang w:eastAsia="zh-CN"/>
        </w:rPr>
        <w:br/>
      </w:r>
      <w:r>
        <w:rPr>
          <w:lang w:eastAsia="zh-CN"/>
        </w:rPr>
        <w:t xml:space="preserve">    心理健康教育年度工作总结 篇1 </w:t>
      </w:r>
      <w:r>
        <w:rPr>
          <w:lang w:eastAsia="zh-CN"/>
        </w:rPr>
        <w:br/>
      </w:r>
      <w:r>
        <w:rPr>
          <w:lang w:eastAsia="zh-CN"/>
        </w:rPr>
        <w:t>　　一、工作总结</w:t>
      </w:r>
      <w:r>
        <w:rPr>
          <w:lang w:eastAsia="zh-CN"/>
        </w:rPr>
        <w:br/>
      </w:r>
      <w:r>
        <w:rPr>
          <w:lang w:eastAsia="zh-CN"/>
        </w:rPr>
        <w:t>　　1.背景</w:t>
      </w:r>
      <w:r>
        <w:rPr>
          <w:lang w:eastAsia="zh-CN"/>
        </w:rPr>
        <w:br/>
      </w:r>
      <w:r>
        <w:rPr>
          <w:lang w:eastAsia="zh-CN"/>
        </w:rPr>
        <w:t>　　《中小学心理健康教育指导纲要》指出，心理健康教育的重点应主要放在帮助学生适应中小学的学习环境和学习要求，培养正确的学习观念，提高其学习能力，改善学习方法；把握升学选择的方向；了解自己，学会克服青春期的烦恼，逐步学会了解和控制自己的情绪，抑制自己的冲动行为；加强自我认识，客观地评价自己，积极与同学、老师和家长进行有效地沟通；逐步适应生活和社会的各种变化，培养对挫折的耐受能力。</w:t>
      </w:r>
      <w:r>
        <w:rPr>
          <w:lang w:eastAsia="zh-CN"/>
        </w:rPr>
        <w:br/>
      </w:r>
      <w:r>
        <w:rPr>
          <w:lang w:eastAsia="zh-CN"/>
        </w:rPr>
        <w:t>　　我国中小学生的心理健康状况确令人担忧，据我国有关部门调查统计表明，目前，近30%的中小学生有不同程度的心理问题。更甚者，贵阳市某中学一项调查显示,该校有心理问题的学生近80%。</w:t>
      </w:r>
      <w:r>
        <w:rPr>
          <w:lang w:eastAsia="zh-CN"/>
        </w:rPr>
        <w:br/>
      </w:r>
      <w:r>
        <w:rPr>
          <w:lang w:eastAsia="zh-CN"/>
        </w:rPr>
        <w:t>　　中小学生的心理问题类别也越来越多，也越来越严重，表现为厌学、焦虑、孤僻、自卑、敌对、逆反、狂妄、网络沉迷，社会交友不良等等，甚至导致犯罪和自杀。</w:t>
      </w:r>
      <w:r>
        <w:rPr>
          <w:lang w:eastAsia="zh-CN"/>
        </w:rPr>
        <w:br/>
      </w:r>
      <w:r>
        <w:rPr>
          <w:lang w:eastAsia="zh-CN"/>
        </w:rPr>
        <w:t>　　2.目标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提高全体学生心里健康水平，充分开发他们的潜能，培养学生乐观，向上的心理品质，促进学生人格的健全发展。</w:t>
      </w:r>
      <w:r>
        <w:rPr>
          <w:lang w:eastAsia="zh-CN"/>
        </w:rPr>
        <w:br/>
      </w:r>
      <w:r>
        <w:rPr>
          <w:lang w:eastAsia="zh-CN"/>
        </w:rPr>
        <w:t>　　使学生达到：了解自我，悦纳自我；接受他人，善与人处；正视现实，接受现实；热爱生活，乐于学习；控制情绪，心境良好；智力正常，人格完整等六个方面的要求。</w:t>
      </w:r>
      <w:r>
        <w:rPr>
          <w:lang w:eastAsia="zh-CN"/>
        </w:rPr>
        <w:br/>
      </w:r>
      <w:r>
        <w:rPr>
          <w:lang w:eastAsia="zh-CN"/>
        </w:rPr>
        <w:t>　　二：具体举措。</w:t>
      </w:r>
      <w:r>
        <w:rPr>
          <w:lang w:eastAsia="zh-CN"/>
        </w:rPr>
        <w:br/>
      </w:r>
      <w:r>
        <w:rPr>
          <w:lang w:eastAsia="zh-CN"/>
        </w:rPr>
        <w:t>　　（一）领导重视，严密部署：</w:t>
      </w:r>
      <w:r>
        <w:rPr>
          <w:lang w:eastAsia="zh-CN"/>
        </w:rPr>
        <w:br/>
      </w:r>
      <w:r>
        <w:rPr>
          <w:lang w:eastAsia="zh-CN"/>
        </w:rPr>
        <w:t>　　1、高度重视：校领导班子充分认识到心理健康教育工作是德育工作的一部分，是素质教育的需要，是不断提高学校办学质量的需要，是为学生创造一个良好的成长环境的需要，是为学生终生不断进步发展奠定良好的心理基础的需要。</w:t>
      </w:r>
      <w:r>
        <w:rPr>
          <w:lang w:eastAsia="zh-CN"/>
        </w:rPr>
        <w:br/>
      </w:r>
      <w:r>
        <w:rPr>
          <w:lang w:eastAsia="zh-CN"/>
        </w:rPr>
        <w:t>　　2、严密组织：我校心理健康教育工作组织是严密的。校长亲自担任领导开展心理健康教育工作，主管德育的领导直接负责，充分联系少队，团辅导员及班主任，使心理健康教育有了组织上的保证。</w:t>
      </w:r>
      <w:r>
        <w:rPr>
          <w:lang w:eastAsia="zh-CN"/>
        </w:rPr>
        <w:br/>
      </w:r>
      <w:r>
        <w:rPr>
          <w:lang w:eastAsia="zh-CN"/>
        </w:rPr>
        <w:t>　　我们采用了‘三位一体’，即以心理辅导与咨询为‘点’，以心理健康教育课为‘线’，以心理健康教育实践活动为‘面’的三位一体的心理健康教育模式。</w:t>
      </w:r>
      <w:r>
        <w:rPr>
          <w:lang w:eastAsia="zh-CN"/>
        </w:rPr>
        <w:br/>
      </w:r>
      <w:r>
        <w:rPr>
          <w:lang w:eastAsia="zh-CN"/>
        </w:rPr>
        <w:t>　　3、严格考核：学校将心理健康教育纳入学校规划中，不论是学年还是学期工作计划都将心理健康教育例为学校重点工作之一。而且，心理健康教育工作每学期要制定单独计划，进行总结。</w:t>
      </w:r>
      <w:r>
        <w:rPr>
          <w:lang w:eastAsia="zh-CN"/>
        </w:rPr>
        <w:br/>
      </w:r>
      <w:r>
        <w:rPr>
          <w:lang w:eastAsia="zh-CN"/>
        </w:rPr>
        <w:t>　　（二）专业教师，人员落实：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提高广大教师的心理健康教育的认识深度和教学应用，是保障心理健康教育正常开展、取得成效的重要条件。而教师心理健康水平提高的重要途径就是——培训。鉴于此，我校先后派出吕阳涛，曲婧，耿攀银等几位老师参加心理健康辅导员培训，并取得了心理健康辅导员资格证书。</w:t>
      </w:r>
      <w:r>
        <w:rPr>
          <w:lang w:eastAsia="zh-CN"/>
        </w:rPr>
        <w:br/>
      </w:r>
      <w:r>
        <w:rPr>
          <w:lang w:eastAsia="zh-CN"/>
        </w:rPr>
        <w:t>　　（三）、全校动员，健康教育</w:t>
      </w:r>
      <w:r>
        <w:rPr>
          <w:lang w:eastAsia="zh-CN"/>
        </w:rPr>
        <w:br/>
      </w:r>
      <w:r>
        <w:rPr>
          <w:lang w:eastAsia="zh-CN"/>
        </w:rPr>
        <w:t>　　1.广泛宣传，多方渗透</w:t>
      </w:r>
      <w:r>
        <w:rPr>
          <w:lang w:eastAsia="zh-CN"/>
        </w:rPr>
        <w:br/>
      </w:r>
      <w:r>
        <w:rPr>
          <w:lang w:eastAsia="zh-CN"/>
        </w:rPr>
        <w:t>　　积极有效的宣传，对于心理健康工作是必不可少的，如阅览室的报刊和书库适当增加了心理类的书籍和报刊杂志，校园广播台，板报栏也充分发挥了其重要作用，内容积极健康，贴近教育，更符合学生的需求，并力求带动更多的学生参与进来。</w:t>
      </w:r>
      <w:r>
        <w:rPr>
          <w:lang w:eastAsia="zh-CN"/>
        </w:rPr>
        <w:br/>
      </w:r>
      <w:r>
        <w:rPr>
          <w:lang w:eastAsia="zh-CN"/>
        </w:rPr>
        <w:t>　　我们通过合力，全体教师都参与了学生的心理健康教育，他们在教授本学科知识的同时，还对心理知识进行恰当渗透或心理技能的训练，由此，学生在学习数理化的过程中，即提高了学科知识水平，又受到潜移默化的影响，心理素质逐渐的提高。只有在这样的一个大的环境中，广泛的教育下，人人参与的情境中，才能从根本上转变现在心理健康教育工作的艰难局面，得到社会、学校、家庭、个人的认可与重视。</w:t>
      </w:r>
      <w:r>
        <w:rPr>
          <w:lang w:eastAsia="zh-CN"/>
        </w:rPr>
        <w:br/>
      </w:r>
      <w:r>
        <w:rPr>
          <w:lang w:eastAsia="zh-CN"/>
        </w:rPr>
        <w:t>　　2.原因分析，有的放矢。</w:t>
      </w:r>
      <w:r>
        <w:rPr>
          <w:lang w:eastAsia="zh-CN"/>
        </w:rPr>
        <w:br/>
      </w:r>
      <w:r>
        <w:rPr>
          <w:lang w:eastAsia="zh-CN"/>
        </w:rPr>
        <w:t>　　我们调查之后发现，主要问题有：</w:t>
      </w:r>
      <w:r>
        <w:rPr>
          <w:lang w:eastAsia="zh-CN"/>
        </w:rPr>
        <w:br/>
      </w:r>
      <w:r>
        <w:rPr>
          <w:lang w:eastAsia="zh-CN"/>
        </w:rPr>
        <w:t>　　①学习问题，包括学习困难，成绩落后，考试焦虑，上课注意力不集中等。学生的主要任务是学习，因此学习问题是大多数学生所困扰的。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②人际交往问题，包括人际关系问题，异性交往问题和家庭关系。</w:t>
      </w:r>
      <w:r>
        <w:rPr>
          <w:lang w:eastAsia="zh-CN"/>
        </w:rPr>
        <w:br/>
      </w:r>
      <w:r>
        <w:rPr>
          <w:lang w:eastAsia="zh-CN"/>
        </w:rPr>
        <w:t>　　由于自身的某些原因，性格上或是没有掌握好人际交往技巧，和同学之间相处不和谐，要么关系冷淡，凡人不理，要么关系紧张，剑拔弩张。造成这种现象的原因有独生子女从小养成的自我中心的心理，别人都要围着自己转，没有学习和别人交往的技巧，容易和人发生冲突或交往不当。异性交往似乎是青春期阶段学生和教师的用恒话题，现在也是一样的受学生关注。家庭中和父母的关系也越来越多的被学生们提出，认为父母不了解自己，太多的干涉自己，从一系列的由于父母监管过严，孩子杀父母的事件中我们也应引起足够的重视，更多的探讨家庭教育存在的弊端。</w:t>
      </w:r>
      <w:r>
        <w:rPr>
          <w:lang w:eastAsia="zh-CN"/>
        </w:rPr>
        <w:br/>
      </w:r>
      <w:r>
        <w:rPr>
          <w:lang w:eastAsia="zh-CN"/>
        </w:rPr>
        <w:t>　　③自信心、自制力、情绪控制等问题，这些应该算是一些常见问题，是学生们成长的一部分，反映出他们更多的关注自己，感受自己，渴望提高自己的身心素质。</w:t>
      </w:r>
      <w:r>
        <w:rPr>
          <w:lang w:eastAsia="zh-CN"/>
        </w:rPr>
        <w:br/>
      </w:r>
      <w:r>
        <w:rPr>
          <w:lang w:eastAsia="zh-CN"/>
        </w:rPr>
        <w:t>　　同时，造成中小学生不良心理的原因是多有社会，学校，家庭等多方面，我们班主任经大量工作，详细调查了解，掌握每个班级、每个学生的学习，生活，个性，兴趣，甚至父母亲教育程度、工作及家庭关系等情况，做到心中有数。健康教育工作才有的放矢，因材施教。</w:t>
      </w:r>
      <w:r>
        <w:rPr>
          <w:lang w:eastAsia="zh-CN"/>
        </w:rPr>
        <w:br/>
      </w:r>
      <w:r>
        <w:rPr>
          <w:lang w:eastAsia="zh-CN"/>
        </w:rPr>
        <w:t>　　3.身正为范，教师表率。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教师职业需要你永远拥有一颗火热、诚挚的童心;永远保有一双公正信实的眼睛;永远操着健康的、心口如一的语言;永远想着给学生新鲜圣洁的思想。教师是中小学生心目中的“神”、人生路上的“灯”，教师的一言一行、一颦一笑，在小学生的眼里都是可资模仿、借鉴的</w:t>
      </w:r>
      <w:r>
        <w:rPr>
          <w:lang w:eastAsia="zh-CN"/>
        </w:rPr>
        <w:br/>
      </w:r>
      <w:r>
        <w:rPr>
          <w:lang w:eastAsia="zh-CN"/>
        </w:rPr>
        <w:t xml:space="preserve">    心理健康教育年度工作总结 篇2 </w:t>
      </w:r>
      <w:r>
        <w:rPr>
          <w:lang w:eastAsia="zh-CN"/>
        </w:rPr>
        <w:br/>
      </w:r>
      <w:r>
        <w:rPr>
          <w:lang w:eastAsia="zh-CN"/>
        </w:rPr>
        <w:t>　　学校心理健康教育是面向全体学生实施的，旨在提高其心理健康水平的教育活动。由于影响学生心理发展与心理健康的因素是多种多样的，因此形成、维护和促进学生心理发展和心理健康的途径也应该是多渠道、全方位的。本学期，我校心理健康教育工作在学校领导、老师的大力关注下，始终坚持做好日常工作，开展形式多样的心理健康教育活动，在帮助学生培养健全人格，保持心理健康及全面推进素质教育的工作方面取得了一定的成效。现将本学期的工作总结如下：</w:t>
      </w:r>
      <w:r>
        <w:rPr>
          <w:lang w:eastAsia="zh-CN"/>
        </w:rPr>
        <w:br/>
      </w:r>
      <w:r>
        <w:rPr>
          <w:lang w:eastAsia="zh-CN"/>
        </w:rPr>
        <w:t>　　一、领导重视，群策群力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领导亲自参与心理健康教育的`研究，学校领导的重视和亲自参与是心理健康教育顺利开展的重要保证。心理健康教育工作由校长亲自负责，带领成员积极开展各项心理教育活动。通过对《关于加强中小学心理健康教育的若干意见》和《中小学心理健康教育指导纲要》的认真学习和讨论，明确了心理健康教育的原则、目标、主要任务和内容、实施途径和方法，逐步认识到心理健康教育，不是对学生心理疾病或心理障碍治疗和疏导，而是针对更广泛的普通学生，发展他们良好的心理品质，形成良好个性。从而确立了“面向全体，预防为主，个别心理咨询辅导为辅”的心理健康教育工作原则。</w:t>
      </w:r>
      <w:r>
        <w:rPr>
          <w:lang w:eastAsia="zh-CN"/>
        </w:rPr>
        <w:br/>
      </w:r>
      <w:r>
        <w:rPr>
          <w:lang w:eastAsia="zh-CN"/>
        </w:rPr>
        <w:t>　　二、抓好教师的心理健康</w:t>
      </w:r>
      <w:r>
        <w:rPr>
          <w:lang w:eastAsia="zh-CN"/>
        </w:rPr>
        <w:br/>
      </w:r>
      <w:r>
        <w:rPr>
          <w:lang w:eastAsia="zh-CN"/>
        </w:rPr>
        <w:t>　　学校教育的关键在于教师，教师的心理健康水平直接影响着学生的身心健康和成长,而近几年来，教师的心理健康状况却不容乐观。教师的职业是一种特殊的职业，是一种用生命感动生命,用心灵浇灌心灵的职业，所以教师的心理健康就更为重要了。在本学期，针对我校教师开展了四次讲座，得到教师的一致好评，为帮助教师愉快的工作起到了促进作用。</w:t>
      </w:r>
      <w:r>
        <w:rPr>
          <w:lang w:eastAsia="zh-CN"/>
        </w:rPr>
        <w:br/>
      </w:r>
      <w:r>
        <w:rPr>
          <w:lang w:eastAsia="zh-CN"/>
        </w:rPr>
        <w:t>　　三、正常开展常规工作</w:t>
      </w:r>
      <w:r>
        <w:rPr>
          <w:lang w:eastAsia="zh-CN"/>
        </w:rPr>
        <w:br/>
      </w:r>
      <w:r>
        <w:rPr>
          <w:lang w:eastAsia="zh-CN"/>
        </w:rPr>
        <w:t>　　本学期，我们的常规工作仍然正常开展。隔周一次的心育广播完成计划制定的9次，心理健康宣传小报完成3份，咨询员学习会议召开4次，向教师开展心理健康讲座4次，谈心记录30份，信件反馈15份。分校工作中，完成心理健康宣传小报2份，咨询室访谈录1份，对家长做了心理健康讲座2次。我校师生在心育组的工作帮助下，能够愉快地工作学习，这是对我们心育工作的最好赞赏。</w:t>
      </w:r>
      <w:r>
        <w:rPr>
          <w:lang w:eastAsia="zh-CN"/>
        </w:rPr>
        <w:br/>
      </w:r>
      <w:r>
        <w:rPr>
          <w:lang w:eastAsia="zh-CN"/>
        </w:rPr>
        <w:t>　　四、全方位渗透心理教育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学科中渗透心理健康教育。新课程改革，不仅要求教师传授册知识、技能，还要在课堂上渗透心理教育，针对个性差异，实施因材施教，根据学生的心理特点，让学生都有成功体验，发挥积极作用。从教材内容看，各科内容都是很好的心理健康教育素材，例如，语文、思品课可以陶冶学生的心灵，塑造高贵优雅的品质；数学、科学可以进行科学思维的训练；美术、音乐可利用特有的旋律、线条、色彩培养学生的审美能力；体育课可锻炼学生的坚强意志，培养学生竞争、拼搏、进取的精神。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r>
        <w:rPr>
          <w:lang w:eastAsia="zh-CN"/>
        </w:rPr>
        <w:br/>
      </w:r>
      <w:r>
        <w:rPr>
          <w:lang w:eastAsia="zh-CN"/>
        </w:rPr>
        <w:t>　　2、发挥班主任作用，带领学生积极参加有关活动。本学期我校开展的感恩节制作贺卡活动等等，学生在这些丰富多彩的活动中健全了人格，有了积极乐观的人生态度，缓解了学习的压力，对学生的健康成长很有帮助。</w:t>
      </w:r>
      <w:r>
        <w:rPr>
          <w:lang w:eastAsia="zh-CN"/>
        </w:rPr>
        <w:br/>
      </w:r>
      <w:r>
        <w:rPr>
          <w:lang w:eastAsia="zh-CN"/>
        </w:rPr>
        <w:t>　　五、心理健康教育与家庭教育结合</w:t>
      </w:r>
      <w:r>
        <w:rPr>
          <w:lang w:eastAsia="zh-CN"/>
        </w:rPr>
        <w:br/>
      </w:r>
      <w:r>
        <w:rPr>
          <w:lang w:eastAsia="zh-CN"/>
        </w:rPr>
        <w:t>　　我校积极开展与家庭相结合，对学生进行心理健康教育。致家长的一封信，反馈，举办专题讲座，定期召开家长会，学校与家庭互相沟通。家庭教育直接影响着学校教育的效果，也是学校教育所不能代替的一种力量。父母在关心子女的生理健康的同时，还应关心他们的心理健康。在发现学生心理有缺陷时我们就及时与家长联系，并通过致家长的一封信，反馈，并在分校针对一年级和二年级家长召开了心理健康讲座，使学校与家庭互相沟通，做到及时矫正，引导他们热爱生活、热爱科学、关心社会、关心他人，培养他们的责任感、独立性、自尊心和自制力，养成乐观进取的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本学期的心理健康教育工作中，领导大力关心协助，较好地完成了学期初的计划，为我校的心育工作做出了很大贡献。当然，我们的工作中还有很多不足，我们将在下学期的工作中更加积极，学习别校的成功经验，使得我校的心育工作能再上一个台阶。</w:t>
      </w:r>
      <w:r>
        <w:rPr>
          <w:lang w:eastAsia="zh-CN"/>
        </w:rPr>
        <w:br/>
      </w:r>
      <w:r>
        <w:rPr>
          <w:lang w:eastAsia="zh-CN"/>
        </w:rPr>
        <w:t xml:space="preserve">    心理健康教育年度工作总结 篇3 </w:t>
      </w:r>
      <w:r>
        <w:rPr>
          <w:lang w:eastAsia="zh-CN"/>
        </w:rPr>
        <w:br/>
      </w:r>
      <w:r>
        <w:rPr>
          <w:lang w:eastAsia="zh-CN"/>
        </w:rPr>
        <w:t>　　一学年来，我班开展形式多样的心理健康教育活动，帮助学生培养健全人格，很多学生在学习方面都有了巨大的进步，心理也朝着健康向上的方向发展，保持心理健康及全面推进素质教育的工作方面取得了一定的成效。这既有学生本身的努力，也有家长的协助，更有教师耐心的指导，现将本学期的工作总结如下：</w:t>
      </w:r>
      <w:r>
        <w:rPr>
          <w:lang w:eastAsia="zh-CN"/>
        </w:rPr>
        <w:br/>
      </w:r>
      <w:r>
        <w:rPr>
          <w:lang w:eastAsia="zh-CN"/>
        </w:rPr>
        <w:t>　　一、走进学生帮助学生。</w:t>
      </w:r>
      <w:r>
        <w:rPr>
          <w:lang w:eastAsia="zh-CN"/>
        </w:rPr>
        <w:br/>
      </w:r>
      <w:r>
        <w:rPr>
          <w:lang w:eastAsia="zh-CN"/>
        </w:rPr>
        <w:t>　　由于小学生正值成长发展过程中，缺乏科学的辨别能力和社会实践经验，加上独立意识较差，所以小学生很容易发生心理行为偏差。近阶段来，小学生常出现妒忌、自卑、孤僻等不健康心理行为，究其原因，我们不难发现，他们存在心理偏差，是由于在学习和生活中碰到问题和困难时，缺乏解决矛盾，应对挫折和处理危机的能力。因此，我通过讲故事，组织学生表演小品、小组讨论、学生点评等方式，让学生在寓教于乐中接受相关的知识。</w:t>
      </w:r>
      <w:r>
        <w:rPr>
          <w:lang w:eastAsia="zh-CN"/>
        </w:rPr>
        <w:br/>
      </w:r>
      <w:r>
        <w:rPr>
          <w:lang w:eastAsia="zh-CN"/>
        </w:rPr>
        <w:t>　　二、通过课堂教学渗透心理健康知识。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r>
        <w:rPr>
          <w:lang w:eastAsia="zh-CN"/>
        </w:rPr>
        <w:br/>
      </w:r>
      <w:r>
        <w:rPr>
          <w:lang w:eastAsia="zh-CN"/>
        </w:rPr>
        <w:t>　　三、联系家庭，引导学生家长关心子女的心理健康。</w:t>
      </w:r>
      <w:r>
        <w:rPr>
          <w:lang w:eastAsia="zh-CN"/>
        </w:rPr>
        <w:br/>
      </w:r>
      <w:r>
        <w:rPr>
          <w:lang w:eastAsia="zh-CN"/>
        </w:rPr>
        <w:t>　　由于学生家长与学生固有的血缘关系，感情和伦理道德上的内在联系，家庭教育直接影响着学校教育的效果，也是学校教育所不能代替的一种力量。父母在关心子女的生理健康的同时，还应关心他们的心理健康。</w:t>
      </w:r>
      <w:r>
        <w:rPr>
          <w:lang w:eastAsia="zh-CN"/>
        </w:rPr>
        <w:br/>
      </w:r>
      <w:r>
        <w:rPr>
          <w:lang w:eastAsia="zh-CN"/>
        </w:rPr>
        <w:t>　　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在家长会上，结合学生的平时表现和家长及时交流。给家长相应的指导，让他们多关心孩子的成长，多注意孩子的心理变化。</w:t>
      </w:r>
      <w:r>
        <w:rPr>
          <w:lang w:eastAsia="zh-CN"/>
        </w:rPr>
        <w:br/>
      </w:r>
      <w:r>
        <w:rPr>
          <w:lang w:eastAsia="zh-CN"/>
        </w:rPr>
        <w:t>　　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r>
        <w:rPr>
          <w:lang w:eastAsia="zh-CN"/>
        </w:rPr>
        <w:br/>
      </w:r>
      <w:r>
        <w:rPr>
          <w:lang w:eastAsia="zh-CN"/>
        </w:rPr>
        <w:t xml:space="preserve">    心理健康教育年度工作总结 篇4 </w:t>
      </w:r>
      <w:r>
        <w:rPr>
          <w:lang w:eastAsia="zh-CN"/>
        </w:rPr>
        <w:br/>
      </w:r>
      <w:r>
        <w:rPr>
          <w:lang w:eastAsia="zh-CN"/>
        </w:rPr>
        <w:t>　　为提高我校心理健康教育工作水平，广泛宣传心理健康知识，培养学生乐观向上的心理品质，促进学生的全面成长，在全国“5.25心理健康日活动”来临之际，学校德育处自20__年5月15日至5月25日开展了上寨中学心理健康教育宣传周活动。</w:t>
      </w:r>
      <w:r>
        <w:rPr>
          <w:lang w:eastAsia="zh-CN"/>
        </w:rPr>
        <w:br/>
      </w:r>
      <w:r>
        <w:rPr>
          <w:lang w:eastAsia="zh-CN"/>
        </w:rPr>
        <w:t>　　本届宣传周以“呵护心灵，健康成长”为主题，旨在通过宣传周形式多样的宣传教育活动，在广大学生中进一步普及心理健康知识，引导学生充分认识心理健康对于个人成长的重要意义，从而关注自身发展，提高自身素质，构筑和谐完善的内心世界，开发自我潜能，促进自我健康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5月14日尚副校长的国旗下讲话《培养健康心理，走向成功人生》拉开了上寨中学心理健康教育活动的序幕，各班班主任召开了以心理健康为主题的班会，就人际交往、学习适应、情绪情感、异性交往、压力应对等内容和同学们进行了的交流。学校制作了内容丰富的“心理健康知识”专题宣传板，并在各级部宣传栏进行集中展示，为进一步营造校园心理健康教育氛围增添了色彩。学校年级组长针对各年级不同情况，为学生做了《挑战中考，成就未来》和《阳关心态，点亮人生》的专题心理讲座，受到广大同学的好评。学校广播室在宣传周期间，开辟了心理专题栏目“心灵之约”，向同学们介绍相关的心理知识。5月23日下午，我校心理健康活动周的现场心理拓展游戏在教学楼前成功开展，将本届宣传教育活动推向了高潮。心理游戏的开展旨在参与和体验，由全体同学参加。心理游戏的开展，使同学们增强了自信，磨练了意志，感受到团结合作的重要性，增强了集体意识和责任心，同时也缓解了紧张的学习给同学们带来的压力，为同学们顺利中考进行了一次有效的放松训练。周四晚的经典励志影片《风雨哈佛路》为宣传周活动画下了完美的句号，影片通过一位生长在纽约的女孩经历人生的艰辛和辛酸，凭借自己的努力，最终走进最高学府的经历，表达了执着信念和顽强的毅力可以改变自己、改变人生的主题。这一影片使同学们受到很大触动，纷纷写下读后感以及自己今后的计划和志向。</w:t>
      </w:r>
      <w:r>
        <w:rPr>
          <w:lang w:eastAsia="zh-CN"/>
        </w:rPr>
        <w:br/>
      </w:r>
      <w:r>
        <w:rPr>
          <w:lang w:eastAsia="zh-CN"/>
        </w:rPr>
        <w:t>　　本届心理健康教育圆满结束了，活动取得了预期效果，活动期间形式多样的教育宣传活动，使广大同学了解了心理健康的有关知识，形成了人人重视心理健康、关注心理健康的良好氛围，为我校心理健康教育工作的进一步深入开展创造了有利条件。同时，丰富多彩的活动使更多学生认识到关注心理健康的必要性，消除了对心理咨询的误解和偏见，从而更愿意主动寻求老师的帮助。</w:t>
      </w:r>
      <w:r>
        <w:rPr>
          <w:lang w:eastAsia="zh-CN"/>
        </w:rPr>
        <w:br/>
      </w:r>
      <w:r>
        <w:rPr>
          <w:lang w:eastAsia="zh-CN"/>
        </w:rPr>
        <w:t>　　为期十天的心理健康宣传教育活动虽然结束了，但就整个心理健康教育工作而言，仅仅是拉开了一个序幕。在以后的工作中，我们会继续深入心理健康知识的普及，让每位学子的青春都能沐浴到最灿烂的阳光，让每一位中学生都成长为身心健康的合格人才和新世纪的建设者接班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心理健康教育年度工作总结 篇5 </w:t>
      </w:r>
      <w:r>
        <w:rPr>
          <w:lang w:eastAsia="zh-CN"/>
        </w:rPr>
        <w:br/>
      </w:r>
      <w:r>
        <w:rPr>
          <w:lang w:eastAsia="zh-CN"/>
        </w:rPr>
        <w:t>　　第_届心理健康活动月悄悄的落下了帷幕，滴下的汗水让人想起这一月以来的活动，让人感触良多……</w:t>
      </w:r>
      <w:r>
        <w:rPr>
          <w:lang w:eastAsia="zh-CN"/>
        </w:rPr>
        <w:br/>
      </w:r>
      <w:r>
        <w:rPr>
          <w:lang w:eastAsia="zh-CN"/>
        </w:rPr>
        <w:t>　　作为也许是在心协最后一个月的活动，心里很矛盾，一方面很多的不舍，一方面不想插手太多，想让小干事更多的机会去锻炼，但又不想让这个想法成为自己逃避责任、偷懒的藉口。在整个活动月，名义上我都没有担任主要负责人，更多的是参与协助，提出建议。在我参与的活动中，我看到，小朋友很有能力，让我很放心。我感觉可以在旁边看着他们指挥若定、认真投入工作的样子很幸福，很喜欢这样看着他们工作。</w:t>
      </w:r>
      <w:r>
        <w:rPr>
          <w:lang w:eastAsia="zh-CN"/>
        </w:rPr>
        <w:br/>
      </w:r>
      <w:r>
        <w:rPr>
          <w:lang w:eastAsia="zh-CN"/>
        </w:rPr>
        <w:t>　　就我自己工作而言，感觉自己在活动过程中没有起到什么重要的作用，做的都是普普通通，一般的工作。推三轮车，搬物资，贴海报，挂东西等，这都是例牌的工作。在苦力工作面前，虽然有少少不愿意，但我决不能表现出一点的不愿意，因为小朋友都在看着我……这些事情总是需要有人去做的，何必去分你我，大家都是为协会做事的，只是个人的工作不同而已……所以，一直以来都没有表现出厌烦，不愿意的样子，因为我知道，这是我应该做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开幕式的时候场面很火爆，但是当知道了原来是在苏老师硬性要求的前提下才有的反应，难免会好或多或少的失望。毕竟这不是全由于我们的宣传工作，布场等方面做的出色而出现的，总觉得不能够体现我们的价值。但细想一下，没有老师的硬性要求，我们能保证会有这样的效果吗?的确，我们难保不会出现零丁冷场的场面，毕竟社团活动太频繁了，同学们或多或少都有些厌烦。在第一场电影评析的时候出现了参与者太多，场地不够的情况，当时场面有些混乱，但同事们很快就控制住了场面，虽然不能目击这个过程有些遗憾，但有我们出色的小朋友在，肯定没问题。其他的场次就我参与的而言，都感觉很好，在控制场面，风险准备等方面都作的比较充分。在心理剧的那一天，下着很大的雨，大家中午早早来到中心，冒着大雨，穿着雨衣推车，同样一个场面，让我想起上一年的开幕式收场的晚上，不同的人，同样的感动……一路上有说，有笑，下雨，算得了什么!今年的心理剧工作很轻松，我们的工作就是布一下场，挂挂海报，其他都是表演者的工作。看着台上的表演者，我有着这么一个愿望：有那么一天，在舞台上表演的是心协的成员们……闭幕式上感觉有点乱，工作没有分配清楚，在布场当天感觉没什么准备，个人感觉，好头好尾，应该要好好的准备，感觉就像要解脱了，都急着着要结束似的。但对在整个早上或整个下午都在守场、布场的同事，小朋友很佩服，很感谢他们的努力。</w:t>
      </w:r>
      <w:r>
        <w:rPr>
          <w:lang w:eastAsia="zh-CN"/>
        </w:rPr>
        <w:br/>
      </w:r>
      <w:r>
        <w:rPr>
          <w:lang w:eastAsia="zh-CN"/>
        </w:rPr>
        <w:t>　　就这样就结束，轻轻的我就要走了，正如我轻轻的来……我可以不带走一云彩，但我要给下一届留下彩虹……永远记住在心协的两年，感谢小朋友的陪伴，愿心协愈加美好……</w:t>
      </w:r>
      <w:r>
        <w:rPr>
          <w:lang w:eastAsia="zh-CN"/>
        </w:rPr>
        <w:br/>
      </w:r>
      <w:r>
        <w:rPr>
          <w:lang w:eastAsia="zh-CN"/>
        </w:rPr>
        <w:t xml:space="preserve">    心理健康教育年度工作总结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科技飞速发展的今天，要求我们培养的人才必须具备优良的心理品质和完善的人格。自信是一个人成才素质中的重要因素，是人格的核心部分。在提倡“以人为本”的今天，作为人类灵魂的工程师—教师如何去关爱学生，让自信扎根于学生的心灵，尤其显得十分的重要。</w:t>
      </w:r>
      <w:r>
        <w:rPr>
          <w:lang w:eastAsia="zh-CN"/>
        </w:rPr>
        <w:br/>
      </w:r>
      <w:r>
        <w:rPr>
          <w:lang w:eastAsia="zh-CN"/>
        </w:rPr>
        <w:t>　　一、主要工作要点：</w:t>
      </w:r>
      <w:r>
        <w:rPr>
          <w:lang w:eastAsia="zh-CN"/>
        </w:rPr>
        <w:br/>
      </w:r>
      <w:r>
        <w:rPr>
          <w:lang w:eastAsia="zh-CN"/>
        </w:rPr>
        <w:t>　　通过心理健康教育，不断转变教师的教学理念，改进教育、教学方法，提高德育工作的针对性，学科性和实效性，为学校实施素质教育营造良好的心理气氛。加强学校心理健康教育队伍建设。学校心理健康教育不是心理健康教师一个人的事，是所有学校教育工作者的事，所以学校成立以心理健康教师为主，班主任教师为辅，其他教师为基础的学生心理健康教育战线。</w:t>
      </w:r>
      <w:r>
        <w:rPr>
          <w:lang w:eastAsia="zh-CN"/>
        </w:rPr>
        <w:br/>
      </w:r>
      <w:r>
        <w:rPr>
          <w:lang w:eastAsia="zh-CN"/>
        </w:rPr>
        <w:t>　　1、坚持以人为本，根据学生心理特点及发展规律，运用心理健康的理论和方法，开展丰富多彩的活动，培育学生良好的心理素质，促进他们身心全面和谐的发展。</w:t>
      </w:r>
      <w:r>
        <w:rPr>
          <w:lang w:eastAsia="zh-CN"/>
        </w:rPr>
        <w:br/>
      </w:r>
      <w:r>
        <w:rPr>
          <w:lang w:eastAsia="zh-CN"/>
        </w:rPr>
        <w:t>　　2、立足教育，重在指导，遵循学生身心发展规律，保证心理健康的实践性和实效性，面向全体学生，关注个别差异，尊重学生、理解学生。</w:t>
      </w:r>
      <w:r>
        <w:rPr>
          <w:lang w:eastAsia="zh-CN"/>
        </w:rPr>
        <w:br/>
      </w:r>
      <w:r>
        <w:rPr>
          <w:lang w:eastAsia="zh-CN"/>
        </w:rPr>
        <w:t>　　3、提高全体学生的心理素质，充分开发他们的潜力，培养学生乐观的、向上的心理品质，促进学生人格的健康发展。</w:t>
      </w:r>
      <w:r>
        <w:rPr>
          <w:lang w:eastAsia="zh-CN"/>
        </w:rPr>
        <w:br/>
      </w:r>
      <w:r>
        <w:rPr>
          <w:lang w:eastAsia="zh-CN"/>
        </w:rPr>
        <w:t>　　4、立足实际、创造条件，努力开展好学校的心理健康教育工作。将心理健康教育渗透在班主任工作中，不断丰富教师的教学策略，有效提高教育教学水平。</w:t>
      </w:r>
      <w:r>
        <w:rPr>
          <w:lang w:eastAsia="zh-CN"/>
        </w:rPr>
        <w:br/>
      </w:r>
      <w:r>
        <w:rPr>
          <w:lang w:eastAsia="zh-CN"/>
        </w:rPr>
        <w:t>　　二、工作措施和成果：</w:t>
      </w:r>
      <w:r>
        <w:rPr>
          <w:lang w:eastAsia="zh-CN"/>
        </w:rPr>
        <w:br/>
      </w:r>
      <w:r>
        <w:rPr>
          <w:lang w:eastAsia="zh-CN"/>
        </w:rPr>
        <w:t>　　1、探索多渠道的学校心理健康教育的模式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(1)团体辅导</w:t>
      </w:r>
      <w:r>
        <w:rPr>
          <w:lang w:eastAsia="zh-CN"/>
        </w:rPr>
        <w:br/>
      </w:r>
      <w:r>
        <w:rPr>
          <w:lang w:eastAsia="zh-CN"/>
        </w:rPr>
        <w:t>　　利用健康课，为学生提供全面的帮助，主要为塑造班级集体良好的氛围和集体的良好行为，激发群体向上的精神。班主任结合本班的实际进行心理健康教育。</w:t>
      </w:r>
      <w:r>
        <w:rPr>
          <w:lang w:eastAsia="zh-CN"/>
        </w:rPr>
        <w:br/>
      </w:r>
      <w:r>
        <w:rPr>
          <w:lang w:eastAsia="zh-CN"/>
        </w:rPr>
        <w:t>　　(2)个案教育</w:t>
      </w:r>
      <w:r>
        <w:rPr>
          <w:lang w:eastAsia="zh-CN"/>
        </w:rPr>
        <w:br/>
      </w:r>
      <w:r>
        <w:rPr>
          <w:lang w:eastAsia="zh-CN"/>
        </w:rPr>
        <w:t>　　班主任、任课老师、兼专职心理健康老师通过日常行为的观察和学生的自述，了解学生的心理状况，通过“知心姐姐信箱”帮助个别学生解决日常生活中的心理问题。</w:t>
      </w:r>
      <w:r>
        <w:rPr>
          <w:lang w:eastAsia="zh-CN"/>
        </w:rPr>
        <w:br/>
      </w:r>
      <w:r>
        <w:rPr>
          <w:lang w:eastAsia="zh-CN"/>
        </w:rPr>
        <w:t>　　(3)指导家庭进行心理健康教育</w:t>
      </w:r>
      <w:r>
        <w:rPr>
          <w:lang w:eastAsia="zh-CN"/>
        </w:rPr>
        <w:br/>
      </w:r>
      <w:r>
        <w:rPr>
          <w:lang w:eastAsia="zh-CN"/>
        </w:rPr>
        <w:t>　　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r>
        <w:rPr>
          <w:lang w:eastAsia="zh-CN"/>
        </w:rPr>
        <w:br/>
      </w:r>
      <w:r>
        <w:rPr>
          <w:lang w:eastAsia="zh-CN"/>
        </w:rPr>
        <w:t>　　(4)指导小学生进行自我心理健康教育重视指导小学生学习简单有效的自我心理健康教育的方法：</w:t>
      </w:r>
      <w:r>
        <w:rPr>
          <w:lang w:eastAsia="zh-CN"/>
        </w:rPr>
        <w:br/>
      </w:r>
      <w:r>
        <w:rPr>
          <w:lang w:eastAsia="zh-CN"/>
        </w:rPr>
        <w:t>　　(1)学会放松。要使小学生知道紧张是正常的心理反应，是可以通过想象、转移注意力、调整呼吸、体育活动、听音乐、唱歌、阅读、睡觉等方法调节放松。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与人谈心。要使小学生知道有问题要学会求助，在学校可以找老师、心理辅导老师谈心;在家里可以找长辈、亲友谈心;在社会上也可以有谈心的对象，如心理咨询电话等等。无论何事何时都可以与人谈话，学会与人谈心一辈子受益。</w:t>
      </w:r>
      <w:r>
        <w:rPr>
          <w:lang w:eastAsia="zh-CN"/>
        </w:rPr>
        <w:br/>
      </w:r>
      <w:r>
        <w:rPr>
          <w:lang w:eastAsia="zh-CN"/>
        </w:rPr>
        <w:t>　　2、具体体现</w:t>
      </w:r>
      <w:r>
        <w:rPr>
          <w:lang w:eastAsia="zh-CN"/>
        </w:rPr>
        <w:br/>
      </w:r>
      <w:r>
        <w:rPr>
          <w:lang w:eastAsia="zh-CN"/>
        </w:rPr>
        <w:t>　　①提高了小学生对校园生活的适应能力(特别是一、二年级)，培养他们开朗、合群、乐学、自助的独立人格。</w:t>
      </w:r>
      <w:r>
        <w:rPr>
          <w:lang w:eastAsia="zh-CN"/>
        </w:rPr>
        <w:br/>
      </w:r>
      <w:r>
        <w:rPr>
          <w:lang w:eastAsia="zh-CN"/>
        </w:rPr>
        <w:t>　　②培养了学生善于与老师，同学交往的能力，不断正确认识自我，悦纳自我，增强自我调控、承受挫折、适应环境的能力。培养学生健全的人格和良好的个性心理品质。</w:t>
      </w:r>
      <w:r>
        <w:rPr>
          <w:lang w:eastAsia="zh-CN"/>
        </w:rPr>
        <w:br/>
      </w:r>
      <w:r>
        <w:rPr>
          <w:lang w:eastAsia="zh-CN"/>
        </w:rPr>
        <w:t>　　③帮助了学生克服孤独、依赖、由学习和环境的不适所带来的困惑和交往障碍。对这部分学生给予科学有效的心理咨询和辅导，使他们尽快摆脱障碍，调节自我提高心理健康水平，增强发展自我的能力，使学生开朗、热情、善解人意富有爱心的健康人格。</w:t>
      </w:r>
      <w:r>
        <w:rPr>
          <w:lang w:eastAsia="zh-CN"/>
        </w:rPr>
        <w:br/>
      </w:r>
      <w:r>
        <w:rPr>
          <w:lang w:eastAsia="zh-CN"/>
        </w:rPr>
        <w:t xml:space="preserve">    心理健康教育年度工作总结 篇7 </w:t>
      </w:r>
      <w:r>
        <w:rPr>
          <w:lang w:eastAsia="zh-CN"/>
        </w:rPr>
        <w:br/>
      </w:r>
      <w:r>
        <w:rPr>
          <w:lang w:eastAsia="zh-CN"/>
        </w:rPr>
        <w:t>　　本学期我校的心理健康教育继续把全面培养学生健康的心理素质作为工作的重点，在校长室和德育处的指导下，针对学生的心理特点，围绕学校德育工作要求，开展了一系列行之有效的心理健康教育，取得了较为明显的效果。</w:t>
      </w:r>
      <w:r>
        <w:rPr>
          <w:lang w:eastAsia="zh-CN"/>
        </w:rPr>
        <w:br/>
      </w:r>
      <w:r>
        <w:rPr>
          <w:lang w:eastAsia="zh-CN"/>
        </w:rPr>
        <w:t>　　一、积极开展讲座，心理宣传落实到位。</w:t>
      </w:r>
      <w:r>
        <w:rPr>
          <w:lang w:eastAsia="zh-CN"/>
        </w:rPr>
        <w:br/>
      </w:r>
      <w:r>
        <w:rPr>
          <w:lang w:eastAsia="zh-CN"/>
        </w:rPr>
        <w:t>　　开设心理健康讲座，围绕大多数同学经常遇到的或关心的问题，结合实际加以解说，给学生辅导和帮助，这是我们在心理健康教育实践中经常运用的方法。</w:t>
      </w:r>
      <w:r>
        <w:rPr>
          <w:lang w:eastAsia="zh-CN"/>
        </w:rPr>
        <w:br/>
      </w:r>
      <w:r>
        <w:rPr>
          <w:lang w:eastAsia="zh-CN"/>
        </w:rPr>
        <w:t>　　二、多种形式结合，心理咨询强势辐射。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(1)集体教育和个别辅导相结合</w:t>
      </w:r>
      <w:r>
        <w:rPr>
          <w:lang w:eastAsia="zh-CN"/>
        </w:rPr>
        <w:br/>
      </w:r>
      <w:r>
        <w:rPr>
          <w:lang w:eastAsia="zh-CN"/>
        </w:rPr>
        <w:t>　　集体教育和个别辅导相结合，全体参与和个别对待相结合的方法，既可让全体学生都能受到适当的教育，又使个别学生的各种特殊问题得到及时解决。与此同时，我们从学生之间存在的差异出发，建立了个别辅导模式，以弥补“集体辅导”的不足。开设心理咨询室进行个别咨询，它是教师和学生通过一对一的沟通方式，对学生在学习和生活中出现的问题给予直接的指导，排解心理困扰，并对有关心理行为问题进行诊断、矫治的有效途径。</w:t>
      </w:r>
      <w:r>
        <w:rPr>
          <w:lang w:eastAsia="zh-CN"/>
        </w:rPr>
        <w:br/>
      </w:r>
      <w:r>
        <w:rPr>
          <w:lang w:eastAsia="zh-CN"/>
        </w:rPr>
        <w:t>　　(2)心理健康教育与学校、家庭、社会教育相结合</w:t>
      </w:r>
      <w:r>
        <w:rPr>
          <w:lang w:eastAsia="zh-CN"/>
        </w:rPr>
        <w:br/>
      </w:r>
      <w:r>
        <w:rPr>
          <w:lang w:eastAsia="zh-CN"/>
        </w:rPr>
        <w:t>　　心理健康教育不能仅限于学校教育这一领域，它应当以更积极、更主动的姿态拓展阵地。我们全面分析了学校教育的特点以及影响学生素质提高的各教育因素，觉得家庭与社会亦是心理健康教育的重要阵地。特别是家庭教育，它直接与学生心理健康状况相关联。利用家长学校进行心理卫生知识教育，以家庭教育指导为链接，加强学校与家庭的联系。实践表明，家长能够配合学校促进子女全面健康成长，成为学生心理健康教育中的一支重要力量，形成关心、支持、参与素质教育的良好环境，使学校素质教育得到横向发展。</w:t>
      </w:r>
      <w:r>
        <w:rPr>
          <w:lang w:eastAsia="zh-CN"/>
        </w:rPr>
        <w:br/>
      </w:r>
      <w:r>
        <w:rPr>
          <w:lang w:eastAsia="zh-CN"/>
        </w:rPr>
        <w:t>　　总之，我们将一如既往的做好这项工作，为培养综合素质良好的一代新人作出自己应有的贡献。</w:t>
      </w:r>
      <w:r>
        <w:rPr>
          <w:lang w:eastAsia="zh-CN"/>
        </w:rPr>
        <w:br/>
      </w:r>
      <w:r>
        <w:rPr>
          <w:lang w:eastAsia="zh-CN"/>
        </w:rPr>
        <w:t xml:space="preserve">    心理健康教育年度工作总结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20__年是我校深化教育改革取得阶段性成果的一年，心理健康教育作为我校教育改革的重要组成部分，也取得了丰硕的成果。在巩固己有的成绩的同时，本着促进我校心理健康教育更加深入健康地发展，全面推进素质教育的目的，我们在总结过去的成功经验的同时，对工作提出了更高的要求，不仅从提高学生心理素质入手，完善了我校心理健康教育的立体网络，还不断加大宣传力度，拓宽心理健康教育的渠道，继续推进我校心理健康教育工作更加健康、系统、全面、有效地展开。回顾过去的一学期我们开展的心理健康教育工作，主要有以下几个方面：</w:t>
      </w:r>
      <w:r>
        <w:rPr>
          <w:lang w:eastAsia="zh-CN"/>
        </w:rPr>
        <w:br/>
      </w:r>
      <w:r>
        <w:rPr>
          <w:lang w:eastAsia="zh-CN"/>
        </w:rPr>
        <w:t>　　一、心理健康教育课在规范性、有序性、系统性、生动性方面取得显著的进步。</w:t>
      </w:r>
      <w:r>
        <w:rPr>
          <w:lang w:eastAsia="zh-CN"/>
        </w:rPr>
        <w:br/>
      </w:r>
      <w:r>
        <w:rPr>
          <w:lang w:eastAsia="zh-CN"/>
        </w:rPr>
        <w:t>　　心理健康教育课是心理健康教育主要渠道之一，也是我校心理健康教育工作的特色，是我校课程改革的重要一环。上好心理健康教育课有利于我校心理选修课程朝着规范、有序的方向发展，也有利于以点带面，促进我校心理健康教育工作的整体开展。基于以上的认识，本学期我们在充分利用现有资源，规范课堂进程和课堂内容，活跃课堂气氛方面做了不少努力，取得了可喜的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首先，本学期我校心理健康教育课和上学期相比有两个不利条件：一是心理教育课时总量减少，二是要求选修心理素质课的学生增加了许多。为了给学生充分的接受心理健康教育机会，我们调动了所有可用的资源。增加了心理健康教育兼职教师的人数。本学期，从事心理健康教育有工作的教师增加到四位。除谢维兴老师这位专职的心理教师外，还有陈红老师、林莎老师、曾帆老师三位兼职的心理教师，心理健康教师的增加间接增加了心理健康教育课时。同时，充分利用课外时间增加心理健康教育课的时间。谢维兴老师利用周一和周五中午一点到两点钟段时间给学生上心理健康教育课，直接增加了课时。通过这两种方法，解决了因心理健康教育课时的减少而带来的选修心理健康教育课的学生无法上心理健康教育课的问题，使大多数学生都能接受心理健康教育。本学期，我校高一共有6个班，高二共有6个班开设了每周一课时的心理健康教育课，约有400人的学生在本学期接受了系统的全面心理健康教育。</w:t>
      </w:r>
      <w:r>
        <w:rPr>
          <w:lang w:eastAsia="zh-CN"/>
        </w:rPr>
        <w:br/>
      </w:r>
      <w:r>
        <w:rPr>
          <w:lang w:eastAsia="zh-CN"/>
        </w:rPr>
        <w:t>　　其次，从规范课堂教学着手，保证上课的质量。一是加强集备。我们组成了以谢维兴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避免学生把上心理健康教育课当作混学分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再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r>
        <w:rPr>
          <w:lang w:eastAsia="zh-CN"/>
        </w:rPr>
        <w:br/>
      </w:r>
      <w:r>
        <w:rPr>
          <w:lang w:eastAsia="zh-CN"/>
        </w:rPr>
        <w:t>　　以上的改进使心理健康教育课真正成了学生放松身心，完善自我的催化剂，这种改进使我校的心理健康教育课继续走在全市的前列，扩大了我校心理健康教育工作在省、市的影响，谢维兴老师的公开课：《沟通无极限》参加市里的交流并获得专家、老师们的好评。</w:t>
      </w:r>
      <w:r>
        <w:rPr>
          <w:lang w:eastAsia="zh-CN"/>
        </w:rPr>
        <w:br/>
      </w:r>
      <w:r>
        <w:rPr>
          <w:lang w:eastAsia="zh-CN"/>
        </w:rPr>
        <w:t>　　二、扎实工作，拓宽渠道，加强学生的个别心理辅导，促进学生心理健康发展。</w:t>
      </w:r>
      <w:r>
        <w:rPr>
          <w:lang w:eastAsia="zh-CN"/>
        </w:rPr>
        <w:br/>
      </w:r>
      <w:r>
        <w:rPr>
          <w:lang w:eastAsia="zh-CN"/>
        </w:rPr>
        <w:t>　　心理辅导在帮助学生消除心理障碍，正确认识自我及社会，充分发挥潜能，有效适应环境方面具有重要作用。本学期，研究室在个别心理辅导方面做了大量的工作，取得巨大的成效：</w:t>
      </w:r>
      <w:r>
        <w:rPr>
          <w:lang w:eastAsia="zh-CN"/>
        </w:rPr>
        <w:br/>
      </w:r>
      <w:r>
        <w:rPr>
          <w:lang w:eastAsia="zh-CN"/>
        </w:rPr>
        <w:t>　　1、坚持实行了辅导员工作制度，心理辅导员值班时间：周一至周五12：00—18：00为面对面咨询时间，20：00—22：30为时间。</w:t>
      </w:r>
      <w:r>
        <w:rPr>
          <w:lang w:eastAsia="zh-CN"/>
        </w:rPr>
        <w:br/>
      </w:r>
      <w:r>
        <w:rPr>
          <w:lang w:eastAsia="zh-CN"/>
        </w:rPr>
        <w:t>　　2、加大宣传力度。通过张贴海报，课堂上促进，课外广播，班主任工作等让学生特别是高一新生能尽快了解心理咨询的时间、地点、方式。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3、增加了心理咨询的方式，不仅有个别面询、电话咨询，还增加了网上咨询。通过宣传和拓宽心理咨询渠道，本学期来咨询的学生与以往相比有上升的趋势：共接听电话25个，接待来咨询的学生109人次，网上咨询13例，在来咨询的人中有一半以上是高三学生，来咨询的问题主要是学习问题、情感问题、人际交往问题。这也说明了我校学生对心理健康教育的观念发生了巨大的变化，从对心理问题的回避转变为能积极主动寻求心理上的帮助。</w:t>
      </w:r>
      <w:r>
        <w:rPr>
          <w:lang w:eastAsia="zh-CN"/>
        </w:rPr>
        <w:br/>
      </w:r>
      <w:r>
        <w:rPr>
          <w:lang w:eastAsia="zh-CN"/>
        </w:rPr>
        <w:t>　　4、其次，做好个别辅导的同时，针对高三学生学习压力大，心理负担重的实际，我室在20__年11月期中考前给高三10个班的学生分别举办了以“如何复习迎考”为内容的团体心理辅导，给高三学生把好学习考试心理关，使学生能以积极，健康、向上的心态面对高三，面对考试。</w:t>
      </w:r>
      <w:r>
        <w:rPr>
          <w:lang w:eastAsia="zh-CN"/>
        </w:rPr>
        <w:br/>
      </w:r>
      <w:r>
        <w:rPr>
          <w:lang w:eastAsia="zh-CN"/>
        </w:rPr>
        <w:t>　　三、完善心理教育研究室，巩固我校心理健康教育的的立体网络。</w:t>
      </w:r>
      <w:r>
        <w:rPr>
          <w:lang w:eastAsia="zh-CN"/>
        </w:rPr>
        <w:br/>
      </w:r>
      <w:r>
        <w:rPr>
          <w:lang w:eastAsia="zh-CN"/>
        </w:rPr>
        <w:t>　　作为心理健康教育的主要场所，心理教育研究室的环境建设好坏直接关系到心理辅导和咨询的效果。本学期，心理放松室里增加了沙袋，充气人等新设备，心理教室、心理放松室、心理咨询室、心理测验室的硬件设施也不断地发展完善，环境更加优美，使心理教育研究室成为八中独特的一道风景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心理健康教育问题不仅是专兼职心理健康教师的问题，而成了全体教师共同关注的问题，全体教师、学生齐心协力，把我校的心理健康教育工作推向前进。在加强对学校老师，学生的心理健康教育观念的宣传的同时，在11月、12月间学校开展了“学会和异性同学交往”、“学会学习”、“学会自信”等丰富多彩的以心理健康教育为内容如的主题班会活动，还举办了心理健康教育黑板报比赛。这些活动大大加深了学生对心理健康教育的理解，加大了心理健康教育在全校的影响力。</w:t>
      </w:r>
      <w:r>
        <w:rPr>
          <w:lang w:eastAsia="zh-CN"/>
        </w:rPr>
        <w:br/>
      </w:r>
      <w:r>
        <w:rPr>
          <w:lang w:eastAsia="zh-CN"/>
        </w:rPr>
        <w:t>　　本学期，学校学生会“心连部”的工作更有成效。</w:t>
      </w:r>
      <w:r>
        <w:rPr>
          <w:lang w:eastAsia="zh-CN"/>
        </w:rPr>
        <w:br/>
      </w:r>
      <w:r>
        <w:rPr>
          <w:lang w:eastAsia="zh-CN"/>
        </w:rPr>
        <w:t>　　其一，保证“心连部”每一周开展一次活动，大部分班级心连员都能积极主动地参与活动，讨论工作，“心连部”员之间的向心力比以往加强了;</w:t>
      </w:r>
      <w:r>
        <w:rPr>
          <w:lang w:eastAsia="zh-CN"/>
        </w:rPr>
        <w:br/>
      </w:r>
      <w:r>
        <w:rPr>
          <w:lang w:eastAsia="zh-CN"/>
        </w:rPr>
        <w:t>　　其二，它真正成为了联系教师和学生、学生和学生的纽带，使心理教师及时地了解学生的心理状况，使那些不愿意找心理辅导老师咨询的学生能得到及时的帮助，同时也带动学生积极寻求心理咨询的帮助。</w:t>
      </w:r>
      <w:r>
        <w:rPr>
          <w:lang w:eastAsia="zh-CN"/>
        </w:rPr>
        <w:br/>
      </w:r>
      <w:r>
        <w:rPr>
          <w:lang w:eastAsia="zh-CN"/>
        </w:rPr>
        <w:t>　　四、做好心理健康教育的宣传，树立我校心理健康教育的先进形象。</w:t>
      </w:r>
      <w:r>
        <w:rPr>
          <w:lang w:eastAsia="zh-CN"/>
        </w:rPr>
        <w:br/>
      </w:r>
      <w:r>
        <w:rPr>
          <w:lang w:eastAsia="zh-CN"/>
        </w:rPr>
        <w:t>　　本学期，我们努力做好心理健康宣传工作，重点是办好《心航》杂志和省市各媒体的合作，加强与其他学校的交流与合作。</w:t>
      </w:r>
      <w:r>
        <w:rPr>
          <w:lang w:eastAsia="zh-CN"/>
        </w:rPr>
        <w:br/>
      </w:r>
      <w:r>
        <w:rPr>
          <w:lang w:eastAsia="zh-CN"/>
        </w:rPr>
        <w:t>　　作为宣传我校心理健康教育的重要刊物《心航》，在本学期又办了三期，和上学期的《心航》相比，本学期的《心航》从数量上，内容上丰富了许多。栏目增加了，内容更贴近八中的教育改革，更加贴近学生的实际，版面更优美，更合理，栏目更科学。它越来越受到学生的欢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其次，加强了和省市媒体的联系，扩大了我校心理健康教育的影响，展示了我校的新形象。本学期，有《海峡都市报》、《海峡周报》、《福州日报》、《经济快报》、《东南快报》、省广播电台、福州市电视台、省电视台新闻频道等多家新闻媒体来我校了解报道心理健康教育的情况，宣传了我校的心理健康教育。我们还和省人民出版社合作，在《素质教育博览》这本杂志中建立我校心理健康教育专栏，扩大了我校心理教育的影响。</w:t>
      </w:r>
      <w:r>
        <w:rPr>
          <w:lang w:eastAsia="zh-CN"/>
        </w:rPr>
        <w:br/>
      </w:r>
      <w:r>
        <w:rPr>
          <w:lang w:eastAsia="zh-CN"/>
        </w:rPr>
        <w:t>　　再次，本学期，加强了和省市兄弟学校的联系，接待了省、市各地领导、老师到我校观摩心理健康教育的开展，交流我校心理健康教育工作的经验，为我校赢得了声誉。</w:t>
      </w:r>
      <w:r>
        <w:rPr>
          <w:lang w:eastAsia="zh-CN"/>
        </w:rPr>
        <w:br/>
      </w:r>
      <w:r>
        <w:rPr>
          <w:lang w:eastAsia="zh-CN"/>
        </w:rPr>
        <w:t>　　总之，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r>
        <w:rPr>
          <w:lang w:eastAsia="zh-CN"/>
        </w:rPr>
        <w:br/>
      </w:r>
      <w:r>
        <w:rPr>
          <w:lang w:eastAsia="zh-CN"/>
        </w:rPr>
        <w:t xml:space="preserve">    心理健康教育年度工作总结 篇9 </w:t>
      </w:r>
      <w:r>
        <w:rPr>
          <w:lang w:eastAsia="zh-CN"/>
        </w:rPr>
        <w:br/>
      </w:r>
      <w:r>
        <w:rPr>
          <w:lang w:eastAsia="zh-CN"/>
        </w:rPr>
        <w:t>　　这一系列的主题活动推进了同学们对大学生心理健康教育的认识，提高了学生的心理保健意识，对同学们更好的适应学习生活有良好的促进作用，学生积极响应各项活动，参与性广，活动取得一定成效。现将本次“525”大学生心理健康教育活动情况汇报如下：</w:t>
      </w:r>
      <w:r>
        <w:rPr>
          <w:lang w:eastAsia="zh-CN"/>
        </w:rPr>
        <w:br/>
      </w:r>
      <w:r>
        <w:rPr>
          <w:lang w:eastAsia="zh-CN"/>
        </w:rPr>
        <w:t>　　一、广泛宣传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认真部署为搞好本次活动，学院成立了由学院党总支副书记、副院长苏兆成老师任组长的领导小组，切实加强组织领导。成立了以各年级辅导员、院学生会成员为主、团总支学生会负责参与的工作团队，具体组织实施。充分发挥宣传作用，做到广泛动员，人人参与。</w:t>
      </w:r>
      <w:r>
        <w:rPr>
          <w:lang w:eastAsia="zh-CN"/>
        </w:rPr>
        <w:br/>
      </w:r>
      <w:r>
        <w:rPr>
          <w:lang w:eastAsia="zh-CN"/>
        </w:rPr>
        <w:t>　　二、加强队伍建设，搞好心理健康知识培训工作</w:t>
      </w:r>
      <w:r>
        <w:rPr>
          <w:lang w:eastAsia="zh-CN"/>
        </w:rPr>
        <w:br/>
      </w:r>
      <w:r>
        <w:rPr>
          <w:lang w:eastAsia="zh-CN"/>
        </w:rPr>
        <w:t>　　根据校心理健康教育中心有关安排，全面开展我院学生心理健康活动小组的组建工作，选拔了有责任心、工作能力强的学生担任小组领导工作。定时收集我院大学生心理健康状况和有关动态，为学院开展心理健康教育提供基础材料。</w:t>
      </w:r>
      <w:r>
        <w:rPr>
          <w:lang w:eastAsia="zh-CN"/>
        </w:rPr>
        <w:br/>
      </w:r>
      <w:r>
        <w:rPr>
          <w:lang w:eastAsia="zh-CN"/>
        </w:rPr>
        <w:t>　　学院学生心理联络员员是我院大学生心理健康工作网络的基础，为提高心理委员的助人水平，坚持心理联络员例会制度，认真举行有关心理健康知识和助人技术培训，使学生骨干能及时准确掌握学生心理动态，有效的进行辅导和缓解。</w:t>
      </w:r>
      <w:r>
        <w:rPr>
          <w:lang w:eastAsia="zh-CN"/>
        </w:rPr>
        <w:br/>
      </w:r>
      <w:r>
        <w:rPr>
          <w:lang w:eastAsia="zh-CN"/>
        </w:rPr>
        <w:t>　　三、“和谐校园，美丽心灵”主题活动</w:t>
      </w:r>
      <w:r>
        <w:rPr>
          <w:lang w:eastAsia="zh-CN"/>
        </w:rPr>
        <w:br/>
      </w:r>
      <w:r>
        <w:rPr>
          <w:lang w:eastAsia="zh-CN"/>
        </w:rPr>
        <w:t>　　1、“智慧树”心理健康知识竞赛</w:t>
      </w:r>
      <w:r>
        <w:rPr>
          <w:lang w:eastAsia="zh-CN"/>
        </w:rPr>
        <w:br/>
      </w:r>
      <w:r>
        <w:rPr>
          <w:lang w:eastAsia="zh-CN"/>
        </w:rPr>
        <w:t>　　让学生掌握更多心里健康知识，懂得心理健康、重视心理健康。掌握心理健康知识、让你我快乐成长</w:t>
      </w:r>
      <w:r>
        <w:rPr>
          <w:lang w:eastAsia="zh-CN"/>
        </w:rPr>
        <w:br/>
      </w:r>
      <w:r>
        <w:rPr>
          <w:lang w:eastAsia="zh-CN"/>
        </w:rPr>
        <w:t>　　2、“欢乐涂鸦”心理绘画展</w:t>
      </w:r>
      <w:r>
        <w:rPr>
          <w:lang w:eastAsia="zh-CN"/>
        </w:rPr>
        <w:br/>
      </w:r>
      <w:r>
        <w:rPr>
          <w:lang w:eastAsia="zh-CN"/>
        </w:rPr>
        <w:t>　　通过绘画进一步扩展大学生的心理素质，正确认识自己，热爱生活，丰富校园文化，建设和谐校园。正确认识自己，让欢快跟随你我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3、“心之语”心理寄语展成长的路上，总有许多的关爱和心动。让我们的心灵多一份宽容，多一种感动，让我们对生命充满信心，抛掉苦恼，释放悲伤，寄托心情，放飞希望！寄托心情，播种爱心树</w:t>
      </w:r>
      <w:r>
        <w:rPr>
          <w:lang w:eastAsia="zh-CN"/>
        </w:rPr>
        <w:br/>
      </w:r>
      <w:r>
        <w:rPr>
          <w:lang w:eastAsia="zh-CN"/>
        </w:rPr>
        <w:t>　　4、“一路同行”心理健康教育月系列活动总结会</w:t>
      </w:r>
      <w:r>
        <w:rPr>
          <w:lang w:eastAsia="zh-CN"/>
        </w:rPr>
        <w:br/>
      </w:r>
      <w:r>
        <w:rPr>
          <w:lang w:eastAsia="zh-CN"/>
        </w:rPr>
        <w:t>　　让学生对此次系列活动的成果有所了解。总结一路同行的点点滴滴，每个人的成长与收获。和谐校园，一路同行，美丽心灵根据大学生的'心理特点，有针对性地制定主题方案，开展辅导和咨询活动，深受学生欢迎，活动贴近学生，满足了学生的心理需求，广泛调动学生的参与积极性，推进了同学们对大学生心理健康教育的认识，对于学生认识自己，培养良好的人际关系有着良好的促进作用。从活动的参与情况与反馈信息来看，同学们从内心深处体会到心理健康的重要，尤其是在自身发展过程中，心理健康更重要。他们清醒地认识到，只有拥有健全的人格、愉快的情绪和健康的心理，才能为自身的发展奠定内在基础。</w:t>
      </w:r>
      <w:r>
        <w:rPr>
          <w:lang w:eastAsia="zh-CN"/>
        </w:rPr>
        <w:br/>
      </w:r>
      <w:r>
        <w:rPr>
          <w:lang w:eastAsia="zh-CN"/>
        </w:rPr>
        <w:t xml:space="preserve">    心理健康教育年度工作总结 篇10 </w:t>
      </w:r>
      <w:r>
        <w:rPr>
          <w:lang w:eastAsia="zh-CN"/>
        </w:rPr>
        <w:br/>
      </w:r>
      <w:r>
        <w:rPr>
          <w:lang w:eastAsia="zh-CN"/>
        </w:rPr>
        <w:t>　　4月心理健康教育主题宣传月活动总结</w:t>
      </w:r>
      <w:r>
        <w:rPr>
          <w:lang w:eastAsia="zh-CN"/>
        </w:rPr>
        <w:br/>
      </w:r>
      <w:r>
        <w:rPr>
          <w:lang w:eastAsia="zh-CN"/>
        </w:rPr>
        <w:t>　　一、本次活动主题为“健康心理，快乐校园”。</w:t>
      </w:r>
      <w:r>
        <w:rPr>
          <w:lang w:eastAsia="zh-CN"/>
        </w:rPr>
        <w:br/>
      </w:r>
      <w:r>
        <w:rPr>
          <w:lang w:eastAsia="zh-CN"/>
        </w:rPr>
        <w:t>　　二、活动目的及意义</w:t>
      </w:r>
      <w:r>
        <w:rPr>
          <w:lang w:eastAsia="zh-CN"/>
        </w:rPr>
        <w:br/>
      </w:r>
      <w:r>
        <w:rPr>
          <w:lang w:eastAsia="zh-CN"/>
        </w:rPr>
        <w:t>　　促进我校学生心理健康成长、优化教师职业心态、提升和谐校园氛围的形成。为师生搭建起提升心理素质，提高心理承受能力的平台，推动学校心理健康教育工作向纵深发展。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（一）宣传普及心理健康知识，使学生了解更多的心理现象，引导他们正确面对解决生活上学习上的问题，促进学生的健康成长，使学生更好地接受所在校内的系列心理辅导及培训等工作；</w:t>
      </w:r>
      <w:r>
        <w:rPr>
          <w:lang w:eastAsia="zh-CN"/>
        </w:rPr>
        <w:br/>
      </w:r>
      <w:r>
        <w:rPr>
          <w:lang w:eastAsia="zh-CN"/>
        </w:rPr>
        <w:t>　　（二）面向全体学生，开展预防性和发展性为主的心理健康教育活动，引导学生关注心理健康，培养积极心理，促进心智成熟；</w:t>
      </w:r>
      <w:r>
        <w:rPr>
          <w:lang w:eastAsia="zh-CN"/>
        </w:rPr>
        <w:br/>
      </w:r>
      <w:r>
        <w:rPr>
          <w:lang w:eastAsia="zh-CN"/>
        </w:rPr>
        <w:t>　　（三）面向初、高中毕业生，开展以考前心理辅导为主的心理健康教育活动，引导学生调节备考和应考心态，满怀信心迎接挑战，实现远大理想，提升自我规划能力。</w:t>
      </w:r>
      <w:r>
        <w:rPr>
          <w:lang w:eastAsia="zh-CN"/>
        </w:rPr>
        <w:br/>
      </w:r>
      <w:r>
        <w:rPr>
          <w:lang w:eastAsia="zh-CN"/>
        </w:rPr>
        <w:t>　　三、机构组成：</w:t>
      </w:r>
      <w:r>
        <w:rPr>
          <w:lang w:eastAsia="zh-CN"/>
        </w:rPr>
        <w:br/>
      </w:r>
      <w:r>
        <w:rPr>
          <w:lang w:eastAsia="zh-CN"/>
        </w:rPr>
        <w:t>　　组长：梁子洪校长，负责统筹全校各项活动与工作的设计与工作副组长：欧树雄主任负责各项工作的实施与协调</w:t>
      </w:r>
      <w:r>
        <w:rPr>
          <w:lang w:eastAsia="zh-CN"/>
        </w:rPr>
        <w:br/>
      </w:r>
      <w:r>
        <w:rPr>
          <w:lang w:eastAsia="zh-CN"/>
        </w:rPr>
        <w:t>　　组员：梁志方老师、团委、各级级长、各个年级班主任，负责对</w:t>
      </w:r>
      <w:r>
        <w:rPr>
          <w:lang w:eastAsia="zh-CN"/>
        </w:rPr>
        <w:br/>
      </w:r>
      <w:r>
        <w:rPr>
          <w:lang w:eastAsia="zh-CN"/>
        </w:rPr>
        <w:t>　　学生的组织、协调工作，以及宣传活动的组织</w:t>
      </w:r>
      <w:r>
        <w:rPr>
          <w:lang w:eastAsia="zh-CN"/>
        </w:rPr>
        <w:br/>
      </w:r>
      <w:r>
        <w:rPr>
          <w:lang w:eastAsia="zh-CN"/>
        </w:rPr>
        <w:t>　　四、活动时间：</w:t>
      </w:r>
      <w:r>
        <w:rPr>
          <w:lang w:eastAsia="zh-CN"/>
        </w:rPr>
        <w:br/>
      </w:r>
      <w:r>
        <w:rPr>
          <w:lang w:eastAsia="zh-CN"/>
        </w:rPr>
        <w:t>　　5月7日~5月31日</w:t>
      </w:r>
      <w:r>
        <w:rPr>
          <w:lang w:eastAsia="zh-CN"/>
        </w:rPr>
        <w:br/>
      </w:r>
      <w:r>
        <w:rPr>
          <w:lang w:eastAsia="zh-CN"/>
        </w:rPr>
        <w:t>　　五、活动内容</w:t>
      </w:r>
      <w:r>
        <w:rPr>
          <w:lang w:eastAsia="zh-CN"/>
        </w:rPr>
        <w:br/>
      </w:r>
      <w:r>
        <w:rPr>
          <w:lang w:eastAsia="zh-CN"/>
        </w:rPr>
        <w:t>　　（一）启动鹤山市第二中学心理健康教育宣传月活动。</w:t>
      </w:r>
      <w:r>
        <w:rPr>
          <w:lang w:eastAsia="zh-CN"/>
        </w:rPr>
        <w:br/>
      </w:r>
      <w:r>
        <w:rPr>
          <w:lang w:eastAsia="zh-CN"/>
        </w:rPr>
        <w:t>　　5月7日周一主管德育的梁子洪副校长升旗下讲话，启动鹤山市第二中学心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理健康教育宣传月活动，引导师生重视自身心理健康，学会维护心理健康的方法，塑造积极的心态。启动仪式宣传内容：20__年5月7日至5月31日为我市心理健康教育活动宣传月，本次活动我校主题为“健康心理，快乐校园”，届时我校政教处、团委将组织心理健康教育主题班（团队）会、黑板报比赛、手抄报展示等活动，进一步促进我校学生心理健康成长、优化教师职业心态、提升和谐校园氛围的形成。请各年级组要本着“健康第一”的思想高度重视并落实各项活动，要充分发挥共青团、班集体等组织的主导作用，把开展学生心理健康教育与丰富多彩的校园文化活动紧密结合起来，与解决学生在学习、生活方面存在的实际问题紧密结合起来，切实提高心理健康教育宣传活动的。实效性。</w:t>
      </w:r>
      <w:r>
        <w:rPr>
          <w:lang w:eastAsia="zh-CN"/>
        </w:rPr>
        <w:br/>
      </w:r>
      <w:r>
        <w:rPr>
          <w:lang w:eastAsia="zh-CN"/>
        </w:rPr>
        <w:t>　　（二）召开心理健康主题教育班（团队）会</w:t>
      </w:r>
      <w:r>
        <w:rPr>
          <w:lang w:eastAsia="zh-CN"/>
        </w:rPr>
        <w:br/>
      </w:r>
      <w:r>
        <w:rPr>
          <w:lang w:eastAsia="zh-CN"/>
        </w:rPr>
        <w:t>　　5月14日，全校各班召开了一次“维护心理健康，塑造积极心态”主题班（团队）会，普及心理知识，引导学生关注心理健康，培养积极心理，促进学生心智成熟。</w:t>
      </w:r>
      <w:r>
        <w:rPr>
          <w:lang w:eastAsia="zh-CN"/>
        </w:rPr>
        <w:br/>
      </w:r>
      <w:r>
        <w:rPr>
          <w:lang w:eastAsia="zh-CN"/>
        </w:rPr>
        <w:t>　　（三）开展高三、初中年级心理健康专题教育活动。</w:t>
      </w:r>
      <w:r>
        <w:rPr>
          <w:lang w:eastAsia="zh-CN"/>
        </w:rPr>
        <w:br/>
      </w:r>
      <w:r>
        <w:rPr>
          <w:lang w:eastAsia="zh-CN"/>
        </w:rPr>
        <w:t>　　高三年级组织学生进行“认识压力、缓解压力”主题交流会，通过学生互相交流和经验分享，通过同伴互助，增强心理承受能力，积极面对高考。邓校长也在高三举行了题为“放松压力，笑对高考”的心理专题讲座，这场讲座为我校高三学子剩下来备考的日子做了一个很好的规划，在同学们踯躅前行的路途中仿若一盏明灯，照亮了剩下的路程。大家坚信，只要找到适合的复习方法，树立信心并脚踏实地的实行，胜利曙光就在前方。为了引导初中部学生对青春期的迷惑、不适应，我校组织了由梁志方老师主讲的青春期交往的专题讲座。梁志方详细介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了青春期阶段的各种困惑、产生原因、应对方式，让同学们懂得如何去规划自己的人生，如何去接触异性，受益匪浅。</w:t>
      </w:r>
      <w:r>
        <w:rPr>
          <w:lang w:eastAsia="zh-CN"/>
        </w:rPr>
        <w:br/>
      </w:r>
      <w:r>
        <w:rPr>
          <w:lang w:eastAsia="zh-CN"/>
        </w:rPr>
        <w:t>　　（四）出版一期《鹤山市第二中学昆山心语报》，分升学考试板块、人际关系板块、教师版块，从心理和生理知识的普及、案例分析等方面宣传“健康第一”的`观念。</w:t>
      </w:r>
      <w:r>
        <w:rPr>
          <w:lang w:eastAsia="zh-CN"/>
        </w:rPr>
        <w:br/>
      </w:r>
      <w:r>
        <w:rPr>
          <w:lang w:eastAsia="zh-CN"/>
        </w:rPr>
        <w:t>　　（五）健康备课组在初中部组织一次“维护心理健康，塑造积极心态”为主题的手抄报比赛，在高中部组织一次高中心理健康作文大赛。选出优秀作品全校展示，两类型的比赛，每班选出5份，于5月22日前交心理健康备课组。5月25日由健康备课组评选出一等奖3个、二等奖5个、三等奖10个。并将优秀作品进行全校展示。</w:t>
      </w:r>
      <w:r>
        <w:rPr>
          <w:lang w:eastAsia="zh-CN"/>
        </w:rPr>
        <w:br/>
      </w:r>
      <w:r>
        <w:rPr>
          <w:lang w:eastAsia="zh-CN"/>
        </w:rPr>
        <w:t>　　六、活动效果显著</w:t>
      </w:r>
      <w:r>
        <w:rPr>
          <w:lang w:eastAsia="zh-CN"/>
        </w:rPr>
        <w:br/>
      </w:r>
      <w:r>
        <w:rPr>
          <w:lang w:eastAsia="zh-CN"/>
        </w:rPr>
        <w:t>　　我校5月以“健康心理，快乐校园”为主题的首届心理素质拓展活动月，时间长，活动效果显著。宣传普及了心理健康知识，增强学生的自我心理保健意识，营造校园的心理教育氛围，养成了正确的心理健康观念，培养了学生健全的心理素质。尤其对高三毕业班学生的心理辅导使他们保持良好的心态应考产生了积极的作用。每次活动在二中校园网、鹤山教育信息网都有详细报道，图文并茂，产生了一定的影响。</w:t>
      </w:r>
      <w:r>
        <w:rPr>
          <w:lang w:eastAsia="zh-CN"/>
        </w:rPr>
        <w:br/>
      </w:r>
      <w:r>
        <w:rPr>
          <w:lang w:eastAsia="zh-CN"/>
        </w:rPr>
        <w:t xml:space="preserve">    心理健康教育年度工作总结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每一位班主任都知道，做好学生的心理健康工作，在某种意义上比教给他们文化知识更重要。许多成绩优异的学生，往往因为没有良好心心理，做事偏激而导致不良后果。那么怎样来对学生进行心理健康教育，使学生能够健康快乐的成长呢?下面就谈谈自己的初浅认识。</w:t>
      </w:r>
      <w:r>
        <w:rPr>
          <w:lang w:eastAsia="zh-CN"/>
        </w:rPr>
        <w:br/>
      </w:r>
      <w:r>
        <w:rPr>
          <w:lang w:eastAsia="zh-CN"/>
        </w:rPr>
        <w:t>　　首先要了解学生能产生心理障碍的原因。产生心理障碍的原因大致有以下几种：</w:t>
      </w:r>
      <w:r>
        <w:rPr>
          <w:lang w:eastAsia="zh-CN"/>
        </w:rPr>
        <w:br/>
      </w:r>
      <w:r>
        <w:rPr>
          <w:lang w:eastAsia="zh-CN"/>
        </w:rPr>
        <w:t>　　一、因学习而产生的心理问题</w:t>
      </w:r>
      <w:r>
        <w:rPr>
          <w:lang w:eastAsia="zh-CN"/>
        </w:rPr>
        <w:br/>
      </w:r>
      <w:r>
        <w:rPr>
          <w:lang w:eastAsia="zh-CN"/>
        </w:rPr>
        <w:t>　　(1)学生学习的心理压力越来越大。沉重的思想包袱、过重的学习负担，使得学生在精神上萎靡不振，从而导致食欲不振，失眠，神经衰弱，记忆效果下降，思维迟缓等，影响了学生的正常学习生活。</w:t>
      </w:r>
      <w:r>
        <w:rPr>
          <w:lang w:eastAsia="zh-CN"/>
        </w:rPr>
        <w:br/>
      </w:r>
      <w:r>
        <w:rPr>
          <w:lang w:eastAsia="zh-CN"/>
        </w:rPr>
        <w:t>　　(2)受社会大环境的影响，读书无用，成为学生厌学的主要原因。厌学是目前学生活动中比较突出的问题，不仅是学习成绩差的学生不愿意学习，一些成绩较好的学生亦出现厌学情绪。</w:t>
      </w:r>
      <w:r>
        <w:rPr>
          <w:lang w:eastAsia="zh-CN"/>
        </w:rPr>
        <w:br/>
      </w:r>
      <w:r>
        <w:rPr>
          <w:lang w:eastAsia="zh-CN"/>
        </w:rPr>
        <w:t>　　(3)考试焦虑。特别是遇到较为重要的考试时，焦虑更为严重，甚至出现焦虑泛化现象。</w:t>
      </w:r>
      <w:r>
        <w:rPr>
          <w:lang w:eastAsia="zh-CN"/>
        </w:rPr>
        <w:br/>
      </w:r>
      <w:r>
        <w:rPr>
          <w:lang w:eastAsia="zh-CN"/>
        </w:rPr>
        <w:t>　　学校教育指导思想正确与否也对学生的心理健康产生很大的影响。尽管实施素质教育，但是高考制度必然会导致一些学校片面追求升学率，分好、差班，考试排名次，搞题海战术，采取一些违反心理健康原则的教育方法、教学手段和教育措施。在这样的情况下，一方面，学生整天处于一种超负荷的高度紧张之中，致使学生出现一些异常的学习行为与习惯，另一方面，对分数的错误看法造成学生心理上的压抑。同时，家长过度的期望，善意的埋怨和打骂，都会给学生造成巨大的心理压力。于是厌学出现了，焦虑产生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2、人际关系问题</w:t>
      </w:r>
      <w:r>
        <w:rPr>
          <w:lang w:eastAsia="zh-CN"/>
        </w:rPr>
        <w:br/>
      </w:r>
      <w:r>
        <w:rPr>
          <w:lang w:eastAsia="zh-CN"/>
        </w:rPr>
        <w:t>　　人际关系问题也是困扰学生的严重心理问题之一，小学生相对差一些，中学生就比较严重了，主要包括与老师、父母、同学之间的关系。往往因为处理不好而影响心理健康。</w:t>
      </w:r>
      <w:r>
        <w:rPr>
          <w:lang w:eastAsia="zh-CN"/>
        </w:rPr>
        <w:br/>
      </w:r>
      <w:r>
        <w:rPr>
          <w:lang w:eastAsia="zh-CN"/>
        </w:rPr>
        <w:t>　　3、青春期问题</w:t>
      </w:r>
      <w:r>
        <w:rPr>
          <w:lang w:eastAsia="zh-CN"/>
        </w:rPr>
        <w:br/>
      </w:r>
      <w:r>
        <w:rPr>
          <w:lang w:eastAsia="zh-CN"/>
        </w:rPr>
        <w:t>　　对于小学高年级与中学生来说，青春期问题是不容忽视的，我们国家对于这方面的教育少之又少，许多家长和老师都回避这一问题，越是这样，孩子的好奇心越强，对于孩子的一些青春期问题不能及时正确的引导，从而使孩子产生了青春期心理障碍。</w:t>
      </w:r>
      <w:r>
        <w:rPr>
          <w:lang w:eastAsia="zh-CN"/>
        </w:rPr>
        <w:br/>
      </w:r>
      <w:r>
        <w:rPr>
          <w:lang w:eastAsia="zh-CN"/>
        </w:rPr>
        <w:t>　　4、挫折适应问题</w:t>
      </w:r>
      <w:r>
        <w:rPr>
          <w:lang w:eastAsia="zh-CN"/>
        </w:rPr>
        <w:br/>
      </w:r>
      <w:r>
        <w:rPr>
          <w:lang w:eastAsia="zh-CN"/>
        </w:rPr>
        <w:t>　　现在的孩子无论是农村还是城镇的，多数一家就这么一个，家长都拿着当宝贝，甚至有的“含在嘴里怕化了，捧在手里怕飞了”，对于孩子的要求是有求必应，无论家长吃多少苦，受多少累，花多少钱，只要是孩子要的东西就无条件的满足。而活呢，却是一点也不舍得让孩子去做，许多学生自己从来连袜子都没有洗过，在家从来没扫过地……。到我们学校来住校的学生中，刚来时就有不会穿衣服的，在家时，这些事都是父母代劳啦。正因如此，导致了孩子遇事不知所措，承受挫折的能力极差。导致心理不正常。</w:t>
      </w:r>
      <w:r>
        <w:rPr>
          <w:lang w:eastAsia="zh-CN"/>
        </w:rPr>
        <w:br/>
      </w:r>
      <w:r>
        <w:rPr>
          <w:lang w:eastAsia="zh-CN"/>
        </w:rPr>
        <w:t>　　5、逆反心理问题。</w:t>
      </w:r>
      <w:r>
        <w:rPr>
          <w:lang w:eastAsia="zh-CN"/>
        </w:rPr>
        <w:br/>
      </w:r>
      <w:r>
        <w:rPr>
          <w:lang w:eastAsia="zh-CN"/>
        </w:rPr>
        <w:t>　　逆反心理是孩子心理健康表现较特出的一点，后面将做详细介绍。</w:t>
      </w:r>
      <w:r>
        <w:rPr>
          <w:lang w:eastAsia="zh-CN"/>
        </w:rPr>
        <w:br/>
      </w:r>
      <w:r>
        <w:rPr>
          <w:lang w:eastAsia="zh-CN"/>
        </w:rPr>
        <w:t>　　二、解决的办法如下：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首先，要对学生进行专门的心理健康教育，除了上好心理健康教育课外，班主任就要充分发挥自己的作用了，要肩负其这一重任。</w:t>
      </w:r>
      <w:r>
        <w:rPr>
          <w:lang w:eastAsia="zh-CN"/>
        </w:rPr>
        <w:br/>
      </w:r>
      <w:r>
        <w:rPr>
          <w:lang w:eastAsia="zh-CN"/>
        </w:rPr>
        <w:t>　　其次，设立“悄悄语音信箱”让孩子有倾吐的对象，帮助孩子解决问题。</w:t>
      </w:r>
      <w:r>
        <w:rPr>
          <w:lang w:eastAsia="zh-CN"/>
        </w:rPr>
        <w:br/>
      </w:r>
      <w:r>
        <w:rPr>
          <w:lang w:eastAsia="zh-CN"/>
        </w:rPr>
        <w:t>　　再次，设立心理服务室，进行心理咨询与治疗。</w:t>
      </w:r>
      <w:r>
        <w:rPr>
          <w:lang w:eastAsia="zh-CN"/>
        </w:rPr>
        <w:br/>
      </w:r>
      <w:r>
        <w:rPr>
          <w:lang w:eastAsia="zh-CN"/>
        </w:rPr>
        <w:t>　　同时，兼顾对学生家长及其他方面的心理健康教育宣传。</w:t>
      </w:r>
      <w:r>
        <w:rPr>
          <w:lang w:eastAsia="zh-CN"/>
        </w:rPr>
        <w:br/>
      </w:r>
      <w:r>
        <w:rPr>
          <w:lang w:eastAsia="zh-CN"/>
        </w:rPr>
        <w:t>　　三、逆反心理产生的原因</w:t>
      </w:r>
      <w:r>
        <w:rPr>
          <w:lang w:eastAsia="zh-CN"/>
        </w:rPr>
        <w:br/>
      </w:r>
      <w:r>
        <w:rPr>
          <w:lang w:eastAsia="zh-CN"/>
        </w:rPr>
        <w:t>　　学生心理障碍之一就是孩子的逆反心理特别强。逆反心理的产生，一是青少年处于过渡期，其独立意识和自我意识日益增强，希望能够摆脱成人的束缚。他们反对成人把自己当小孩，为了表现自己对任何事情倾向于批判态度。他们感到或担心外界无视自己的独立存在、自我表现欲受到妨碍时，就会产生逆反心理，运用各种方法和手段来确立自我与外界对立的情感;二是社会因素的影响，如教师父母的教育不当等;三是学生对事物的片面认识是形成逆反心理的重要原因;四是逆反心理的产生与他们的生理发展有关。</w:t>
      </w:r>
      <w:r>
        <w:rPr>
          <w:lang w:eastAsia="zh-CN"/>
        </w:rPr>
        <w:br/>
      </w:r>
      <w:r>
        <w:rPr>
          <w:lang w:eastAsia="zh-CN"/>
        </w:rPr>
        <w:t>　　逆反心理会导致孩子对人对事多疑、偏执、冷漠、不合群等病态性格，使之信念动摇、理想泯灭、意志衰退、学习被动、生活萎靡等，进一步发展还可能向犯罪心理和病态心理转化。</w:t>
      </w:r>
      <w:r>
        <w:rPr>
          <w:lang w:eastAsia="zh-CN"/>
        </w:rPr>
        <w:br/>
      </w:r>
      <w:r>
        <w:rPr>
          <w:lang w:eastAsia="zh-CN"/>
        </w:rPr>
        <w:t>　　四、解决逆反心理的办法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与家长取得联系，指导家长阅读一些教育孩子的书籍，提高自身教育水平。让家长在家创造良好、民主的家庭环境，和孩子交朋友，多鼓励、表扬，少批评、责骂，合理对待孩子的需求，不挫伤他的自尊心，尊重他，信任他。经常鼓励他为自己的目标而努力，使他在学习上有个明确的目标。抽时间带孩子到大自然去呼吸新鲜空气，设计各种温馨的家庭活动，利用亲情来感化他，慢慢的消除他的对立情绪。</w:t>
      </w:r>
      <w:r>
        <w:rPr>
          <w:lang w:eastAsia="zh-CN"/>
        </w:rPr>
        <w:br/>
      </w:r>
      <w:r>
        <w:rPr>
          <w:lang w:eastAsia="zh-CN"/>
        </w:rPr>
        <w:t>　　班主任如何做好学生的心理健康教育，标签：初三班主任工作总结，班主任工作总结范文，</w:t>
      </w:r>
      <w:r>
        <w:rPr>
          <w:lang w:eastAsia="zh-CN"/>
        </w:rPr>
        <w:br/>
      </w:r>
      <w:r>
        <w:rPr>
          <w:lang w:eastAsia="zh-CN"/>
        </w:rPr>
        <w:t>　　2、春风化雨，坚持疏导教育，教师要正确对待这类学生，避免直接批评，不要与他发生正面冲突，要注意保护他的自尊心，采取以柔克刚的教育方式。</w:t>
      </w:r>
      <w:r>
        <w:rPr>
          <w:lang w:eastAsia="zh-CN"/>
        </w:rPr>
        <w:br/>
      </w:r>
      <w:r>
        <w:rPr>
          <w:lang w:eastAsia="zh-CN"/>
        </w:rPr>
        <w:t>　　3、因势利导，扬长避短，教师要善于挖掘学生身上的闪光点，充分发挥其作用。老师的信赖、同学的支持使他树立起责任心。学习上的进步更要及时的表扬他，使他有一种成就感的满足，同时此时也趁机指出他的不足，让他迎头赶上。另外还要经常与他们接触，向他们请教，这样多了一份沟通，也就多了一份理解。</w:t>
      </w:r>
      <w:r>
        <w:rPr>
          <w:lang w:eastAsia="zh-CN"/>
        </w:rPr>
        <w:br/>
      </w:r>
      <w:r>
        <w:rPr>
          <w:lang w:eastAsia="zh-CN"/>
        </w:rPr>
        <w:t>　　4、本人的自我调节。指导孩子阅读一些伟人、科学家成功事迹的书刊，开阔视野，不断激励自己，使他明白只有胸怀广阔，能够接受他人意见的人，才能成就伟大的事业把注意力引导学习上，启发诱导他走出错误的心理误区。学着从积极的意义上去理解大人，父母的啰嗦、老师的批评都是善意的，看到他们的出发点是好的，是出于对你的关心。而老师、父母也是人，也有正常人的喜怒哀乐，也会犯错误，也会误解人，我们只要抱着宽容的态度去理解他们，也就不会有逆反心理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5、要尽早了解青少年出现的生理和心理上的变化，认识到他们出现的这些变化不是什么大问题，坦然地去接受这种变化，学会站在青少年的角度和立场上和他们倾心交谈，通过对话达成共识;找出他们产生逆反心理的原因，有的放矢，对症下药。在出现比较激烈的叛逆心理时，学会心平气和地去开导他们，也可以适当的请教心理专家，用理解的心态逐步解决问题。</w:t>
      </w:r>
      <w:r>
        <w:rPr>
          <w:lang w:eastAsia="zh-CN"/>
        </w:rPr>
        <w:br/>
      </w:r>
      <w:r>
        <w:rPr>
          <w:lang w:eastAsia="zh-CN"/>
        </w:rPr>
        <w:t>　　6、对于处在破裂家庭的青少年，更要注意引导他们培养良好的心态。这些孩子的监护人必须注意孩子心态的变化，由于这些孩子一般精神比较紧张，而感情承受能力比较脆弱，他们比其他青少年更容易出现叛逆心理。因此这些孩子的监护人更要时刻关心孩子的成长，给予孩子更多的爱，用爱来融化与孩子的隔阂和创伤，帮助孩子养成健康的性格。</w:t>
      </w:r>
      <w:r>
        <w:rPr>
          <w:lang w:eastAsia="zh-CN"/>
        </w:rPr>
        <w:br/>
      </w:r>
      <w:r>
        <w:rPr>
          <w:lang w:eastAsia="zh-CN"/>
        </w:rPr>
        <w:t>　　新时期的班主任，是班级工作的实际组织者和指导者，担负着教书和育人的双重任务，同时要充分认识加强学生心理健康的重要性，采用切实可行的举措，培养学生健康的心理，根据中小学生生理心理发展特点，运用有关心理教育方法和手段，以积极认真的态度，加强对中小学生心理健康教育指导，这是学生健康成长的需要是推进素质教育的需要，也是新时期班主任工作的重要内容和班主任义不容辞的责任。</w:t>
      </w:r>
      <w:r>
        <w:rPr>
          <w:lang w:eastAsia="zh-CN"/>
        </w:rPr>
        <w:br/>
      </w:r>
      <w:r>
        <w:rPr>
          <w:lang w:eastAsia="zh-CN"/>
        </w:rPr>
        <w:t>　　让我们多付出一份爱，让我们多献出一片情，让我们用爱去唤醒孩子，用情去感动学生，让孩子健康快乐的成长!</w:t>
      </w:r>
      <w:r>
        <w:rPr>
          <w:lang w:eastAsia="zh-CN"/>
        </w:rPr>
        <w:br/>
      </w:r>
      <w:r>
        <w:rPr>
          <w:lang w:eastAsia="zh-CN"/>
        </w:rPr>
        <w:t xml:space="preserve">    心理健康教育年度工作总结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20__年中从“着眼于未来，着力于素质”的办学思想出发，积极开展心理健康教育，经过20__年的探索实践，形成了比较完整的心理健康教育体系。</w:t>
      </w:r>
      <w:r>
        <w:rPr>
          <w:lang w:eastAsia="zh-CN"/>
        </w:rPr>
        <w:br/>
      </w:r>
      <w:r>
        <w:rPr>
          <w:lang w:eastAsia="zh-CN"/>
        </w:rPr>
        <w:t>　　从20__年起，在高一年级开设学习方法指导课，系统而有针对性地对学生进行学习方法和学习心理品质的辅导；20__年，又率先在初一年级开设心理健康辅导课。</w:t>
      </w:r>
      <w:r>
        <w:rPr>
          <w:lang w:eastAsia="zh-CN"/>
        </w:rPr>
        <w:br/>
      </w:r>
      <w:r>
        <w:rPr>
          <w:lang w:eastAsia="zh-CN"/>
        </w:rPr>
        <w:t>　　从20__年起，建立心理辅导室，为来访的学生解决了生活、学习、人际交往、情绪情感、自我意识发展中的诸多问题，促进了其人格的健康发展。在此工作中，还曾及时发现和转介了有倾向的个别学生，使他们得到了及时地帮助和治疗。从20__年起，开始为全校学生建立学生心理档案。每年对初一、高一学生实施《学习能力诊断测验》、《学习适应性诊断测验》、《心理健康水平诊断测验》、《问题行为诊断测验》、《亲子关系诊断测验》，为教育教学提供依据；一年后，进行复测，检验教育效果。</w:t>
      </w:r>
      <w:r>
        <w:rPr>
          <w:lang w:eastAsia="zh-CN"/>
        </w:rPr>
        <w:br/>
      </w:r>
      <w:r>
        <w:rPr>
          <w:lang w:eastAsia="zh-CN"/>
        </w:rPr>
        <w:t>　　从20__年起，成立家长学校，聘请本校有经验的优秀教师为辅导员，系统而有针对性的为各年级家长开办讲座，接待家长的来访；曾编辑《好家长育人经验集锦》，发给家长们学习。家长学校不仅受到家长们的欢迎和好评，还曾被评为西城区优秀家长学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20__年，建立心理健康服务中心，有校长、副校长直接领导。中心聘请全国青少年心理卫生专业委员会副主任为心理顾问，另有专职教师两人，兼职教师一人；内设谈心室（个别心理辅导室）、会客室、心理阅览室、团体心理辅导室和开心屋（心理活动室）。中心通过开放硬件设施，开展有关心理健康的宣传、选修课、专题讲座、个别心理辅导和团体心理辅导，为学生的心理健康提供发展性和预防性教育、指导；同时中心对全校的心理健康教育发挥着规划、组织和督导的作用。</w:t>
      </w:r>
      <w:r>
        <w:rPr>
          <w:lang w:eastAsia="zh-CN"/>
        </w:rPr>
        <w:br/>
      </w:r>
      <w:r>
        <w:rPr>
          <w:lang w:eastAsia="zh-CN"/>
        </w:rPr>
        <w:t>　　20__年，本校与全国青少年心理卫生专业委员会、西城区心理教研室合作，成功举办了“心理健康教育培训班”。该班聘请国内知名心理学专家11位，共上课两百多学时，系统讲解了心理健康教育的有关知识和方法。我校有70多位教师参加了培训。此后，本校又连续举办了系列专家讲座、优秀班主任心理健康教育工作经验介绍和交流。经过校领导和教师的共同努力，教师基于心理学、教育学的教育观念和教育能力得到改善和提高，本校的`心理健康教育取得了突破性发展，班主任成为心理健康教育的骨干力量，课堂教学、班集体建设、各种活动成为心理健康教育的主渠道。</w:t>
      </w:r>
      <w:r>
        <w:rPr>
          <w:lang w:eastAsia="zh-CN"/>
        </w:rPr>
        <w:br/>
      </w:r>
      <w:r>
        <w:rPr>
          <w:lang w:eastAsia="zh-CN"/>
        </w:rPr>
        <w:t>　　本年度，本校被评选为北京市心理健康教育实验校__年，《重点中学心理健康教育的理论和实践研究》被北京市教育学会批准为“十五”科研规划课题。此课题由副校长直接负责，各年级组长分别担任“提高初高中一年级学生适应能力”、“初高中二年级学生青春期教育”、“初高中三年级学生升学应试心理调整”子课题的负责人。在课题已进行的过程中，教师参与热情高，同时得到了来自北京师范大学、首都师范大学、中科院心理所专家教授的帮助和指正。此课题将带动本校的心理健康教育工作进一步朝向具有本校特色的、科学化、规范化、系统化的方向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在此期间，__年有十一位教师的心理健康教育方面的论文在全国青少年心理健康教育专业委员会年会上获奖；__年六位老师的论文在中国心理卫生协会年会上交流（其中一篇被选为大会发言）。</w:t>
      </w:r>
      <w:r>
        <w:rPr>
          <w:lang w:eastAsia="zh-CN"/>
        </w:rPr>
        <w:br/>
      </w:r>
      <w:r>
        <w:rPr>
          <w:lang w:eastAsia="zh-CN"/>
        </w:rPr>
        <w:t>　　到目前，本校的心理健康教育已初步形成以下特点：</w:t>
      </w:r>
      <w:r>
        <w:rPr>
          <w:lang w:eastAsia="zh-CN"/>
        </w:rPr>
        <w:br/>
      </w:r>
      <w:r>
        <w:rPr>
          <w:lang w:eastAsia="zh-CN"/>
        </w:rPr>
        <w:t>　　1、心理健康教育有指导、有协调、有落实、有研究，重实效。</w:t>
      </w:r>
      <w:r>
        <w:rPr>
          <w:lang w:eastAsia="zh-CN"/>
        </w:rPr>
        <w:br/>
      </w:r>
      <w:r>
        <w:rPr>
          <w:lang w:eastAsia="zh-CN"/>
        </w:rPr>
        <w:t>　　2、全体教师参与，面向全体学生，重视学生品格修养、生活体验和自我调适。</w:t>
      </w:r>
      <w:r>
        <w:rPr>
          <w:lang w:eastAsia="zh-CN"/>
        </w:rPr>
        <w:br/>
      </w:r>
      <w:r>
        <w:rPr>
          <w:lang w:eastAsia="zh-CN"/>
        </w:rPr>
        <w:t>　　3、有机实现了课内与课外，教育与指导，咨询与服务的紧密配合。经过脚踏实地的努力，本校的心理健康教育促进了学生心理潜能的开发、人格的健全发展，同时增长了教师解决学生心理冲突和矛盾的能力，增强了教师在教育教学中的价值感和幸福感；同时得到了各界好评，西城区、北京市教委先后在我校召开心理健康教育经验交流和成果展示会；__年被评为西城区心理健康教育先进校；诸多兄弟学校的同行曾到我校参观学习。</w:t>
      </w:r>
      <w:r>
        <w:rPr>
          <w:lang w:eastAsia="zh-CN"/>
        </w:rPr>
        <w:br/>
      </w:r>
      <w:r>
        <w:rPr>
          <w:lang w:eastAsia="zh-CN"/>
        </w:rPr>
        <w:t xml:space="preserve">    心理健康教育年度工作总结 篇13 </w:t>
      </w:r>
      <w:r>
        <w:rPr>
          <w:lang w:eastAsia="zh-CN"/>
        </w:rPr>
        <w:br/>
      </w:r>
      <w:r>
        <w:rPr>
          <w:lang w:eastAsia="zh-CN"/>
        </w:rPr>
        <w:t>　　一、领导重视，组织有力</w:t>
      </w:r>
      <w:r>
        <w:rPr>
          <w:lang w:eastAsia="zh-CN"/>
        </w:rPr>
        <w:br/>
      </w:r>
      <w:r>
        <w:rPr>
          <w:lang w:eastAsia="zh-CN"/>
        </w:rPr>
        <w:t>　　开展中小学心理健康教育活动月是落实全国、全省教育大会精神的重要举措，是服务学生心理健康发展、培育健康心理素质的必然要求，我校领导非常重要，收到通知后的第一时间就组织召开了心理健康教育领导小组工作会议。</w:t>
      </w:r>
      <w:r>
        <w:rPr>
          <w:lang w:eastAsia="zh-CN"/>
        </w:rPr>
        <w:br/>
      </w:r>
      <w:r>
        <w:rPr>
          <w:lang w:eastAsia="zh-CN"/>
        </w:rPr>
        <w:t>　　二、活动丰富，内容充实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一）常规活动常规开为进一步贯彻落实国家教育部《关于加强中小学心理健康教育的若干意见》、《中小学心理健康教育指导纲要》、广东教育厅《关于加强中小学心理健康教育的实施意见》等文件精神，我校将举行以“多彩生涯”为主题的第一届生涯微型书设计比赛。通过本次活动，让学生认识自我，认识生涯；通过对生涯的不同阶段的憧憬，提高对生涯的好奇和关注，一定程度上增强生涯规划意识，提高生涯适应力，为今后更好的融入社会做准备。</w:t>
      </w:r>
      <w:r>
        <w:rPr>
          <w:lang w:eastAsia="zh-CN"/>
        </w:rPr>
        <w:br/>
      </w:r>
      <w:r>
        <w:rPr>
          <w:lang w:eastAsia="zh-CN"/>
        </w:rPr>
        <w:t>　　（二）为落实教育部《中小学心理健康教育指导纲要（年修订）》等文件精神，进一步加强我校教师队伍建设，提升教师全员德育、心理健康教育的专业性、针对性和实效性，115中学工会、德育处、心理健康辅导站联合举行以“生涯教育”为主题的115中首届心理健康教育教学设计评比活动，有心理证的教师积极参加本次教学设计评比活动。</w:t>
      </w:r>
      <w:r>
        <w:rPr>
          <w:lang w:eastAsia="zh-CN"/>
        </w:rPr>
        <w:br/>
      </w:r>
      <w:r>
        <w:rPr>
          <w:lang w:eastAsia="zh-CN"/>
        </w:rPr>
        <w:t>　　（三）教师、家长、学生心理讲座三结合学生的心理健康离不开教师、家长的参与，为更好地开展心理健康教育工作，我校针对教师、家长和学生不同的特点，开展不同的心理讲座。</w:t>
      </w:r>
      <w:r>
        <w:rPr>
          <w:lang w:eastAsia="zh-CN"/>
        </w:rPr>
        <w:br/>
      </w:r>
      <w:r>
        <w:rPr>
          <w:lang w:eastAsia="zh-CN"/>
        </w:rPr>
        <w:t xml:space="preserve">    心理健康教育年度工作总结 篇14 </w:t>
      </w:r>
      <w:r>
        <w:rPr>
          <w:lang w:eastAsia="zh-CN"/>
        </w:rPr>
        <w:br/>
      </w:r>
      <w:r>
        <w:rPr>
          <w:lang w:eastAsia="zh-CN"/>
        </w:rPr>
        <w:t>　　今年__月，我校进行教育体制改革，实行全乡集中办学，中小学一体化管理。在改革过程中，我校各领导积极服从上级部门的指导，坚持以人为本的原则和学生的主体地位，更加注重学生德育发展，尤其注重学生心理健康教育。</w:t>
      </w:r>
      <w:r>
        <w:rPr>
          <w:lang w:eastAsia="zh-CN"/>
        </w:rPr>
        <w:br/>
      </w:r>
    </w:p>
    <w:p w:rsidR="001B1F19" w14:textId="27C3F48A">
      <w:pPr>
        <w:rPr>
          <w:rFonts w:hint="eastAsia"/>
          <w:lang w:eastAsia="zh-CN"/>
        </w:rPr>
      </w:pPr>
      <w:r>
        <w:rPr>
          <w:lang w:eastAsia="zh-CN"/>
        </w:rPr>
        <w:t>　　良好的心理素质是人的全面素质中的重要组成部分，中小学心理健康教育是帮助学生在学习、生活中体验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因此，在中小学开展心理健康教育，是学生健康成长的需要，是推进素质教育的必然要求，是培养社会各类型人才的重要保证。</w:t>
      </w:r>
      <w:r>
        <w:rPr>
          <w:lang w:eastAsia="zh-CN"/>
        </w:rPr>
        <w:br/>
      </w:r>
      <w:r>
        <w:rPr>
          <w:lang w:eastAsia="zh-CN"/>
        </w:rPr>
        <w:t>　　为了提高小学生心理素质，我校根据学校的改革实际，开展了丰富的心理健康教育活动，注意发挥各种方式和途径的综合作用，增强心理健康教育的效果。在此，特此对我校以往心理健康教育工作做以下总结：</w:t>
      </w:r>
      <w:r>
        <w:rPr>
          <w:lang w:eastAsia="zh-CN"/>
        </w:rPr>
        <w:br/>
      </w:r>
      <w:r>
        <w:rPr>
          <w:lang w:eastAsia="zh-CN"/>
        </w:rPr>
        <w:t>　　一、心理健康教育工作目标</w:t>
      </w:r>
      <w:r>
        <w:rPr>
          <w:lang w:eastAsia="zh-CN"/>
        </w:rPr>
        <w:br/>
      </w:r>
      <w:r>
        <w:rPr>
          <w:lang w:eastAsia="zh-CN"/>
        </w:rPr>
        <w:t>　　1、坚持以人为本，根据学生的心理特点及发展规律和《____乡九年制一贯制学校德育建设方案》，明确各年级的心理健康目标。运用心理健康的理论和方法，开展丰富多彩的活动，培育学生良好的心理素质，促进学生的身心全面发展。</w:t>
      </w:r>
      <w:r>
        <w:rPr>
          <w:lang w:eastAsia="zh-CN"/>
        </w:rPr>
        <w:br/>
      </w:r>
      <w:r>
        <w:rPr>
          <w:lang w:eastAsia="zh-CN"/>
        </w:rPr>
        <w:t>　　2、立足教育，重在指导。遵循学生身心发展规律，面向全体学生，关注个别差异，尊重学生、理解学生，保证心理健康的实践性和实效性。</w:t>
      </w:r>
      <w:r>
        <w:rPr>
          <w:lang w:eastAsia="zh-CN"/>
        </w:rPr>
        <w:br/>
      </w:r>
      <w:r>
        <w:rPr>
          <w:lang w:eastAsia="zh-CN"/>
        </w:rPr>
        <w:t>　　3、提高全体学生的心理素质，充分开发他们的潜力，培养学生乐观的、积极向上的心理品质，促进学生人格的健康发展。</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https://d.book118.com/757023121042006046</w:t>
        </w:r>
      </w:hyperlink>
    </w:p>
    <w:p w:rsidR="001B1F19">
      <w:pPr>
        <w:rPr>
          <w:rFonts w:hint="eastAsia"/>
          <w:lang w:eastAsia="zh-CN"/>
        </w:rPr>
      </w:pPr>
    </w:p>
    <w:sectPr>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702312104200604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