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中学食品安全工作总结（30篇）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中学食品安全工作总结（通用30篇）</w:t>
      </w:r>
      <w:r>
        <w:rPr>
          <w:lang w:eastAsia="zh-CN"/>
        </w:rPr>
        <w:br/>
      </w:r>
      <w:r>
        <w:rPr>
          <w:lang w:eastAsia="zh-CN"/>
        </w:rPr>
        <w:t xml:space="preserve">    中学食品安全工作总结 篇1 </w:t>
      </w:r>
      <w:r>
        <w:rPr>
          <w:lang w:eastAsia="zh-CN"/>
        </w:rPr>
        <w:br/>
      </w:r>
      <w:r>
        <w:rPr>
          <w:lang w:eastAsia="zh-CN"/>
        </w:rPr>
        <w:t>　　我校食品安全工作在区委、区政府和区食品药品监督管理局的坚强领导下，围绕建设食品安全和确保全校师生身体健康的主题，通过扎实工作，不断创新工作方法，取得了可喜的成绩。现就所做的工作总结于下：</w:t>
      </w:r>
      <w:r>
        <w:rPr>
          <w:lang w:eastAsia="zh-CN"/>
        </w:rPr>
        <w:br/>
      </w:r>
      <w:r>
        <w:rPr>
          <w:lang w:eastAsia="zh-CN"/>
        </w:rPr>
        <w:t>　　一、多方面强化学校食品安全的监管：</w:t>
      </w:r>
      <w:r>
        <w:rPr>
          <w:lang w:eastAsia="zh-CN"/>
        </w:rPr>
        <w:br/>
      </w:r>
      <w:r>
        <w:rPr>
          <w:lang w:eastAsia="zh-CN"/>
        </w:rPr>
        <w:t>　　1.狠抓制度建设：学校食堂和商店，食品安全管理制度全面。我们制定了食品安全管理标准，包括验收内容、验收指标、验收要点及评分标准，标准中重要一条是制度健全、规范。标准要求食品定点采购制度等12项制度健全上墙,食堂消毒记录等5项记录规范。使学校食品安全管理制度建设再上新的台阶。</w:t>
      </w:r>
      <w:r>
        <w:rPr>
          <w:lang w:eastAsia="zh-CN"/>
        </w:rPr>
        <w:br/>
      </w:r>
      <w:r>
        <w:rPr>
          <w:lang w:eastAsia="zh-CN"/>
        </w:rPr>
        <w:t>　　2.尝试食堂采购新机制：学校食堂原料采购一直是我们监管的重点。为此，今年金台区教体局下发了放心粮油采购名单，学校采购粮油均在指导名单名目中选定。</w:t>
      </w:r>
      <w:r>
        <w:rPr>
          <w:lang w:eastAsia="zh-CN"/>
        </w:rPr>
        <w:br/>
      </w:r>
      <w:r>
        <w:rPr>
          <w:lang w:eastAsia="zh-CN"/>
        </w:rPr>
        <w:t>　　3.加强学校自我监管：每年学校均和食堂、商店签订食品安全责任书。定期对食堂、商店进行监督检查，确保师生食品安全。</w:t>
      </w:r>
      <w:r>
        <w:rPr>
          <w:lang w:eastAsia="zh-CN"/>
        </w:rPr>
        <w:br/>
      </w:r>
      <w:r>
        <w:rPr>
          <w:lang w:eastAsia="zh-CN"/>
        </w:rPr>
        <w:t>　　二、多层次检查，确保监管落实：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用打分的办法进行检查：为认真贯彻落实市教育局、市卫生局、市食品药品监督管理精神，全面提升学校食品安全管理水平。学校组织对学生食堂和小卖部进行检查，后勤管理中心进行自查，对存在的问题进行整改。对于上级部门检查中指出的问题，学校责令食堂大灶停业整顿。</w:t>
      </w:r>
      <w:r>
        <w:rPr>
          <w:lang w:eastAsia="zh-CN"/>
        </w:rPr>
        <w:br/>
      </w:r>
      <w:r>
        <w:rPr>
          <w:lang w:eastAsia="zh-CN"/>
        </w:rPr>
        <w:t>　　2.食品安全专项检查和整治经常化:</w:t>
      </w:r>
      <w:r>
        <w:rPr>
          <w:lang w:eastAsia="zh-CN"/>
        </w:rPr>
        <w:br/>
      </w:r>
      <w:r>
        <w:rPr>
          <w:lang w:eastAsia="zh-CN"/>
        </w:rPr>
        <w:t>　　学校食堂食品安全专项检查和整治活动基本做到一周一次经常化:此次行动是在学校的统一领导下进行的。为认真落实开展学校食堂食品安全专项整治行动,整治活动以学生考评和学校考评相结合的方式进行，同时还制定了《宝鸡石油学校食堂食品安全专项整治实施方案》。方案分组织领导、整治对象、整治重点、整治时间及步骤和工作要求等五个部分。</w:t>
      </w:r>
      <w:r>
        <w:rPr>
          <w:lang w:eastAsia="zh-CN"/>
        </w:rPr>
        <w:br/>
      </w:r>
      <w:r>
        <w:rPr>
          <w:lang w:eastAsia="zh-CN"/>
        </w:rPr>
        <w:t>　　首先是成立专项整治工作领导小组：由校长史继光任组长、书记刘涛任副组长、学校保卫科长周彤及学生会主席和后勤服务中心抽调部分的食安负责人任检查组成员。</w:t>
      </w:r>
      <w:r>
        <w:rPr>
          <w:lang w:eastAsia="zh-CN"/>
        </w:rPr>
        <w:br/>
      </w:r>
      <w:r>
        <w:rPr>
          <w:lang w:eastAsia="zh-CN"/>
        </w:rPr>
        <w:t>　　其次是召开了专项整治工作会议：3月4日下午,我们召开了学校食安主题的校班子会议。会议由校长亲自主持，并就这次专项检查工作进行了周密布置，安排学校总务副主任、保卫科长周彤负责学校食品工作。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检查首先是抓认识的提高：原来对餐厨废弃物的管理认识模糊，认为此项工作与学校食品安全无关，还认为地沟油应从源头抓，学校无从抓起，通过学习国务院办公厅国办发[20__]36号《关于加强地沟油整治和餐厨废弃物管理的意见》文件后，认识到：学校杜绝地沟油进入师生食堂是保护师生身体健康的一个重要方面，地沟油对人身体的危害是非常严重的。餐厨废弃物管理不当，不但对环境造成污染，还会给不法分子带来可乘之机，给社会造成危害。所以抓好此项工作，意义重大，责任重大。</w:t>
      </w:r>
      <w:r>
        <w:rPr>
          <w:lang w:eastAsia="zh-CN"/>
        </w:rPr>
        <w:br/>
      </w:r>
      <w:r>
        <w:rPr>
          <w:lang w:eastAsia="zh-CN"/>
        </w:rPr>
        <w:t>　　其次是摸清情况，有的放矢：学校调查的情况看，食用油的采购和管理较好，加强学校食用油索证索票登记管理。</w:t>
      </w:r>
      <w:r>
        <w:rPr>
          <w:lang w:eastAsia="zh-CN"/>
        </w:rPr>
        <w:br/>
      </w:r>
      <w:r>
        <w:rPr>
          <w:lang w:eastAsia="zh-CN"/>
        </w:rPr>
        <w:t>　　三、米面专项检查和整治：</w:t>
      </w:r>
      <w:r>
        <w:rPr>
          <w:lang w:eastAsia="zh-CN"/>
        </w:rPr>
        <w:br/>
      </w:r>
      <w:r>
        <w:rPr>
          <w:lang w:eastAsia="zh-CN"/>
        </w:rPr>
        <w:t>　　一方面下发教体局关于放心粮油采购文件的通知，通知就放心粮油的供应商提供了详细联系方式，要求学校掌握情况后，要及时进行整改，特别是对米面供货商资质有问题的，要迅速更换，并将问题供货商（或黑窝点）的情况及时上报有关部门进行查处。</w:t>
      </w:r>
      <w:r>
        <w:rPr>
          <w:lang w:eastAsia="zh-CN"/>
        </w:rPr>
        <w:br/>
      </w:r>
      <w:r>
        <w:rPr>
          <w:lang w:eastAsia="zh-CN"/>
        </w:rPr>
        <w:t>　　今年专项检查的主要特色有：</w:t>
      </w:r>
      <w:r>
        <w:rPr>
          <w:lang w:eastAsia="zh-CN"/>
        </w:rPr>
        <w:br/>
      </w:r>
      <w:r>
        <w:rPr>
          <w:lang w:eastAsia="zh-CN"/>
        </w:rPr>
        <w:t>　　1.检查的范围大：学校检查了学校商店的上架食品，食堂的大灶以及所有的小灶经营。</w:t>
      </w:r>
      <w:r>
        <w:rPr>
          <w:lang w:eastAsia="zh-CN"/>
        </w:rPr>
        <w:br/>
      </w:r>
      <w:r>
        <w:rPr>
          <w:lang w:eastAsia="zh-CN"/>
        </w:rPr>
        <w:t>　　2.要求比较高：严格按照食药监督局及教体局检查表格要求。</w:t>
      </w:r>
      <w:r>
        <w:rPr>
          <w:lang w:eastAsia="zh-CN"/>
        </w:rPr>
        <w:br/>
      </w:r>
      <w:r>
        <w:rPr>
          <w:lang w:eastAsia="zh-CN"/>
        </w:rPr>
        <w:t>　　3.横向配合好：学校检查与上级食安配合检查，横向联动。东风路派出所，区食药监督局，工商局等多家单位联合进行检查。</w:t>
      </w:r>
      <w:r>
        <w:rPr>
          <w:lang w:eastAsia="zh-CN"/>
        </w:rPr>
        <w:br/>
      </w:r>
      <w:r>
        <w:rPr>
          <w:lang w:eastAsia="zh-CN"/>
        </w:rPr>
        <w:t>　　4.整改力度大：各检查组都对发现的问题提出了整改意见，且整改措施得力，特别是大灶安全问题学校责令其进行了停业一周的整顿。</w:t>
      </w:r>
      <w:r>
        <w:rPr>
          <w:lang w:eastAsia="zh-CN"/>
        </w:rPr>
        <w:br/>
      </w:r>
      <w:r>
        <w:rPr>
          <w:lang w:eastAsia="zh-CN"/>
        </w:rPr>
        <w:t>　　三、坚持监管、服务两手抓，以服务促监管：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1.宣传教育促食品安全知识普及：</w:t>
      </w:r>
      <w:r>
        <w:rPr>
          <w:lang w:eastAsia="zh-CN"/>
        </w:rPr>
        <w:br/>
      </w:r>
      <w:r>
        <w:rPr>
          <w:lang w:eastAsia="zh-CN"/>
        </w:rPr>
        <w:t>　　学校制作了食品安全知识宣传挂图，印制了1000多份宣传资料。同时在各学校开展了进一步学习和落实食品安全法的活动，增强了广大师生员工的法律意识。通过食品安全知识进学校、进课堂的活动开展，使广大师生员工的自我保护意识、抵制不合格的食品、原料进入学校的能力大大增强。</w:t>
      </w:r>
      <w:r>
        <w:rPr>
          <w:lang w:eastAsia="zh-CN"/>
        </w:rPr>
        <w:br/>
      </w:r>
      <w:r>
        <w:rPr>
          <w:lang w:eastAsia="zh-CN"/>
        </w:rPr>
        <w:t>　　2.三项举措抓服务监管</w:t>
      </w:r>
      <w:r>
        <w:rPr>
          <w:lang w:eastAsia="zh-CN"/>
        </w:rPr>
        <w:br/>
      </w:r>
      <w:r>
        <w:rPr>
          <w:lang w:eastAsia="zh-CN"/>
        </w:rPr>
        <w:t>　　一是抓培训:进行了两次观摩培训，一次是与区局在宝鸡亚太学院观摩学习的学校食堂管理人员培训，二是学校组织食堂相关人员到东风路高级中学参观考察。</w:t>
      </w:r>
      <w:r>
        <w:rPr>
          <w:lang w:eastAsia="zh-CN"/>
        </w:rPr>
        <w:br/>
      </w:r>
      <w:r>
        <w:rPr>
          <w:lang w:eastAsia="zh-CN"/>
        </w:rPr>
        <w:t>　　二是抓资料信息服务:学校及时将上级部门下发的文件及时复印批复给学校后勤服务管理中心，并责成其认真执行，学校加大监管。</w:t>
      </w:r>
      <w:r>
        <w:rPr>
          <w:lang w:eastAsia="zh-CN"/>
        </w:rPr>
        <w:br/>
      </w:r>
      <w:r>
        <w:rPr>
          <w:lang w:eastAsia="zh-CN"/>
        </w:rPr>
        <w:t>　　三是抓工作机制完善：学校食品安全责任层层分解落实，校长为第一责任人，后勤总务为直接责任人，学校明确一名联络员，建立学校食安管理与区局各职能部门之间的联系制度，形成了学校食品安全工作网络。同时将学校食品安全管理作为对学校监督评估的重要内容和绩效考核的重要考核指标。</w:t>
      </w:r>
      <w:r>
        <w:rPr>
          <w:lang w:eastAsia="zh-CN"/>
        </w:rPr>
        <w:br/>
      </w:r>
      <w:r>
        <w:rPr>
          <w:lang w:eastAsia="zh-CN"/>
        </w:rPr>
        <w:t>　　以上是我校食品安全工作方面所做的点滴工作，为全区学校未出现食品安全事故作出了一定的贡献，但离上级的要求和学校的期待还有一定的差距，今后我们一定发奋努力，使这项工作做得更好。</w:t>
      </w:r>
      <w:r>
        <w:rPr>
          <w:lang w:eastAsia="zh-CN"/>
        </w:rPr>
        <w:br/>
      </w:r>
      <w:r>
        <w:rPr>
          <w:lang w:eastAsia="zh-CN"/>
        </w:rPr>
        <w:t xml:space="preserve">    中学食品安全工作总结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学校食堂卫生安全是一项直接关系到我校师生员工身体健康和生命安全，关系到我校教育教学工作的正常展开，我校为进一步加强在食品卫生安全方面的工作预防和控制食品中毒，食源性疾病的发生，确保广大师生员工饮食卫生安全，经校领导班子研究决定，在全校范围内展开“食品卫生安全专项整治”活动，消除食品卫生安全隐患，具体措施以下：</w:t>
      </w:r>
      <w:r>
        <w:rPr>
          <w:lang w:eastAsia="zh-CN"/>
        </w:rPr>
        <w:br/>
      </w:r>
      <w:r>
        <w:rPr>
          <w:lang w:eastAsia="zh-CN"/>
        </w:rPr>
        <w:t>　　一、成立领导小组、加强领导进步熟悉</w:t>
      </w:r>
      <w:r>
        <w:rPr>
          <w:lang w:eastAsia="zh-CN"/>
        </w:rPr>
        <w:br/>
      </w:r>
      <w:r>
        <w:rPr>
          <w:lang w:eastAsia="zh-CN"/>
        </w:rPr>
        <w:t>　　自接到“通知”后，我校领导班子马上召开紧急会议，在集中学习上级“通知”后，成立了“整治专项小组”，由任组长，任副组长，对学校的食品卫生全权负责，认真检查，随时监视、加强管理。9月22日召开全体师生大会，由专项小组负责，向全体师生加强思想教育、进步熟悉，会上由做了《我校食品安全专项整治》的工作报告、做了集中的总结。会后“整改专项小组”责成各班主任、食堂、小卖部经理、本着对学生负责的精神；继续加强教育、进步熟悉。</w:t>
      </w:r>
      <w:r>
        <w:rPr>
          <w:lang w:eastAsia="zh-CN"/>
        </w:rPr>
        <w:br/>
      </w:r>
      <w:r>
        <w:rPr>
          <w:lang w:eastAsia="zh-CN"/>
        </w:rPr>
        <w:t>　　二、组成检查小组、集中检查、有的放矢</w:t>
      </w:r>
      <w:r>
        <w:rPr>
          <w:lang w:eastAsia="zh-CN"/>
        </w:rPr>
        <w:br/>
      </w:r>
      <w:r>
        <w:rPr>
          <w:lang w:eastAsia="zh-CN"/>
        </w:rPr>
        <w:t>　　9月22日下午，由任组长的检查小组对食堂、小卖部及学校水井进行了认真核对，对各种食品的抽样检查结果显示：这些商品来货渠道正规，经过严格的卫生检验且在保质期内销售，学校食堂卫生状态基本符合要求。</w:t>
      </w:r>
      <w:r>
        <w:rPr>
          <w:lang w:eastAsia="zh-CN"/>
        </w:rPr>
        <w:br/>
      </w:r>
      <w:r>
        <w:rPr>
          <w:lang w:eastAsia="zh-CN"/>
        </w:rPr>
        <w:t>　　三、确立规章制度，定期抽查、责任到人</w:t>
      </w:r>
      <w:r>
        <w:rPr>
          <w:lang w:eastAsia="zh-CN"/>
        </w:rPr>
        <w:br/>
      </w:r>
      <w:r>
        <w:rPr>
          <w:lang w:eastAsia="zh-CN"/>
        </w:rPr>
        <w:t>　　1、与学校小卖部法人代表黄真堂签定协议，具体要求以下：</w:t>
      </w:r>
      <w:r>
        <w:rPr>
          <w:lang w:eastAsia="zh-CN"/>
        </w:rPr>
        <w:br/>
      </w:r>
      <w:r>
        <w:rPr>
          <w:lang w:eastAsia="zh-CN"/>
        </w:rPr>
        <w:t>　　a、严禁学校小卖部出售“在无食品”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b、严禁学校小卖部出售过（期变质食品。</w:t>
      </w:r>
      <w:r>
        <w:rPr>
          <w:lang w:eastAsia="zh-CN"/>
        </w:rPr>
        <w:br/>
      </w:r>
      <w:r>
        <w:rPr>
          <w:lang w:eastAsia="zh-CN"/>
        </w:rPr>
        <w:t>　　c、小卖部的售货员必须定期体检。</w:t>
      </w:r>
      <w:r>
        <w:rPr>
          <w:lang w:eastAsia="zh-CN"/>
        </w:rPr>
        <w:br/>
      </w:r>
      <w:r>
        <w:rPr>
          <w:lang w:eastAsia="zh-CN"/>
        </w:rPr>
        <w:t>　　2、学校食堂设专门管理职员、学校与黄新军鉴定协议，具体要求以下：</w:t>
      </w:r>
      <w:r>
        <w:rPr>
          <w:lang w:eastAsia="zh-CN"/>
        </w:rPr>
        <w:br/>
      </w:r>
      <w:r>
        <w:rPr>
          <w:lang w:eastAsia="zh-CN"/>
        </w:rPr>
        <w:t>　　a、要采购放心肉、无公害蔬菜，严禁人情肉、关系菜。</w:t>
      </w:r>
      <w:r>
        <w:rPr>
          <w:lang w:eastAsia="zh-CN"/>
        </w:rPr>
        <w:br/>
      </w:r>
      <w:r>
        <w:rPr>
          <w:lang w:eastAsia="zh-CN"/>
        </w:rPr>
        <w:t>　　b、蕴躲和保管、要做到“四隔离”、对蕴躲室要定期消毒、透风。</w:t>
      </w:r>
      <w:r>
        <w:rPr>
          <w:lang w:eastAsia="zh-CN"/>
        </w:rPr>
        <w:br/>
      </w:r>
      <w:r>
        <w:rPr>
          <w:lang w:eastAsia="zh-CN"/>
        </w:rPr>
        <w:t>　　c、剩饭剩菜要即产即淌、及时处理、不准卖回锅菜。</w:t>
      </w:r>
      <w:r>
        <w:rPr>
          <w:lang w:eastAsia="zh-CN"/>
        </w:rPr>
        <w:br/>
      </w:r>
      <w:r>
        <w:rPr>
          <w:lang w:eastAsia="zh-CN"/>
        </w:rPr>
        <w:t>　　d、餐厅要做到空气清新，地面、墙面整洁、无积尘蛛网、卫生状态良好、餐具摆放有序、分类分架</w:t>
      </w:r>
      <w:r>
        <w:rPr>
          <w:lang w:eastAsia="zh-CN"/>
        </w:rPr>
        <w:br/>
      </w:r>
      <w:r>
        <w:rPr>
          <w:lang w:eastAsia="zh-CN"/>
        </w:rPr>
        <w:t>　　e、卫生消毒措施要齐全、并有专门的消毒职员</w:t>
      </w:r>
      <w:r>
        <w:rPr>
          <w:lang w:eastAsia="zh-CN"/>
        </w:rPr>
        <w:br/>
      </w:r>
      <w:r>
        <w:rPr>
          <w:lang w:eastAsia="zh-CN"/>
        </w:rPr>
        <w:t>　　f、食堂工作职员要每月做一次体检</w:t>
      </w:r>
      <w:r>
        <w:rPr>
          <w:lang w:eastAsia="zh-CN"/>
        </w:rPr>
        <w:br/>
      </w:r>
      <w:r>
        <w:rPr>
          <w:lang w:eastAsia="zh-CN"/>
        </w:rPr>
        <w:t>　　对小卖部、食堂，整改小组定期抽查、责任到人，一旦出现题目追究其法律责任.</w:t>
      </w:r>
      <w:r>
        <w:rPr>
          <w:lang w:eastAsia="zh-CN"/>
        </w:rPr>
        <w:br/>
      </w:r>
      <w:r>
        <w:rPr>
          <w:lang w:eastAsia="zh-CN"/>
        </w:rPr>
        <w:t>　　四、明确监视方案、设置投诉电话、举报箱</w:t>
      </w:r>
      <w:r>
        <w:rPr>
          <w:lang w:eastAsia="zh-CN"/>
        </w:rPr>
        <w:br/>
      </w:r>
      <w:r>
        <w:rPr>
          <w:lang w:eastAsia="zh-CN"/>
        </w:rPr>
        <w:t>　　为保证食品安全整改工作落到实外，收到实效，特在学校橱窗明确监视方案、主有以下四点：</w:t>
      </w:r>
      <w:r>
        <w:rPr>
          <w:lang w:eastAsia="zh-CN"/>
        </w:rPr>
        <w:br/>
      </w:r>
      <w:r>
        <w:rPr>
          <w:lang w:eastAsia="zh-CN"/>
        </w:rPr>
        <w:t>　　1、学校食堂、小卖部应对全体师生的'健康与安全负责、随时随地接受全体师生的监视。</w:t>
      </w:r>
      <w:r>
        <w:rPr>
          <w:lang w:eastAsia="zh-CN"/>
        </w:rPr>
        <w:br/>
      </w:r>
      <w:r>
        <w:rPr>
          <w:lang w:eastAsia="zh-CN"/>
        </w:rPr>
        <w:t>　　2、全体师生有权利对小卖部的“三无产品”过期食品、变质食品进行举报。</w:t>
      </w:r>
      <w:r>
        <w:rPr>
          <w:lang w:eastAsia="zh-CN"/>
        </w:rPr>
        <w:br/>
      </w:r>
      <w:r>
        <w:rPr>
          <w:lang w:eastAsia="zh-CN"/>
        </w:rPr>
        <w:t>　　3、全体师生有权利对食堂变质的饭菜进行举报。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总之，在这次整改度作中全校师生员工团结一致、思想同一，学校投进了大量的人力、物力。两星期内已初见成效，固然今后的工作还需要坚持不懈，我们学校有信心弄好这次学校食品卫生整改，随时欢迎上级领导的莅临，愿意接受上级领导的检查监视。</w:t>
      </w:r>
      <w:r>
        <w:rPr>
          <w:lang w:eastAsia="zh-CN"/>
        </w:rPr>
        <w:br/>
      </w:r>
      <w:r>
        <w:rPr>
          <w:lang w:eastAsia="zh-CN"/>
        </w:rPr>
        <w:t xml:space="preserve">    中学食品安全工作总结 篇3 </w:t>
      </w:r>
      <w:r>
        <w:rPr>
          <w:lang w:eastAsia="zh-CN"/>
        </w:rPr>
        <w:br/>
      </w:r>
      <w:r>
        <w:rPr>
          <w:lang w:eastAsia="zh-CN"/>
        </w:rPr>
        <w:t>　　20__年，全县食品安全监管工作在省、市局及县委县政府的正确领导下，深入贯彻落实党的十四大精神，以科学发展观统领全局，狠抓食品安全专项整治，全面提高食品安全监管保障水平；狠抓基层食品日常监管，不断规范食品市场秩序，切实保障了人民群众饮食安全，全年无一起食品安全事故，为全县经济社会又好又快发展作出了积极贡献，现将工作总结如下：</w:t>
      </w:r>
      <w:r>
        <w:rPr>
          <w:lang w:eastAsia="zh-CN"/>
        </w:rPr>
        <w:br/>
      </w:r>
      <w:r>
        <w:rPr>
          <w:lang w:eastAsia="zh-CN"/>
        </w:rPr>
        <w:t>　　一、基本情况</w:t>
      </w:r>
      <w:r>
        <w:rPr>
          <w:lang w:eastAsia="zh-CN"/>
        </w:rPr>
        <w:br/>
      </w:r>
      <w:r>
        <w:rPr>
          <w:lang w:eastAsia="zh-CN"/>
        </w:rPr>
        <w:t>　　我县登记注册的各类食品市场主体共有2724户，其中种养殖环节82户（企业69户，个体工商户13户），生产加工环节305户（企业13户，个体工商户292户），流通环节1813户（企业42户，个体工商户1771户），餐饮服务环节524户（企业8户，个体工商户516户）。</w:t>
      </w:r>
      <w:r>
        <w:rPr>
          <w:lang w:eastAsia="zh-CN"/>
        </w:rPr>
        <w:br/>
      </w:r>
      <w:r>
        <w:rPr>
          <w:lang w:eastAsia="zh-CN"/>
        </w:rPr>
        <w:t>　　二、工作情况</w:t>
      </w:r>
      <w:r>
        <w:rPr>
          <w:lang w:eastAsia="zh-CN"/>
        </w:rPr>
        <w:br/>
      </w:r>
      <w:r>
        <w:rPr>
          <w:lang w:eastAsia="zh-CN"/>
        </w:rPr>
        <w:t>　　（一）统领食品安全工作全局，完善食品安全责任体系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是争取县委县政府召开了食品药品安全工作会，研究、安排、部署食品安全工作。3月26日，召开了全县食品药品监督管理工作会议，县直各单位、分管乡镇长及各涉药单位领导共200多人参加了会议，总结了20__年工作，安排部署了20__年的任务，县政府与各相关单位签定了目标管理责任书，相关企业负责人在会上进行了公开承诺，县四大家领导参加会议，县委常委副县长陶丹做了重要讲话，为完成全年食品药品目标责任奠定了坚实的基础。二是深化完善目标管理考核，强化食品安全责任，确保任务抓落实。按照县委县政府的要求，我们在县政府与各级各部门签定责任书的基础上，狠抓各项措施的组织实施，上半年组织相关部门对各乡镇政府、各部门工作完成情况进行半年督查。三是进一步完善联合办公、联合执法、联合信息发布三联工作机制，强化了食品安全长效监管措施。按照“谁主管、谁负责”原则，把监管责任落实到各个职能部门，收到了良好效果。今年定期召开食品安全工作联席会议5次；相关部门联合开展执法7次，形成了整体合力；及时收集、整理、分析、传递、报送食品安全监管信息，进一步整合食品安全信息资源，规范食品安全监管信息发布行为，全年共发布食品安全信息4次。各乡镇及相关部门严格执行食品安全信息报告制度，有效地预防了重大食品安全事故的发生。</w:t>
      </w:r>
      <w:r>
        <w:rPr>
          <w:lang w:eastAsia="zh-CN"/>
        </w:rPr>
        <w:br/>
      </w:r>
      <w:r>
        <w:rPr>
          <w:lang w:eastAsia="zh-CN"/>
        </w:rPr>
        <w:t xml:space="preserve">    中学食品安全工作总结 篇4 </w:t>
      </w:r>
      <w:r>
        <w:rPr>
          <w:lang w:eastAsia="zh-CN"/>
        </w:rPr>
        <w:br/>
      </w:r>
      <w:r>
        <w:rPr>
          <w:lang w:eastAsia="zh-CN"/>
        </w:rPr>
        <w:t>　　我校食堂食品安全工作在县食品药品监督管理局和县教育局坚强领导下，围绕学校食品安全无小事和确保全校学校师生身体健康的主题，通过扎实工作，不断创新工作方法，取得了可喜的成绩。现就所做的工作总结于下：</w:t>
      </w:r>
      <w:r>
        <w:rPr>
          <w:lang w:eastAsia="zh-CN"/>
        </w:rPr>
        <w:br/>
      </w:r>
      <w:r>
        <w:rPr>
          <w:lang w:eastAsia="zh-CN"/>
        </w:rPr>
        <w:t>　　一、多方面强化学校食品安全的监管：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1、狠抓制度建设：学校食堂严格按照A级食堂的管理要求，规范各种操作流程。从采购到验收到领料到切配到炒制到售卖都有详细的制度并上墙,食堂洗刷消毒记录专人负责。</w:t>
      </w:r>
      <w:r>
        <w:rPr>
          <w:lang w:eastAsia="zh-CN"/>
        </w:rPr>
        <w:br/>
      </w:r>
      <w:r>
        <w:rPr>
          <w:lang w:eastAsia="zh-CN"/>
        </w:rPr>
        <w:t>　　2、加强蔬菜的农药残留检测。为此，今年在我校和托管公司投资数万元购买了蔬菜和食品、添加剂的快速检测仪，杜绝农药残留和瘦肉精，最大程度保证师生的身心健康，为师生提供新鲜、绿色、安全、环保的蔬菜、肉类等食品。</w:t>
      </w:r>
      <w:r>
        <w:rPr>
          <w:lang w:eastAsia="zh-CN"/>
        </w:rPr>
        <w:br/>
      </w:r>
      <w:r>
        <w:rPr>
          <w:lang w:eastAsia="zh-CN"/>
        </w:rPr>
        <w:t>　　3、加强学校食堂监管：今年学期开学时，将今年食品安全工作的要求用承诺书的形式进行了承诺并公示，以此督促食堂加强自律。并且定期或不定期组织老师、家长和学生参观和测评食堂。</w:t>
      </w:r>
      <w:r>
        <w:rPr>
          <w:lang w:eastAsia="zh-CN"/>
        </w:rPr>
        <w:br/>
      </w:r>
      <w:r>
        <w:rPr>
          <w:lang w:eastAsia="zh-CN"/>
        </w:rPr>
        <w:t>　　二、多层次检查，确保监管落实：</w:t>
      </w:r>
      <w:r>
        <w:rPr>
          <w:lang w:eastAsia="zh-CN"/>
        </w:rPr>
        <w:br/>
      </w:r>
      <w:r>
        <w:rPr>
          <w:lang w:eastAsia="zh-CN"/>
        </w:rPr>
        <w:t>　　1、用打分的办法进行检查，每天由膳食科管理人员检查打分，发现问题及时解决，多次不改的处以经济罚款。</w:t>
      </w:r>
      <w:r>
        <w:rPr>
          <w:lang w:eastAsia="zh-CN"/>
        </w:rPr>
        <w:br/>
      </w:r>
      <w:r>
        <w:rPr>
          <w:lang w:eastAsia="zh-CN"/>
        </w:rPr>
        <w:t>　　2、配合县教育局进行了五次食品安全专项检查和整治:</w:t>
      </w:r>
      <w:r>
        <w:rPr>
          <w:lang w:eastAsia="zh-CN"/>
        </w:rPr>
        <w:br/>
      </w:r>
      <w:r>
        <w:rPr>
          <w:lang w:eastAsia="zh-CN"/>
        </w:rPr>
        <w:t>　　一是落实县教育局2月28日通知要求强化食品安全的责任意识，进行各项食品安全大检查，签订食品安全责任状；二是落实县教育局春季食品安全工作会议精神，确保春季食品安全，确保无食品中毒发生；三是结合食品安全互查存在的契机，整改存在的问题；四是结合县食品药品管理局3月13日会议精神，为小高考做好服务工作。五是做好重大节日的安全防范工作。</w:t>
      </w:r>
      <w:r>
        <w:rPr>
          <w:lang w:eastAsia="zh-CN"/>
        </w:rPr>
        <w:br/>
      </w:r>
      <w:r>
        <w:rPr>
          <w:lang w:eastAsia="zh-CN"/>
        </w:rPr>
        <w:t>　　3、杜绝地沟油和加强餐厨废弃物的管理。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食用油一律使用桶装油，不允许使用散装油，食用油索证索票齐全。餐厨废弃物深埋并有详细处理记录。</w:t>
      </w:r>
      <w:r>
        <w:rPr>
          <w:lang w:eastAsia="zh-CN"/>
        </w:rPr>
        <w:br/>
      </w:r>
      <w:r>
        <w:rPr>
          <w:lang w:eastAsia="zh-CN"/>
        </w:rPr>
        <w:t>　　4、加强米面食盐的专项检查和整治。</w:t>
      </w:r>
      <w:r>
        <w:rPr>
          <w:lang w:eastAsia="zh-CN"/>
        </w:rPr>
        <w:br/>
      </w:r>
      <w:r>
        <w:rPr>
          <w:lang w:eastAsia="zh-CN"/>
        </w:rPr>
        <w:t>　　对米面食盐供货商资质进行审查。</w:t>
      </w:r>
      <w:r>
        <w:rPr>
          <w:lang w:eastAsia="zh-CN"/>
        </w:rPr>
        <w:br/>
      </w:r>
      <w:r>
        <w:rPr>
          <w:lang w:eastAsia="zh-CN"/>
        </w:rPr>
        <w:t>　　尤其是食盐的采购纳入了索证索票范围，且做好了台帐。经检查没有发现使用散包装食盐现象，也没有发现使用不含碘盐和工业用盐等现象。</w:t>
      </w:r>
      <w:r>
        <w:rPr>
          <w:lang w:eastAsia="zh-CN"/>
        </w:rPr>
        <w:br/>
      </w:r>
      <w:r>
        <w:rPr>
          <w:lang w:eastAsia="zh-CN"/>
        </w:rPr>
        <w:t>　　三、抓好食品安全宣传教育工作。</w:t>
      </w:r>
      <w:r>
        <w:rPr>
          <w:lang w:eastAsia="zh-CN"/>
        </w:rPr>
        <w:br/>
      </w:r>
      <w:r>
        <w:rPr>
          <w:lang w:eastAsia="zh-CN"/>
        </w:rPr>
        <w:t>　　1、普及《食品安全法》。</w:t>
      </w:r>
      <w:r>
        <w:rPr>
          <w:lang w:eastAsia="zh-CN"/>
        </w:rPr>
        <w:br/>
      </w:r>
      <w:r>
        <w:rPr>
          <w:lang w:eastAsia="zh-CN"/>
        </w:rPr>
        <w:t>　　2、进行食品安全月系列活动</w:t>
      </w:r>
      <w:r>
        <w:rPr>
          <w:lang w:eastAsia="zh-CN"/>
        </w:rPr>
        <w:br/>
      </w:r>
      <w:r>
        <w:rPr>
          <w:lang w:eastAsia="zh-CN"/>
        </w:rPr>
        <w:t>　　我们印制了1000多份宣传资料，印发了告家长书、告学生书，极大程度提高了师生的食品安全意识，也使家长对学校食品安全工作有了直观的理解。</w:t>
      </w:r>
      <w:r>
        <w:rPr>
          <w:lang w:eastAsia="zh-CN"/>
        </w:rPr>
        <w:br/>
      </w:r>
      <w:r>
        <w:rPr>
          <w:lang w:eastAsia="zh-CN"/>
        </w:rPr>
        <w:t>　　3、做好食品管理人员的培训。</w:t>
      </w:r>
      <w:r>
        <w:rPr>
          <w:lang w:eastAsia="zh-CN"/>
        </w:rPr>
        <w:br/>
      </w:r>
      <w:r>
        <w:rPr>
          <w:lang w:eastAsia="zh-CN"/>
        </w:rPr>
        <w:t>　　以上是我们今年至今食品安全工作方面所做的点滴工作，但离上级的要求和学校的期待还有一定的差距，今后我们一定发奋努力，使这项工作做得更好。</w:t>
      </w:r>
      <w:r>
        <w:rPr>
          <w:lang w:eastAsia="zh-CN"/>
        </w:rPr>
        <w:br/>
      </w:r>
      <w:r>
        <w:rPr>
          <w:lang w:eastAsia="zh-CN"/>
        </w:rPr>
        <w:t xml:space="preserve">    中学食品安全工作总结 篇5 </w:t>
      </w:r>
      <w:r>
        <w:rPr>
          <w:lang w:eastAsia="zh-CN"/>
        </w:rPr>
        <w:br/>
      </w:r>
      <w:r>
        <w:rPr>
          <w:lang w:eastAsia="zh-CN"/>
        </w:rPr>
        <w:t>　　20__年为期一周的食品宣传周宣传活动将结束，我校认真贯彻教体局的文件精神。在学校，开展食品安全宣传。</w:t>
      </w:r>
      <w:r>
        <w:rPr>
          <w:lang w:eastAsia="zh-CN"/>
        </w:rPr>
        <w:br/>
      </w:r>
      <w:r>
        <w:rPr>
          <w:lang w:eastAsia="zh-CN"/>
        </w:rPr>
        <w:t>　　一、健全组织，完善制度，明确责任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根据上级文件精神，我校完成了食品卫生安全工作工作小组。由校长担任组长，教导担任副组长，各班班主任担任成员。我校无食堂食品问题，所以主抓学生日常饮食行为习惯，教育学生安全饮食，卫生用餐。</w:t>
      </w:r>
      <w:r>
        <w:rPr>
          <w:lang w:eastAsia="zh-CN"/>
        </w:rPr>
        <w:br/>
      </w:r>
      <w:r>
        <w:rPr>
          <w:lang w:eastAsia="zh-CN"/>
        </w:rPr>
        <w:t>　　二、加强学习，提高认识</w:t>
      </w:r>
      <w:r>
        <w:rPr>
          <w:lang w:eastAsia="zh-CN"/>
        </w:rPr>
        <w:br/>
      </w:r>
      <w:r>
        <w:rPr>
          <w:lang w:eastAsia="zh-CN"/>
        </w:rPr>
        <w:t>　　为了使每个成员增强自己的责任感、使命感。学校召开了食品卫生安全会议，传达上级有关文件精神，学习了《中华人民共和国食品安全传》、《中华人民共和国食品安全实施条例》等法律法规，让他们树立安全第一，预防为主的思想，使他们明白“安全责任重于泰山”的道理，教育需从点滴做起，从小事做起，小到一颗菜，一粒米，大到一顿饭，时时讲安全，处处讲安全，真正做好防患于未然，严防中毒事故发生。要求班主任老师主题班会、黑板报等形式，经常不断的教育学生注意安全。要求他们不要随地到校外小摊上买不卫生的零食吃，养成良好的卫生习惯，针对流行病季节性特征，以立度戒备心观，从小处、细处入手，做好流行病的预防，宣传教育工作。</w:t>
      </w:r>
      <w:r>
        <w:rPr>
          <w:lang w:eastAsia="zh-CN"/>
        </w:rPr>
        <w:br/>
      </w:r>
      <w:r>
        <w:rPr>
          <w:lang w:eastAsia="zh-CN"/>
        </w:rPr>
        <w:t>　　三、积极落实上级布置的宣传活动</w:t>
      </w:r>
      <w:r>
        <w:rPr>
          <w:lang w:eastAsia="zh-CN"/>
        </w:rPr>
        <w:br/>
      </w:r>
      <w:r>
        <w:rPr>
          <w:lang w:eastAsia="zh-CN"/>
        </w:rPr>
        <w:t>　　（一）举办一次食品卫生安全知识视频观影</w:t>
      </w:r>
      <w:r>
        <w:rPr>
          <w:lang w:eastAsia="zh-CN"/>
        </w:rPr>
        <w:br/>
      </w:r>
      <w:r>
        <w:rPr>
          <w:lang w:eastAsia="zh-CN"/>
        </w:rPr>
        <w:t>　　围绕“同心携手，维护食品安全”为主题，进一步贯彻落实镇教委办文件精神，不断提高食品安全知识的知晓率。</w:t>
      </w:r>
      <w:r>
        <w:rPr>
          <w:lang w:eastAsia="zh-CN"/>
        </w:rPr>
        <w:br/>
      </w:r>
      <w:r>
        <w:rPr>
          <w:lang w:eastAsia="zh-CN"/>
        </w:rPr>
        <w:t>　　（二）各班上节约食品安全为主题的《健康教育课》使学生近一步掌握食品卫生安全知识；</w:t>
      </w:r>
      <w:r>
        <w:rPr>
          <w:lang w:eastAsia="zh-CN"/>
        </w:rPr>
        <w:br/>
      </w:r>
      <w:r>
        <w:rPr>
          <w:lang w:eastAsia="zh-CN"/>
        </w:rPr>
        <w:t>　　（三）召开食品安全主题班会，以“同心携手，维护食品安全”为主题。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（四）办一期以食品安全为主题的《卫生与健康》宣传栏，通过广播、黑板报等多种形式的学生介绍有关食品安全的知识。</w:t>
      </w:r>
      <w:r>
        <w:rPr>
          <w:lang w:eastAsia="zh-CN"/>
        </w:rPr>
        <w:br/>
      </w:r>
      <w:r>
        <w:rPr>
          <w:lang w:eastAsia="zh-CN"/>
        </w:rPr>
        <w:t>　　（五）挂了一幅“同心携手，维护食品安全”的宣传标语。</w:t>
      </w:r>
      <w:r>
        <w:rPr>
          <w:lang w:eastAsia="zh-CN"/>
        </w:rPr>
        <w:br/>
      </w:r>
      <w:r>
        <w:rPr>
          <w:lang w:eastAsia="zh-CN"/>
        </w:rPr>
        <w:t>　　四、存在的问题及解决措施。</w:t>
      </w:r>
      <w:r>
        <w:rPr>
          <w:lang w:eastAsia="zh-CN"/>
        </w:rPr>
        <w:br/>
      </w:r>
      <w:r>
        <w:rPr>
          <w:lang w:eastAsia="zh-CN"/>
        </w:rPr>
        <w:t>　　学校食品卫生安全工作任重道远，还需要我们继续加大力度：今天我们强化如下方面的工作：</w:t>
      </w:r>
      <w:r>
        <w:rPr>
          <w:lang w:eastAsia="zh-CN"/>
        </w:rPr>
        <w:br/>
      </w:r>
      <w:r>
        <w:rPr>
          <w:lang w:eastAsia="zh-CN"/>
        </w:rPr>
        <w:t>　　（一）进一步加强校领导的食品安全意识，切实树立“学生健康安全第一”的思想，落实各项监管责任；</w:t>
      </w:r>
      <w:r>
        <w:rPr>
          <w:lang w:eastAsia="zh-CN"/>
        </w:rPr>
        <w:br/>
      </w:r>
      <w:r>
        <w:rPr>
          <w:lang w:eastAsia="zh-CN"/>
        </w:rPr>
        <w:t>　　（二）对学生进行食品安全教育，增进学生自我保护，意识和技能；</w:t>
      </w:r>
      <w:r>
        <w:rPr>
          <w:lang w:eastAsia="zh-CN"/>
        </w:rPr>
        <w:br/>
      </w:r>
      <w:r>
        <w:rPr>
          <w:lang w:eastAsia="zh-CN"/>
        </w:rPr>
        <w:t>　　（三）控制学生乱买小摊位相关食品和饮用品。</w:t>
      </w:r>
      <w:r>
        <w:rPr>
          <w:lang w:eastAsia="zh-CN"/>
        </w:rPr>
        <w:br/>
      </w:r>
      <w:r>
        <w:rPr>
          <w:lang w:eastAsia="zh-CN"/>
        </w:rPr>
        <w:t>　　总之，我校将在今后的教育教学工作中，持之以恒地抓好学校食品安全宣传工作，确保校园食品安全。</w:t>
      </w:r>
      <w:r>
        <w:rPr>
          <w:lang w:eastAsia="zh-CN"/>
        </w:rPr>
        <w:br/>
      </w:r>
      <w:r>
        <w:rPr>
          <w:lang w:eastAsia="zh-CN"/>
        </w:rPr>
        <w:t xml:space="preserve">    中学食品安全工作总结 篇6 </w:t>
      </w:r>
      <w:r>
        <w:rPr>
          <w:lang w:eastAsia="zh-CN"/>
        </w:rPr>
        <w:br/>
      </w:r>
      <w:r>
        <w:rPr>
          <w:lang w:eastAsia="zh-CN"/>
        </w:rPr>
        <w:t>　　在县委、县政府的高度重视下，在县食安办的精心指导下，我镇积极开展了食品安全整治工作，食品安全工作取得了一定的成效，现将我镇20__年食品安全工作开展情况总结如下：</w:t>
      </w:r>
      <w:r>
        <w:rPr>
          <w:lang w:eastAsia="zh-CN"/>
        </w:rPr>
        <w:br/>
      </w:r>
      <w:r>
        <w:rPr>
          <w:lang w:eastAsia="zh-CN"/>
        </w:rPr>
        <w:t>　　一、加强领导，狠抓落实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一是站在保证群众身体安全的高度，充分重视食品安全工作。镇党委、政府将食品安全工作纳入议事日程研究，并将食品安全工作列入目标，作为镇政府重点工作来抓。二是成立组织，切实加强领导。成立了以镇长为组长的食品安全工作领导小组，由一名班子成员直接抓，领导小组下设办公室，具体负责食品安全日常工作。真正做到了领导力量到位，人员配备到位，确保食品安全工作按照上级要求有条不紊地进行。</w:t>
      </w:r>
      <w:r>
        <w:rPr>
          <w:lang w:eastAsia="zh-CN"/>
        </w:rPr>
        <w:br/>
      </w:r>
      <w:r>
        <w:rPr>
          <w:lang w:eastAsia="zh-CN"/>
        </w:rPr>
        <w:t>　　二、健全制度，规范运作</w:t>
      </w:r>
      <w:r>
        <w:rPr>
          <w:lang w:eastAsia="zh-CN"/>
        </w:rPr>
        <w:br/>
      </w:r>
      <w:r>
        <w:rPr>
          <w:lang w:eastAsia="zh-CN"/>
        </w:rPr>
        <w:t>　　今年以来，我镇先后制定完善了食品安全工作方面的各项制度。同时，镇政府分别与各行政村、社区及相关单位签订了食品安全工作目标责任书，各村(社区)明确了一名村干部、一名村医为协管员、信息员，构建食品安络。通过建立健全各项规章制度，做到有章可循，有据可依，有序而作。</w:t>
      </w:r>
      <w:r>
        <w:rPr>
          <w:lang w:eastAsia="zh-CN"/>
        </w:rPr>
        <w:br/>
      </w:r>
      <w:r>
        <w:rPr>
          <w:lang w:eastAsia="zh-CN"/>
        </w:rPr>
        <w:t>　　三、加强宣传，营造氛围</w:t>
      </w:r>
      <w:r>
        <w:rPr>
          <w:lang w:eastAsia="zh-CN"/>
        </w:rPr>
        <w:br/>
      </w:r>
      <w:r>
        <w:rPr>
          <w:lang w:eastAsia="zh-CN"/>
        </w:rPr>
        <w:t>　　一是加大食品安全法宣传。根据我镇实际情况，制定了__镇食品安全宣传方案，重点突出了对《食品安全法》的宣传。通过出动宣传车、标语、横幅、电子屏等方式开展食品安全宣传活动。在镇政府、菜市场及人口密集的地方悬挂横幅标语，在各村张贴食品安全彩图。并制作了食品安全知识展板、宣传栏，在主要干道书写了墙体标语。二是是加强培训。利用村干部开会时间对各村信息员进行了《食品安全法》培训。并积极组织相关人员参加县里组织的培训会。会同镇农办、畜牧站对种植、养殖大户进行无公害种植、养殖技术以及动物防疫培训。三是将食品安全知识纳入到学校的健康教育课。辖区各中小学校在课堂上向学生宣讲食品安全小知识和生活小常识，增强学生食品安全意识。</w:t>
      </w:r>
      <w:r>
        <w:rPr>
          <w:lang w:eastAsia="zh-CN"/>
        </w:rPr>
        <w:br/>
      </w:r>
      <w:r>
        <w:rPr>
          <w:lang w:eastAsia="zh-CN"/>
        </w:rPr>
        <w:t>　　四、开展整治，保障安全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根据县食安办食品安全整治工作要求，结合我镇具体情况，及时制定了各个阶段的食品安全整治工作方案，明确了整治重点、责任分工、工作要求，使整治工作按照要求有步骤开展。春节期间进行了食品安全排查活动。四月份配合县职能部门对全镇火锅店、菜市场、冷库等羊肉摊点进行排查。6月份配合县食安办在_街集中开展食品安全宣传周活动。我镇出动宣传车一辆，悬挂横幅两条，制作食品安全展板两块、发放宣传材料300余份，通过展览演示、实地观摩、现场服务、咨询答辩等形式，对群众解疑释惑，教授识假辨假方法，普及食品安全法律法规知识。10月份，配合县综治办、县公安局、县交警大队、县消防大队、县卫生局、县工商局等相关单位组成的检查组对全镇学生食品、消防、交通和治安等四项安全大检查，检查中对学校食堂的卫生状况，从业人员的健康证，饭样留存时间、数量，食盐的含碘情况，原材料进货来源等逐一询问、检查，并对存在的问题提出整改意见，问题严重的单位下发停办通知。通过对__镇铜山饭店、四海茶楼、味道食府等几家饭店的检查，所有单位的营业执照、卫生许可证、从业人员健康证等证件齐全，消防设施配套，进货台账和消毒记录完善，后厨卫生清洁，货物存放布局合理，县领导对我镇食品安全工作予以充分肯定。11月份，配合县职能部门对全镇的宾馆、饭店、商场、超市、职工食堂、洗浴中心等单位安全问题逐一排查，对营业场所卫生条件差的，购物台账和消毒记录不健全的单位，当场下达整改通知书。对证照不齐的，限期整改，无证经营的，停业整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五、调查摸底，健全档案</w:t>
      </w:r>
      <w:r>
        <w:rPr>
          <w:lang w:eastAsia="zh-CN"/>
        </w:rPr>
        <w:br/>
      </w:r>
      <w:r>
        <w:rPr>
          <w:lang w:eastAsia="zh-CN"/>
        </w:rPr>
        <w:t>　　对辖区内的食品流通企业、餐饮店、食品加工企业、种养大户进行调查摸底，造册登记，逐步建立健全档案，全面了解和掌握食品安全情况，为扎实有效开展食品安全工作奠定了基础。</w:t>
      </w:r>
      <w:r>
        <w:rPr>
          <w:lang w:eastAsia="zh-CN"/>
        </w:rPr>
        <w:br/>
      </w:r>
      <w:r>
        <w:rPr>
          <w:lang w:eastAsia="zh-CN"/>
        </w:rPr>
        <w:t>　　虽然我们在食品安全工作上做了一定的成绩，但还存在着一些问题，与上级的期望和群众的要求还有差距，如办公室人员少，力量有限，一定程度上影响了正常工作的开展；食品小作坊有待进一步规范；企业道德诚信和社会责任缺失；市场准入门槛低等。针对存在的问题，20__年要做好以下工作：</w:t>
      </w:r>
      <w:r>
        <w:rPr>
          <w:lang w:eastAsia="zh-CN"/>
        </w:rPr>
        <w:br/>
      </w:r>
      <w:r>
        <w:rPr>
          <w:lang w:eastAsia="zh-CN"/>
        </w:rPr>
        <w:t>　　一、进一步完善食品安全各项规章制度，切实将相关制度落到实处</w:t>
      </w:r>
      <w:r>
        <w:rPr>
          <w:lang w:eastAsia="zh-CN"/>
        </w:rPr>
        <w:br/>
      </w:r>
      <w:r>
        <w:rPr>
          <w:lang w:eastAsia="zh-CN"/>
        </w:rPr>
        <w:t>　　将根据我镇食品安全工作需要，进一步制定完善相关工作制度，力求使各种规章制度行之有效，发挥应有的作用，确保全镇食品安全工作正常开展。</w:t>
      </w:r>
      <w:r>
        <w:rPr>
          <w:lang w:eastAsia="zh-CN"/>
        </w:rPr>
        <w:br/>
      </w:r>
      <w:r>
        <w:rPr>
          <w:lang w:eastAsia="zh-CN"/>
        </w:rPr>
        <w:t>　　二、坚持以食品安全专项整治为重点，继续实施食品放心工程</w:t>
      </w:r>
      <w:r>
        <w:rPr>
          <w:lang w:eastAsia="zh-CN"/>
        </w:rPr>
        <w:br/>
      </w:r>
      <w:r>
        <w:rPr>
          <w:lang w:eastAsia="zh-CN"/>
        </w:rPr>
        <w:t>　　食品安全专项整治是一项长期的工作，在认真总结和分析上半年整治成效和经验的基础上，结合我镇种植养殖业、生产加工业、经营流通业、餐饮业食品安全工作实际，积极配合上级各职能部门，制定切实可行的整治方案。加强对重点环节、重点区域、重点品种和重点对象的集中整治。</w:t>
      </w:r>
      <w:r>
        <w:rPr>
          <w:lang w:eastAsia="zh-CN"/>
        </w:rPr>
        <w:br/>
      </w:r>
      <w:r>
        <w:rPr>
          <w:lang w:eastAsia="zh-CN"/>
        </w:rPr>
        <w:t>　　三、继续加强食品安全宣传教育力度，强化社会监督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组织相关部门充分利用各种宣传煤体和宣传手段，继续组织开展内容丰富、形式多样的食品安全宣传教育活动，进一步普及食品安全法律法规和食品安全常识，增强食品生产经营单位和从业人员的法律责任和自律意识，同时也让群众了解和掌握食品安全的基本知识、假冒伪劣食品鉴别的基本方法、依法维权的基本程序，切实提高群众的食品安全意识和防范能力，养成良好的消费观念和消费习惯，自觉筑起食品安全防线；教育和指导农村群众科学使用低毒、高效、低残留农药生产无公害农产品、绿色食品和有机食品；不断提高社会各界对食品安全的关注程度，形成人人关注食品安全，人人参与食品安全的良好社会氛围。</w:t>
      </w:r>
      <w:r>
        <w:rPr>
          <w:lang w:eastAsia="zh-CN"/>
        </w:rPr>
        <w:br/>
      </w:r>
      <w:r>
        <w:rPr>
          <w:lang w:eastAsia="zh-CN"/>
        </w:rPr>
        <w:t xml:space="preserve">    中学食品安全工作总结 篇7 </w:t>
      </w:r>
      <w:r>
        <w:rPr>
          <w:lang w:eastAsia="zh-CN"/>
        </w:rPr>
        <w:br/>
      </w:r>
      <w:r>
        <w:rPr>
          <w:lang w:eastAsia="zh-CN"/>
        </w:rPr>
        <w:t>　　为了深入贯彻落实《食品安全法》及上级相关文件精神，进一步宣传普及食品安全法规和科学饮食知识，保障学生身心健康，全面培养小学生的食品安全意识，按照局文件精神，我校于6月中、下旬精心组织开展了食品安全宣传周活动。现将活动情况总结如下:</w:t>
      </w:r>
      <w:r>
        <w:rPr>
          <w:lang w:eastAsia="zh-CN"/>
        </w:rPr>
        <w:br/>
      </w:r>
      <w:r>
        <w:rPr>
          <w:lang w:eastAsia="zh-CN"/>
        </w:rPr>
        <w:t>　　一、开展了以“尚德守法全面提升食品安全法制化水平”为主题的一系列宣传教育活动。</w:t>
      </w:r>
      <w:r>
        <w:rPr>
          <w:lang w:eastAsia="zh-CN"/>
        </w:rPr>
        <w:br/>
      </w:r>
      <w:r>
        <w:rPr>
          <w:lang w:eastAsia="zh-CN"/>
        </w:rPr>
        <w:t>　　二、成立了食品安全周宣传活动领导小组，制定了工作方案。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三、在学校醒目的地方张贴标语“培养良好饮食习惯，促进儿童健康发展”。各班利用主题班会，紧紧围绕“不生食、喝开水、勤洗手，不吃无证饮食摊食品”等内容，反复教育学生不得购买路边小摊贩的不洁食品，告诫学生饭前、便后勤洗手，谨防病从口入。积极开展食品安全知识宣传活动。出一期健康教育专刊，在校园内营造良好的食品安全氛围的同时，着力提高学生的自我保护能力和卫生防病意识。</w:t>
      </w:r>
      <w:r>
        <w:rPr>
          <w:lang w:eastAsia="zh-CN"/>
        </w:rPr>
        <w:br/>
      </w:r>
      <w:r>
        <w:rPr>
          <w:lang w:eastAsia="zh-CN"/>
        </w:rPr>
        <w:t>　　四、大力督查校园周边的违规摊点，学校请城管、派出所等部门配合，对学校周边的所有摊点进行清理和整顿，让不法商贩没有立足之地。</w:t>
      </w:r>
      <w:r>
        <w:rPr>
          <w:lang w:eastAsia="zh-CN"/>
        </w:rPr>
        <w:br/>
      </w:r>
      <w:r>
        <w:rPr>
          <w:lang w:eastAsia="zh-CN"/>
        </w:rPr>
        <w:t>　　五、教育学生不买校外摊点、小贩的商品。不到校门外的流动摊点及不卫生的餐点吃饭，让没有营业照、不卫生的小吃点没有市场，确保师生的饮食卫生。</w:t>
      </w:r>
      <w:r>
        <w:rPr>
          <w:lang w:eastAsia="zh-CN"/>
        </w:rPr>
        <w:br/>
      </w:r>
      <w:r>
        <w:rPr>
          <w:lang w:eastAsia="zh-CN"/>
        </w:rPr>
        <w:t>　　六、开展了学校食堂安全卫生督查，学校要求食堂食品物品必须分类、分架、离地存放，定期检查，及时处理变质或过期的食品，强调加强留样、生熟分开、残余物流向等管理工作。</w:t>
      </w:r>
      <w:r>
        <w:rPr>
          <w:lang w:eastAsia="zh-CN"/>
        </w:rPr>
        <w:br/>
      </w:r>
      <w:r>
        <w:rPr>
          <w:lang w:eastAsia="zh-CN"/>
        </w:rPr>
        <w:t>　　我校在这一系列活动的实施中，把食品安全宣传教育有机地融入日常教育教学工作中，让学生在愉快的学习、活动中提高了食品安全意识和自我保护意识，从而为学生的健康成长提供文明、安全、良好的物质环境和人文环境，有效的保障了师生的身心健康。</w:t>
      </w:r>
      <w:r>
        <w:rPr>
          <w:lang w:eastAsia="zh-CN"/>
        </w:rPr>
        <w:br/>
      </w:r>
      <w:r>
        <w:rPr>
          <w:lang w:eastAsia="zh-CN"/>
        </w:rPr>
        <w:t xml:space="preserve">    中学食品安全工作总结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为切实加强食品安全工作，认真贯彻落实国务院和省、市、县相关文件精神，我局把食品安全工作作为今年工作的重点和中心任务，作为事关广大人民群众的根本利益、事关人民群众的身体健康和生命安全、事关党和政府形象的大事来抓。一年来，在县委、县政府和市商务局的正确领导下，在县食品安全委员会的具体指导下，在各有关部门的大力支持配合下，我局全面动员，统一思想，提高认识，明确责任，精心组织，周密安排。认真开展流通领域食品安全监督管理和服务工作，经过艰苦努力，取得了一定的成绩。现将我局食品安全工作情况总结汇报如下：</w:t>
      </w:r>
      <w:r>
        <w:rPr>
          <w:lang w:eastAsia="zh-CN"/>
        </w:rPr>
        <w:br/>
      </w:r>
      <w:r>
        <w:rPr>
          <w:lang w:eastAsia="zh-CN"/>
        </w:rPr>
        <w:t>　　一、加强生猪定点屠宰工作的监管力度</w:t>
      </w:r>
      <w:r>
        <w:rPr>
          <w:lang w:eastAsia="zh-CN"/>
        </w:rPr>
        <w:br/>
      </w:r>
      <w:r>
        <w:rPr>
          <w:lang w:eastAsia="zh-CN"/>
        </w:rPr>
        <w:t>　　为了加强对生猪定点屠宰工作的监管，我局加强执法检查，坚持“内管外查”的工作方针，从生猪屠宰的源头抓起，严格“两证”、检疫、检验制度，对屠宰场内的检验、卫生消毒、运输等设施进行定期检查，严厉打击了私屠滥宰、白板肉、病害肉等不法行为。同时，开展生猪屠宰专项整治工作，明确工作重点，严格规范屠宰企业的经营行为，建立健全生猪疫病标识追溯制度，统一的台帐和证章制度，对私屠滥宰等行为的投诉举报制度，对流通环节以制度形式进行程序监控，严厉打击私屠滥宰现象，私屠滥宰现象得到遏制。在重大节假日或其它地区有重大疫情发生时，我们坚持对生猪屠宰场实行“日报制”，牢固树立“安全第一，预防为主”意识，及时掌握生猪的产地和数量，确保节假日、疫情控制期市民们吃上优质肉、放心肉。</w:t>
      </w:r>
      <w:r>
        <w:rPr>
          <w:lang w:eastAsia="zh-CN"/>
        </w:rPr>
        <w:br/>
      </w:r>
      <w:r>
        <w:rPr>
          <w:lang w:eastAsia="zh-CN"/>
        </w:rPr>
        <w:t>　　（一）强化组织领导，明确责任。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我局依照国务院和省、市、县相关文件精神要求。为切实做好我县生猪定点屠宰专项整治工作，我局高度重视，并成立了以局长为组长，分管副局长为副组长、相关股室人员为成员的专项整治工作领导小组，明确指导思想、工作职责、整治内容、整治目标等，确保整治工作有序开展。同时组织生猪定点屠宰企业负责人召开肉食品安全工作会议，认真学习《生猪屠宰管理条例》、《生猪屠宰管理条例实施办法》等法律法规和商务部、省商务厅和市局相关文件精神，进一步提高生猪定点屠宰企业负责人的社会责任感及肉食品安全防范意识，提升其管理水平，有效预防和杜绝了肉食品安全事故的发生。</w:t>
      </w:r>
      <w:r>
        <w:rPr>
          <w:lang w:eastAsia="zh-CN"/>
        </w:rPr>
        <w:br/>
      </w:r>
      <w:r>
        <w:rPr>
          <w:lang w:eastAsia="zh-CN"/>
        </w:rPr>
        <w:t>　　（二）强化生猪定点屠宰监管确保肉品质量安全。</w:t>
      </w:r>
      <w:r>
        <w:rPr>
          <w:lang w:eastAsia="zh-CN"/>
        </w:rPr>
        <w:br/>
      </w:r>
      <w:r>
        <w:rPr>
          <w:lang w:eastAsia="zh-CN"/>
        </w:rPr>
        <w:t>　　为进一步加强生猪屠宰管理，规范生猪屠宰行为。一是督促和指导生猪定点屠宰企业进一步健全完善生猪进出厂检验检疫、台账登记、病害猪无害化处理等各项规章制度；二是要求企业严格按照生猪屠宰操作规程和技术要求进行屠宰，对经检验检疫合格的生猪在出厂前做好相关记录，并按规定加盖检验检疫合格印章方可出厂销售，对经检验不合格的生猪产品及时进行无害化处理，禁止流入市场销售。</w:t>
      </w:r>
      <w:r>
        <w:rPr>
          <w:lang w:eastAsia="zh-CN"/>
        </w:rPr>
        <w:br/>
      </w:r>
      <w:r>
        <w:rPr>
          <w:lang w:eastAsia="zh-CN"/>
        </w:rPr>
        <w:t>　　（三）强化规范屠宰，突出重点，严格检查。</w:t>
      </w:r>
      <w:r>
        <w:rPr>
          <w:lang w:eastAsia="zh-CN"/>
        </w:rPr>
        <w:br/>
      </w:r>
      <w:r>
        <w:rPr>
          <w:lang w:eastAsia="zh-CN"/>
        </w:rPr>
        <w:t>　　在专项整治中，按照工作职责认真开展生猪屠宰及肉食品市场专项整治工作，对辖区内生猪定点屠宰厂重点检查了肉品检疫检验等管理制度的落实情况、台账登记情况、屠宰操作规程规范情况等。严厉查处私屠滥宰、制售注水肉、病害肉和违反《生猪定点屠宰条例》等扰乱屠宰行业和猪肉市场经营秩序的行为。通过抽查，未查出有“瘦肉精”的生猪及肉制品、病害及注水猪肉流入市场；对检查发现的问题及时向企业提出了整改意见，并下发了整改通知，对企业整改落实情况进行跟踪检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（四）广泛开展宣传，营造良好氛围。</w:t>
      </w:r>
      <w:r>
        <w:rPr>
          <w:lang w:eastAsia="zh-CN"/>
        </w:rPr>
        <w:br/>
      </w:r>
      <w:r>
        <w:rPr>
          <w:lang w:eastAsia="zh-CN"/>
        </w:rPr>
        <w:t>　　在活动开展以来，充分利用信息报送、网络发布等方式，进行广泛宣传。采用宣传活动标语和发放宣传资料、现场咨询等方式，参与开展了食品安全活动周宣传活动。此次专项活动共悬挂宣传横幅2幅，发放各种宣传资料500余份。</w:t>
      </w:r>
      <w:r>
        <w:rPr>
          <w:lang w:eastAsia="zh-CN"/>
        </w:rPr>
        <w:br/>
      </w:r>
      <w:r>
        <w:rPr>
          <w:lang w:eastAsia="zh-CN"/>
        </w:rPr>
        <w:t>　　二、加强酒类市场工作的监管力度</w:t>
      </w:r>
      <w:r>
        <w:rPr>
          <w:lang w:eastAsia="zh-CN"/>
        </w:rPr>
        <w:br/>
      </w:r>
      <w:r>
        <w:rPr>
          <w:lang w:eastAsia="zh-CN"/>
        </w:rPr>
        <w:t>　　今年，我局酒类商品市场管理工作认真贯彻落实省、市、县工有关精神，以整顿酒类市场为重点，严把市场准入关，狠抓《酒类流通管理办法》和《四川省酒类管理条例》的贯彻落实，打击制售假冒伪劣酒类商品的违法活动，逐步建立统一、开放、竞争、有序的酒类商品市场。</w:t>
      </w:r>
      <w:r>
        <w:rPr>
          <w:lang w:eastAsia="zh-CN"/>
        </w:rPr>
        <w:br/>
      </w:r>
      <w:r>
        <w:rPr>
          <w:lang w:eastAsia="zh-CN"/>
        </w:rPr>
        <w:t>　　（一）做好酒类产销许可证的核发工作</w:t>
      </w:r>
      <w:r>
        <w:rPr>
          <w:lang w:eastAsia="zh-CN"/>
        </w:rPr>
        <w:br/>
      </w:r>
      <w:r>
        <w:rPr>
          <w:lang w:eastAsia="zh-CN"/>
        </w:rPr>
        <w:t>　　为规范我县酒类行业的经营主体资格，维护酒类市场的正常秩序，根据商务部《酒类流通管理办法》和《四川省酒类管理条例》的规定，认真做好酒类产销许可证的核发工作。今年度新办酒类产销许可证39家。通过换发证进一步加强对酒类经营企业主体资格、经营范围、经营条件和经营地址等的清理工作，依法查处无证照生产经营行为。对于证照不符者，要求其办理换证手续；对已停止经营业务企业的酒类产销许可证予以注销；对办理的证件，进行年检，确保证件登记内容与实际情况相符。逐步建立健全全县酒类生产、经营企业基本情况档案。</w:t>
      </w:r>
      <w:r>
        <w:rPr>
          <w:lang w:eastAsia="zh-CN"/>
        </w:rPr>
        <w:br/>
      </w:r>
      <w:r>
        <w:rPr>
          <w:lang w:eastAsia="zh-CN"/>
        </w:rPr>
        <w:t>　　（二）坚决溯源制度，规范经营行为。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严格执法，以检查随附单制度、不得向未成年人销售酒类商品执行情况为重点，今年我局已向酒类批发户企业发放随附单57本，向酒类经营者发放不向未成年人销售酒类商品警示标志195张。通过对其执行情况进行检查发现，主要存在以下问题：</w:t>
      </w:r>
      <w:r>
        <w:rPr>
          <w:lang w:eastAsia="zh-CN"/>
        </w:rPr>
        <w:br/>
      </w:r>
      <w:r>
        <w:rPr>
          <w:lang w:eastAsia="zh-CN"/>
        </w:rPr>
        <w:t>　　一是对随附单填写不规范。在检查中往往看到有相当一部分经营者随附单填写内容不全，或不填备案登记号或未加盖企业有效印章。</w:t>
      </w:r>
      <w:r>
        <w:rPr>
          <w:lang w:eastAsia="zh-CN"/>
        </w:rPr>
        <w:br/>
      </w:r>
      <w:r>
        <w:rPr>
          <w:lang w:eastAsia="zh-CN"/>
        </w:rPr>
        <w:t>　　二是对不向未成年人销售酒类商品警示标志的警示作用认识不够，张贴位置不符合要求。有一部分经营者找种种理由不将标志张贴到醒目位置，致使标志的警示作用难以充分发挥。</w:t>
      </w:r>
      <w:r>
        <w:rPr>
          <w:lang w:eastAsia="zh-CN"/>
        </w:rPr>
        <w:br/>
      </w:r>
      <w:r>
        <w:rPr>
          <w:lang w:eastAsia="zh-CN"/>
        </w:rPr>
        <w:t>　　针对出现的问题，我们积极应对，对随附单的填写进行现场指导，加大对《随附单》的宣传力度，对相关经营者进行培训，保证《随附单》制度深入实施；同时运用教育、督促、处罚等手段，教育经营者自觉执行不向未成年人售酒的规定，严肃查处向未成年人售酒的行为，并在醒目位置明示警示标志。</w:t>
      </w:r>
      <w:r>
        <w:rPr>
          <w:lang w:eastAsia="zh-CN"/>
        </w:rPr>
        <w:br/>
      </w:r>
      <w:r>
        <w:rPr>
          <w:lang w:eastAsia="zh-CN"/>
        </w:rPr>
        <w:t>　　（三）加大执法检查力度，维护市场秩序。</w:t>
      </w:r>
      <w:r>
        <w:rPr>
          <w:lang w:eastAsia="zh-CN"/>
        </w:rPr>
        <w:br/>
      </w:r>
      <w:r>
        <w:rPr>
          <w:lang w:eastAsia="zh-CN"/>
        </w:rPr>
        <w:t>　　全年我局出动执法人员475人（次），车辆112台（次），共检查酒类商品零售商381户（次），酒类批发户13家（次），查封过期和不合格酒类商品127瓶，销毁不合格酒类商品354瓶，检查生猪屠宰企业12家（次），检查生猪销售摊位254户（次）。责令停业整改21户，出具《责令整改通知书》21份，行政处罚11起。</w:t>
      </w:r>
      <w:r>
        <w:rPr>
          <w:lang w:eastAsia="zh-CN"/>
        </w:rPr>
        <w:br/>
      </w:r>
      <w:r>
        <w:rPr>
          <w:lang w:eastAsia="zh-CN"/>
        </w:rPr>
        <w:t>　　三、存在的主要问题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一是执法力量薄弱，执法队伍有待于加强。执法水平和办案质量进一步提高。</w:t>
      </w:r>
      <w:r>
        <w:rPr>
          <w:lang w:eastAsia="zh-CN"/>
        </w:rPr>
        <w:br/>
      </w:r>
      <w:r>
        <w:rPr>
          <w:lang w:eastAsia="zh-CN"/>
        </w:rPr>
        <w:t>　　二是生猪定点屠宰及肉品市场监管牵涉职能部门多，消除监管死角，净化肉品市场，高效开展稽查工作难度过大。</w:t>
      </w:r>
      <w:r>
        <w:rPr>
          <w:lang w:eastAsia="zh-CN"/>
        </w:rPr>
        <w:br/>
      </w:r>
      <w:r>
        <w:rPr>
          <w:lang w:eastAsia="zh-CN"/>
        </w:rPr>
        <w:t>　　三是乡镇定点屠宰工作全面展开难度较大，特别是边远农村地区。其人口稀散，实施定点屠宰后，成本提高，肉品价格上扬，老百姓难以接受。</w:t>
      </w:r>
      <w:r>
        <w:rPr>
          <w:lang w:eastAsia="zh-CN"/>
        </w:rPr>
        <w:br/>
      </w:r>
      <w:r>
        <w:rPr>
          <w:lang w:eastAsia="zh-CN"/>
        </w:rPr>
        <w:t>　　四是酒类商品经营点多面广，经营规模普遍较小，加之小店时开时停，这就加大了执法监管的难度。</w:t>
      </w:r>
      <w:r>
        <w:rPr>
          <w:lang w:eastAsia="zh-CN"/>
        </w:rPr>
        <w:br/>
      </w:r>
      <w:r>
        <w:rPr>
          <w:lang w:eastAsia="zh-CN"/>
        </w:rPr>
        <w:t>　　四、20__年工作打算</w:t>
      </w:r>
      <w:r>
        <w:rPr>
          <w:lang w:eastAsia="zh-CN"/>
        </w:rPr>
        <w:br/>
      </w:r>
      <w:r>
        <w:rPr>
          <w:lang w:eastAsia="zh-CN"/>
        </w:rPr>
        <w:t>　　（一）切实加强生猪定点屠宰管理工作。</w:t>
      </w:r>
      <w:r>
        <w:rPr>
          <w:lang w:eastAsia="zh-CN"/>
        </w:rPr>
        <w:br/>
      </w:r>
      <w:r>
        <w:rPr>
          <w:lang w:eastAsia="zh-CN"/>
        </w:rPr>
        <w:t>　　针对存在的问题，我们将切实按照商务部和省商务厅“进一步加强生猪屠宰管理，严厉打击私屠滥宰，确保肉品质量安全”的指示精神和要求，进一步加强生猪定点屠宰管理工作，扎实推进定点屠宰向纵深发展，建立长效监管机制，进一步保障肉品质量安全。</w:t>
      </w:r>
      <w:r>
        <w:rPr>
          <w:lang w:eastAsia="zh-CN"/>
        </w:rPr>
        <w:br/>
      </w:r>
      <w:r>
        <w:rPr>
          <w:lang w:eastAsia="zh-CN"/>
        </w:rPr>
        <w:t>　　一是加强定点屠宰规划管理，加快机械化屠宰进程。进一步提升改造机械化屠宰，逐步淘汰和关闭落后的手工操作，实行规模化经营，规范化发展。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二是加大联合执法检查力度，严厉打击私屠滥宰，制售“瘦肉精”猪、注水猪、病害猪等违法行为。加强与各部门合作，发挥各自管理职能的'优势，强化日常监管，开展定期不定期的联合检查活动，从严查处不法行为。建立多部门猪肉质量安全监管工作协调机制，继续加大执法力度，形成长效监管机制，确保不出现生猪肉食品安全事件发生。</w:t>
      </w:r>
      <w:r>
        <w:rPr>
          <w:lang w:eastAsia="zh-CN"/>
        </w:rPr>
        <w:br/>
      </w:r>
      <w:r>
        <w:rPr>
          <w:lang w:eastAsia="zh-CN"/>
        </w:rPr>
        <w:t>　　三是全面推行肉品品质强制检验制度和专业技术人员持证上岗制度。督促和指导生猪定点屠宰场肉品品质检验人员学习检验业务知识，提高检验人员检验能力。</w:t>
      </w:r>
      <w:r>
        <w:rPr>
          <w:lang w:eastAsia="zh-CN"/>
        </w:rPr>
        <w:br/>
      </w:r>
      <w:r>
        <w:rPr>
          <w:lang w:eastAsia="zh-CN"/>
        </w:rPr>
        <w:t>　　四是完善制度，建立长效监管机制。进一步健全完善生猪屠宰管理和屠宰场内部管理各项制度，严格屠宰厂设立和退出制度、生猪及肉品运销和检验检疫制度以及执法检查制度等。</w:t>
      </w:r>
      <w:r>
        <w:rPr>
          <w:lang w:eastAsia="zh-CN"/>
        </w:rPr>
        <w:br/>
      </w:r>
      <w:r>
        <w:rPr>
          <w:lang w:eastAsia="zh-CN"/>
        </w:rPr>
        <w:t>　　（二）强化酒类市场监管工作。</w:t>
      </w:r>
      <w:r>
        <w:rPr>
          <w:lang w:eastAsia="zh-CN"/>
        </w:rPr>
        <w:br/>
      </w:r>
      <w:r>
        <w:rPr>
          <w:lang w:eastAsia="zh-CN"/>
        </w:rPr>
        <w:t>　　一是强化舆论宣传。进一步强化对《条例》、《办法》及酒类商品知识的宣传咨询活动，提高广大人民群众的鉴别能力和自我防护意识，增强酒类企业依法经营的意识，提高消费者自我维权的能力。同时和新闻媒体合作，及时通报工作进展情况，并定期公示整治结果。会同工商、质检等部门对辖区内销售的酒类商品进行抽样检验，特别是对诚信经营者及重大违法行为、监督监测结果定期在新闻媒体及时予以曝光，从而形成群众参与监督，全社会广泛支持的良好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二是严格市场准入。要建立严格的酒类商品备案登记、随附单制度和购销登记制度，严格执行索证索票制度，建立进销货台帐，做到票随货走，货票相符，对来源不清，销售去向不明的行为，坚决予以查处。酒类经销商须从证照合法的生产、批发企业购进酒类商品，从而依法规范酒类商品经营者的经营行为，建立健全规范的酒类商品市场体系，完善酒类商品质量准入规则。</w:t>
      </w:r>
      <w:r>
        <w:rPr>
          <w:lang w:eastAsia="zh-CN"/>
        </w:rPr>
        <w:br/>
      </w:r>
      <w:r>
        <w:rPr>
          <w:lang w:eastAsia="zh-CN"/>
        </w:rPr>
        <w:t>　　三是加强对酒类商品广告的管理。对新上市的酒类商品，必须持相关资料到县商务局登记备案，持有《酒类商品备案登记表》后，方可进行广告宣传销售。</w:t>
      </w:r>
      <w:r>
        <w:rPr>
          <w:lang w:eastAsia="zh-CN"/>
        </w:rPr>
        <w:br/>
      </w:r>
      <w:r>
        <w:rPr>
          <w:lang w:eastAsia="zh-CN"/>
        </w:rPr>
        <w:t>　　四是加大随附单的查处力度。按照程序对证照齐全的经销户发放随附单，工作向一线倾斜，对零售经营户加大随附单的查处力度。由零售商向批发商索取《随附单》，批发商向生产厂家索取《随附单》，逆向查处，顺向管理，充分维护“三者”的合法利益。</w:t>
      </w:r>
      <w:r>
        <w:rPr>
          <w:lang w:eastAsia="zh-CN"/>
        </w:rPr>
        <w:br/>
      </w:r>
      <w:r>
        <w:rPr>
          <w:lang w:eastAsia="zh-CN"/>
        </w:rPr>
        <w:t>　　五是建立市场管理的长效机制，采取定期与不定期检查相结合的办法，加大整治查处力度。</w:t>
      </w:r>
      <w:r>
        <w:rPr>
          <w:lang w:eastAsia="zh-CN"/>
        </w:rPr>
        <w:br/>
      </w:r>
      <w:r>
        <w:rPr>
          <w:lang w:eastAsia="zh-CN"/>
        </w:rPr>
        <w:t xml:space="preserve">    中学食品安全工作总结 篇9 </w:t>
      </w:r>
      <w:r>
        <w:rPr>
          <w:lang w:eastAsia="zh-CN"/>
        </w:rPr>
        <w:br/>
      </w:r>
      <w:r>
        <w:rPr>
          <w:lang w:eastAsia="zh-CN"/>
        </w:rPr>
        <w:t>　　一年来，我镇的食品药品安全工作根据高新区食品药品监督管理局的统一安排部署，不断强化领导，严格落实责任，狠抓措施落实，通过加强领导，采取多种措施加强食品卫生法律法规及相关政策的学习宣传和贯彻实施工作，扎实开展食品药品安全专项整治，全面提升食品药品安全监管能力和水平，打好食品药品安全攻坚战，以达到努力使全镇群众吃上安全放心的食品。</w:t>
      </w:r>
      <w:r>
        <w:rPr>
          <w:lang w:eastAsia="zh-CN"/>
        </w:rPr>
        <w:br/>
      </w:r>
      <w:r>
        <w:rPr>
          <w:lang w:eastAsia="zh-CN"/>
        </w:rPr>
        <w:t>　　一、加强领导，健全管理体系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根据高新区食药局20__年度食品药品安全的相关要求，镇党委、政府以对人民生命高度负责的精神，切实加强领导，成立了以党委书记为组长，镇长、分管领导任副组长的食品安全领导小组，并成立以分管领导为办公室主任的高新区__镇食品安全委员会办公室，落实了专职和兼职人员。并在20个村（居）确定了1名食品药品监管协管员，由村主任兼任，承担食品安全隐患排查，农村坝坝宴信息报告，宣传引导等职责。</w:t>
      </w:r>
      <w:r>
        <w:rPr>
          <w:lang w:eastAsia="zh-CN"/>
        </w:rPr>
        <w:br/>
      </w:r>
      <w:r>
        <w:rPr>
          <w:lang w:eastAsia="zh-CN"/>
        </w:rPr>
        <w:t>　　二、加强宣传教育，提高群众安全意识</w:t>
      </w:r>
      <w:r>
        <w:rPr>
          <w:lang w:eastAsia="zh-CN"/>
        </w:rPr>
        <w:br/>
      </w:r>
      <w:r>
        <w:rPr>
          <w:lang w:eastAsia="zh-CN"/>
        </w:rPr>
        <w:t>　　做好食品药品安全工作，关键是抓好《食品安全法》和食品安全卫生知识的宣传教育，努力提高群众食品安全意识。</w:t>
      </w:r>
      <w:r>
        <w:rPr>
          <w:lang w:eastAsia="zh-CN"/>
        </w:rPr>
        <w:br/>
      </w:r>
      <w:r>
        <w:rPr>
          <w:lang w:eastAsia="zh-CN"/>
        </w:rPr>
        <w:t>　　镇食安办一直以来将食品安全宣传教育工作作为开展食品安全监督管理的一项基础工作，采取多种方式开展学习宣传工作，收到了良好效果。充分利用春节、端午等重要节假日和“食品安全周”发放宣传资料，通过设置街头宣传栏，悬挂横幅等形式，广泛深入地宣传食品安全知识。</w:t>
      </w:r>
      <w:r>
        <w:rPr>
          <w:lang w:eastAsia="zh-CN"/>
        </w:rPr>
        <w:br/>
      </w:r>
      <w:r>
        <w:rPr>
          <w:lang w:eastAsia="zh-CN"/>
        </w:rPr>
        <w:t>　　利用各种会议加强对村干部食品安全法规方面的专业培训，提高村干部的工作水平，进一步明确工作目标和任务。特别是在今年的食品安全周活动中，我镇召开专题会议，制作“夏季食品安全”宣传专栏，发放宣传资料共计200余份，悬挂“认准QS标志，购买放心食品”等标语，提高了群众的食品质量安全常识和意识。</w:t>
      </w:r>
      <w:r>
        <w:rPr>
          <w:lang w:eastAsia="zh-CN"/>
        </w:rPr>
        <w:br/>
      </w:r>
      <w:r>
        <w:rPr>
          <w:lang w:eastAsia="zh-CN"/>
        </w:rPr>
        <w:t>　　三、加强监管，扎实开展好各项工作</w:t>
      </w:r>
      <w:r>
        <w:rPr>
          <w:lang w:eastAsia="zh-CN"/>
        </w:rPr>
        <w:br/>
      </w:r>
      <w:r>
        <w:rPr>
          <w:lang w:eastAsia="zh-CN"/>
        </w:rPr>
        <w:t>　　食品安全关乎人民群众的身体健康，为保证群众饮食安全，我镇明确目标，加大整治力度。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一是在元旦、春节、清明节、劳动节、端午节等重大节假日，由我镇食安办牵头，联合工商、医院等单位进行了节前食品安全大检查，重点是对辖区内的餐饮单位和商店进行检查，检查重点是餐饮单位的卫生设施，操作流程，持证人员健康状况等。截止到8月底，群体性聚餐备案登记共计132起，并且在20个村（居）大力宣传食药监管成果及安全知识，开展农村群宴检查50起、建筑工地食堂食品安全检查共3次、学校食堂和零售药店等食品药品安全隐患排查整治共4次，签定食品安全承诺书40余份。</w:t>
      </w:r>
      <w:r>
        <w:rPr>
          <w:lang w:eastAsia="zh-CN"/>
        </w:rPr>
        <w:br/>
      </w:r>
      <w:r>
        <w:rPr>
          <w:lang w:eastAsia="zh-CN"/>
        </w:rPr>
        <w:t>　　二是积极配合上级部门开展学校食品安全专项检查。重点对__镇__幼儿园、__幼儿园、九年义务教育学校、__中学的食堂进行了检查。重点是检查操作间的卫生，餐用具清洁消毒留样情况等，要求学校要做好食品原材料的索证和验收登记台账，所有从业人员均持健康证上岗，确保学生食品安全。</w:t>
      </w:r>
      <w:r>
        <w:rPr>
          <w:lang w:eastAsia="zh-CN"/>
        </w:rPr>
        <w:br/>
      </w:r>
      <w:r>
        <w:rPr>
          <w:lang w:eastAsia="zh-CN"/>
        </w:rPr>
        <w:t>　　三是加强对农村坝坝宴的检查和登记，按照属地管理原则，由协管员切实履行上报和登记备案职责，镇食安办定期或不定期进行检查，同时对辖区内的乡厨进行登记备案。</w:t>
      </w:r>
      <w:r>
        <w:rPr>
          <w:lang w:eastAsia="zh-CN"/>
        </w:rPr>
        <w:br/>
      </w:r>
      <w:r>
        <w:rPr>
          <w:lang w:eastAsia="zh-CN"/>
        </w:rPr>
        <w:t>　　截止到8月底，群体性聚餐备案登记共计132起，并且在20个村（居）大力宣传食药监管成果及安全知识，开展农村群宴检查50起、建筑工地食堂食品安全检查共3次、学校食堂和零售药店等食品药品安全隐患排查整治共4次。</w:t>
      </w:r>
      <w:r>
        <w:rPr>
          <w:lang w:eastAsia="zh-CN"/>
        </w:rPr>
        <w:br/>
      </w:r>
      <w:r>
        <w:rPr>
          <w:lang w:eastAsia="zh-CN"/>
        </w:rPr>
        <w:t>　　四、存在的问题</w:t>
      </w:r>
      <w:r>
        <w:rPr>
          <w:lang w:eastAsia="zh-CN"/>
        </w:rPr>
        <w:br/>
      </w:r>
      <w:r>
        <w:rPr>
          <w:lang w:eastAsia="zh-CN"/>
        </w:rPr>
        <w:t>　　一是责任制落实不够，虽然领导机构已经不断完善，镇政府也与各村签订了目标责任书，但仍有极少数村对食品安全认识不到位。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二是农村坝坝宴安全隐患明显存在，由于农村群众文化水平较低，自我保护意识和食品安全意识不强，镇食安办监管人员专业水平不高，不具备执法权，食品安全形势依然严峻。</w:t>
      </w:r>
      <w:r>
        <w:rPr>
          <w:lang w:eastAsia="zh-CN"/>
        </w:rPr>
        <w:br/>
      </w:r>
      <w:r>
        <w:rPr>
          <w:lang w:eastAsia="zh-CN"/>
        </w:rPr>
        <w:t>　　五、工作思路</w:t>
      </w:r>
      <w:r>
        <w:rPr>
          <w:lang w:eastAsia="zh-CN"/>
        </w:rPr>
        <w:br/>
      </w:r>
      <w:r>
        <w:rPr>
          <w:lang w:eastAsia="zh-CN"/>
        </w:rPr>
        <w:t>　　一是继续加强对学校和的监管。学生的安全牵挂着无数的家庭，要时时督促学校及学校周边餐饮单位提高食品安全意识杜绝发生食物中毒和食源性疾病等事件。</w:t>
      </w:r>
      <w:r>
        <w:rPr>
          <w:lang w:eastAsia="zh-CN"/>
        </w:rPr>
        <w:br/>
      </w:r>
      <w:r>
        <w:rPr>
          <w:lang w:eastAsia="zh-CN"/>
        </w:rPr>
        <w:t>　　二是不断加强对群众食品安全的宣传教育，提高食品安全意识，继续开展内容丰富、形式多样的食品安全宣传教育活动，进一步普及食品安全法律法规和食品安全常识，让群众掌握假冒伪劣食品鉴别的基本方法，维权的基本程序，切实提高群众的食品安全意识和防范能力。</w:t>
      </w:r>
      <w:r>
        <w:rPr>
          <w:lang w:eastAsia="zh-CN"/>
        </w:rPr>
        <w:br/>
      </w:r>
      <w:r>
        <w:rPr>
          <w:lang w:eastAsia="zh-CN"/>
        </w:rPr>
        <w:t>　　三是采取经常性检查与突击性检查相结合的办法。经常性检查，组织相关职能部门，按季开展不少于一次的检查活动，每逢重大节假日期间，加强值班，开展食品安全检查。专项整治检查，主要是湖周农家乐和场镇餐饮单位和食品安全专项整治行动的开展。</w:t>
      </w:r>
      <w:r>
        <w:rPr>
          <w:lang w:eastAsia="zh-CN"/>
        </w:rPr>
        <w:br/>
      </w:r>
      <w:r>
        <w:rPr>
          <w:lang w:eastAsia="zh-CN"/>
        </w:rPr>
        <w:t>　　六、建议意见</w:t>
      </w:r>
      <w:r>
        <w:rPr>
          <w:lang w:eastAsia="zh-CN"/>
        </w:rPr>
        <w:br/>
      </w:r>
      <w:r>
        <w:rPr>
          <w:lang w:eastAsia="zh-CN"/>
        </w:rPr>
        <w:t>　　由于乡镇食安办人员专业水平有限，建议区食安办就乡镇食品安全监管的各项要求和指标如何判定和鉴别进行专业培训，提高工作能力。</w:t>
      </w:r>
      <w:r>
        <w:rPr>
          <w:lang w:eastAsia="zh-CN"/>
        </w:rPr>
        <w:br/>
      </w:r>
      <w:r>
        <w:rPr>
          <w:lang w:eastAsia="zh-CN"/>
        </w:rPr>
        <w:t xml:space="preserve">    中学食品安全工作总结 篇10 </w:t>
      </w:r>
      <w:r>
        <w:rPr>
          <w:lang w:eastAsia="zh-CN"/>
        </w:rPr>
        <w:br/>
      </w:r>
      <w:r>
        <w:rPr>
          <w:lang w:eastAsia="zh-CN"/>
        </w:rPr>
        <w:t>　　各企业提升食品安全监管水平。自专项整治行动开展以来，我们所共查处食品类案件，其中共查处食品无照经营户1，查处劣质奶粉案件，销售冒牌酒，罚没款2_元，案值1_元。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一、统一思想，明确职责。</w:t>
      </w:r>
      <w:r>
        <w:rPr>
          <w:lang w:eastAsia="zh-CN"/>
        </w:rPr>
        <w:br/>
      </w:r>
      <w:r>
        <w:rPr>
          <w:lang w:eastAsia="zh-CN"/>
        </w:rPr>
        <w:t>　　我们认真学习、深刻领会周金伙局长关于“十条措施”和市局七项制度的要求，充分认识食品安全是关联人民群众切身安全利益和社会安定的大事，在中秋、国庆期间节日市场食品安全专项整治的基础上，进一步加强对食品安全整治工作的部署和落实，结合省局的“十个提升”要求，强化对食品安全整治工作的督促、检查和知道，确保市场监管重心下移，将食品安全监管工作纳入片区管理，加强日常巡查和监管，按照属地管辖原则和“五定”方案把食品安全监管工作层层分解、落实到每个岗位，做到任务到片区，职责到监管员。</w:t>
      </w:r>
      <w:r>
        <w:rPr>
          <w:lang w:eastAsia="zh-CN"/>
        </w:rPr>
        <w:br/>
      </w:r>
      <w:r>
        <w:rPr>
          <w:lang w:eastAsia="zh-CN"/>
        </w:rPr>
        <w:t>　　二、加强重点，抓好落实。我们根据辖区实际，确定监管重点区域、重点市场、重点商品，按照“六查六看六打击”及“五个一律”、“五个一批”的要求，用心开展食品安全整治工作。在其他专项整治取得较好的效果的基础上，对粮食、肉类、水产类、蔬菜、水果、豆制品、奶制品、调味品等八大类日用消费品进行集中整治，加强对城乡结合部、边远山村和农村市场等薄弱环节进行监管，防止制假窝点，以次充好、假冒猥劣商品下乡转移，确保入市上柜食品的质量。</w:t>
      </w:r>
      <w:r>
        <w:rPr>
          <w:lang w:eastAsia="zh-CN"/>
        </w:rPr>
        <w:br/>
      </w:r>
      <w:r>
        <w:rPr>
          <w:lang w:eastAsia="zh-CN"/>
        </w:rPr>
        <w:t>　　三、加强监管，抓好专项整治行动。</w:t>
      </w:r>
      <w:r>
        <w:rPr>
          <w:lang w:eastAsia="zh-CN"/>
        </w:rPr>
        <w:br/>
      </w:r>
      <w:r>
        <w:rPr>
          <w:lang w:eastAsia="zh-CN"/>
        </w:rPr>
        <w:t>　　(一)开展中秋、国庆期间节日市场食品安全专项整治。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我们紧密结合20__年红盾行动要求，切实加强中秋国庆期间节日市场的巡查监管工作。按照省局要求把食品安全和商标广告作为监管执法的重点，而重中之重是要突出抓好食品安全的监管，不折不扣地落实周金伙局长在省局食品安全监管工作会议上提出的“十条措施”。同时组织力量落实市工商局《中秋国庆节日市场食品安全专项整治同意行动方案》中各个阶段的工作，打出声威、打出形象、打出实效。在节前我们组织检查，共出动2_次，5车次，检查相关经营户3，查获三无月饼76块，过期调味品21瓶。</w:t>
      </w:r>
      <w:r>
        <w:rPr>
          <w:lang w:eastAsia="zh-CN"/>
        </w:rPr>
        <w:br/>
      </w:r>
      <w:r>
        <w:rPr>
          <w:lang w:eastAsia="zh-CN"/>
        </w:rPr>
        <w:t>　　我们认真做好节日期间值班、政务请示、报告工作。我所节日期间实行24小时值班制度，认真受理消费者投诉。对值班人员严格要求，在岗在位、切实负责，确保通讯畅通。从9月27日至10月7日坚持每日报送制度，确保节日市场消费安全。</w:t>
      </w:r>
      <w:r>
        <w:rPr>
          <w:lang w:eastAsia="zh-CN"/>
        </w:rPr>
        <w:br/>
      </w:r>
      <w:r>
        <w:rPr>
          <w:lang w:eastAsia="zh-CN"/>
        </w:rPr>
        <w:t>　　(二)贯彻省局关于“责令停业整顿”行政处罚措施加大对销售不合格食品违法行为的监管力度专项整治。</w:t>
      </w:r>
      <w:r>
        <w:rPr>
          <w:lang w:eastAsia="zh-CN"/>
        </w:rPr>
        <w:br/>
      </w:r>
      <w:r>
        <w:rPr>
          <w:lang w:eastAsia="zh-CN"/>
        </w:rPr>
        <w:t>　　根据省局《关于适用“责令停业整顿”行政处罚措施加大对销售不合格食品违法经营行为的监管力度的通知》要求，为一发惩处食品违法经营行为，严格规律”、“五个一批”的要求严格执法，对无照经营食品类的经营者坚决取缔。城关所共出动25_次，检查41，共查获无照经营户1，依法立案查处1，罚款金额2_元，发出178份催办通知书，补办执照率达10。</w:t>
      </w:r>
      <w:r>
        <w:rPr>
          <w:lang w:eastAsia="zh-CN"/>
        </w:rPr>
        <w:br/>
      </w:r>
      <w:r>
        <w:rPr>
          <w:lang w:eastAsia="zh-CN"/>
        </w:rPr>
        <w:t>　　(三)治理“餐桌污染”实行商品质量快速检测工作专项整治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我们立足城关地区作为永春县的经济文化中心，共开展了有关的检查行动，出动3_次，检查有关个体经营户、企业7。对市、县局部署的需重点检查的商品进行严格监控，在城关农贸市场建立商品购销帐，实行信誉卡制度，同时进行检查，严厉查处仿冒知名商品特有的名称、包装、装潢、企业名称的行为，仿冒伪造产地等质量标志的行为，严厉查处利用新产品上市节日促销，巨奖销售，营销策划等对商品进行虚假宣传的误导行为，严厉打击囤积居奇、哄抬物价、欺行霸市，扰乱和破坏粮油市场秩序的行为。如今年1月份，我局对城东街陈某的批发店例行检查的时候，在其仓库发现当事人冒用他人厂名厂址的“五粮液”酒40瓶，我们根据《产品质量法》对其违法行为进行处罚。</w:t>
      </w:r>
      <w:r>
        <w:rPr>
          <w:lang w:eastAsia="zh-CN"/>
        </w:rPr>
        <w:br/>
      </w:r>
      <w:r>
        <w:rPr>
          <w:lang w:eastAsia="zh-CN"/>
        </w:rPr>
        <w:t>　　(四)粮食市场、陈化粮监管工作</w:t>
      </w:r>
      <w:r>
        <w:rPr>
          <w:lang w:eastAsia="zh-CN"/>
        </w:rPr>
        <w:br/>
      </w:r>
      <w:r>
        <w:rPr>
          <w:lang w:eastAsia="zh-CN"/>
        </w:rPr>
        <w:t>　　我们按照“属地管辖”原则，按片区职责对辖区内的粮食经营者，粮食仓储进行检查。我们成立了粮食市场监管领导小组，会同粮食、质监、卫生、教委、建委等有关部门加强对粮食购销企业、个体加工作坊购进的粮食进行清查，发现涉嫌劣质大米立即就地封存，及时送相关机构检测。</w:t>
      </w:r>
      <w:r>
        <w:rPr>
          <w:lang w:eastAsia="zh-CN"/>
        </w:rPr>
        <w:br/>
      </w:r>
      <w:r>
        <w:rPr>
          <w:lang w:eastAsia="zh-CN"/>
        </w:rPr>
        <w:t>　　(五)开展劣质大米、水果市场的专项整治</w:t>
      </w:r>
      <w:r>
        <w:rPr>
          <w:lang w:eastAsia="zh-CN"/>
        </w:rPr>
        <w:br/>
      </w:r>
      <w:r>
        <w:rPr>
          <w:lang w:eastAsia="zh-CN"/>
        </w:rPr>
        <w:t>　　我们充分发挥工商联络员在监管网络的作用，密切关注消费者对大米、水果等质量的投诉状况，一旦发现线索立即跟踪核查，依法处理。检查严厉打击打蜡上色或使用有毒有害物质加工以次充好的劣质水果。坚决查处违法使用冒牌水果标贴的行为，加强对水果批发市场的追踪，深挖造假加工窝点。检查水果经营主体资格，坚决取缔无照经营行为。</w:t>
      </w:r>
      <w:r>
        <w:rPr>
          <w:lang w:eastAsia="zh-CN"/>
        </w:rPr>
        <w:br/>
      </w:r>
      <w:r>
        <w:rPr>
          <w:lang w:eastAsia="zh-CN"/>
        </w:rPr>
        <w:t>　　四、强化服务意识，推行长效监管，确保执法服务双到位。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围绕服务当地经济发展这一大局，立足我所职能，结合辖区实际，用心探讨、制定各种长效监管措施，透过市场监管和行政指导相结合，促进了地方经济健康规步完善维权站规范的日常监管制度和工作机制，拓展工作范围和职责，充分发挥其在服务企业、消费者、市场监督等方面的作用。同时加强对联络员的法律法规知识、工商业务知识及有关商品质量知识培训，用心培育“红盾维权站联络员”，拓展工商行政管理职能，扩大监管面和服务面。</w:t>
      </w:r>
      <w:r>
        <w:rPr>
          <w:lang w:eastAsia="zh-CN"/>
        </w:rPr>
        <w:br/>
      </w:r>
      <w:r>
        <w:rPr>
          <w:lang w:eastAsia="zh-CN"/>
        </w:rPr>
        <w:t>　　用心开拓思路，探索服务企业新途径。以依托开发区建设管委会设立的县“探花山-榜德”开发区红盾维权站为阵地对企业的工商注册登记，商标使用注册、广告行为等进行指导，向企业带给各种注册、变更登记及年检表格。同时，探索由开发区建设管委会对新开业及变更、年检的企业进行。</w:t>
      </w:r>
      <w:r>
        <w:rPr>
          <w:lang w:eastAsia="zh-CN"/>
        </w:rPr>
        <w:br/>
      </w:r>
      <w:r>
        <w:rPr>
          <w:lang w:eastAsia="zh-CN"/>
        </w:rPr>
        <w:t xml:space="preserve">    中学食品安全工作总结 篇11 </w:t>
      </w:r>
      <w:r>
        <w:rPr>
          <w:lang w:eastAsia="zh-CN"/>
        </w:rPr>
        <w:br/>
      </w:r>
      <w:r>
        <w:rPr>
          <w:lang w:eastAsia="zh-CN"/>
        </w:rPr>
        <w:t>　　今年以来，在市委、政府统一领导下，经开发区认真开展食品安全监督管理工作，明晰工作思路，突出工作重点，加强日常监管，不断研究和创新工作机制，抓基础、抓薄弱、抓巩固与提高，在重点环节、重点时间加强监管，力图使工作在总体效果上取得新成绩。今年经开发区食品安全工作取得了一定的成绩，较好地完成了食品安全日常监管和专项整治工作任务，没有发生重大食品安全事故。现将今年以来的工作情况总结报告如下：</w:t>
      </w:r>
      <w:r>
        <w:rPr>
          <w:lang w:eastAsia="zh-CN"/>
        </w:rPr>
        <w:br/>
      </w:r>
      <w:r>
        <w:rPr>
          <w:lang w:eastAsia="zh-CN"/>
        </w:rPr>
        <w:t>　　一、领导重视，机构健全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高度重视食品安全工作，专门成立了食品专项整治工作领导小组，领导小组由经开发区党工委副书记、管委会主任_任组长，党工委委员、管委会副主任_任副组长，管委会各部室负责人为成员，切实加强食品安全工作的领导。各有关部室按照部门职责，各司其职，深入到辖区内的食品生产加工企业进行食品安全大检查，从生产销售等渠道堵塞食品安全漏洞，确保辖区内食品生产经营秩序良好，食品经济健康发展，食品质量和食品安全保障水平有较大提高，人民群众消费安全感进一步增强。</w:t>
      </w:r>
      <w:r>
        <w:rPr>
          <w:lang w:eastAsia="zh-CN"/>
        </w:rPr>
        <w:br/>
      </w:r>
      <w:r>
        <w:rPr>
          <w:lang w:eastAsia="zh-CN"/>
        </w:rPr>
        <w:t>　　二、广泛宣传，提高群众食品安全意识</w:t>
      </w:r>
      <w:r>
        <w:rPr>
          <w:lang w:eastAsia="zh-CN"/>
        </w:rPr>
        <w:br/>
      </w:r>
      <w:r>
        <w:rPr>
          <w:lang w:eastAsia="zh-CN"/>
        </w:rPr>
        <w:t>　　以“社会共治，同心携手维护食品安全”为主题，通过宣传栏、宣传车、LED屏、发放资料等手段广泛宣传食品安全知识，经常深入企业开展宣传活动，提高干部职工的安全意识和广大群众的自我防护能力。一年来共向食品企业发放安全法规多份，出动宣传车__余台次，咨询服务群众多人次，形成了全社会重视食品安全的良好氛围。</w:t>
      </w:r>
      <w:r>
        <w:rPr>
          <w:lang w:eastAsia="zh-CN"/>
        </w:rPr>
        <w:br/>
      </w:r>
      <w:r>
        <w:rPr>
          <w:lang w:eastAsia="zh-CN"/>
        </w:rPr>
        <w:t>　　三、扎实开展食品安全检查工作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一年来，经开发区组织人员定期不定期对辖区内的食品生产企业等重点区域进行深入细致的检查。每次检查都要对企业生产，储存，包装等领域进行检查，并填写检查情况，督促企业定期进行整治。同时要求企业认真做好进货，出货台账建立，加强行业自律，使企业自主自觉地达到守法生产的程度。认真开展食品安全专项整治百日行动，作好重大节假日期间食品监管，严厉打击食品生产企业非法添加和滥用食品添加剂行为、生产保健食品企业违法添加化学药物等违法行为、白酒生产企业有无非法添加、制假售假等行为。坚决关停取缔具有食品安全隐患的“两小”生产经营单位；严查食品生产企业食用油进货渠道，杜绝使用地沟油。全年共对区内食品生产企业进行安全检查__次，出动人员_余人次，查出和整改安全隐患_处。</w:t>
      </w:r>
      <w:r>
        <w:rPr>
          <w:lang w:eastAsia="zh-CN"/>
        </w:rPr>
        <w:br/>
      </w:r>
      <w:r>
        <w:rPr>
          <w:lang w:eastAsia="zh-CN"/>
        </w:rPr>
        <w:t>　　下一步，经开发区将进一步创新食品安全监管机制体制，整合监管力量，改进监管方法和手段，突出重点，破解难点，强化措施，以更加高效的工作，有力的监管措施，扎实推进食品安全工作。</w:t>
      </w:r>
      <w:r>
        <w:rPr>
          <w:lang w:eastAsia="zh-CN"/>
        </w:rPr>
        <w:br/>
      </w:r>
      <w:r>
        <w:rPr>
          <w:lang w:eastAsia="zh-CN"/>
        </w:rPr>
        <w:t xml:space="preserve">    中学食品安全工作总结 篇12 </w:t>
      </w:r>
      <w:r>
        <w:rPr>
          <w:lang w:eastAsia="zh-CN"/>
        </w:rPr>
        <w:br/>
      </w:r>
      <w:r>
        <w:rPr>
          <w:lang w:eastAsia="zh-CN"/>
        </w:rPr>
        <w:t>　　为认真落实、及时做好学校食品卫生安全防治工作，确保师生身心健康，维护正常的教育教学秩序，我校根据__市_关于认真落实及时做好学校食品卫生安全与传染病防治工作的重要通知》精神，正常有序开展了各项工作，现将20__作汇报如下：</w:t>
      </w:r>
      <w:r>
        <w:rPr>
          <w:lang w:eastAsia="zh-CN"/>
        </w:rPr>
        <w:br/>
      </w:r>
      <w:r>
        <w:rPr>
          <w:lang w:eastAsia="zh-CN"/>
        </w:rPr>
        <w:t>　　一、统一思想，提高认识，切实认识做好学校食品卫生安全工作的重要性</w:t>
      </w:r>
      <w:r>
        <w:rPr>
          <w:lang w:eastAsia="zh-CN"/>
        </w:rPr>
        <w:br/>
      </w:r>
      <w:r>
        <w:rPr>
          <w:lang w:eastAsia="zh-CN"/>
        </w:rPr>
        <w:t>　　我校在接到文件后，即由校长主持召开班子会议，要求一方面将文件精神传达至每一位教职工，要求广大教职员工从维护广大师生的根本利益和稳定学校大局出发，充分认识和重视学校食品卫生安全与秋季传染病预防和控制工作，另一方面根据实际情况，根据创建国家级卫生城市工作，具体落实措施，落实责任，加强督查和整改，及时做好防治工作。</w:t>
      </w:r>
      <w:r>
        <w:rPr>
          <w:lang w:eastAsia="zh-CN"/>
        </w:rPr>
        <w:br/>
      </w:r>
      <w:r>
        <w:rPr>
          <w:lang w:eastAsia="zh-CN"/>
        </w:rPr>
        <w:t>　　二、加强领导，落实责任，做好学校食品卫生安全防治工作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在班子会上，明确校长是第一责任人，分管校长是具体负责人，班主任教师和后勤工作人员要认真配合，积极做好具体工作。</w:t>
      </w:r>
      <w:r>
        <w:rPr>
          <w:lang w:eastAsia="zh-CN"/>
        </w:rPr>
        <w:br/>
      </w:r>
      <w:r>
        <w:rPr>
          <w:lang w:eastAsia="zh-CN"/>
        </w:rPr>
        <w:t>　　三、采取措施，加强预防，努力防止食物中毒事故的发生和传染病的流行</w:t>
      </w:r>
      <w:r>
        <w:rPr>
          <w:lang w:eastAsia="zh-CN"/>
        </w:rPr>
        <w:br/>
      </w:r>
      <w:r>
        <w:rPr>
          <w:lang w:eastAsia="zh-CN"/>
        </w:rPr>
        <w:t>　　我校严格按照《学校食堂与学生集体用餐卫生管理规定》和__市_生局《关于加强学校传染病预防控制工作的紧急通知》的要求，针对学校的实际，采取具体的预防措施，切实保障师生的身心健康。</w:t>
      </w:r>
      <w:r>
        <w:rPr>
          <w:lang w:eastAsia="zh-CN"/>
        </w:rPr>
        <w:br/>
      </w:r>
      <w:r>
        <w:rPr>
          <w:lang w:eastAsia="zh-CN"/>
        </w:rPr>
        <w:t>　　1、做好宣传工作。出好了一期宣传专校刊，在9月21日，由卫生管理人员赵__举_了一次防“传染病预防控制及其它卫生知识讲座。</w:t>
      </w:r>
      <w:r>
        <w:rPr>
          <w:lang w:eastAsia="zh-CN"/>
        </w:rPr>
        <w:br/>
      </w:r>
      <w:r>
        <w:rPr>
          <w:lang w:eastAsia="zh-CN"/>
        </w:rPr>
        <w:t>　　2、加强师生良好卫生习惯的养成与检查督促。要求保持教室、教师办公室、食堂的通风，大力增加教师、学生的户外活动，要求师生注意卫生，勤洗手，尽量少到人源较杂的地方去。</w:t>
      </w:r>
      <w:r>
        <w:rPr>
          <w:lang w:eastAsia="zh-CN"/>
        </w:rPr>
        <w:br/>
      </w:r>
      <w:r>
        <w:rPr>
          <w:lang w:eastAsia="zh-CN"/>
        </w:rPr>
        <w:t>　　3、加强消毒措施。食堂的炊具、餐具每天消毒;放学后，对教室等学生聚集场所进行漂消毒液拖地，门把手、课桌椅、护栏等易接触到的地方用漂消毒液擦拭。</w:t>
      </w:r>
      <w:r>
        <w:rPr>
          <w:lang w:eastAsia="zh-CN"/>
        </w:rPr>
        <w:br/>
      </w:r>
      <w:r>
        <w:rPr>
          <w:lang w:eastAsia="zh-CN"/>
        </w:rPr>
        <w:t>　　4、学生在放饭盒在蒸饭车中，由蒸饭教师负责监管，预防外来人员进入，造成食品安全事故发生。学生放完饭盒后，蒸饭教师一定要将食堂门锁好。</w:t>
      </w:r>
      <w:r>
        <w:rPr>
          <w:lang w:eastAsia="zh-CN"/>
        </w:rPr>
        <w:br/>
      </w:r>
      <w:r>
        <w:rPr>
          <w:lang w:eastAsia="zh-CN"/>
        </w:rPr>
        <w:t>　　大力开展我校大环境的整治，做到无死角。加强学校的卫生工作力度，将此项工作列为近期的重点工作来抓，抓措施、抓成效，做到常抓不懈，警钟长鸣，安全第一，预防为主。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xml:space="preserve">    中学食品安全工作总结 篇13 </w:t>
      </w:r>
      <w:r>
        <w:rPr>
          <w:lang w:eastAsia="zh-CN"/>
        </w:rPr>
        <w:br/>
      </w:r>
      <w:r>
        <w:rPr>
          <w:lang w:eastAsia="zh-CN"/>
        </w:rPr>
        <w:t>　　为了进一步加强食品安全的宣传教育，提高群众食品安全意识，筑牢食品安全事故防线，杜绝辖区内食源性疾病的发生，沙子乡卫生院在上级业务部门的帮助和支持下，于10月9日在乐纪片区组织开展“安全食品联万家食品安全靠大家”为主题的宣传活动。</w:t>
      </w:r>
      <w:r>
        <w:rPr>
          <w:lang w:eastAsia="zh-CN"/>
        </w:rPr>
        <w:br/>
      </w:r>
      <w:r>
        <w:rPr>
          <w:lang w:eastAsia="zh-CN"/>
        </w:rPr>
        <w:t>　　此次活动主要以横幅、发放宣传资料、现场答疑、义诊的形式开展，参与的群众络绎不绝，活动现场发放宣传资料、手册200余份，答疑50余人次，义诊30余人次，有效普及食品安全科普知识，提高了辖区群众“病从口入”防范意识，拓展群众食源性疾病防控知识面。</w:t>
      </w:r>
      <w:r>
        <w:rPr>
          <w:lang w:eastAsia="zh-CN"/>
        </w:rPr>
        <w:br/>
      </w:r>
      <w:r>
        <w:rPr>
          <w:lang w:eastAsia="zh-CN"/>
        </w:rPr>
        <w:t>　　活动还针对各大小超市、食品零售商店、餐馆等从事服务的人员进行面对面宣传、督导、讲解食品安全的重要性和危害性，提供食品安全事故报告电话，把食品安全知识宣传做到“村不漏户、户不漏人”，不留死角。</w:t>
      </w:r>
      <w:r>
        <w:rPr>
          <w:lang w:eastAsia="zh-CN"/>
        </w:rPr>
        <w:br/>
      </w:r>
      <w:r>
        <w:rPr>
          <w:lang w:eastAsia="zh-CN"/>
        </w:rPr>
        <w:t>　　本次活动得到了沙子乡人民政府、各村村委及上级业务部门的大力支持，最大程度地扩大宣传面，大力营造人人关心、重视食品安全的社会氛围，最大限度防范食源性疾病的发生，活动取得了预期效果。</w:t>
      </w:r>
      <w:r>
        <w:rPr>
          <w:lang w:eastAsia="zh-CN"/>
        </w:rPr>
        <w:br/>
      </w:r>
      <w:r>
        <w:rPr>
          <w:lang w:eastAsia="zh-CN"/>
        </w:rPr>
        <w:t xml:space="preserve">    中学食品安全工作总结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时光荏苒，__年已经悄然离我们而去，回首过去的一年，内心不禁感慨万千。一年来，在公司领导及各位同事的支持与帮助下，我严格要求自己，按照公司及车间的要求，较好地完成了自己的本职工作，并且通过努力，使自己在工作模式上有了新的突破，工作方式有了较大的改进。现将__年的工作情况总结如下：</w:t>
      </w:r>
      <w:r>
        <w:rPr>
          <w:lang w:eastAsia="zh-CN"/>
        </w:rPr>
        <w:br/>
      </w:r>
      <w:r>
        <w:rPr>
          <w:lang w:eastAsia="zh-CN"/>
        </w:rPr>
        <w:t>　　一、主要完成的工作</w:t>
      </w:r>
      <w:r>
        <w:rPr>
          <w:lang w:eastAsia="zh-CN"/>
        </w:rPr>
        <w:br/>
      </w:r>
      <w:r>
        <w:rPr>
          <w:lang w:eastAsia="zh-CN"/>
        </w:rPr>
        <w:t>　　1、班组的建设与管理得到加强</w:t>
      </w:r>
      <w:r>
        <w:rPr>
          <w:lang w:eastAsia="zh-CN"/>
        </w:rPr>
        <w:br/>
      </w:r>
      <w:r>
        <w:rPr>
          <w:lang w:eastAsia="zh-CN"/>
        </w:rPr>
        <w:t>　　冲压车间成立的时间不长，因其前身“__公司”的管理比较混乱，故在班组中存在着许多亟待解决问题。为了解决这些问题我采取了规范执行正激励制度的措施。对于班组表现较好的员工给予加考核分，而对于表现较差的员工则坚决扣除一定的考核分。由于采取了这种奖惩分明，公平公正的考核办法，班组员工的执行力得到了很大的提高而且提高了班组的凝聚力。</w:t>
      </w:r>
      <w:r>
        <w:rPr>
          <w:lang w:eastAsia="zh-CN"/>
        </w:rPr>
        <w:br/>
      </w:r>
      <w:r>
        <w:rPr>
          <w:lang w:eastAsia="zh-CN"/>
        </w:rPr>
        <w:t>　　2、狠抓安全管理</w:t>
      </w:r>
      <w:r>
        <w:rPr>
          <w:lang w:eastAsia="zh-CN"/>
        </w:rPr>
        <w:br/>
      </w:r>
      <w:r>
        <w:rPr>
          <w:lang w:eastAsia="zh-CN"/>
        </w:rPr>
        <w:t>　　冲压车间相对于公司其他车间来说安全隐患较多，比较容易出事故，在过去的__年里也发生了几起重大的工伤事故，这些事故给公司和车间带来的损失是巨大的。“愚者用鲜血换取教训，智者用教训避免事故”。身为一班之长，虽然所拥有的权力不是很大，但肩负着全班十几名员工的生命安全的重任。因此，对于安全工作我从未放松过，月月讲，天天讲。</w:t>
      </w:r>
      <w:r>
        <w:rPr>
          <w:lang w:eastAsia="zh-CN"/>
        </w:rPr>
        <w:br/>
      </w:r>
      <w:r>
        <w:rPr>
          <w:lang w:eastAsia="zh-CN"/>
        </w:rPr>
        <w:t>　　3、保证产品质量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随着公司规模的扩大和品牌知名度的日益提升，消费者对汽车的质量要求也越来越高，因此，公司高层对产品质量的重视程度也被提到了一个前所未有的高度。作为整车产业的龙头工艺，冲压车间所肩负的责任也越来越大。我深知作为车间班组长，自己的工作直接影响车间的工作质量。出于对公司的负责任，我在质量控制方面一直不敢有所松懈，积极与检验班的同事及时进行信息的沟通与交流，对于生产过程中出现的问题件，缺陷件从不轻易放过。同时加强员工对质量的重要性的认识，要求大家认真做好自检互检工作，确保不让一个问题件从本班组流入下一道工序。</w:t>
      </w:r>
      <w:r>
        <w:rPr>
          <w:lang w:eastAsia="zh-CN"/>
        </w:rPr>
        <w:br/>
      </w:r>
      <w:r>
        <w:rPr>
          <w:lang w:eastAsia="zh-CN"/>
        </w:rPr>
        <w:t>　　4、积极参与车间改善活动</w:t>
      </w:r>
      <w:r>
        <w:rPr>
          <w:lang w:eastAsia="zh-CN"/>
        </w:rPr>
        <w:br/>
      </w:r>
      <w:r>
        <w:rPr>
          <w:lang w:eastAsia="zh-CN"/>
        </w:rPr>
        <w:t>　　冲压车间就像一个大家庭，我每天生活工作在这个温暖的大家庭里，作为这个大家庭中的.一员我觉得我有义务和责任将她建设的更加美好和谐。因此，一年来，我积极参与车间的改善活动，并调动班组员工的积极性，利用集体的智慧对车间提出了许多有价值的改善。</w:t>
      </w:r>
      <w:r>
        <w:rPr>
          <w:lang w:eastAsia="zh-CN"/>
        </w:rPr>
        <w:br/>
      </w:r>
      <w:r>
        <w:rPr>
          <w:lang w:eastAsia="zh-CN"/>
        </w:rPr>
        <w:t>　　5、加强自身学习，提高业务水平</w:t>
      </w:r>
      <w:r>
        <w:rPr>
          <w:lang w:eastAsia="zh-CN"/>
        </w:rPr>
        <w:br/>
      </w:r>
      <w:r>
        <w:rPr>
          <w:lang w:eastAsia="zh-CN"/>
        </w:rPr>
        <w:t>　　由于感到自己身上的担子很重，而自己的学识、能力和阅历与一名优秀称职的班组长都有一定的距离，所以总不敢掉以轻心，一直在学习，向书本学习、向周围的领导学习，向同事学习，积极提高自身各项业务素质，努力提高工作效率和工作质量，争取工作的主动性。通过这一年的努力感觉自己还是有了一定的进步，能够比较从容地处理日常工作中出现的各类问题，在组织管理能力、综合分析能力、协调办事能力和文字言语表达能力等方面都有了很大的提高，保证了本岗位各项工作的正常运行，能够以正确的态度对待各项工作任务，具备较强的专业心，责任心。</w:t>
      </w:r>
      <w:r>
        <w:rPr>
          <w:lang w:eastAsia="zh-CN"/>
        </w:rPr>
        <w:br/>
      </w:r>
      <w:r>
        <w:rPr>
          <w:lang w:eastAsia="zh-CN"/>
        </w:rPr>
        <w:t>　　二、工作中出现的问题及解决方法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一年来，我敬业爱岗、创造性地开展工作，取得了一些成绩，但也存在一些问题和不足，主要表现在以下几点：</w:t>
      </w:r>
      <w:r>
        <w:rPr>
          <w:lang w:eastAsia="zh-CN"/>
        </w:rPr>
        <w:br/>
      </w:r>
      <w:r>
        <w:rPr>
          <w:lang w:eastAsia="zh-CN"/>
        </w:rPr>
        <w:t>　　1、安全生产方面</w:t>
      </w:r>
      <w:r>
        <w:rPr>
          <w:lang w:eastAsia="zh-CN"/>
        </w:rPr>
        <w:br/>
      </w:r>
      <w:r>
        <w:rPr>
          <w:lang w:eastAsia="zh-CN"/>
        </w:rPr>
        <w:t>　　安全管理没有做到位，力度不够；安全培训不到位；检查不到位。很多时候，由于员工的劳动强度较大，体力消耗较多，因此在完成当天的产量，做整理现场的工作中出现忽视安全的现象，更是有在劳保用品没有穿戴整齐的情况下进行操作的现象从而导致9月10月连续两次发生划伤事故。现在想来这两起事故的发生，我有着不可推卸的责任。首先：在组织班组日常安全培训的过程中没有真正做到让每一个员工时刻将安全生产牢记于心；其次：在安全检查方面没有做到全程跟踪全程检查；最后：在发生一次事故后没有及时总结经验教训，避免类似的事件再次的发生。使我的员工遭受痛苦，使车间的荣誉及利益受到损伤我很是自责。为此，我决定在今后的工作中加强安全培训的力度并改进相关培训的形式并强化班组安全员的责任感，使班组每位员工都认识到安全生产的重要性，从而形成“人人重视安全生产，人人参与安全生产”的良好氛围。</w:t>
      </w:r>
      <w:r>
        <w:rPr>
          <w:lang w:eastAsia="zh-CN"/>
        </w:rPr>
        <w:br/>
      </w:r>
      <w:r>
        <w:rPr>
          <w:lang w:eastAsia="zh-CN"/>
        </w:rPr>
        <w:t>　　2、质量控制方面</w:t>
      </w:r>
      <w:r>
        <w:rPr>
          <w:lang w:eastAsia="zh-CN"/>
        </w:rPr>
        <w:br/>
      </w:r>
    </w:p>
    <w:p w:rsidR="001B1F19" w14:textId="27C3F48A">
      <w:pPr>
        <w:rPr>
          <w:rFonts w:hint="eastAsia"/>
          <w:lang w:eastAsia="zh-CN"/>
        </w:rPr>
      </w:pPr>
      <w:r>
        <w:rPr>
          <w:lang w:eastAsia="zh-CN"/>
        </w:rPr>
        <w:t>　　质量是生产出来的，而不是检查出来的，就是说要讲全面质量管理，要按照目标要求认真抓好每一个环节，每一道工序。同时质量检查又十分重要，特别是在生产过程中的质量检查可以有效地避免发生质量事故和质量问题，变事后处理为事前预防和事中控制，变被动为主动。虽然目前公司从上至下都开始重视质量，但在实际操作过程中还是存在许多问题，尤其是班组之间的配合，例如在板料的运输和成品的装卸过程中还有许多有待改进的地方。要解决这些问题不是某一个班组努力就可以做好的，这需要几个相关班组的通力合作，我认为要想做好质量工作，必须把握“严、细、实”的原则，要严格管理，认真细致，狠抓落实。</w:t>
      </w:r>
      <w:r>
        <w:rPr>
          <w:lang w:eastAsia="zh-CN"/>
        </w:rPr>
        <w:br/>
      </w:r>
      <w:r>
        <w:rPr>
          <w:lang w:eastAsia="zh-CN"/>
        </w:rPr>
        <w:t xml:space="preserve">    中学食品安全工作总结 篇15 </w:t>
      </w:r>
      <w:r>
        <w:rPr>
          <w:lang w:eastAsia="zh-CN"/>
        </w:rPr>
        <w:br/>
      </w:r>
      <w:r>
        <w:rPr>
          <w:lang w:eastAsia="zh-CN"/>
        </w:rPr>
        <w:t>　　食品安全是关系到社区居民身体健康和生命安全、社会稳定和发展的大事，为了进一步加强食品安全工作，保障人民群众的饮食安全，根据区、街道有关文件精神，结合我社区实际，特制定20__年食品安全工作计划如下:</w:t>
      </w:r>
      <w:r>
        <w:rPr>
          <w:lang w:eastAsia="zh-CN"/>
        </w:rPr>
        <w:br/>
      </w:r>
      <w:r>
        <w:rPr>
          <w:lang w:eastAsia="zh-CN"/>
        </w:rPr>
        <w:t>　　一、加强领导，强化食品安全执法力度</w:t>
      </w:r>
      <w:r>
        <w:rPr>
          <w:lang w:eastAsia="zh-CN"/>
        </w:rPr>
        <w:br/>
      </w:r>
      <w:r>
        <w:rPr>
          <w:lang w:eastAsia="zh-CN"/>
        </w:rPr>
        <w:t>　　1、加强对食品安全工作的领导，成立社区食品安全工作小组，对本辖区内的食品安全负总责，全面加强本区域的食品安全监管和整治工作，积极支持执法监管部门开展工作。同时要确定专职食品安全监管人员。</w:t>
      </w:r>
      <w:r>
        <w:rPr>
          <w:lang w:eastAsia="zh-CN"/>
        </w:rPr>
        <w:br/>
      </w:r>
      <w:r>
        <w:rPr>
          <w:lang w:eastAsia="zh-CN"/>
        </w:rPr>
        <w:t>　　2、加强日常监管定期对辖区食品生产、加工、销售单位、学校、幼儿园、工地食堂定期进行检查，并及时更新台帐。及时传达和学习上级有关食品专项整治活动的会议和文件精神。根据各个时间段食品安全情况，在“五˙一”、“十˙一” 等重大节日组织开展有针对性的食品专项整治工作。</w:t>
      </w:r>
      <w:r>
        <w:rPr>
          <w:lang w:eastAsia="zh-CN"/>
        </w:rPr>
        <w:br/>
      </w:r>
      <w:r>
        <w:rPr>
          <w:lang w:eastAsia="zh-CN"/>
        </w:rPr>
        <w:t>　　二、宣传教育工作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https://d.book118.com/757033201154006045</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57033201154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