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副校长工作总结13篇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w:t>
      </w:r>
      <w:r>
        <w:rPr>
          <w:lang w:eastAsia="zh-CN"/>
        </w:rPr>
        <w:br/>
      </w:r>
      <w:r>
        <w:rPr>
          <w:lang w:eastAsia="zh-CN"/>
        </w:rPr>
        <w:t xml:space="preserve">    你是否曾经学习过一些优秀的范文呢？对于我们来说，首先要培养起学习范文的意识。我们可以借鉴那些写作技巧熟练、具备出色文笔的范文，让我们的文章更加有说服力。小编特意为大家准备了一篇名为“副校长工作总结”的范文，希望能给大家带来一些启发。阅读是一个永不停止的过程，欢迎大家参考更多相关资料！ </w:t>
      </w:r>
      <w:r>
        <w:rPr>
          <w:lang w:eastAsia="zh-CN"/>
        </w:rPr>
        <w:br/>
      </w:r>
      <w:r>
        <w:rPr>
          <w:lang w:eastAsia="zh-CN"/>
        </w:rPr>
        <w:t xml:space="preserve">    副校长工作总结(篇1) </w:t>
      </w:r>
      <w:r>
        <w:rPr>
          <w:lang w:eastAsia="zh-CN"/>
        </w:rPr>
        <w:br/>
      </w:r>
      <w:r>
        <w:rPr>
          <w:lang w:eastAsia="zh-CN"/>
        </w:rPr>
        <w:t xml:space="preserve">    自从任职以来，我怀着强烈的使命感和危机感，恪尽职守，求真务实，不断加强学习，努力进步个人涵养，始终明确自己的职责、摆正自己的位置，坚持从教师中来，到教师中去，努力营造领导与领导、领导与老师之间融洽的工作关系。积极协助江校长搞好学校的管理工作，抓好德育工作，把德育工作形成一个系统工程，使德育工作稳妥有序地开展。 </w:t>
      </w:r>
      <w:r>
        <w:rPr>
          <w:lang w:eastAsia="zh-CN"/>
        </w:rPr>
        <w:br/>
      </w:r>
      <w:r>
        <w:rPr>
          <w:lang w:eastAsia="zh-CN"/>
        </w:rPr>
        <w:t xml:space="preserve">    本人热爱教育、坚持党的基本原则、坚持党的教育方针贯彻。在师德行风建设及工作作风上，能遵章守纪、团结同事、务真求实.乐观上进，始终保持严谨认真的工作态度和一丝不苟的工作作风，时刻牢记党员的责任和义务，严格要求自己，在任何时候都要起到模范带头作用。 </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在教学工作方面，我担任语文教学工作，班级人数众多，又面临着新课程改革。我在教育教学工作中遇到了不少困难。针对这些情况，在教学中，认真钻研新大纲、吃透教材，积极开拓教学思路，把一些先进的教学理论、科学的教学方法及先进现代教学手段灵活运用于课堂教学中，努力培养学生的合作交流、自主探究、勇于创新的等能力。对个别的差生，能悉心辅导，经常面批作业，找出知识的薄弱环节，及时进行补漏。 </w:t>
      </w:r>
      <w:r>
        <w:rPr>
          <w:lang w:eastAsia="zh-CN"/>
        </w:rPr>
        <w:br/>
      </w:r>
      <w:r>
        <w:rPr>
          <w:lang w:eastAsia="zh-CN"/>
        </w:rPr>
        <w:t xml:space="preserve">    我深知副校长在学校领导班子中起着承上启下的作用，要在全校教职工中做模范，执行校长决策的表率。在担任副校长期间，我一直分管德育工作和教师管理工作。虽然涉及面广，头绪多、任务重，但在上级教育部门的指引下，在校长的带领下、在其他班子成员的配合下，在全体教职工的热情支持和帮助下，基本完成自己分管的所有工作。这三年的工作让我既欣慰又惭愧，欣慰的是我工作、生活在一个团结和谐且充满人情味的领导、教师群体中，是尊敬的领导、热情的教师们让我感受到了大家庭的温暖;惭愧的是由于自己工作经验不足，能力有限，为集体、老师们做的事情太少，现从以下三个方面对自己的德育工作进行汇报： </w:t>
      </w:r>
      <w:r>
        <w:rPr>
          <w:lang w:eastAsia="zh-CN"/>
        </w:rPr>
        <w:br/>
      </w:r>
      <w:r>
        <w:rPr>
          <w:lang w:eastAsia="zh-CN"/>
        </w:rPr>
        <w:t xml:space="preserve">    一、实实在在抓养成教育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良好习惯的养成是一个长期、渐进的过程，是一个教育与实践相结合的过程。我针对不同年级，不同训练阶段，确定相应的训练重点。从基本常规、细小之处进行规范训练，并注重反复抓，抓反复，就较好地实现了学生不良习惯的三个转化，即错误认识向正确认识的转化，正确认识向正确行为的转化，正确行为向良好习惯的转化。</w:t>
      </w:r>
      <w:r>
        <w:rPr>
          <w:lang w:eastAsia="zh-CN"/>
        </w:rPr>
        <w:t xml:space="preserve"> </w:t>
      </w:r>
      <w:r>
        <w:rPr>
          <w:lang w:eastAsia="zh-CN"/>
        </w:rPr>
        <w:br/>
      </w:r>
      <w:r>
        <w:rPr>
          <w:lang w:eastAsia="zh-CN"/>
        </w:rPr>
        <w:t xml:space="preserve">    1.培养良好的行为习惯 </w:t>
      </w:r>
      <w:r>
        <w:rPr>
          <w:lang w:eastAsia="zh-CN"/>
        </w:rPr>
        <w:br/>
      </w:r>
      <w:r>
        <w:rPr>
          <w:lang w:eastAsia="zh-CN"/>
        </w:rPr>
        <w:t xml:space="preserve">    学校德育工作成效首先体现在学生日常行为习惯和文明行为的养成上。本着“让良好的习惯伴你走向幸福的未来”这一理念，学校德育工作继续狠抓日常行为规范教育工作，以“安全、卫生”为重点，以行政值日和教师值日、学生值日为三级检查机制，采用激励措施调动各班积极性;每天不定时抽查并给予公布，每月底进行阶段小结，期末进行总评。通过全体师生的努力，学生安全卫生意识逐步养成，校园风貌焕然一新。 </w:t>
      </w:r>
      <w:r>
        <w:rPr>
          <w:lang w:eastAsia="zh-CN"/>
        </w:rPr>
        <w:br/>
      </w:r>
      <w:r>
        <w:rPr>
          <w:lang w:eastAsia="zh-CN"/>
        </w:rPr>
        <w:t xml:space="preserve">    2.制度、环境育人 </w:t>
      </w:r>
      <w:r>
        <w:rPr>
          <w:lang w:eastAsia="zh-CN"/>
        </w:rPr>
        <w:br/>
      </w:r>
      <w:r>
        <w:rPr>
          <w:lang w:eastAsia="zh-CN"/>
        </w:rPr>
        <w:t xml:space="preserve">    学校充分利用晨会课、班会课，组织班主任带领学生一起学习《小学生日常行为规范》、《小学生守则》以及《小学一日常规》和《小学文明用餐细则》、《小学文明班级评比方案》，并根据各个班级的实际情况，针对学生的薄弱点进行指导，督促学生执行行为规范。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我们注意营造浓郁的校园文化氛围，让学生每天沉浸其中，从而养成良好的习惯。为此我们德育处和大队部提出各班要制定“班训”和“班规”。各班同学在班主任老师的带动下，积极酝酿、比较、确定。这样，班训、班规就成为了学生的自觉意识。我们还在各班教室走廊布置了不同主题风格的墙面，不同的亮点布置，表现着不同的班级特色。墙面布置不仅展示了孩子们的个性，而且成为每个学生兴趣特长展示的快乐窗口。“教育就变得无形”，在潜移默化中训练学生养成的习惯，真正实现自我教育的教育才是最有效的教育，才是成功的教育。</w:t>
      </w:r>
      <w:r>
        <w:rPr>
          <w:lang w:eastAsia="zh-CN"/>
        </w:rPr>
        <w:t xml:space="preserve"> </w:t>
      </w:r>
      <w:r>
        <w:rPr>
          <w:lang w:eastAsia="zh-CN"/>
        </w:rPr>
        <w:br/>
      </w:r>
      <w:r>
        <w:rPr>
          <w:lang w:eastAsia="zh-CN"/>
        </w:rPr>
        <w:t xml:space="preserve">    3.培养良好的用餐习惯 </w:t>
      </w:r>
      <w:r>
        <w:rPr>
          <w:lang w:eastAsia="zh-CN"/>
        </w:rPr>
        <w:br/>
      </w:r>
      <w:r>
        <w:rPr>
          <w:lang w:eastAsia="zh-CN"/>
        </w:rPr>
        <w:t xml:space="preserve">    为了帮助学生养成文明用餐的良好习惯，学校要求班主任和挂班老师一周轮流值日，每天教育和督促学生做到：准时用餐，自觉排队。取饭菜时不奔跑，不讲话，不插队;用餐时做到安静、文明;爱惜粮食，营养均衡，不挑食，保证吃饱，杜绝浪费，做到不剩下饭菜;用餐后将餐具放回到指定位置，爱护餐具，做到轻拿轻放。通过耐心引导，细心管理，学生不仅学会了文明就餐，还增强了遵守规则、勤俭节约、科学饮食、爱护公物等意识，真是一举多得! </w:t>
      </w:r>
      <w:r>
        <w:rPr>
          <w:lang w:eastAsia="zh-CN"/>
        </w:rPr>
        <w:br/>
      </w:r>
      <w:r>
        <w:rPr>
          <w:lang w:eastAsia="zh-CN"/>
        </w:rPr>
        <w:t xml:space="preserve">    二、切切实实开展生命教育活动 </w:t>
      </w:r>
      <w:r>
        <w:rPr>
          <w:lang w:eastAsia="zh-CN"/>
        </w:rPr>
        <w:br/>
      </w:r>
      <w:r>
        <w:rPr>
          <w:lang w:eastAsia="zh-CN"/>
        </w:rPr>
        <w:t xml:space="preserve">    我们学校把生命教育试点工作纳入学校总体工作之列，精“教”细“育”，融生命教育于基础教育之中;精“耕”细“作”，融生命教育于特色教育之中。 </w:t>
      </w:r>
      <w:r>
        <w:rPr>
          <w:lang w:eastAsia="zh-CN"/>
        </w:rPr>
        <w:br/>
      </w:r>
      <w:r>
        <w:rPr>
          <w:lang w:eastAsia="zh-CN"/>
        </w:rPr>
        <w:t xml:space="preserve">    1.培养爱国热情，提高消防安全意识。 </w:t>
      </w:r>
      <w:r>
        <w:rPr>
          <w:lang w:eastAsia="zh-CN"/>
        </w:rPr>
        <w:br/>
      </w:r>
      <w:r>
        <w:rPr>
          <w:lang w:eastAsia="zh-CN"/>
        </w:rPr>
        <w:t xml:space="preserve">    为提高学校消防安全意识，增强师生消防安全素质，我们学校于10月9日开始，邀请市消防大队鹿城中队的警官为学校小消防员进行消防军训。军训目的是在少年儿童中普及消防安全知识，全面提高他们的消防安全意识和自防自救能力，以达到培养学生们爱国热情、增强体魄、提高消防安全意识的目的。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去年7月5日，我们学校和昆山市消防大队鹿城中队联合举办“关注消防·珍爱生命”夏令营活动。今年7月5日我们又将和消防大队联合举办消防夏令营。通过夏令营活动，使学生从单一的暑假生活中走出来，重新认识自我，开阔视野，增长见识，提升面对各种挑战的能力，追求卓越不断成长，从而进一步培养其热爱大自然的情趣和环保意识，让他们在社会中培养自立能力和团体精神，培养良好的社会公德。</w:t>
      </w:r>
      <w:r>
        <w:rPr>
          <w:lang w:eastAsia="zh-CN"/>
        </w:rPr>
        <w:t xml:space="preserve"> </w:t>
      </w:r>
      <w:r>
        <w:rPr>
          <w:lang w:eastAsia="zh-CN"/>
        </w:rPr>
        <w:br/>
      </w:r>
      <w:r>
        <w:rPr>
          <w:lang w:eastAsia="zh-CN"/>
        </w:rPr>
        <w:t xml:space="preserve">    2.开展“生命教育”主题活动 </w:t>
      </w:r>
      <w:r>
        <w:rPr>
          <w:lang w:eastAsia="zh-CN"/>
        </w:rPr>
        <w:br/>
      </w:r>
      <w:r>
        <w:rPr>
          <w:lang w:eastAsia="zh-CN"/>
        </w:rPr>
        <w:t xml:space="preserve">    近年来，毒品的危害性在我市日益显现，为了提高广大学生防毒、拒毒意识，进一步增强他们抵制毒品侵袭的能力，学校各中队举行了以“珍爱生命，远离毒品”为主题的系列队会活动。通过活动，同学们更加清晰地了解了毒品的危害性，树立了远离毒品，拒绝毒品的意识，并自觉地成为禁毒的宣传员，为构建家庭、社会和学校三位一体的防控体系作出了表率。 </w:t>
      </w:r>
      <w:r>
        <w:rPr>
          <w:lang w:eastAsia="zh-CN"/>
        </w:rPr>
        <w:br/>
      </w:r>
      <w:r>
        <w:rPr>
          <w:lang w:eastAsia="zh-CN"/>
        </w:rPr>
        <w:t xml:space="preserve">    3.进行逃生演练 </w:t>
      </w:r>
      <w:r>
        <w:rPr>
          <w:lang w:eastAsia="zh-CN"/>
        </w:rPr>
        <w:br/>
      </w:r>
      <w:r>
        <w:rPr>
          <w:lang w:eastAsia="zh-CN"/>
        </w:rPr>
        <w:t xml:space="preserve">    在全国“防灾减灾日”“11.9”消防安全日，学校多次组织师生举行地震逃生演练。通过演练，同学们学会了应急逃生的本领，教师积累了集体疏散、应急组织等实践经验，增强了学生的自救自护能力，提高了学生珍爱生命的意识，奏响了学校生命教育课题研究的序曲。 </w:t>
      </w:r>
      <w:r>
        <w:rPr>
          <w:lang w:eastAsia="zh-CN"/>
        </w:rPr>
        <w:br/>
      </w:r>
      <w:r>
        <w:rPr>
          <w:lang w:eastAsia="zh-CN"/>
        </w:rPr>
        <w:t xml:space="preserve">    4.培养安全意识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为了不断提高小学生的安全意识，学校通过开展安全知识讲座、安全征文、绘画、手抄报比赛和小手拉大手等活动，在交警、学校、家庭、社会之间架起了交通安全的互动桥梁，达到了教育一个学生，影响一个家庭、带动整个社会的效果，提高全民的交通安全意识，预防和减少交通事故的发生。</w:t>
      </w:r>
      <w:r>
        <w:rPr>
          <w:lang w:eastAsia="zh-CN"/>
        </w:rPr>
        <w:t xml:space="preserve"> </w:t>
      </w:r>
      <w:r>
        <w:rPr>
          <w:lang w:eastAsia="zh-CN"/>
        </w:rPr>
        <w:br/>
      </w:r>
      <w:r>
        <w:rPr>
          <w:lang w:eastAsia="zh-CN"/>
        </w:rPr>
        <w:t xml:space="preserve">    总之，我们善于捕捉儿童生命中的浪花，更多地关注儿童的生命，教育才能拨动生命的琴弦，走进他们的心灵，才能使他们的情感得到熏陶，品德得到发展，价值判断得到培养，使学生初步享有一个完整、愉悦的人生，对自己的生命前景充满憧憬 </w:t>
      </w:r>
      <w:r>
        <w:rPr>
          <w:lang w:eastAsia="zh-CN"/>
        </w:rPr>
        <w:br/>
      </w:r>
      <w:r>
        <w:rPr>
          <w:lang w:eastAsia="zh-CN"/>
        </w:rPr>
        <w:t xml:space="preserve">    三、扎扎实实开展读书活动 </w:t>
      </w:r>
      <w:r>
        <w:rPr>
          <w:lang w:eastAsia="zh-CN"/>
        </w:rPr>
        <w:br/>
      </w:r>
      <w:r>
        <w:rPr>
          <w:lang w:eastAsia="zh-CN"/>
        </w:rPr>
        <w:t xml:space="preserve">    优秀的书籍既能帮助学生增长知识，又能陶冶学生的情操。以读书为契机，行育人之举措，打造书香校园，这是学校多年来教育教学的一项重要内容。学校每年开展读书节活动。发动全校师生开展创造性的读书活动，引导学生亲近书本、喜爱读书、学会读书，使学生养成热爱书籍，博览群书的.好习惯。 </w:t>
      </w:r>
      <w:r>
        <w:rPr>
          <w:lang w:eastAsia="zh-CN"/>
        </w:rPr>
        <w:br/>
      </w:r>
      <w:r>
        <w:rPr>
          <w:lang w:eastAsia="zh-CN"/>
        </w:rPr>
        <w:t xml:space="preserve">    副校长工作总结(篇2) </w:t>
      </w:r>
      <w:r>
        <w:rPr>
          <w:lang w:eastAsia="zh-CN"/>
        </w:rPr>
        <w:br/>
      </w:r>
      <w:r>
        <w:rPr>
          <w:lang w:eastAsia="zh-CN"/>
        </w:rPr>
        <w:t xml:space="preserve">    一学年来，我校以深入实施素质教育为目标，坚持科学管理、求真务实，学校内部管理不断强化。我作为分管教学业务的副校长，以全面落实课程方案，提高课程实施水平为工作重点，以创建高效课堂示范学校和“三好一星”活动为契机，着力推进师资队伍业务素质提高，努力提升教学质量，取得了一定成绩，现总结如下。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一、外出培训与校本研究并进，大面积提高教师业务能力我认为，学校教师队伍自身知识丰厚，对教学内容理解透彻，教法学法研究到位，日常教学中就能够游刃有余，也就是说，只有教师的高素质，才有教学的高质量。一学年中，我不失时机地安排教师外出听课学习，参加学科业务培训，骨干教师分别到滨州、博兴、枣庄、寿光、青岛、济南、上海等地听课学习、培训达40余人次，有一百五十余人次到县直小学参加高效课堂展示听评课研讨等业务活动，使全体教师都有外出学习的机会，我们还多次邀请县第一实验小学名师来校听课指导，让教师及时了解教学新信息，学习新教法。</w:t>
      </w:r>
      <w:r>
        <w:rPr>
          <w:lang w:eastAsia="zh-CN"/>
        </w:rPr>
        <w:t xml:space="preserve"> </w:t>
      </w:r>
      <w:r>
        <w:rPr>
          <w:lang w:eastAsia="zh-CN"/>
        </w:rPr>
        <w:br/>
      </w:r>
      <w:r>
        <w:rPr>
          <w:lang w:eastAsia="zh-CN"/>
        </w:rPr>
        <w:t xml:space="preserve">    校本培训也是提高教师专业水平的有效方式，每学期初，我都结合实际工作状况，分学科安排一学期的校本研修内容，在每周的集体业务学习时间落实。本学期带领老师们组织了高效课堂创建和“三好一星”系列活动，学习高效课堂标准，分小组听评课，评选出了本校各科课堂教学名师十二名，我本人参加听课评课市、省级优质课评选的讲台，一批教坛新秀脱颖而出，一学年内有16节课获奖，其中2节获省级奖，优质课获奖率比去年番一翻。 </w:t>
      </w:r>
      <w:r>
        <w:rPr>
          <w:lang w:eastAsia="zh-CN"/>
        </w:rPr>
        <w:br/>
      </w:r>
      <w:r>
        <w:rPr>
          <w:lang w:eastAsia="zh-CN"/>
        </w:rPr>
        <w:t xml:space="preserve">    二、全面落实课程方案，扎实推进素质教育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学校教学工作的重点是深入实施素质教育，全面落实课程方案。我与全体教师一起学习黄胜副省长、张志勇和齐涛厅长等领导在全省素质教育工作会议上的讲话，学习了山东省中小学考试管理规定、《教育部关于印发的通知》、《山东省教育厅关于印发的通知》等指导性文件，使全体教师彻底转变了教学理念，按要求落实各项目标，课程方案要求的所有课程开设齐全，实施有效，特别是综合实践活动课，我带领教师再次学习了指导纲要，修订了学校实施方案，制定了各年级的具体实施计划，把综合实践课和少先队活动有机结合，带孩子们走进田间，走进工厂，到醴泉寺参观，去母亲河考察，使学生在活动中获得知识，提高能力，增强合作意识。目前，对于音、体、美、校本课程和综合实践等考查科目的评价，也已形成了合理的课程评价体系，学期末，我依据县课程质量评价方案要求，制定了我校的课程评价方案，分别对教师和学生进行了考查、评价。</w:t>
      </w:r>
      <w:r>
        <w:rPr>
          <w:lang w:eastAsia="zh-CN"/>
        </w:rPr>
        <w:t xml:space="preserve"> </w:t>
      </w:r>
      <w:r>
        <w:rPr>
          <w:lang w:eastAsia="zh-CN"/>
        </w:rPr>
        <w:br/>
      </w:r>
      <w:r>
        <w:rPr>
          <w:lang w:eastAsia="zh-CN"/>
        </w:rPr>
        <w:t xml:space="preserve">    我按照张校长“实践活动课程校本化”的课程落实理念，把原来传统的兴趣课堂进一步丰富、规范，着力构建兴趣型校本课程，为学生全体发展、个性发展创设了时空上的保证。通过全员参与、合作探究的开发实施过程，构建起高效、科学、充满生机与活力的兴趣型校本课程体系。每周四下午第二三节作为兴趣课活动时间，和其他活动课程一样设于学校正常的教育教学秩序中，学校作为教学常规来督查，要求辅导教师同学科课程一样，有备课，有记录，有作品，求实效。学年内，根据学生的不同兴趣和年龄特点，开设了创新能力得到了提高。 </w:t>
      </w:r>
      <w:r>
        <w:rPr>
          <w:lang w:eastAsia="zh-CN"/>
        </w:rPr>
        <w:br/>
      </w:r>
      <w:r>
        <w:rPr>
          <w:lang w:eastAsia="zh-CN"/>
        </w:rPr>
        <w:t xml:space="preserve">    在学生学业成绩的评定方面，仍然以等级加评语为主，对学生实行的喜报评价，涵盖了学生方方面面的表现，这种多元化“立体”评价，树立了学生自信心，激励孩子进步，得到了家长和社会的好评，我所撰写的教学管理论文在《改革与超越》一书中发表。 </w:t>
      </w:r>
      <w:r>
        <w:rPr>
          <w:lang w:eastAsia="zh-CN"/>
        </w:rPr>
        <w:br/>
      </w:r>
      <w:r>
        <w:rPr>
          <w:lang w:eastAsia="zh-CN"/>
        </w:rPr>
        <w:t xml:space="preserve">    三、正确把握课程标准，学科教学成绩显著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在搞好学校教学工作的同时，我不放弃自己所任学科的教学研究，本学年，我担任三年级两个班的学科教学，新一轮课程改革以来，我虽多次参加了品德课的教材培训，但具体上这门学科还是第一年，我利用培训所学理念，精心设计品德学科实践活动，带领学生考察家乡和学校周围的环境，让学生分小组调查农村生活的邻里关系，带领他们到邮局参观访问，切实把德育生活化，孩子们积累了丰富的资料，两学期我班学生学习成绩显著，德育效果明显。</w:t>
      </w:r>
      <w:r>
        <w:rPr>
          <w:lang w:eastAsia="zh-CN"/>
        </w:rPr>
        <w:t xml:space="preserve"> </w:t>
      </w:r>
      <w:r>
        <w:rPr>
          <w:lang w:eastAsia="zh-CN"/>
        </w:rPr>
        <w:br/>
      </w:r>
      <w:r>
        <w:rPr>
          <w:lang w:eastAsia="zh-CN"/>
        </w:rPr>
        <w:t xml:space="preserve">    回顾一学年的工作，不论是所分任的学校工作还是自己的学科教学，都取得了令人满意的效果。以后的工作中我将继续开拓创新，与全体同志团结一心，踏实工作，力求下学年把学校教学工作推向更高的层次，推动明集一小教育教学更快更好的发展。 </w:t>
      </w:r>
      <w:r>
        <w:rPr>
          <w:lang w:eastAsia="zh-CN"/>
        </w:rPr>
        <w:br/>
      </w:r>
      <w:r>
        <w:rPr>
          <w:lang w:eastAsia="zh-CN"/>
        </w:rPr>
        <w:t xml:space="preserve">    副校长个人工作总结 </w:t>
      </w:r>
      <w:r>
        <w:rPr>
          <w:lang w:eastAsia="zh-CN"/>
        </w:rPr>
        <w:br/>
      </w:r>
      <w:r>
        <w:rPr>
          <w:lang w:eastAsia="zh-CN"/>
        </w:rPr>
        <w:t xml:space="preserve">    作为一名教学副校长，明确职责，当好助手，创造性地开展本职工作是我的一贯工作作风。面对新形势，新要求，新观念。如何用全新的思想，全面贯彻党的教育方针，积极推进素质教育，自觉遵守职业道德，当好教师的带头人，学生的引路人，已成为我人生追求的全部内涵。 </w:t>
      </w:r>
      <w:r>
        <w:rPr>
          <w:lang w:eastAsia="zh-CN"/>
        </w:rPr>
        <w:br/>
      </w:r>
      <w:r>
        <w:rPr>
          <w:lang w:eastAsia="zh-CN"/>
        </w:rPr>
        <w:t xml:space="preserve">    一、抓教学常规管理，保证教育教学工作顺畅有序。 </w:t>
      </w:r>
      <w:r>
        <w:rPr>
          <w:lang w:eastAsia="zh-CN"/>
        </w:rPr>
        <w:br/>
      </w:r>
      <w:r>
        <w:rPr>
          <w:lang w:eastAsia="zh-CN"/>
        </w:rPr>
        <w:t xml:space="preserve">    教育教学工作是学校各项工作的中心，如何抓好常规管理，是学校工作的重要环节。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连续性。教学管理是建立在科学性和计划性的基础上。每年学期开学，我首先抓各类计划的制定，保证教育教学工作具有科学性、计划性，加强统筹管理和目标管理，使工作有的放矢，有目标、有方案、有规划、有管理。在制定各类计划时。注意和加强可操作性，保证目标明确，计划合理，管理到位。通过各部门反复研究协调，使各类计划清楚地反应学期各项工作。我们共制定如下计划：《学校教学工作计划》、《学校教育科研工作计划》、《教师个人工作计划》等。</w:t>
      </w:r>
      <w:r>
        <w:rPr>
          <w:lang w:eastAsia="zh-CN"/>
        </w:rPr>
        <w:t xml:space="preserve"> </w:t>
      </w:r>
      <w:r>
        <w:rPr>
          <w:lang w:eastAsia="zh-CN"/>
        </w:rPr>
        <w:br/>
      </w:r>
      <w:r>
        <w:rPr>
          <w:lang w:eastAsia="zh-CN"/>
        </w:rPr>
        <w:t xml:space="preserve">    2、抓住教学环节，保证教育教学质量逐步提高 。学期开学，我组织一线教师召开教育教学工作会议，落实工作计划，明确工作目标，提出教育教学具体目标。 </w:t>
      </w:r>
      <w:r>
        <w:rPr>
          <w:lang w:eastAsia="zh-CN"/>
        </w:rPr>
        <w:br/>
      </w:r>
      <w:r>
        <w:rPr>
          <w:lang w:eastAsia="zh-CN"/>
        </w:rPr>
        <w:t xml:space="preserve">    a. 抓备课 ，备讲辅批考。备课是首要关键。如何提高教师备课质量是上好每一堂课的关键。开学初，学校根据本校工作实际，明确提出备课的具体要求。尤其是要做到：环节齐全、目标明确、重点突出、难点突破、设计合理、板书规范、习题适当、反思跟上。如何精备一堂课，要求教师“掌握课标，吃透教材，挖掘到位，知识准确。”每学期都要评出校内优秀教案。在全校推广展览，并给予奖励。 </w:t>
      </w:r>
      <w:r>
        <w:rPr>
          <w:lang w:eastAsia="zh-CN"/>
        </w:rPr>
        <w:br/>
      </w:r>
      <w:r>
        <w:rPr>
          <w:lang w:eastAsia="zh-CN"/>
        </w:rPr>
        <w:t xml:space="preserve">  </w:t>
      </w:r>
      <w:r>
        <w:rPr>
          <w:lang w:eastAsia="zh-CN"/>
        </w:rPr>
        <w:t xml:space="preserve"> </w:t>
      </w:r>
      <w:r>
        <w:rPr>
          <w:lang w:eastAsia="zh-CN"/>
        </w:rPr>
        <w:t xml:space="preserve"> b.抓课堂</w:t>
      </w:r>
      <w:r>
        <w:rPr>
          <w:lang w:eastAsia="zh-CN"/>
        </w:rPr>
        <w:t xml:space="preserve"> ，如何提高教学质量，课堂是龙头环节。实施新课改以来。学校明确提出：如何上好一堂课，关键应做到：“主导作用到位，主体全员参与，讲究课堂艺术，师生配合默契，精讲多练，层次分明，因材施教，各有所得。此外，教师要讲究语言艺术，板书规范工整，电教手段齐全，教具使用合理。</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其次，开展全员听课。教师讲课要让大家来听，来评。一堂课要经得起推敲、点评和“说长道短”、“评头论足”。教学领导要首先完成听课任务，每学期我按学校要求完成听课节数。同时，检查听课情况：听课节数，听课人数，听课学科。要求任课教师要开展：互相听课，互相评课活动。听课这一环节，给全校教师创造一种改进，提高的机会。同时，对于提高教师队伍的根本素质会其到重要作用。</w:t>
      </w:r>
      <w:r>
        <w:rPr>
          <w:lang w:eastAsia="zh-CN"/>
        </w:rPr>
        <w:t xml:space="preserve"> </w:t>
      </w:r>
      <w:r>
        <w:rPr>
          <w:lang w:eastAsia="zh-CN"/>
        </w:rPr>
        <w:br/>
      </w:r>
      <w:r>
        <w:rPr>
          <w:lang w:eastAsia="zh-CN"/>
        </w:rPr>
        <w:t xml:space="preserve">    c.抓反馈 如何检验一堂课的教学质量。我在抓批改，反馈环节上做了大量文章： </w:t>
      </w:r>
      <w:r>
        <w:rPr>
          <w:lang w:eastAsia="zh-CN"/>
        </w:rPr>
        <w:br/>
      </w:r>
      <w:r>
        <w:rPr>
          <w:lang w:eastAsia="zh-CN"/>
        </w:rPr>
        <w:t xml:space="preserve">    ①开放性习题。教师在布置作业时，由过去的固定习题改为开放性习题，由学生自主选做。习题难易程度具有不同档次，习题数量也由学生自主选定。 </w:t>
      </w:r>
      <w:r>
        <w:rPr>
          <w:lang w:eastAsia="zh-CN"/>
        </w:rPr>
        <w:br/>
      </w:r>
      <w:r>
        <w:rPr>
          <w:lang w:eastAsia="zh-CN"/>
        </w:rPr>
        <w:t xml:space="preserve">    ②月考制。为了及时反馈教学情况，提高课堂教学质量。我校建立了月考制，内容都是近期所学知识，试题由任课教师自拟。体现双基，侧重技能。注意培养学生分析问题和解决问题的能力。 </w:t>
      </w:r>
      <w:r>
        <w:rPr>
          <w:lang w:eastAsia="zh-CN"/>
        </w:rPr>
        <w:br/>
      </w:r>
      <w:r>
        <w:rPr>
          <w:lang w:eastAsia="zh-CN"/>
        </w:rPr>
        <w:t xml:space="preserve">    ③质量分析会。定期召开教学质量分析会。由包组领导亲自主持会议，年组长做综合发言，学科教师各自分析所教学生各类情况。同学科教师对比成绩。找出差距与不足。想出改进进方法，提高教学质量。 同时组织学生座谈会，鼓励学生掌握好的学习方法。 </w:t>
      </w:r>
      <w:r>
        <w:rPr>
          <w:lang w:eastAsia="zh-CN"/>
        </w:rPr>
        <w:br/>
      </w:r>
      <w:r>
        <w:rPr>
          <w:lang w:eastAsia="zh-CN"/>
        </w:rPr>
        <w:t xml:space="preserve">    3、抓师资队伍，保证教师综合素质的提高。 学校的教育教学质量取决于教师的教学水平。教师的教学水平取决于教师的综合素质。几年来，我在抓教师队伍建设上采用了以下几点做法。 </w:t>
      </w:r>
      <w:r>
        <w:rPr>
          <w:lang w:eastAsia="zh-CN"/>
        </w:rPr>
        <w:br/>
      </w:r>
      <w:r>
        <w:rPr>
          <w:lang w:eastAsia="zh-CN"/>
        </w:rPr>
        <w:t xml:space="preserve">    a. 抓培训 几年来，我校始终把教师培训工作当作一件大事来抓。部分学科骨干教师参加县级以上培训。通过外出学习和培训，教师的视野宽了，眼界远了，观念新了，方法多了。“一切为了学生，为了学生的`一切，为了一切的学生。”成了他们终身追求的目标。他们越来越对教学工作产生极大的乐趣和疯狂的投入。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b. 抓学习 我校在抓教师业务学习，校本培训，继续教育上投入之大，力度之大是空前的。为了使教师在极短的时间内迅速提高个人素质，重新改进微机室与电教室，切实提高教师现代信息技术的应用能力。学校为教师定了大量的刊物和资料。同时，还为教师个人购买了大量书籍。教师人人有自学笔记和体会文章， </w:t>
      </w:r>
      <w:r>
        <w:rPr>
          <w:lang w:eastAsia="zh-CN"/>
        </w:rPr>
        <w:br/>
      </w:r>
      <w:r>
        <w:rPr>
          <w:lang w:eastAsia="zh-CN"/>
        </w:rPr>
        <w:t xml:space="preserve">    二、抓教学精细化管理工作，保证教育教学质量逐步提高 </w:t>
      </w:r>
      <w:r>
        <w:rPr>
          <w:lang w:eastAsia="zh-CN"/>
        </w:rPr>
        <w:br/>
      </w:r>
      <w:r>
        <w:rPr>
          <w:lang w:eastAsia="zh-CN"/>
        </w:rPr>
        <w:t xml:space="preserve">    20__年秋季我校开始了教学精细化管理工作，历时半年的时间，我主抓了此项工作，取得了飞跃式的进展。我们的具体做法是：围绕一个中心，抓住两个关键，启动四项工程。取得多项成果。 </w:t>
      </w:r>
      <w:r>
        <w:rPr>
          <w:lang w:eastAsia="zh-CN"/>
        </w:rPr>
        <w:br/>
      </w:r>
      <w:r>
        <w:rPr>
          <w:lang w:eastAsia="zh-CN"/>
        </w:rPr>
        <w:t xml:space="preserve">    1、围绕一个中心：以现代化达标校功能提升工作为中心，全面实施新课改，用新的教育理念创办一流的学校。 </w:t>
      </w:r>
      <w:r>
        <w:rPr>
          <w:lang w:eastAsia="zh-CN"/>
        </w:rPr>
        <w:br/>
      </w:r>
      <w:r>
        <w:rPr>
          <w:lang w:eastAsia="zh-CN"/>
        </w:rPr>
        <w:t xml:space="preserve">    2、抓住两个关键：在实施教学精细化管理工作的半年时间里，我们感到：实施的关键在教师，深入的关键在评价。 </w:t>
      </w:r>
      <w:r>
        <w:rPr>
          <w:lang w:eastAsia="zh-CN"/>
        </w:rPr>
        <w:br/>
      </w:r>
      <w:r>
        <w:rPr>
          <w:lang w:eastAsia="zh-CN"/>
        </w:rPr>
        <w:t xml:space="preserve">    3、启动四项工程： </w:t>
      </w:r>
      <w:r>
        <w:rPr>
          <w:lang w:eastAsia="zh-CN"/>
        </w:rPr>
        <w:br/>
      </w:r>
      <w:r>
        <w:rPr>
          <w:lang w:eastAsia="zh-CN"/>
        </w:rPr>
        <w:t xml:space="preserve">    a. 抓学习与培训，促教师综合素质的提高; </w:t>
      </w:r>
      <w:r>
        <w:rPr>
          <w:lang w:eastAsia="zh-CN"/>
        </w:rPr>
        <w:br/>
      </w:r>
      <w:r>
        <w:rPr>
          <w:lang w:eastAsia="zh-CN"/>
        </w:rPr>
        <w:t xml:space="preserve">    b. 抓课改教学模式的改革，促龙头环节作用的凸显; </w:t>
      </w:r>
      <w:r>
        <w:rPr>
          <w:lang w:eastAsia="zh-CN"/>
        </w:rPr>
        <w:br/>
      </w:r>
      <w:r>
        <w:rPr>
          <w:lang w:eastAsia="zh-CN"/>
        </w:rPr>
        <w:t xml:space="preserve">    c. 抓评价机制的改革，促师生个性化的发展; </w:t>
      </w:r>
      <w:r>
        <w:rPr>
          <w:lang w:eastAsia="zh-CN"/>
        </w:rPr>
        <w:br/>
      </w:r>
      <w:r>
        <w:rPr>
          <w:lang w:eastAsia="zh-CN"/>
        </w:rPr>
        <w:t xml:space="preserve">    d. 抓校园文化活动的开展，促师生整体素质的提高。 </w:t>
      </w:r>
      <w:r>
        <w:rPr>
          <w:lang w:eastAsia="zh-CN"/>
        </w:rPr>
        <w:br/>
      </w:r>
      <w:r>
        <w:rPr>
          <w:lang w:eastAsia="zh-CN"/>
        </w:rPr>
        <w:t xml:space="preserve">    4、取得多项成果： </w:t>
      </w:r>
      <w:r>
        <w:rPr>
          <w:lang w:eastAsia="zh-CN"/>
        </w:rPr>
        <w:br/>
      </w:r>
      <w:r>
        <w:rPr>
          <w:lang w:eastAsia="zh-CN"/>
        </w:rPr>
        <w:t xml:space="preserve">    a.教育局精细化管理检查小组、乡教育组先后对我校教学精细化管理工作的检查验收，受到各级领导的高度赞誉。 </w:t>
      </w:r>
      <w:r>
        <w:rPr>
          <w:lang w:eastAsia="zh-CN"/>
        </w:rPr>
        <w:br/>
      </w:r>
      <w:r>
        <w:rPr>
          <w:lang w:eastAsia="zh-CN"/>
        </w:rPr>
        <w:t xml:space="preserve">    b.在县中小学组织的各项活动中取得可喜成果： </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①龚大平、岳广媛两位老师均获教师基本功大赛县级二等奖。 </w:t>
      </w:r>
      <w:r>
        <w:rPr>
          <w:lang w:eastAsia="zh-CN"/>
        </w:rPr>
        <w:br/>
      </w:r>
      <w:r>
        <w:rPr>
          <w:lang w:eastAsia="zh-CN"/>
        </w:rPr>
        <w:t xml:space="preserve">    ② 学校7人参加“双优课”初赛，有6人获奖进入复赛选拔。 </w:t>
      </w:r>
      <w:r>
        <w:rPr>
          <w:lang w:eastAsia="zh-CN"/>
        </w:rPr>
        <w:br/>
      </w:r>
      <w:r>
        <w:rPr>
          <w:lang w:eastAsia="zh-CN"/>
        </w:rPr>
        <w:t xml:space="preserve">    三、下学期打算 </w:t>
      </w:r>
      <w:r>
        <w:rPr>
          <w:lang w:eastAsia="zh-CN"/>
        </w:rPr>
        <w:br/>
      </w:r>
      <w:r>
        <w:rPr>
          <w:lang w:eastAsia="zh-CN"/>
        </w:rPr>
        <w:t xml:space="preserve">    1、继续狠抓教研活动的实效性，努力提高教师整体教学水平。 </w:t>
      </w:r>
      <w:r>
        <w:rPr>
          <w:lang w:eastAsia="zh-CN"/>
        </w:rPr>
        <w:br/>
      </w:r>
      <w:r>
        <w:rPr>
          <w:lang w:eastAsia="zh-CN"/>
        </w:rPr>
        <w:t xml:space="preserve">    2、继续以优化教学过程为核心，深化新课程改革，提升课堂教学实效性。 </w:t>
      </w:r>
      <w:r>
        <w:rPr>
          <w:lang w:eastAsia="zh-CN"/>
        </w:rPr>
        <w:br/>
      </w:r>
      <w:r>
        <w:rPr>
          <w:lang w:eastAsia="zh-CN"/>
        </w:rPr>
        <w:t xml:space="preserve">    3、继续加强教学常规检查工作. </w:t>
      </w:r>
      <w:r>
        <w:rPr>
          <w:lang w:eastAsia="zh-CN"/>
        </w:rPr>
        <w:br/>
      </w:r>
      <w:r>
        <w:rPr>
          <w:lang w:eastAsia="zh-CN"/>
        </w:rPr>
        <w:t xml:space="preserve">    4、继续深入研究探讨，确保课题研究成果。 </w:t>
      </w:r>
      <w:r>
        <w:rPr>
          <w:lang w:eastAsia="zh-CN"/>
        </w:rPr>
        <w:br/>
      </w:r>
      <w:r>
        <w:rPr>
          <w:lang w:eastAsia="zh-CN"/>
        </w:rPr>
        <w:t xml:space="preserve">    卫、艺术教育，逐步形成特色。 </w:t>
      </w:r>
      <w:r>
        <w:rPr>
          <w:lang w:eastAsia="zh-CN"/>
        </w:rPr>
        <w:br/>
      </w:r>
      <w:r>
        <w:rPr>
          <w:lang w:eastAsia="zh-CN"/>
        </w:rPr>
        <w:t xml:space="preserve">    6、积极做好九年级毕业班复习指导工作，充分发挥资源共享，优劣互补的优势，促进教育教学水平的提高。 </w:t>
      </w:r>
      <w:r>
        <w:rPr>
          <w:lang w:eastAsia="zh-CN"/>
        </w:rPr>
        <w:br/>
      </w:r>
      <w:r>
        <w:rPr>
          <w:lang w:eastAsia="zh-CN"/>
        </w:rPr>
        <w:t xml:space="preserve">    制度化、合理化安排与管理。 </w:t>
      </w:r>
      <w:r>
        <w:rPr>
          <w:lang w:eastAsia="zh-CN"/>
        </w:rPr>
        <w:br/>
      </w:r>
      <w:r>
        <w:rPr>
          <w:lang w:eastAsia="zh-CN"/>
        </w:rPr>
        <w:t xml:space="preserve">    副校长工作总结(篇3) </w:t>
      </w:r>
      <w:r>
        <w:rPr>
          <w:lang w:eastAsia="zh-CN"/>
        </w:rPr>
        <w:br/>
      </w:r>
      <w:r>
        <w:rPr>
          <w:lang w:eastAsia="zh-CN"/>
        </w:rPr>
        <w:t xml:space="preserve">    一、魅力校长温馨校园为有源头活水来 </w:t>
      </w:r>
      <w:r>
        <w:rPr>
          <w:lang w:eastAsia="zh-CN"/>
        </w:rPr>
        <w:br/>
      </w:r>
      <w:r>
        <w:rPr>
          <w:lang w:eastAsia="zh-CN"/>
        </w:rPr>
        <w:t xml:space="preserve">    多年来，学校德育工作组长任志聪根据教育规律的学生身心发展特点，从自身做起读书学习，不断完善自己。对学校采取人文管理，先后进行了校园文化建设，温馨办公室设计，和谐班集体建设。除了校园的人文景观一草一木起到育认的作用外，学生并列在一起。使学生看到了奋斗的目标。班级文化突出艺术特色，卫生角、科技角、艺术角、温馨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提示语、教师心语，学生乐不思蜀。办公室文化的创建更显校长魅力：学校经费紧张没有投入一分钱，号召老师发挥聪明才智。老师们画、剪、贴、粘，施展十八般武艺，有的干脆从家里拿来了窗帘、饰品，且命名不俗：粉色浪漫小屋、古典斋、艺术之家等。现在又一道亮丽的风景展示在大家面前，放学了老师们守在自己亲手打扮的小屋里竟不想回家。呵呵。真是：我爱我校，温馨如家。校长的魅力就在于创造郁的人文气息，营造高雅的人文氛围，使学校真正成为老师、学生工作、成长的乐园。</w:t>
      </w:r>
      <w:r>
        <w:rPr>
          <w:lang w:eastAsia="zh-CN"/>
        </w:rPr>
        <w:t xml:space="preserve"> </w:t>
      </w:r>
      <w:r>
        <w:rPr>
          <w:lang w:eastAsia="zh-CN"/>
        </w:rPr>
        <w:br/>
      </w:r>
      <w:r>
        <w:rPr>
          <w:lang w:eastAsia="zh-CN"/>
        </w:rPr>
        <w:t xml:space="preserve">    二、建师资队伍做阳光教师红杏枝头春意闹 </w:t>
      </w:r>
      <w:r>
        <w:rPr>
          <w:lang w:eastAsia="zh-CN"/>
        </w:rPr>
        <w:br/>
      </w:r>
      <w:r>
        <w:rPr>
          <w:lang w:eastAsia="zh-CN"/>
        </w:rPr>
        <w:t xml:space="preserve">    1．培养新型的教育观念，是提高师资素质的基础工程。 </w:t>
      </w:r>
      <w:r>
        <w:rPr>
          <w:lang w:eastAsia="zh-CN"/>
        </w:rPr>
        <w:br/>
      </w:r>
      <w:r>
        <w:rPr>
          <w:lang w:eastAsia="zh-CN"/>
        </w:rPr>
        <w:t xml:space="preserve">    学校采用聘请专家来校讲座，观看录像，邀请兄弟学校的优秀教师来我校上示范课。去年特聘请上海教育专家王幼舫教授到我校进行《新课程改革》讲座，并让青年教师董芳、孙素敏拜师学艺。这学期邀请王金宪局长做专题讲座《做阳光教师》。另外还经常把青年教师送到北京、上海、浙江、江苏等发达地区进行培训。一系列活动促使广大教师更新了观念，拓宽了视野，树立正确的人才观、质量观、学生观。 </w:t>
      </w:r>
      <w:r>
        <w:rPr>
          <w:lang w:eastAsia="zh-CN"/>
        </w:rPr>
        <w:br/>
      </w:r>
      <w:r>
        <w:rPr>
          <w:lang w:eastAsia="zh-CN"/>
        </w:rPr>
        <w:t xml:space="preserve">    2．注重师德建设，创设优良育人环境。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学校坚持每周组织教师学习有关教育法律法规，认真学习《公民道德规范》、《教师职业道德规范》，学学理论，谈谈经验，写写体会，提高了教师思想素质和教育水平。在上学期加强“师德学习”过程中，老师们先后写了初期阶段学习笔记、中期阶段学习心得126篇。各教研组写师德学习情况汇报27篇、学校写各阶段总结。目前学校正在开展《讲正气树新风》的活动。另外，学校还制定了《教师责任制细则》，明确师德规范，激励教师自觉投身教育事业。</w:t>
      </w:r>
      <w:r>
        <w:rPr>
          <w:lang w:eastAsia="zh-CN"/>
        </w:rPr>
        <w:t xml:space="preserve"> </w:t>
      </w:r>
      <w:r>
        <w:rPr>
          <w:lang w:eastAsia="zh-CN"/>
        </w:rPr>
        <w:br/>
      </w:r>
      <w:r>
        <w:rPr>
          <w:lang w:eastAsia="zh-CN"/>
        </w:rPr>
        <w:t xml:space="preserve">    3．形成科研氛围，提高教学水平。 </w:t>
      </w:r>
      <w:r>
        <w:rPr>
          <w:lang w:eastAsia="zh-CN"/>
        </w:rPr>
        <w:br/>
      </w:r>
      <w:r>
        <w:rPr>
          <w:lang w:eastAsia="zh-CN"/>
        </w:rPr>
        <w:t xml:space="preserve">    学校制定了“几个一”制度：读一本教育教学理论书籍；每人每年订一份教育教学杂志；每人有一本读书笔记（心得）；每学期写一篇教学论文或经验总结；每学期有一个科研课题。以此使全体教师参与教学科研活动，增强意识，提高科研水平。本学期学校进行国家级实验课题子课题《构建交往互动的师生关系》，省级实验课题《艺术教育校本课程的开发》《小学生行为习惯的养成》等的研究。 </w:t>
      </w:r>
      <w:r>
        <w:rPr>
          <w:lang w:eastAsia="zh-CN"/>
        </w:rPr>
        <w:br/>
      </w:r>
      <w:r>
        <w:rPr>
          <w:lang w:eastAsia="zh-CN"/>
        </w:rPr>
        <w:t xml:space="preserve">    4．加强德育渗透，培养人文精神。 </w:t>
      </w:r>
      <w:r>
        <w:rPr>
          <w:lang w:eastAsia="zh-CN"/>
        </w:rPr>
        <w:br/>
      </w:r>
      <w:r>
        <w:rPr>
          <w:lang w:eastAsia="zh-CN"/>
        </w:rPr>
        <w:t xml:space="preserve">    副校长工作总结(篇4) </w:t>
      </w:r>
      <w:r>
        <w:rPr>
          <w:lang w:eastAsia="zh-CN"/>
        </w:rPr>
        <w:br/>
      </w:r>
      <w:r>
        <w:rPr>
          <w:lang w:eastAsia="zh-CN"/>
        </w:rPr>
        <w:t xml:space="preserve">    根据县委委员会《中共__县委局办公室__县国家局〈关于开展20__年度全县”法制宣传月”活动的通知〉》的精神。__小学努力做好工作，加大宣传力度，增强意识，加强管理，充分发挥工作“保安全、保发展”的作用，扎扎实实开展了为期一个月的宣传活动，收到了较为满意的宣传效果，现将此项工作总结如下： </w:t>
      </w:r>
      <w:r>
        <w:rPr>
          <w:lang w:eastAsia="zh-CN"/>
        </w:rPr>
        <w:br/>
      </w:r>
      <w:r>
        <w:rPr>
          <w:lang w:eastAsia="zh-CN"/>
        </w:rPr>
        <w:t xml:space="preserve">    一、加强领导，健全组织 </w:t>
      </w:r>
      <w:r>
        <w:rPr>
          <w:lang w:eastAsia="zh-CN"/>
        </w:rPr>
        <w:br/>
      </w:r>
      <w:r>
        <w:rPr>
          <w:lang w:eastAsia="zh-CN"/>
        </w:rPr>
        <w:t xml:space="preserve">    成立了由党支部书记余志清为组长，各位班主任为成员的'工作领导小组。宣传活动由工作领导小组加以落实，明确领导小组成员的职责分工，要求相关负责人做好相关的工作。 </w:t>
      </w:r>
      <w:r>
        <w:rPr>
          <w:lang w:eastAsia="zh-CN"/>
        </w:rPr>
        <w:br/>
      </w:r>
      <w:r>
        <w:rPr>
          <w:lang w:eastAsia="zh-CN"/>
        </w:rPr>
        <w:t xml:space="preserve">    二、认真组织学习法律法规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活动期间将法律法规学习作为主要学习内容，组织本学校教师在每周例会集中进行法规及党和国家方针、政策学习，通过学习，进一步夯实了理论基础，强化了法纪意识。同时，以严格遵守《法》为基础，坚持“积极防范、突出重点、既确保国家秘密又便利各项工作”的方针，强化技术防范能力，严格防止泄密问题的发生。统一思想认识，强化管理，确保国家秘密安全。</w:t>
      </w:r>
      <w:r>
        <w:rPr>
          <w:lang w:eastAsia="zh-CN"/>
        </w:rPr>
        <w:t xml:space="preserve"> </w:t>
      </w:r>
      <w:r>
        <w:rPr>
          <w:lang w:eastAsia="zh-CN"/>
        </w:rPr>
        <w:br/>
      </w:r>
      <w:r>
        <w:rPr>
          <w:lang w:eastAsia="zh-CN"/>
        </w:rPr>
        <w:t xml:space="preserve">    三、深入开展宣传教育 </w:t>
      </w:r>
      <w:r>
        <w:rPr>
          <w:lang w:eastAsia="zh-CN"/>
        </w:rPr>
        <w:br/>
      </w:r>
      <w:r>
        <w:rPr>
          <w:lang w:eastAsia="zh-CN"/>
        </w:rPr>
        <w:t xml:space="preserve">    紧紧围绕宣传月活动的主题，结合本校实际，开展多种宣传教育活动。组织全体教师学习《法》。同时在办公室醒目位置张贴案例图片，进一步扩大宣传教育面。以涉密工作为重点，大力加强对干部职工的宣传教育。还通过将《法》列入普法宣传重要内容，进行大力宣传；在干部职工中开展计算机网络信息安全教育；与学籍管理责任人员和班主任签订目标责任书等多种形式，强化工作责任感。通过丰富的教育活动，强化和培育了工作人员意识和责任意识。 </w:t>
      </w:r>
      <w:r>
        <w:rPr>
          <w:lang w:eastAsia="zh-CN"/>
        </w:rPr>
        <w:br/>
      </w:r>
      <w:r>
        <w:rPr>
          <w:lang w:eastAsia="zh-CN"/>
        </w:rPr>
        <w:t xml:space="preserve">    通过以上措施，在学校营造了浓厚的宣传教育氛围，进一步增强了全员意识，提高了对工作重要性以及宣传月教育活动的认识，达到了预期的效果。 </w:t>
      </w:r>
      <w:r>
        <w:rPr>
          <w:lang w:eastAsia="zh-CN"/>
        </w:rPr>
        <w:br/>
      </w:r>
      <w:r>
        <w:rPr>
          <w:lang w:eastAsia="zh-CN"/>
        </w:rPr>
        <w:t xml:space="preserve">    副校长工作总结(篇5) </w:t>
      </w:r>
      <w:r>
        <w:rPr>
          <w:lang w:eastAsia="zh-CN"/>
        </w:rPr>
        <w:br/>
      </w:r>
      <w:r>
        <w:rPr>
          <w:lang w:eastAsia="zh-CN"/>
        </w:rPr>
        <w:t xml:space="preserve">    时候过的真快，转眼一个学期又要结束了，本学期时候短，工作头绪多，各科室的工作人员、全部教师在校长的带领下，为了学校的成长、为了进步传授质量，尽职尽责，用心的去做每项事变。本身作为学校的副校长，又为学校做了哪些工作呢？另有哪些不敷必要改革呢？对此我进行了当真的反思。 </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https://d.book118.com/758017142014006041</w:t>
        </w:r>
      </w:hyperlink>
    </w:p>
    <w:p w:rsidR="001B1F19">
      <w:pPr>
        <w:rPr>
          <w:lang w:eastAsia="zh-CN"/>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58017142014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