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酒店服务员实习工作总结（31篇）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最新酒店服务员实习工作总结（精选31篇）</w:t>
      </w:r>
      <w:r>
        <w:rPr>
          <w:lang w:eastAsia="zh-CN"/>
        </w:rPr>
        <w:br/>
      </w:r>
      <w:r>
        <w:rPr>
          <w:lang w:eastAsia="zh-CN"/>
        </w:rPr>
        <w:t xml:space="preserve">    最新酒店服务员实习工作总结 篇1 </w:t>
      </w:r>
      <w:r>
        <w:rPr>
          <w:lang w:eastAsia="zh-CN"/>
        </w:rPr>
        <w:br/>
      </w:r>
      <w:r>
        <w:rPr>
          <w:lang w:eastAsia="zh-CN"/>
        </w:rPr>
        <w:t>　　从_月十五日到_月十五日在外实习半年，经历了不同的人和事，开始学会了执行命令和担责任，这半年我是以一个完全不同于以往任何一个的角色去经历着，学习着，体会着。</w:t>
      </w:r>
      <w:r>
        <w:rPr>
          <w:lang w:eastAsia="zh-CN"/>
        </w:rPr>
        <w:br/>
      </w:r>
      <w:r>
        <w:rPr>
          <w:lang w:eastAsia="zh-CN"/>
        </w:rPr>
        <w:t>　　我清晰的记得从学校送我们的大巴车里走出时我是以一种怎样的雀跃又复杂的心情看着眼前的实习地点，宁波开元名都大酒店。那是尚是夏日，首先宁波给我的感觉就是”清爽”，这种感觉一直持续了半年，也许以后当别人再次和我提起宁波的时候，我就会第一时间觉得那是个干净的透彻的城市，不管是白天的云卷云舒还是夜晚的被灯火遮掩的有些黯淡了的满天繁星，它们都以一种再寻常不过的存在深深的烙印在我的脑海。我想说不管这段时间我曾经经历的又给了我以怎样的注释，但这些时间里，在这个陌生的城市和二十几位同学在一起，我们认识了更多的人，学习着怎样的在自己的岗位上创造自己的价值，同时更是学会了如何与人相处，学会生存，在生存中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感谢这次机会让我认识了更多的以前在同一个学校、年级、却无缘相识的同学，这次实习中我们在工作上互相提点，在生活中相互帮助，在异地一起从初来时的懵懵懂懂，到分派到具体岗位后的跟随师父实操，以及后来大家实习结束之后微微的怅惘和对未来充满的希冀。这段时间生活充斥着的再也不是以往在校时的话题，而是工作，这是我们第一次真正的背负起了一个作为成年人的责任。生活自然与以往再不一样，我们也从单纯的一直生活在家庭和学校的学生，慢慢的明白了所谓的社会和生存。</w:t>
      </w:r>
      <w:r>
        <w:rPr>
          <w:lang w:eastAsia="zh-CN"/>
        </w:rPr>
        <w:br/>
      </w:r>
      <w:r>
        <w:rPr>
          <w:lang w:eastAsia="zh-CN"/>
        </w:rPr>
        <w:t>　　刚刚到酒店我们进行了为时七天的理论培训，包括一些企业文化，酒店的布局以及相关的信息，职工工作纪律等等，然后就是分配部门，我是被分配到了西餐厅，我来西餐厅的目的很明确，练习口语。恰巧刚分到西餐厅的时候酒店正在承包一项”国际象棋比赛”的接待工作，这段时间来西餐厅用餐的外宾很多，记得第一次向外宾询问”Wouldyoulike black tea or coffee？”时甚是紧张，生怕自己的发音不够标准，他们听不懂，但当他们讲”coffee/black tea，thankyou”时很是高兴，那时我觉得一切都挺新鲜，我一向喜欢和自己较真，只要是我接手的事都要求自己尽量做到自己满意，这也是最后我的实习生涯结束时为何我的领班和经理讲我是一个极认真的人，只要是认为应该做好的，都会去做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刚开始两个月左右是我们接触并慢慢适应这种生活，工作的过程，从熟悉身边的人，到认识这个对我们很多人来说都是完全陌生的城市，接触到更多的以前不曾见过的事，慢慢的掌握并熟练操作自己的工作流程，这段时间于我来说是一段不可多得的宁静岁月，也许身体上是达到了以往都不曾经历过的，但心理上我在告诉自己这是一趟旅行，岁月静好。</w:t>
      </w:r>
      <w:r>
        <w:rPr>
          <w:lang w:eastAsia="zh-CN"/>
        </w:rPr>
        <w:br/>
      </w:r>
      <w:r>
        <w:rPr>
          <w:lang w:eastAsia="zh-CN"/>
        </w:rPr>
        <w:t>　　刚来宁波的这两个月，因许是夏天，风总是很大的，有的时候人窝寝室里，仍是听到外面呜呜的风声，宁波的夏雨总是来的很蹊跷，前一刻还是艳阳高照，下一刻也许就会哗哗的一泻而下，我记得有一次下雨的时候我打开窗子，看到顺着墙壁而下的雨水，一时就愣住了，当时脑子里就只有一个词，蔚为壮观。现在想起在那里认识的人和在那里也许当时觉得只是平时最为常见的事物都在脑里留下了深刻的印象，这半年告诉了我应该把眼睛睁大一些，看一下别人的生活，品一下不一样的风景，</w:t>
      </w:r>
      <w:r>
        <w:rPr>
          <w:lang w:eastAsia="zh-CN"/>
        </w:rPr>
        <w:br/>
      </w:r>
      <w:r>
        <w:rPr>
          <w:lang w:eastAsia="zh-CN"/>
        </w:rPr>
        <w:t xml:space="preserve">    最新酒店服务员实习工作总结 篇2 </w:t>
      </w:r>
      <w:r>
        <w:rPr>
          <w:lang w:eastAsia="zh-CN"/>
        </w:rPr>
        <w:br/>
      </w:r>
      <w:r>
        <w:rPr>
          <w:lang w:eastAsia="zh-CN"/>
        </w:rPr>
        <w:t>　　自负四下学期来酒店工作，从一名客房服务员做到前台服务员，经历了半年的时间我学到了很多在书苯上没有的知识。现做一份酒店服务员半年工作总结；</w:t>
      </w:r>
      <w:r>
        <w:rPr>
          <w:lang w:eastAsia="zh-CN"/>
        </w:rPr>
        <w:br/>
      </w:r>
      <w:r>
        <w:rPr>
          <w:lang w:eastAsia="zh-CN"/>
        </w:rPr>
        <w:t>　　1、真实题高操作水泙，陪养工作能力，真实题高本人实操水泙。为了做好客房的卫生和服务工作，捅过学习践，我学会了房间卫生清理程序两部分四个程序，第一部分，两人负责清理房房间卫生。从中发现我本人的操作非常不规范、不科学，针对存在的问题，我跟向领班和其他工作人员问技巧，问方法和所要求达到的效果，对存在的问题加以，对我的操作成果加以比较，纠正我的不良操作习惯。取得了一定的成效，房间卫生质量题高了，查房超时现像少了，查房出现的错误也没有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严格执行空房一日一过制度。空房每日一过是客房卫生制度的一项重要制度，它不但能凿凿监督私自开房，保证卫干净以外，还能及时发现房间内发生漏水露电矢窃或者有偿物品丢失的凿凿时间，从而明确责任人。所以在我们工作中，在领班的提示监督下严格执行一日一过制度。</w:t>
      </w:r>
      <w:r>
        <w:rPr>
          <w:lang w:eastAsia="zh-CN"/>
        </w:rPr>
        <w:br/>
      </w:r>
      <w:r>
        <w:rPr>
          <w:lang w:eastAsia="zh-CN"/>
        </w:rPr>
        <w:t>　　3、学习、规范岗位的服务用语，题高对客服务质量。我在同事中、在负责本客房的主管经理的培训中学习岗位的服务用语，进行留精去粗，而后吸收为已用，做为我对客人交流的语言指南。</w:t>
      </w:r>
      <w:r>
        <w:rPr>
          <w:lang w:eastAsia="zh-CN"/>
        </w:rPr>
        <w:br/>
      </w:r>
      <w:r>
        <w:rPr>
          <w:lang w:eastAsia="zh-CN"/>
        </w:rPr>
        <w:t>　　4、括大本市周边环境应用信息，努厉做好前台接待。前台工作要求掌握的信息量大。我本人做了本部的调查和广泛搜藉资料，力挣括大自已的知识面，以便更好的为客人提供服务。前台工作尽管时间不长，也努厉不少，学到很多在平时客房服务中一样能用的知识，可谓受益匪浅。</w:t>
      </w:r>
      <w:r>
        <w:rPr>
          <w:lang w:eastAsia="zh-CN"/>
        </w:rPr>
        <w:br/>
      </w:r>
      <w:r>
        <w:rPr>
          <w:lang w:eastAsia="zh-CN"/>
        </w:rPr>
        <w:t>　　5、努厉学习文化知识，题高本人文化素质。为了与时俱进，我利用闲暇时间复习点英语平常用语，一方面体现了有特长的职员在宾馆的价值，另一方面，增长了职工的知识面，丰富了个人的业余生活。</w:t>
      </w:r>
      <w:r>
        <w:rPr>
          <w:lang w:eastAsia="zh-CN"/>
        </w:rPr>
        <w:br/>
      </w:r>
      <w:r>
        <w:rPr>
          <w:lang w:eastAsia="zh-CN"/>
        </w:rPr>
        <w:t>　　6、确保查退房及时、凿凿。捅过不断摸索，根剧入住的.会议团、零客为主的特点，在没有确窃退房时间的情况下，我们会主动找相关负责人或向总机打听有无叫醒时间，了解客人的叫醒时间后来推算客人的退房时间，提前做好查房安排，确保查房的及时凿凿性。</w:t>
      </w:r>
      <w:r>
        <w:rPr>
          <w:lang w:eastAsia="zh-CN"/>
        </w:rPr>
        <w:br/>
      </w:r>
      <w:r>
        <w:rPr>
          <w:lang w:eastAsia="zh-CN"/>
        </w:rPr>
        <w:t>　　7、细心照料绿色盆景，努厉伪装扮一幅完美的脸。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以上是我的酒店服务员半年工作总结。这半年中我除了学习到一般基本的技巧和服务常识之外，更学习到了做人， 如何处理好自己的利益和酒店的利益、如何处理好同事之间的人际关系、如何调整自己的心态，更让我了解到的是作为一个服务员应该具有强烈的服务意识。</w:t>
      </w:r>
      <w:r>
        <w:rPr>
          <w:lang w:eastAsia="zh-CN"/>
        </w:rPr>
        <w:br/>
      </w:r>
      <w:r>
        <w:rPr>
          <w:lang w:eastAsia="zh-CN"/>
        </w:rPr>
        <w:t xml:space="preserve">    最新酒店服务员实习工作总结 篇3 </w:t>
      </w:r>
      <w:r>
        <w:rPr>
          <w:lang w:eastAsia="zh-CN"/>
        </w:rPr>
        <w:br/>
      </w:r>
      <w:r>
        <w:rPr>
          <w:lang w:eastAsia="zh-CN"/>
        </w:rPr>
        <w:t>　　20__年即将过去，这一年在酒店各位领导和同事们帮忙关心鼓励下，使我克服了种种困难，较为出色的完成了全年的工作，得到领导和同事的肯定。全年持续全勤上班，无请假、迟到、早退现象;服务质量及工作水平有所提高，无客人投诉状况;能够尊重领导，团结同事，做到礼让三分，工作为重。现将我在__年做的主要工作及明年的打算做以汇报，请各位领导和同事指正。</w:t>
      </w:r>
      <w:r>
        <w:rPr>
          <w:lang w:eastAsia="zh-CN"/>
        </w:rPr>
        <w:br/>
      </w:r>
      <w:r>
        <w:rPr>
          <w:lang w:eastAsia="zh-CN"/>
        </w:rPr>
        <w:t>　　一、今年的主要工作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1、端正态度，爱岗敬业。透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r>
        <w:rPr>
          <w:lang w:eastAsia="zh-CN"/>
        </w:rPr>
        <w:br/>
      </w:r>
      <w:r>
        <w:rPr>
          <w:lang w:eastAsia="zh-CN"/>
        </w:rPr>
        <w:t>　　2、虚心学习，不懂就问。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r>
        <w:rPr>
          <w:lang w:eastAsia="zh-CN"/>
        </w:rPr>
        <w:br/>
      </w:r>
      <w:r>
        <w:rPr>
          <w:lang w:eastAsia="zh-CN"/>
        </w:rPr>
        <w:t>　　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r>
        <w:rPr>
          <w:lang w:eastAsia="zh-CN"/>
        </w:rPr>
        <w:br/>
      </w:r>
      <w:r>
        <w:rPr>
          <w:lang w:eastAsia="zh-CN"/>
        </w:rPr>
        <w:t>　　二、明年工作打算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r>
        <w:rPr>
          <w:lang w:eastAsia="zh-CN"/>
        </w:rPr>
        <w:br/>
      </w:r>
      <w:r>
        <w:rPr>
          <w:lang w:eastAsia="zh-CN"/>
        </w:rPr>
        <w:t>　　三、对酒店推荐和意见</w:t>
      </w:r>
      <w:r>
        <w:rPr>
          <w:lang w:eastAsia="zh-CN"/>
        </w:rPr>
        <w:br/>
      </w:r>
      <w:r>
        <w:rPr>
          <w:lang w:eastAsia="zh-CN"/>
        </w:rPr>
        <w:t>　　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r>
        <w:rPr>
          <w:lang w:eastAsia="zh-CN"/>
        </w:rPr>
        <w:br/>
      </w:r>
      <w:r>
        <w:rPr>
          <w:lang w:eastAsia="zh-CN"/>
        </w:rPr>
        <w:t xml:space="preserve">    最新酒店服务员实习工作总结 篇4 </w:t>
      </w:r>
      <w:r>
        <w:rPr>
          <w:lang w:eastAsia="zh-CN"/>
        </w:rPr>
        <w:br/>
      </w:r>
      <w:r>
        <w:rPr>
          <w:lang w:eastAsia="zh-CN"/>
        </w:rPr>
        <w:t>　　一直以来酒店业的工资及福利待遇相对较弱，在人才竞争上一直处于不利的地位，因此人才竞争更为关键。随着酒店业的服务水平不断提高，酒店数量的不断增多，人才市场的供求关系发生了巨大的变化，主要是基层普通员工的缺乏十分突出，凡是从事酒店管理的都知道酒店基层员工，尤其是素质较好的人比较难找到。因此人性化管理的在酒店人力资源管理已经到了举足轻重的地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因此如何发觉吸引、留住、培养、发掘员工是酒店决策层和各部门各级管理人员必须积极面对的课题。</w:t>
      </w:r>
      <w:r>
        <w:rPr>
          <w:lang w:eastAsia="zh-CN"/>
        </w:rPr>
        <w:br/>
      </w:r>
      <w:r>
        <w:rPr>
          <w:lang w:eastAsia="zh-CN"/>
        </w:rPr>
        <w:t>　　一、 转变观念，对员工既要严格控制、教导，也要进行情感化管理</w:t>
      </w:r>
      <w:r>
        <w:rPr>
          <w:lang w:eastAsia="zh-CN"/>
        </w:rPr>
        <w:br/>
      </w:r>
      <w:r>
        <w:rPr>
          <w:lang w:eastAsia="zh-CN"/>
        </w:rPr>
        <w:t>　　酒店各级管理人员对各项管理制度和操作程序与标准的执行方式比较僵硬，因为对实行半军事化管理有片面的理解，不少中基层管理人员对员工工作的问题一般是指责、批评、不满得多，而给予理解和关怀的比较少。这经常导致上下级工作不协调甚至是紧张的关系，最终导致更多问题的出现，使部门工作脱离正轨。</w:t>
      </w:r>
      <w:r>
        <w:rPr>
          <w:lang w:eastAsia="zh-CN"/>
        </w:rPr>
        <w:br/>
      </w:r>
      <w:r>
        <w:rPr>
          <w:lang w:eastAsia="zh-CN"/>
        </w:rPr>
        <w:t>　　没有满意的员工就没有满意的顾客，要把员工视为可以培养成才的重要资源。</w:t>
      </w:r>
      <w:r>
        <w:rPr>
          <w:lang w:eastAsia="zh-CN"/>
        </w:rPr>
        <w:br/>
      </w:r>
      <w:r>
        <w:rPr>
          <w:lang w:eastAsia="zh-CN"/>
        </w:rPr>
        <w:t>　　管理人员应该时刻表现出对员工工作的支持态度。员工工作出现问题或出现差错后，管理人员在指出的同时也要问员工想到解决办法并告诉员工，并帮助其解决。不论是批评员工还是表扬员工都要注意方式和场合，只有充分尊重和支持员工，员工才会产生工作主动性、积极性。</w:t>
      </w:r>
      <w:r>
        <w:rPr>
          <w:lang w:eastAsia="zh-CN"/>
        </w:rPr>
        <w:br/>
      </w:r>
      <w:r>
        <w:rPr>
          <w:lang w:eastAsia="zh-CN"/>
        </w:rPr>
        <w:t>　　管理人员包括经理只有多深入一线员工工作现场，多进行观察，并利用合适的时间参与员工的操作工作，既可以体会新的更多的问题，拓展思路，也可以对员工起带动作用，也有助于消除某些员工对从事服务工作的自卑心理(个别员工的自卑情绪往往会影响到其他员工)。</w:t>
      </w:r>
      <w:r>
        <w:rPr>
          <w:lang w:eastAsia="zh-CN"/>
        </w:rPr>
        <w:br/>
      </w:r>
      <w:r>
        <w:rPr>
          <w:lang w:eastAsia="zh-CN"/>
        </w:rPr>
        <w:t>　　二、善待员工就是善待自己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中国现在的酒店存在的一个普遍问题是人员流动大，或跳槽、或转行、或因不满足现状工作消极而被开除。造成这种情况的因素很多，主要的一项就是酒店业门槛低，竞争激烈，经营成本较高，利润相对低，员工的福利待遇就相对较差。因此，应充分在酒店承受能力之范围内改善员工待遇。</w:t>
      </w:r>
      <w:r>
        <w:rPr>
          <w:lang w:eastAsia="zh-CN"/>
        </w:rPr>
        <w:br/>
      </w:r>
      <w:r>
        <w:rPr>
          <w:lang w:eastAsia="zh-CN"/>
        </w:rPr>
        <w:t>　　另一个原因是人们对酒店行业的特殊性的误解，包括认为服务工作是低人一等、没前途等。这要求酒店人力资源部和部门经理对员工进行科学系统的培训，多做员工的思想工作，纠正他们的错误观念。</w:t>
      </w:r>
      <w:r>
        <w:rPr>
          <w:lang w:eastAsia="zh-CN"/>
        </w:rPr>
        <w:br/>
      </w:r>
      <w:r>
        <w:rPr>
          <w:lang w:eastAsia="zh-CN"/>
        </w:rPr>
        <w:t>　　还有一个原因就是基层员工的劳动强度比较大，比如客房和餐饮的员工工作，这就要求对员工进行系统培训，让他们掌握规范化的操作方法，以省时省力。部门经理应该设法形成一个愉快的团结向上的工作氛围，让员工对工作和环境产生乐趣。</w:t>
      </w:r>
      <w:r>
        <w:rPr>
          <w:lang w:eastAsia="zh-CN"/>
        </w:rPr>
        <w:br/>
      </w:r>
      <w:r>
        <w:rPr>
          <w:lang w:eastAsia="zh-CN"/>
        </w:rPr>
        <w:t>　　任何员工都不愿意长期从事一份十分劳累的体力工作，而从事服务工作的大多是女性，应该将员工的劳动强度控制在合理的范围，以有利于她们的身心健康。如果员工流失过大，会造成管理和服务的下滑，使酒店丧失核心竞争力。</w:t>
      </w:r>
      <w:r>
        <w:rPr>
          <w:lang w:eastAsia="zh-CN"/>
        </w:rPr>
        <w:br/>
      </w:r>
      <w:r>
        <w:rPr>
          <w:lang w:eastAsia="zh-CN"/>
        </w:rPr>
        <w:t>　　一、在日常工作中我们树立了三个理念</w:t>
      </w:r>
      <w:r>
        <w:rPr>
          <w:lang w:eastAsia="zh-CN"/>
        </w:rPr>
        <w:br/>
      </w:r>
      <w:r>
        <w:rPr>
          <w:lang w:eastAsia="zh-CN"/>
        </w:rPr>
        <w:t>　　1、顾客理念：一切为顾客为焦点，不论遇到多么刁蛮的顾客，我们都要以服务好顾客的最 终目的</w:t>
      </w:r>
      <w:r>
        <w:rPr>
          <w:lang w:eastAsia="zh-CN"/>
        </w:rPr>
        <w:br/>
      </w:r>
      <w:r>
        <w:rPr>
          <w:lang w:eastAsia="zh-CN"/>
        </w:rPr>
        <w:t>　　2、细节理念：细节决定成败，做好每一个工作细节，酒店的管理系统，服务系统才会顺畅的运转。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3、文化理念：让顾客享受一种高品质的、独特的用餐体验、让员工在健康和谐的企业氛围中工作。</w:t>
      </w:r>
      <w:r>
        <w:rPr>
          <w:lang w:eastAsia="zh-CN"/>
        </w:rPr>
        <w:br/>
      </w:r>
      <w:r>
        <w:rPr>
          <w:lang w:eastAsia="zh-CN"/>
        </w:rPr>
        <w:t>　　二、餐饮服务时间长，争取利用时间组织培训学习。让员工懂得餐饮工作的重要性，更要使员工有敢于奉献争做先进的敬业精神。</w:t>
      </w:r>
      <w:r>
        <w:rPr>
          <w:lang w:eastAsia="zh-CN"/>
        </w:rPr>
        <w:br/>
      </w:r>
      <w:r>
        <w:rPr>
          <w:lang w:eastAsia="zh-CN"/>
        </w:rPr>
        <w:t>　　三、坚持良心品质、质量第一的经营理念，抓好落实工作，使员工懂得酒店的标准，是每一位员工的工作尺 子 为提高员工的标准意识，我制定的岗位培训计划，组织员工进行了统一的操作标。</w:t>
      </w:r>
      <w:r>
        <w:rPr>
          <w:lang w:eastAsia="zh-CN"/>
        </w:rPr>
        <w:br/>
      </w:r>
      <w:r>
        <w:rPr>
          <w:lang w:eastAsia="zh-CN"/>
        </w:rPr>
        <w:t xml:space="preserve">    最新酒店服务员实习工作总结 篇5 </w:t>
      </w:r>
      <w:r>
        <w:rPr>
          <w:lang w:eastAsia="zh-CN"/>
        </w:rPr>
        <w:br/>
      </w:r>
      <w:r>
        <w:rPr>
          <w:lang w:eastAsia="zh-CN"/>
        </w:rPr>
        <w:t>　　一个企业赢利是第一目标，也是企业能否生存下去的保障，一个部门的工作也要紧紧围绕企业的中心工作来做文章。一年来，经过全体员工及部门管理人员的共同努力，有经营指标的部分都完成了酒店领导在工作会议上给我们下达的任务。现对今年工作进行以下总结。</w:t>
      </w:r>
      <w:r>
        <w:rPr>
          <w:lang w:eastAsia="zh-CN"/>
        </w:rPr>
        <w:br/>
      </w:r>
      <w:r>
        <w:rPr>
          <w:lang w:eastAsia="zh-CN"/>
        </w:rPr>
        <w:t>　　一、工作成就</w:t>
      </w:r>
      <w:r>
        <w:rPr>
          <w:lang w:eastAsia="zh-CN"/>
        </w:rPr>
        <w:br/>
      </w:r>
      <w:r>
        <w:rPr>
          <w:lang w:eastAsia="zh-CN"/>
        </w:rPr>
        <w:t>　　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客房部是公司的主要创收部门，它的本本本费也很高，本着节约就是创利润的思想，我和同事们本着从自我做起，从点滴做起，杜绝一切浪费现象，回收客用一次性低值易耗品，如牙膏可做为清洁剂使用。每日早晨要求对退客楼层的走道灯关闭，夜班六点后再开启;查退房后拔掉取电卡;房间这样日复一日的执行下来，能为公司节约一笔不少的电费。</w:t>
      </w:r>
      <w:r>
        <w:rPr>
          <w:lang w:eastAsia="zh-CN"/>
        </w:rPr>
        <w:br/>
      </w:r>
      <w:r>
        <w:rPr>
          <w:lang w:eastAsia="zh-CN"/>
        </w:rPr>
        <w:t>　　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r>
        <w:rPr>
          <w:lang w:eastAsia="zh-CN"/>
        </w:rPr>
        <w:br/>
      </w:r>
      <w:r>
        <w:rPr>
          <w:lang w:eastAsia="zh-CN"/>
        </w:rPr>
        <w:t>　　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r>
        <w:rPr>
          <w:lang w:eastAsia="zh-CN"/>
        </w:rPr>
        <w:br/>
      </w:r>
      <w:r>
        <w:rPr>
          <w:lang w:eastAsia="zh-CN"/>
        </w:rPr>
        <w:t>　　二、工作存在问题</w:t>
      </w:r>
      <w:r>
        <w:rPr>
          <w:lang w:eastAsia="zh-CN"/>
        </w:rPr>
        <w:br/>
      </w:r>
      <w:r>
        <w:rPr>
          <w:lang w:eastAsia="zh-CN"/>
        </w:rPr>
        <w:t>　　容易将个人情绪带到工作中，高兴时热情周到，不高兴时有所怠慢，以后在工作中尽可能克服这种情况，在思想中真正树起：顾客就是上帝的意识。房间和公共区域的清洁卫生有待进一步的提高。各个岗位的服务规范需要进一步加强。设施设备维保计划未落实到位。交接班时由于考虑不周，认为小问题不须特意交接清楚，致使这样那样的问题发生，塾不知小事易酿成大错，今后一定严加防范，以免出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三、明年计划</w:t>
      </w:r>
      <w:r>
        <w:rPr>
          <w:lang w:eastAsia="zh-CN"/>
        </w:rPr>
        <w:br/>
      </w:r>
      <w:r>
        <w:rPr>
          <w:lang w:eastAsia="zh-CN"/>
        </w:rPr>
        <w:t>　　认真做好每一天的每一项工作。细化服务措施，提高宾客满意度。加强教育培训，强化员工队伍素质。规范管理，促进企业健康有序发展。加强市场营销，不断调整客源结构。认真做好上门散客的销售工作。做好旺季的合理预定，限度地提高销售额。规范留言服务，使客人感到我们专业的管理水平和酒店服务档次。多学习其他东西，充实自己。</w:t>
      </w:r>
      <w:r>
        <w:rPr>
          <w:lang w:eastAsia="zh-CN"/>
        </w:rPr>
        <w:br/>
      </w:r>
      <w:r>
        <w:rPr>
          <w:lang w:eastAsia="zh-CN"/>
        </w:rPr>
        <w:t>　　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r>
        <w:rPr>
          <w:lang w:eastAsia="zh-CN"/>
        </w:rPr>
        <w:br/>
      </w:r>
      <w:r>
        <w:rPr>
          <w:lang w:eastAsia="zh-CN"/>
        </w:rPr>
        <w:t xml:space="preserve">    最新酒店服务员实习工作总结 篇6 </w:t>
      </w:r>
      <w:r>
        <w:rPr>
          <w:lang w:eastAsia="zh-CN"/>
        </w:rPr>
        <w:br/>
      </w:r>
      <w:r>
        <w:rPr>
          <w:lang w:eastAsia="zh-CN"/>
        </w:rPr>
        <w:t>　　这一年来的工作当中我觉得自己还是做的不不错的，作为一名服务员，我深刻的意识到了这一点，这方面而言，我确实需要更加努力的去做好自己分内的事情，做服务工作我感觉很开心，每次得到顾客的微笑我都觉得这是认可，对我服务的认可，我感觉非常的好，一年的时间过去了，我确实还是在这个过程当中得到了很大的提高，我也一定会更加努力的去做好自己的本职工作，对于这一年来的跟着我也总结一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通过自己的努力，我也看清楚了很多，确实这对我而言是一个非常大的提高，我会继续认真的去规划好的，在这方面我有着非常明确的规划，我一定会让自己做的更好，做这份工作服务质量是应该要落实好的，我一直都感觉在这个过程当中我比较努力，我清楚的意识到了这一点，在这一点上面我也在不断的提高自己的能力，我也能够在这方面有着非常明确的规划，我一定会让自己做的更好的，做服务工作这是我要去维持下去的，这一年来我感觉在__酒店这里，非常的充实，我也认真的把自己的工作做好了，我知道不管是在什么时候都应该要努力维持下去的，这是我应该要有的态度。</w:t>
      </w:r>
      <w:r>
        <w:rPr>
          <w:lang w:eastAsia="zh-CN"/>
        </w:rPr>
        <w:br/>
      </w:r>
      <w:r>
        <w:rPr>
          <w:lang w:eastAsia="zh-CN"/>
        </w:rPr>
        <w:t>　　一年的时间过去了，我也希望能够得到更多的认可，做服务工作，我每天认真的规划好自己，我渴望得到更多的锻炼，这一点是我应该要清楚的，希望能够够在以后的学习当中坚持去搞好这一点，我也会坚持去做好这些分内的事情，成为一名优秀的服务员，我这也是我一直都在努力的方向，虽然过去的一年当中也是出现了一些问题，在工作当中感受到了一定的压力，可是我觉得化压力为动力这是有道理的，本着一个高质量服务的原则，我应该要对得起自己的这份工作，这也是我应该要去努力的方向，现在包括未来，这些都是应该要履行好的职责，我一定会让自己继续维持下去，这也在学习当中应该要有的态度，我感觉这样的方式是非常有意义的，坚持去做好服务工作，这是绝对是要去做好的。</w:t>
      </w:r>
      <w:r>
        <w:rPr>
          <w:lang w:eastAsia="zh-CN"/>
        </w:rPr>
        <w:br/>
      </w:r>
      <w:r>
        <w:rPr>
          <w:lang w:eastAsia="zh-CN"/>
        </w:rPr>
        <w:t>　　当然我知道我在平时的工作当中，有一些做的不够好的地方，我也一定会继续努力去规划好自己的工作，我也相信我能够获得更大的进步，在这方面努力完成的更好，现在我也感觉非常的有意义，希望能够学习到更好的服务技巧，成为更加优秀的服务人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xml:space="preserve">    最新酒店服务员实习工作总结 篇7 </w:t>
      </w:r>
      <w:r>
        <w:rPr>
          <w:lang w:eastAsia="zh-CN"/>
        </w:rPr>
        <w:br/>
      </w:r>
      <w:r>
        <w:rPr>
          <w:lang w:eastAsia="zh-CN"/>
        </w:rPr>
        <w:t>　　一、培训目的这个部分主要强调为何培训，一般都是要增进服务意识，提高员工素质及技能</w:t>
      </w:r>
      <w:r>
        <w:rPr>
          <w:lang w:eastAsia="zh-CN"/>
        </w:rPr>
        <w:br/>
      </w:r>
      <w:r>
        <w:rPr>
          <w:lang w:eastAsia="zh-CN"/>
        </w:rPr>
        <w:t>　　二、培训对象：培训人员有新进入酒店的人员和在职的员工</w:t>
      </w:r>
      <w:r>
        <w:rPr>
          <w:lang w:eastAsia="zh-CN"/>
        </w:rPr>
        <w:br/>
      </w:r>
      <w:r>
        <w:rPr>
          <w:lang w:eastAsia="zh-CN"/>
        </w:rPr>
        <w:t>　　三、培训内容：知识..</w:t>
      </w:r>
      <w:r>
        <w:rPr>
          <w:lang w:eastAsia="zh-CN"/>
        </w:rPr>
        <w:br/>
      </w:r>
      <w:r>
        <w:rPr>
          <w:lang w:eastAsia="zh-CN"/>
        </w:rPr>
        <w:t>　　培训要求</w:t>
      </w:r>
      <w:r>
        <w:rPr>
          <w:lang w:eastAsia="zh-CN"/>
        </w:rPr>
        <w:br/>
      </w:r>
      <w:r>
        <w:rPr>
          <w:lang w:eastAsia="zh-CN"/>
        </w:rPr>
        <w:t>　　一：培训期间要求工装整齐，人员整齐。</w:t>
      </w:r>
      <w:r>
        <w:rPr>
          <w:lang w:eastAsia="zh-CN"/>
        </w:rPr>
        <w:br/>
      </w:r>
      <w:r>
        <w:rPr>
          <w:lang w:eastAsia="zh-CN"/>
        </w:rPr>
        <w:t>　　二：培训期间不允许佩带手机/香烟/钥匙以及员工三宝等硬物。</w:t>
      </w:r>
      <w:r>
        <w:rPr>
          <w:lang w:eastAsia="zh-CN"/>
        </w:rPr>
        <w:br/>
      </w:r>
      <w:r>
        <w:rPr>
          <w:lang w:eastAsia="zh-CN"/>
        </w:rPr>
        <w:t>　　三：培训期间不允许说笑、聊天、乱动、有问题喊报告。</w:t>
      </w:r>
      <w:r>
        <w:rPr>
          <w:lang w:eastAsia="zh-CN"/>
        </w:rPr>
        <w:br/>
      </w:r>
      <w:r>
        <w:rPr>
          <w:lang w:eastAsia="zh-CN"/>
        </w:rPr>
        <w:t>　　四：培训站位时、要以标准站立姿势站位、站位高到低一字排开。</w:t>
      </w:r>
      <w:r>
        <w:rPr>
          <w:lang w:eastAsia="zh-CN"/>
        </w:rPr>
        <w:br/>
      </w:r>
      <w:r>
        <w:rPr>
          <w:lang w:eastAsia="zh-CN"/>
        </w:rPr>
        <w:t>　　培训时间60分钟</w:t>
      </w:r>
      <w:r>
        <w:rPr>
          <w:lang w:eastAsia="zh-CN"/>
        </w:rPr>
        <w:br/>
      </w:r>
      <w:r>
        <w:rPr>
          <w:lang w:eastAsia="zh-CN"/>
        </w:rPr>
        <w:t>　　15分钟：全员形体培训：要求跨立要领{其中考核个别房间价位}</w:t>
      </w:r>
      <w:r>
        <w:rPr>
          <w:lang w:eastAsia="zh-CN"/>
        </w:rPr>
        <w:br/>
      </w:r>
      <w:r>
        <w:rPr>
          <w:lang w:eastAsia="zh-CN"/>
        </w:rPr>
        <w:t>　　15分钟：贯彻服务员领位礼貌用语。</w:t>
      </w:r>
      <w:r>
        <w:rPr>
          <w:lang w:eastAsia="zh-CN"/>
        </w:rPr>
        <w:br/>
      </w:r>
      <w:r>
        <w:rPr>
          <w:lang w:eastAsia="zh-CN"/>
        </w:rPr>
        <w:t>　　30分钟：培训人员中提出几名服务员来实际操作领位流程{其余员工继续形体}</w:t>
      </w:r>
      <w:r>
        <w:rPr>
          <w:lang w:eastAsia="zh-CN"/>
        </w:rPr>
        <w:br/>
      </w:r>
      <w:r>
        <w:rPr>
          <w:lang w:eastAsia="zh-CN"/>
        </w:rPr>
        <w:t>　　领位礼貌用语：</w:t>
      </w:r>
      <w:r>
        <w:rPr>
          <w:lang w:eastAsia="zh-CN"/>
        </w:rPr>
        <w:br/>
      </w:r>
      <w:r>
        <w:rPr>
          <w:lang w:eastAsia="zh-CN"/>
        </w:rPr>
        <w:t>　　一、晚上好，欢迎光临黄金北岸。</w:t>
      </w:r>
      <w:r>
        <w:rPr>
          <w:lang w:eastAsia="zh-CN"/>
        </w:rPr>
        <w:br/>
      </w:r>
      <w:r>
        <w:rPr>
          <w:lang w:eastAsia="zh-CN"/>
        </w:rPr>
        <w:t>　　二、贵宾几位，有预定的房间吗?</w:t>
      </w:r>
      <w:r>
        <w:rPr>
          <w:lang w:eastAsia="zh-CN"/>
        </w:rPr>
        <w:br/>
      </w:r>
      <w:r>
        <w:rPr>
          <w:lang w:eastAsia="zh-CN"/>
        </w:rPr>
        <w:t>　　三、贵宾您好，订房人贵姓或手机尾号是多少?</w:t>
      </w:r>
      <w:r>
        <w:rPr>
          <w:lang w:eastAsia="zh-CN"/>
        </w:rPr>
        <w:br/>
      </w:r>
      <w:r>
        <w:rPr>
          <w:lang w:eastAsia="zh-CN"/>
        </w:rPr>
        <w:t>　　四、贵宾您好，为您安排中包可以吗?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五、房间价位348元，这后不开发票278元，您看可以吗?</w:t>
      </w:r>
      <w:r>
        <w:rPr>
          <w:lang w:eastAsia="zh-CN"/>
        </w:rPr>
        <w:br/>
      </w:r>
      <w:r>
        <w:rPr>
          <w:lang w:eastAsia="zh-CN"/>
        </w:rPr>
        <w:t>　　六、贵宾您好，您的房间这边请，请跟我来。</w:t>
      </w:r>
      <w:r>
        <w:rPr>
          <w:lang w:eastAsia="zh-CN"/>
        </w:rPr>
        <w:br/>
      </w:r>
      <w:r>
        <w:rPr>
          <w:lang w:eastAsia="zh-CN"/>
        </w:rPr>
        <w:t>　　七、楼层接待贵宾几位!</w:t>
      </w:r>
      <w:r>
        <w:rPr>
          <w:lang w:eastAsia="zh-CN"/>
        </w:rPr>
        <w:br/>
      </w:r>
      <w:r>
        <w:rPr>
          <w:lang w:eastAsia="zh-CN"/>
        </w:rPr>
        <w:t>　　八、收到谢谢，晚上好，欢迎光临黄金北岸。</w:t>
      </w:r>
      <w:r>
        <w:rPr>
          <w:lang w:eastAsia="zh-CN"/>
        </w:rPr>
        <w:br/>
      </w:r>
      <w:r>
        <w:rPr>
          <w:lang w:eastAsia="zh-CN"/>
        </w:rPr>
        <w:t>　　九、贵宾您好，您的房间这边请。</w:t>
      </w:r>
      <w:r>
        <w:rPr>
          <w:lang w:eastAsia="zh-CN"/>
        </w:rPr>
        <w:br/>
      </w:r>
      <w:r>
        <w:rPr>
          <w:lang w:eastAsia="zh-CN"/>
        </w:rPr>
        <w:t>　　十、您的房间到了，祝您玩的愉快。</w:t>
      </w:r>
      <w:r>
        <w:rPr>
          <w:lang w:eastAsia="zh-CN"/>
        </w:rPr>
        <w:br/>
      </w:r>
      <w:r>
        <w:rPr>
          <w:lang w:eastAsia="zh-CN"/>
        </w:rPr>
        <w:t>　　VT对客语言：</w:t>
      </w:r>
      <w:r>
        <w:rPr>
          <w:lang w:eastAsia="zh-CN"/>
        </w:rPr>
        <w:br/>
      </w:r>
      <w:r>
        <w:rPr>
          <w:lang w:eastAsia="zh-CN"/>
        </w:rPr>
        <w:t>　　A,晚上好，欢迎光临黄金北岸。贵宾几位有预定的房间吗?</w:t>
      </w:r>
      <w:r>
        <w:rPr>
          <w:lang w:eastAsia="zh-CN"/>
        </w:rPr>
        <w:br/>
      </w:r>
      <w:r>
        <w:rPr>
          <w:lang w:eastAsia="zh-CN"/>
        </w:rPr>
        <w:t>　　B1.五位给我安排个房间.</w:t>
      </w:r>
      <w:r>
        <w:rPr>
          <w:lang w:eastAsia="zh-CN"/>
        </w:rPr>
        <w:br/>
      </w:r>
      <w:r>
        <w:rPr>
          <w:lang w:eastAsia="zh-CN"/>
        </w:rPr>
        <w:t>　　B2.有房间211在哪?</w:t>
      </w:r>
      <w:r>
        <w:rPr>
          <w:lang w:eastAsia="zh-CN"/>
        </w:rPr>
        <w:br/>
      </w:r>
      <w:r>
        <w:rPr>
          <w:lang w:eastAsia="zh-CN"/>
        </w:rPr>
        <w:t>　　A2.贵宾您好，请问订房人贵姓或是手机尾号是多少?</w:t>
      </w:r>
      <w:r>
        <w:rPr>
          <w:lang w:eastAsia="zh-CN"/>
        </w:rPr>
        <w:br/>
      </w:r>
      <w:r>
        <w:rPr>
          <w:lang w:eastAsia="zh-CN"/>
        </w:rPr>
        <w:t>　　{顾客说明信息后，服务员与主接核实确定房态}</w:t>
      </w:r>
      <w:r>
        <w:rPr>
          <w:lang w:eastAsia="zh-CN"/>
        </w:rPr>
        <w:br/>
      </w:r>
      <w:r>
        <w:rPr>
          <w:lang w:eastAsia="zh-CN"/>
        </w:rPr>
        <w:t>　　A贵宾您好，您的房间这边请，请跟我来.</w:t>
      </w:r>
      <w:r>
        <w:rPr>
          <w:lang w:eastAsia="zh-CN"/>
        </w:rPr>
        <w:br/>
      </w:r>
      <w:r>
        <w:rPr>
          <w:lang w:eastAsia="zh-CN"/>
        </w:rPr>
        <w:t>　　A _楼层接待贵宾几位?</w:t>
      </w:r>
      <w:r>
        <w:rPr>
          <w:lang w:eastAsia="zh-CN"/>
        </w:rPr>
        <w:br/>
      </w:r>
      <w:r>
        <w:rPr>
          <w:lang w:eastAsia="zh-CN"/>
        </w:rPr>
        <w:t>　　C收到谢谢，晚上好，欢迎光临黄金北岸。贵宾您好，您的房间里面请，您的房间到了，祝您玩的愉快!</w:t>
      </w:r>
      <w:r>
        <w:rPr>
          <w:lang w:eastAsia="zh-CN"/>
        </w:rPr>
        <w:br/>
      </w:r>
      <w:r>
        <w:rPr>
          <w:lang w:eastAsia="zh-CN"/>
        </w:rPr>
        <w:t xml:space="preserve">    最新酒店服务员实习工作总结 篇8 </w:t>
      </w:r>
      <w:r>
        <w:rPr>
          <w:lang w:eastAsia="zh-CN"/>
        </w:rPr>
        <w:br/>
      </w:r>
      <w:r>
        <w:rPr>
          <w:lang w:eastAsia="zh-CN"/>
        </w:rPr>
        <w:t>　　为了提升我们工作服务质量，我们经理给我们安排了专门的礼仪培训，我们酒店除了饭菜好吃，还有就是服务非常周到，但因为很多时候新入职的新人，对于工作不了解，容易在工作中与客户冲突，为了减少类似的情况，在一年内安排了五次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首先从说话方面，让我们与客户沟通时用敬语，然后是手势方面，与客户沟通不但要能说，还要有肢体语言，这样才能够让客户感觉自然。之后就是着装礼仪，穿着得体，整洁好看，才能够显示我们酒店卫生，并且尊重客户，个方面都需要注重。这也是我们必须掌握的。</w:t>
      </w:r>
      <w:r>
        <w:rPr>
          <w:lang w:eastAsia="zh-CN"/>
        </w:rPr>
        <w:br/>
      </w:r>
      <w:r>
        <w:rPr>
          <w:lang w:eastAsia="zh-CN"/>
        </w:rPr>
        <w:t>　　在平时工作中，我们需要站在各自岗位上，如果有客户进入酒店，我们就必须要给客户更多的尊敬，比如欢迎光临等日常用语，不能少，为客户开门是必须掌握的。客户在酒店用餐时，需要点菜，需要第一时间送上，同时要准确的说清楚我们酒店需要多久能够按时上菜。这些方面说好才能避免出现纠纷，需要掌握客户的心里，当客户等待时，我们可以给客户赠送一些赠品，让客户打发时间等待上菜。</w:t>
      </w:r>
      <w:r>
        <w:rPr>
          <w:lang w:eastAsia="zh-CN"/>
        </w:rPr>
        <w:br/>
      </w:r>
      <w:r>
        <w:rPr>
          <w:lang w:eastAsia="zh-CN"/>
        </w:rPr>
        <w:t>　　因为我们主要任务是负责餐厅服务。所以一般客户想要住酒店，我们只需要联系前台，带领客户一起去办理手续就行，对于客户提出的问题及时解答，客户就是我们必须要重视的人，他们的任何事情，我们不能怠慢，在过去工作中，我按照酒店培训的工作方式工作，避免了很多纠纷，备受客户夸赞，这样的服务让客户感到满意，我们也感到高兴。</w:t>
      </w:r>
      <w:r>
        <w:rPr>
          <w:lang w:eastAsia="zh-CN"/>
        </w:rPr>
        <w:br/>
      </w:r>
      <w:r>
        <w:rPr>
          <w:lang w:eastAsia="zh-CN"/>
        </w:rPr>
        <w:t>　　以前我认为服务很简单，就是为客户点菜，传达客户要求，然而工作并不是如此，更多的是要锻炼我们的能力考验我们实力。要有耐心，不管客户的回答是不是礼貌，但是我们必须要做好不能失礼，让客户感受到我们的真诚服务，就足够了，当然缺点还是有的，就是每次接待客户时，都有些忐忑，担心自己做的不好被客户责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其实工作并没有如此麻烦，只要在服务工作中不犯错，一般客户也不会找我们的麻烦，任何时候都应该注意细节，比如上菜是，要注意衣袖不能太长，不要触碰到饭菜，同时要保持个人卫生，这些都是必须做好的工作。服务工作只要掌握了最基本的礼仪做好日常工作，就不会犯大错，就可以让客户满意。</w:t>
      </w:r>
      <w:r>
        <w:rPr>
          <w:lang w:eastAsia="zh-CN"/>
        </w:rPr>
        <w:br/>
      </w:r>
      <w:r>
        <w:rPr>
          <w:lang w:eastAsia="zh-CN"/>
        </w:rPr>
        <w:t>　　虽然这一年中我做的成绩还不错，但是还需要继续提高，依然还要加强，争取在下一年工作中做的更好，打响我们酒店的服务，同时展现我们酒店的不同。</w:t>
      </w:r>
      <w:r>
        <w:rPr>
          <w:lang w:eastAsia="zh-CN"/>
        </w:rPr>
        <w:br/>
      </w:r>
      <w:r>
        <w:rPr>
          <w:lang w:eastAsia="zh-CN"/>
        </w:rPr>
        <w:t xml:space="preserve">    最新酒店服务员实习工作总结 篇9 </w:t>
      </w:r>
      <w:r>
        <w:rPr>
          <w:lang w:eastAsia="zh-CN"/>
        </w:rPr>
        <w:br/>
      </w:r>
      <w:r>
        <w:rPr>
          <w:lang w:eastAsia="zh-CN"/>
        </w:rPr>
        <w:t>　　20__年即将过去，这一年是繁忙的一年，是辉煌的一年，酒店在上级领导的关心支持下，在经理的正确领导下，通过全体员工齐心协力，勤奋工作，取得了巨大的成绩，入住率始终保持在90%以上，酒店业绩连创新高，在安全、卫生、服务等方面得到了相关的部门肯定和客人的一致好评。我做为酒店的一名员工，通过自己的努力，也取得了不错成绩，多次被酒店评为优秀员工，受到奖励。</w:t>
      </w:r>
      <w:r>
        <w:rPr>
          <w:lang w:eastAsia="zh-CN"/>
        </w:rPr>
        <w:br/>
      </w:r>
      <w:r>
        <w:rPr>
          <w:lang w:eastAsia="zh-CN"/>
        </w:rPr>
        <w:t>　　一、我主要从以下四个方面做好本职工作的：</w:t>
      </w:r>
      <w:r>
        <w:rPr>
          <w:lang w:eastAsia="zh-CN"/>
        </w:rPr>
        <w:br/>
      </w:r>
      <w:r>
        <w:rPr>
          <w:lang w:eastAsia="zh-CN"/>
        </w:rPr>
        <w:t>　　1、尊重领导，听从指挥</w:t>
      </w:r>
      <w:r>
        <w:rPr>
          <w:lang w:eastAsia="zh-CN"/>
        </w:rPr>
        <w:br/>
      </w:r>
      <w:r>
        <w:rPr>
          <w:lang w:eastAsia="zh-CN"/>
        </w:rPr>
        <w:t>　　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2、遵规守纪，搞好服务</w:t>
      </w:r>
      <w:r>
        <w:rPr>
          <w:lang w:eastAsia="zh-CN"/>
        </w:rPr>
        <w:br/>
      </w:r>
      <w:r>
        <w:rPr>
          <w:lang w:eastAsia="zh-CN"/>
        </w:rPr>
        <w:t>　　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r>
        <w:rPr>
          <w:lang w:eastAsia="zh-CN"/>
        </w:rPr>
        <w:br/>
      </w:r>
      <w:r>
        <w:rPr>
          <w:lang w:eastAsia="zh-CN"/>
        </w:rPr>
        <w:t>　　3、团结协作，不计得失</w:t>
      </w:r>
      <w:r>
        <w:rPr>
          <w:lang w:eastAsia="zh-CN"/>
        </w:rPr>
        <w:br/>
      </w:r>
      <w:r>
        <w:rPr>
          <w:lang w:eastAsia="zh-CN"/>
        </w:rPr>
        <w:t>　　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r>
        <w:rPr>
          <w:lang w:eastAsia="zh-CN"/>
        </w:rPr>
        <w:br/>
      </w:r>
      <w:r>
        <w:rPr>
          <w:lang w:eastAsia="zh-CN"/>
        </w:rPr>
        <w:t>　　4、虚心学习，努力提高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r>
        <w:rPr>
          <w:lang w:eastAsia="zh-CN"/>
        </w:rPr>
        <w:br/>
      </w:r>
      <w:r>
        <w:rPr>
          <w:lang w:eastAsia="zh-CN"/>
        </w:rPr>
        <w:t>　　二、存在的不足和问题：</w:t>
      </w:r>
      <w:r>
        <w:rPr>
          <w:lang w:eastAsia="zh-CN"/>
        </w:rPr>
        <w:br/>
      </w:r>
      <w:r>
        <w:rPr>
          <w:lang w:eastAsia="zh-CN"/>
        </w:rPr>
        <w:t>　　1、有时工作热情不高，不太积极，有拖拉的现象。有时退房比较多，时间比较紧，房间卫生打扫得不仔细，还有遗漏的地方。查房时，用品较多，有时有忘记登记的现象，给个人和单位造成了损失。</w:t>
      </w:r>
      <w:r>
        <w:rPr>
          <w:lang w:eastAsia="zh-CN"/>
        </w:rPr>
        <w:br/>
      </w:r>
      <w:r>
        <w:rPr>
          <w:lang w:eastAsia="zh-CN"/>
        </w:rPr>
        <w:t>　　2、服务水平还需提高。文明礼貌用语用得少，态度比较生硬，缺少主动性。</w:t>
      </w:r>
      <w:r>
        <w:rPr>
          <w:lang w:eastAsia="zh-CN"/>
        </w:rPr>
        <w:br/>
      </w:r>
      <w:r>
        <w:rPr>
          <w:lang w:eastAsia="zh-CN"/>
        </w:rPr>
        <w:t>　　在新的一年里，在上级领导的关心支持下，在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r>
        <w:rPr>
          <w:lang w:eastAsia="zh-CN"/>
        </w:rPr>
        <w:br/>
      </w:r>
      <w:r>
        <w:rPr>
          <w:lang w:eastAsia="zh-CN"/>
        </w:rPr>
        <w:t>　　20__年已悄然谢幕，_酒店在这一年也发生重大的突破与转变，作为酒店中的普通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20__年的工作奠定良好基础，今天在这里对个人和行政部的工作进行简略总结，并向各位领导和同事汇报一下20__年工作思路，希望各位给予指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回顾20__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20__年工作总结如下。</w:t>
      </w:r>
      <w:r>
        <w:rPr>
          <w:lang w:eastAsia="zh-CN"/>
        </w:rPr>
        <w:br/>
      </w:r>
      <w:r>
        <w:rPr>
          <w:lang w:eastAsia="zh-CN"/>
        </w:rPr>
        <w:t>　　一、工作成绩描述</w:t>
      </w:r>
      <w:r>
        <w:rPr>
          <w:lang w:eastAsia="zh-CN"/>
        </w:rPr>
        <w:br/>
      </w:r>
      <w:r>
        <w:rPr>
          <w:lang w:eastAsia="zh-CN"/>
        </w:rPr>
        <w:t>　　⑴在半年中部门工作取得明显进步，在规范化管理和制度化建设上取得重要成绩；</w:t>
      </w:r>
      <w:r>
        <w:rPr>
          <w:lang w:eastAsia="zh-CN"/>
        </w:rPr>
        <w:br/>
      </w:r>
      <w:r>
        <w:rPr>
          <w:lang w:eastAsia="zh-CN"/>
        </w:rPr>
        <w:t>　　⑵外协工作取得重要突破，为酒店打造良好外部经营环境奠定基础；</w:t>
      </w:r>
      <w:r>
        <w:rPr>
          <w:lang w:eastAsia="zh-CN"/>
        </w:rPr>
        <w:br/>
      </w:r>
      <w:r>
        <w:rPr>
          <w:lang w:eastAsia="zh-CN"/>
        </w:rPr>
        <w:t>　　⑶人力资源工作取得进展，从人员选聘、员工培训到人力资源科学管理与调配上取得重要进展；</w:t>
      </w:r>
      <w:r>
        <w:rPr>
          <w:lang w:eastAsia="zh-CN"/>
        </w:rPr>
        <w:br/>
      </w:r>
      <w:r>
        <w:rPr>
          <w:lang w:eastAsia="zh-CN"/>
        </w:rPr>
        <w:t>　　⑷质检工作取得进展，质量检查体系已基本建立；</w:t>
      </w:r>
      <w:r>
        <w:rPr>
          <w:lang w:eastAsia="zh-CN"/>
        </w:rPr>
        <w:br/>
      </w:r>
      <w:r>
        <w:rPr>
          <w:lang w:eastAsia="zh-CN"/>
        </w:rPr>
        <w:t>　　⑸行政部工作为饭店整体工作运营提供基础性支持，与各部门联系紧密，为饭店发展共同努力。</w:t>
      </w:r>
      <w:r>
        <w:rPr>
          <w:lang w:eastAsia="zh-CN"/>
        </w:rPr>
        <w:br/>
      </w:r>
      <w:r>
        <w:rPr>
          <w:lang w:eastAsia="zh-CN"/>
        </w:rPr>
        <w:t>　　二、工作失误总结</w:t>
      </w:r>
      <w:r>
        <w:rPr>
          <w:lang w:eastAsia="zh-CN"/>
        </w:rPr>
        <w:br/>
      </w:r>
      <w:r>
        <w:rPr>
          <w:lang w:eastAsia="zh-CN"/>
        </w:rPr>
        <w:t>　　⑴时间短在部门内部管理中还存在有些不规范的地方，使工作整体效果受到一些影响；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⑵注重工作质量与效率，强调严格管理，对员工生活关注度不够，今后工作中会再加强与员工的沟通，保证更好地达到工作要求；</w:t>
      </w:r>
      <w:r>
        <w:rPr>
          <w:lang w:eastAsia="zh-CN"/>
        </w:rPr>
        <w:br/>
      </w:r>
      <w:r>
        <w:rPr>
          <w:lang w:eastAsia="zh-CN"/>
        </w:rPr>
        <w:t>　　⑶培训工作缺乏系统性，在20__年注意改进；</w:t>
      </w:r>
      <w:r>
        <w:rPr>
          <w:lang w:eastAsia="zh-CN"/>
        </w:rPr>
        <w:br/>
      </w:r>
      <w:r>
        <w:rPr>
          <w:lang w:eastAsia="zh-CN"/>
        </w:rPr>
        <w:t>　　三、个人优势分析</w:t>
      </w:r>
      <w:r>
        <w:rPr>
          <w:lang w:eastAsia="zh-CN"/>
        </w:rPr>
        <w:br/>
      </w:r>
      <w:r>
        <w:rPr>
          <w:lang w:eastAsia="zh-CN"/>
        </w:rPr>
        <w:t>　　⑴具有较强的亲和力，具备一定的管理基础，乐于承受工作压力，并能较快地适应工作环境。</w:t>
      </w:r>
      <w:r>
        <w:rPr>
          <w:lang w:eastAsia="zh-CN"/>
        </w:rPr>
        <w:br/>
      </w:r>
      <w:r>
        <w:rPr>
          <w:lang w:eastAsia="zh-CN"/>
        </w:rPr>
        <w:t>　　⑵具有较强的学习能力，可以在较短时间内对新的知识融会贯通，并运用于实际工作中；</w:t>
      </w:r>
      <w:r>
        <w:rPr>
          <w:lang w:eastAsia="zh-CN"/>
        </w:rPr>
        <w:br/>
      </w:r>
      <w:r>
        <w:rPr>
          <w:lang w:eastAsia="zh-CN"/>
        </w:rPr>
        <w:t>　　⑶具有协调控制能力、擅长沟通，对管理工作把控能力较强；</w:t>
      </w:r>
      <w:r>
        <w:rPr>
          <w:lang w:eastAsia="zh-CN"/>
        </w:rPr>
        <w:br/>
      </w:r>
      <w:r>
        <w:rPr>
          <w:lang w:eastAsia="zh-CN"/>
        </w:rPr>
        <w:t>　　⑷工作细致性较强，善于从细节处开展工作，对工作大有进益；</w:t>
      </w:r>
      <w:r>
        <w:rPr>
          <w:lang w:eastAsia="zh-CN"/>
        </w:rPr>
        <w:br/>
      </w:r>
      <w:r>
        <w:rPr>
          <w:lang w:eastAsia="zh-CN"/>
        </w:rPr>
        <w:t>　　四、个人劣势分析</w:t>
      </w:r>
      <w:r>
        <w:rPr>
          <w:lang w:eastAsia="zh-CN"/>
        </w:rPr>
        <w:br/>
      </w:r>
      <w:r>
        <w:rPr>
          <w:lang w:eastAsia="zh-CN"/>
        </w:rPr>
        <w:t>　　⑴因为从事酒店业时间较短，可能在专业性上会有所缺乏；</w:t>
      </w:r>
      <w:r>
        <w:rPr>
          <w:lang w:eastAsia="zh-CN"/>
        </w:rPr>
        <w:br/>
      </w:r>
      <w:r>
        <w:rPr>
          <w:lang w:eastAsia="zh-CN"/>
        </w:rPr>
        <w:t>　　⑵对自身性格所具有缺点的控制与把握应进一步提升，应加工作中加强优势发挥，尽量规避劣势，完善自身工作行为。</w:t>
      </w:r>
      <w:r>
        <w:rPr>
          <w:lang w:eastAsia="zh-CN"/>
        </w:rPr>
        <w:br/>
      </w:r>
      <w:r>
        <w:rPr>
          <w:lang w:eastAsia="zh-CN"/>
        </w:rPr>
        <w:t xml:space="preserve">    最新酒店服务员实习工作总结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我迫不及待的怀着忐忑的心情来来到了___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r>
        <w:rPr>
          <w:lang w:eastAsia="zh-CN"/>
        </w:rPr>
        <w:br/>
      </w:r>
      <w:r>
        <w:rPr>
          <w:lang w:eastAsia="zh-CN"/>
        </w:rPr>
        <w:t>　　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r>
        <w:rPr>
          <w:lang w:eastAsia="zh-CN"/>
        </w:rPr>
        <w:br/>
      </w:r>
      <w:r>
        <w:rPr>
          <w:lang w:eastAsia="zh-CN"/>
        </w:rPr>
        <w:t>　　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r>
        <w:rPr>
          <w:lang w:eastAsia="zh-CN"/>
        </w:rPr>
        <w:br/>
      </w:r>
      <w:r>
        <w:rPr>
          <w:lang w:eastAsia="zh-CN"/>
        </w:rPr>
        <w:t xml:space="preserve">    最新酒店服务员实习工作总结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自从20__年某某月进入某某KTV工作，算算已经有一年头了。工作上，从最初的磨磨蹭蹭到如今的轻车熟路，一路走来，感慨和心得都是颇多的。</w:t>
      </w:r>
      <w:r>
        <w:rPr>
          <w:lang w:eastAsia="zh-CN"/>
        </w:rPr>
        <w:br/>
      </w:r>
      <w:r>
        <w:rPr>
          <w:lang w:eastAsia="zh-CN"/>
        </w:rPr>
        <w:t>　　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r>
        <w:rPr>
          <w:lang w:eastAsia="zh-CN"/>
        </w:rPr>
        <w:br/>
      </w:r>
      <w:r>
        <w:rPr>
          <w:lang w:eastAsia="zh-CN"/>
        </w:rPr>
        <w:t>　　工作中，我学会了永远对顾客微笑。微笑是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w:t>
      </w:r>
      <w:r>
        <w:rPr>
          <w:lang w:eastAsia="zh-CN"/>
        </w:rPr>
        <w:br/>
      </w:r>
      <w:r>
        <w:rPr>
          <w:lang w:eastAsia="zh-CN"/>
        </w:rPr>
        <w:t>　　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r>
        <w:rPr>
          <w:lang w:eastAsia="zh-CN"/>
        </w:rPr>
        <w:br/>
      </w:r>
      <w:r>
        <w:rPr>
          <w:lang w:eastAsia="zh-CN"/>
        </w:rPr>
        <w:t>　　工作中的心得很多，我的感慨也很多，在某某KTV看起来平凡简单的工作，让我学会了很多大道理。伴随着某某KTV的成长，我也日渐成熟。在今后的日子里，我会更加努力工作，为某某KTV树立更好的形象，为为每一位来某某KTV的顾客提供更优质的服务。</w:t>
      </w:r>
      <w:r>
        <w:rPr>
          <w:lang w:eastAsia="zh-CN"/>
        </w:rPr>
        <w:br/>
      </w:r>
      <w:r>
        <w:rPr>
          <w:lang w:eastAsia="zh-CN"/>
        </w:rPr>
        <w:t xml:space="preserve">    最新酒店服务员实习工作总结 篇12 </w:t>
      </w:r>
      <w:r>
        <w:rPr>
          <w:lang w:eastAsia="zh-CN"/>
        </w:rPr>
        <w:br/>
      </w:r>
      <w:r>
        <w:rPr>
          <w:lang w:eastAsia="zh-CN"/>
        </w:rPr>
        <w:t>　　作为一名在酒店工作的普通餐饮服务员，我的工作很简单，就是照顾好客人，一般人都能够做好。我也说不上聪明，就在自己的岗位上做好就行了，我也明白自己的潜力并不强，所以我一向在想，我只有不断的努力才会有一个比较好的成绩。</w:t>
      </w:r>
      <w:r>
        <w:rPr>
          <w:lang w:eastAsia="zh-CN"/>
        </w:rPr>
        <w:br/>
      </w:r>
      <w:r>
        <w:rPr>
          <w:lang w:eastAsia="zh-CN"/>
        </w:rPr>
        <w:t>　　今年，由于国家经济大气候的影响和反腐倡廉活动的继续深入，饮食行业环境相当严峻，如何搞好经营，饮食部在酒店的正确领导下，全面落实酒店经营承包方案，以经济建设为中心，强化管理，上下一致，使饮食部在饮食业不景气，且承包任务重的状况下，稳步前进，取得了较好的经济效益和社会效益，现将餐饮部年终工作主要工作总结如下：</w:t>
      </w:r>
      <w:r>
        <w:rPr>
          <w:lang w:eastAsia="zh-CN"/>
        </w:rPr>
        <w:br/>
      </w:r>
      <w:r>
        <w:rPr>
          <w:lang w:eastAsia="zh-CN"/>
        </w:rPr>
        <w:t>　　一、各项经济指标完成状况：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全年实现营业收入__元，比去年的__元，增长__元，增长率__%，营业成本__元，比去年同期的__元，增加__元，增加率__%，综合毛利率__%，比去年的__%，上升(或下降)__%，营业费用为__元，比去年同期的__元，增加(或下降)__元，增加(或下降)率__%，全年实际完成任务__元，超额完成__元，(定额上交年任务为380万元)。</w:t>
      </w:r>
      <w:r>
        <w:rPr>
          <w:lang w:eastAsia="zh-CN"/>
        </w:rPr>
        <w:br/>
      </w:r>
      <w:r>
        <w:rPr>
          <w:lang w:eastAsia="zh-CN"/>
        </w:rPr>
        <w:t>　　二、存在的问题：</w:t>
      </w:r>
      <w:r>
        <w:rPr>
          <w:lang w:eastAsia="zh-CN"/>
        </w:rPr>
        <w:br/>
      </w:r>
      <w:r>
        <w:rPr>
          <w:lang w:eastAsia="zh-CN"/>
        </w:rPr>
        <w:t>　　1、出品质量有时不够稳定，上菜较慢。</w:t>
      </w:r>
      <w:r>
        <w:rPr>
          <w:lang w:eastAsia="zh-CN"/>
        </w:rPr>
        <w:br/>
      </w:r>
      <w:r>
        <w:rPr>
          <w:lang w:eastAsia="zh-CN"/>
        </w:rPr>
        <w:t>　　2、厅面的服务质量还不够高。</w:t>
      </w:r>
      <w:r>
        <w:rPr>
          <w:lang w:eastAsia="zh-CN"/>
        </w:rPr>
        <w:br/>
      </w:r>
      <w:r>
        <w:rPr>
          <w:lang w:eastAsia="zh-CN"/>
        </w:rPr>
        <w:t>　　3、防盗工作还做得比较差，出现失窃的现象。</w:t>
      </w:r>
      <w:r>
        <w:rPr>
          <w:lang w:eastAsia="zh-CN"/>
        </w:rPr>
        <w:br/>
      </w:r>
      <w:r>
        <w:rPr>
          <w:lang w:eastAsia="zh-CN"/>
        </w:rPr>
        <w:t>　　三、明年的设想：</w:t>
      </w:r>
      <w:r>
        <w:rPr>
          <w:lang w:eastAsia="zh-CN"/>
        </w:rPr>
        <w:br/>
      </w:r>
      <w:r>
        <w:rPr>
          <w:lang w:eastAsia="zh-CN"/>
        </w:rPr>
        <w:t>　　1、提高出品的质量，创出十款招牌菜式。</w:t>
      </w:r>
      <w:r>
        <w:rPr>
          <w:lang w:eastAsia="zh-CN"/>
        </w:rPr>
        <w:br/>
      </w:r>
      <w:r>
        <w:rPr>
          <w:lang w:eastAsia="zh-CN"/>
        </w:rPr>
        <w:t>　　2、抓好友谊夜总会、千年老龟火锅城的经营。</w:t>
      </w:r>
      <w:r>
        <w:rPr>
          <w:lang w:eastAsia="zh-CN"/>
        </w:rPr>
        <w:br/>
      </w:r>
      <w:r>
        <w:rPr>
          <w:lang w:eastAsia="zh-CN"/>
        </w:rPr>
        <w:t>　　3、加强规范管理，提高企业整体管理水平和服务质量。</w:t>
      </w:r>
      <w:r>
        <w:rPr>
          <w:lang w:eastAsia="zh-CN"/>
        </w:rPr>
        <w:br/>
      </w:r>
      <w:r>
        <w:rPr>
          <w:lang w:eastAsia="zh-CN"/>
        </w:rPr>
        <w:t>　　4、开设餐饮连锁分店。</w:t>
      </w:r>
      <w:r>
        <w:rPr>
          <w:lang w:eastAsia="zh-CN"/>
        </w:rPr>
        <w:br/>
      </w:r>
      <w:r>
        <w:rPr>
          <w:lang w:eastAsia="zh-CN"/>
        </w:rPr>
        <w:t>　　四、今年完成的主要工作：</w:t>
      </w:r>
      <w:r>
        <w:rPr>
          <w:lang w:eastAsia="zh-CN"/>
        </w:rPr>
        <w:br/>
      </w:r>
      <w:r>
        <w:rPr>
          <w:lang w:eastAsia="zh-CN"/>
        </w:rPr>
        <w:t>　　(1)重视食品卫生，抓好安全防火。</w:t>
      </w:r>
      <w:r>
        <w:rPr>
          <w:lang w:eastAsia="zh-CN"/>
        </w:rPr>
        <w:br/>
      </w:r>
      <w:r>
        <w:rPr>
          <w:lang w:eastAsia="zh-CN"/>
        </w:rPr>
        <w:t>　　1、重视食品卫生，健全各项食品卫生岗位职责制，成立卫生检查组，明确各分部门卫生职责人，制定了日检查、周评比、月总结的制度，开展了流动红旗竟赛活动，对卫生搞得好的分部门给予奖励，卫生差的分部门相应扣罚。由于全体员工的努力，全年未发现因食品变质而引起的中毒事故，顺利透过省市旅游局的星级酒店年审和国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2、抓好安全防火工作，成立安全防火领导小组，落实各分部门安全防火职责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透过有效的措施，确保了饮食部各项工作的正常开展和财产的安全，今年以耒未发生任何的失火事故。</w:t>
      </w:r>
      <w:r>
        <w:rPr>
          <w:lang w:eastAsia="zh-CN"/>
        </w:rPr>
        <w:br/>
      </w:r>
      <w:r>
        <w:rPr>
          <w:lang w:eastAsia="zh-CN"/>
        </w:rPr>
        <w:t>　　(2)落实酒店经营承包方案，完善激励分配制度，调动员工的用心性。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用心主动性。今年人均月收入____元，比去年同期的____元，增加了___元，增长率为__%。</w:t>
      </w:r>
      <w:r>
        <w:rPr>
          <w:lang w:eastAsia="zh-CN"/>
        </w:rPr>
        <w:br/>
      </w:r>
      <w:r>
        <w:rPr>
          <w:lang w:eastAsia="zh-CN"/>
        </w:rPr>
        <w:t>　　(3)抓好规范管理。强化协调关系，提高综合接待潜力。</w:t>
      </w:r>
      <w:r>
        <w:rPr>
          <w:lang w:eastAsia="zh-CN"/>
        </w:rPr>
        <w:br/>
      </w:r>
      <w:r>
        <w:rPr>
          <w:lang w:eastAsia="zh-CN"/>
        </w:rPr>
        <w:t>　　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2、完善饮食部的会议制度。会议包括年终总结会、季度总结会、每月经营分析会、每周例会、每日检讨会、班前班后会、财务监督稽查会、卫生安全检查汇报会等，由于制度的完善，会议质量提高了，上级指令得到及时落实执行。</w:t>
      </w:r>
      <w:r>
        <w:rPr>
          <w:lang w:eastAsia="zh-CN"/>
        </w:rPr>
        <w:br/>
      </w:r>
      <w:r>
        <w:rPr>
          <w:lang w:eastAsia="zh-CN"/>
        </w:rPr>
        <w:t>　　3、建立出品估清供应监督制度。为了最大限度降底估清品种，协调各分部门做好出品供应工作，每一天早、午、晚市检查出品供应估清状况，对当市估清的品种设专薄记录，同时到有关分部门核实查证，并要求管理人员签名，以分清职责。制度建立后，原耒每市估清五、六个菜式的现象已成为历史，此刻出品供应状况已处于正常化。</w:t>
      </w:r>
      <w:r>
        <w:rPr>
          <w:lang w:eastAsia="zh-CN"/>
        </w:rPr>
        <w:br/>
      </w:r>
      <w:r>
        <w:rPr>
          <w:lang w:eastAsia="zh-CN"/>
        </w:rPr>
        <w:t>　　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r>
        <w:rPr>
          <w:lang w:eastAsia="zh-CN"/>
        </w:rPr>
        <w:br/>
      </w:r>
      <w:r>
        <w:rPr>
          <w:lang w:eastAsia="zh-CN"/>
        </w:rPr>
        <w:t>　　5、提高综合接待潜力。今年，全面抓好服务规范，出品质量，使接待潜力大大提高。在做好各类社团宴。</w:t>
      </w:r>
      <w:r>
        <w:rPr>
          <w:lang w:eastAsia="zh-CN"/>
        </w:rPr>
        <w:br/>
      </w:r>
      <w:r>
        <w:rPr>
          <w:lang w:eastAsia="zh-CN"/>
        </w:rPr>
        <w:t xml:space="preserve">    最新酒店服务员实习工作总结 篇13 </w:t>
      </w:r>
      <w:r>
        <w:rPr>
          <w:lang w:eastAsia="zh-CN"/>
        </w:rPr>
        <w:br/>
      </w:r>
      <w:r>
        <w:rPr>
          <w:lang w:eastAsia="zh-CN"/>
        </w:rPr>
        <w:t>　　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总结过去的一年，我是兢兢业业面对自己的职责。对待每一位宾客都笑脸相迎，让他们来到酒店就有一种如沐春风，宾至如归的感觉。</w:t>
      </w:r>
      <w:r>
        <w:rPr>
          <w:lang w:eastAsia="zh-CN"/>
        </w:rPr>
        <w:br/>
      </w:r>
      <w:r>
        <w:rPr>
          <w:lang w:eastAsia="zh-CN"/>
        </w:rPr>
        <w:t>　　酒店的前台是酒店的重要部门，在工作中我尽力做好部门之间的互通协调工作。保证入住的宾客能够住的安心。服从领导的指示，团结同事，礼貌待人，服从分配，尽心尽力地做好了自己的本职工作。</w:t>
      </w:r>
      <w:r>
        <w:rPr>
          <w:lang w:eastAsia="zh-CN"/>
        </w:rPr>
        <w:br/>
      </w:r>
      <w:r>
        <w:rPr>
          <w:lang w:eastAsia="zh-CN"/>
        </w:rPr>
        <w:t>　　新的一年，我将一如既往地在自己平凡的工作中，为酒店创造最大价值。</w:t>
      </w:r>
      <w:r>
        <w:rPr>
          <w:lang w:eastAsia="zh-CN"/>
        </w:rPr>
        <w:br/>
      </w:r>
      <w:r>
        <w:rPr>
          <w:lang w:eastAsia="zh-CN"/>
        </w:rPr>
        <w:t>　　20__年工作已近尾声，根据本区域工作实际，客情，员工工作水平，工作业绩等实际情况总结如下：</w:t>
      </w:r>
      <w:r>
        <w:rPr>
          <w:lang w:eastAsia="zh-CN"/>
        </w:rPr>
        <w:br/>
      </w:r>
      <w:r>
        <w:rPr>
          <w:lang w:eastAsia="zh-CN"/>
        </w:rPr>
        <w:t>　　一、工作业绩回顾</w:t>
      </w:r>
      <w:r>
        <w:rPr>
          <w:lang w:eastAsia="zh-CN"/>
        </w:rPr>
        <w:br/>
      </w:r>
      <w:r>
        <w:rPr>
          <w:lang w:eastAsia="zh-CN"/>
        </w:rPr>
        <w:t>　　本区域为8—9/F，总房量86间，从20__年9月至12月初日均接待量54间，出租率保持较高水平，客户投诉率2%，顺利接待了中青国旅等大型团队及VIP接待。</w:t>
      </w:r>
      <w:r>
        <w:rPr>
          <w:lang w:eastAsia="zh-CN"/>
        </w:rPr>
        <w:br/>
      </w:r>
      <w:r>
        <w:rPr>
          <w:lang w:eastAsia="zh-CN"/>
        </w:rPr>
        <w:t>　　二、工作中不足</w:t>
      </w:r>
      <w:r>
        <w:rPr>
          <w:lang w:eastAsia="zh-CN"/>
        </w:rPr>
        <w:br/>
      </w:r>
      <w:r>
        <w:rPr>
          <w:lang w:eastAsia="zh-CN"/>
        </w:rPr>
        <w:t>　　1、员工培训力度不够</w:t>
      </w:r>
      <w:r>
        <w:rPr>
          <w:lang w:eastAsia="zh-CN"/>
        </w:rPr>
        <w:br/>
      </w:r>
      <w:r>
        <w:rPr>
          <w:lang w:eastAsia="zh-CN"/>
        </w:rPr>
        <w:t>　　包括洗衣培训，住人房间清洁培训，成本控制培训，设施设备管理等力度不够，造成系列事情的发生。</w:t>
      </w:r>
      <w:r>
        <w:rPr>
          <w:lang w:eastAsia="zh-CN"/>
        </w:rPr>
        <w:br/>
      </w:r>
      <w:r>
        <w:rPr>
          <w:lang w:eastAsia="zh-CN"/>
        </w:rPr>
        <w:t>　　2、区域成本控制管理欠缺</w:t>
      </w:r>
      <w:r>
        <w:rPr>
          <w:lang w:eastAsia="zh-CN"/>
        </w:rPr>
        <w:br/>
      </w:r>
      <w:r>
        <w:rPr>
          <w:lang w:eastAsia="zh-CN"/>
        </w:rPr>
        <w:t>　　区域领用易耗品较多，消耗量较大，没有进行成本意识相关培训，备货频率高，增加了工作量，今后会加强。</w:t>
      </w:r>
      <w:r>
        <w:rPr>
          <w:lang w:eastAsia="zh-CN"/>
        </w:rPr>
        <w:br/>
      </w:r>
      <w:r>
        <w:rPr>
          <w:lang w:eastAsia="zh-CN"/>
        </w:rPr>
        <w:t>　　3、区域清洁质量水平不高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住房率较高，员工流动性较大，相关指导培训落后，相关配套不到位，造成清洁质量水平不高、今后会加强。</w:t>
      </w:r>
      <w:r>
        <w:rPr>
          <w:lang w:eastAsia="zh-CN"/>
        </w:rPr>
        <w:br/>
      </w:r>
      <w:r>
        <w:rPr>
          <w:lang w:eastAsia="zh-CN"/>
        </w:rPr>
        <w:t>　　4、物品设施管理不周</w:t>
      </w:r>
      <w:r>
        <w:rPr>
          <w:lang w:eastAsia="zh-CN"/>
        </w:rPr>
        <w:br/>
      </w:r>
      <w:r>
        <w:rPr>
          <w:lang w:eastAsia="zh-CN"/>
        </w:rPr>
        <w:t>　　包括布草丢失现象，公共区域设备保管与保养，门面油漆刮伤等管理不够深入。</w:t>
      </w:r>
      <w:r>
        <w:rPr>
          <w:lang w:eastAsia="zh-CN"/>
        </w:rPr>
        <w:br/>
      </w:r>
      <w:r>
        <w:rPr>
          <w:lang w:eastAsia="zh-CN"/>
        </w:rPr>
        <w:t>　　5、没有进行安全，团队，服务意识教育。</w:t>
      </w:r>
      <w:r>
        <w:rPr>
          <w:lang w:eastAsia="zh-CN"/>
        </w:rPr>
        <w:br/>
      </w:r>
      <w:r>
        <w:rPr>
          <w:lang w:eastAsia="zh-CN"/>
        </w:rPr>
        <w:t>　　6、责任管理不够分明。</w:t>
      </w:r>
      <w:r>
        <w:rPr>
          <w:lang w:eastAsia="zh-CN"/>
        </w:rPr>
        <w:br/>
      </w:r>
      <w:r>
        <w:rPr>
          <w:lang w:eastAsia="zh-CN"/>
        </w:rPr>
        <w:t>　　7、前期区域划分不够彻底，造成部分人员责任重大，工作量相对较大，布草虽然未丢失，但是员工压力较大，后期已经进行相关处理。</w:t>
      </w:r>
      <w:r>
        <w:rPr>
          <w:lang w:eastAsia="zh-CN"/>
        </w:rPr>
        <w:br/>
      </w:r>
      <w:r>
        <w:rPr>
          <w:lang w:eastAsia="zh-CN"/>
        </w:rPr>
        <w:t>　　8、区域规范制度建设。</w:t>
      </w:r>
      <w:r>
        <w:rPr>
          <w:lang w:eastAsia="zh-CN"/>
        </w:rPr>
        <w:br/>
      </w:r>
      <w:r>
        <w:rPr>
          <w:lang w:eastAsia="zh-CN"/>
        </w:rPr>
        <w:t>　　9、无绩效考核。</w:t>
      </w:r>
      <w:r>
        <w:rPr>
          <w:lang w:eastAsia="zh-CN"/>
        </w:rPr>
        <w:br/>
      </w:r>
      <w:r>
        <w:rPr>
          <w:lang w:eastAsia="zh-CN"/>
        </w:rPr>
        <w:t>　　10、无奖惩制度。</w:t>
      </w:r>
      <w:r>
        <w:rPr>
          <w:lang w:eastAsia="zh-CN"/>
        </w:rPr>
        <w:br/>
      </w:r>
      <w:r>
        <w:rPr>
          <w:lang w:eastAsia="zh-CN"/>
        </w:rPr>
        <w:t>　　三、工作难题</w:t>
      </w:r>
      <w:r>
        <w:rPr>
          <w:lang w:eastAsia="zh-CN"/>
        </w:rPr>
        <w:br/>
      </w:r>
      <w:r>
        <w:rPr>
          <w:lang w:eastAsia="zh-CN"/>
        </w:rPr>
        <w:t>　　1、工作车配备不足问题</w:t>
      </w:r>
      <w:r>
        <w:rPr>
          <w:lang w:eastAsia="zh-CN"/>
        </w:rPr>
        <w:br/>
      </w:r>
      <w:r>
        <w:rPr>
          <w:lang w:eastAsia="zh-CN"/>
        </w:rPr>
        <w:t>　　工作车配备不足，房量高的情况下，员工抱怨情绪高，使用不方便，降低了工作效率及质量水平。</w:t>
      </w:r>
      <w:r>
        <w:rPr>
          <w:lang w:eastAsia="zh-CN"/>
        </w:rPr>
        <w:br/>
      </w:r>
      <w:r>
        <w:rPr>
          <w:lang w:eastAsia="zh-CN"/>
        </w:rPr>
        <w:t>　　2、抹布配备问题</w:t>
      </w:r>
      <w:r>
        <w:rPr>
          <w:lang w:eastAsia="zh-CN"/>
        </w:rPr>
        <w:br/>
      </w:r>
      <w:r>
        <w:rPr>
          <w:lang w:eastAsia="zh-CN"/>
        </w:rPr>
        <w:t>　　抹布较少，希望后期能够有充足的抹布。</w:t>
      </w:r>
      <w:r>
        <w:rPr>
          <w:lang w:eastAsia="zh-CN"/>
        </w:rPr>
        <w:br/>
      </w:r>
      <w:r>
        <w:rPr>
          <w:lang w:eastAsia="zh-CN"/>
        </w:rPr>
        <w:t>　　3、杯具送洗及清洁</w:t>
      </w:r>
      <w:r>
        <w:rPr>
          <w:lang w:eastAsia="zh-CN"/>
        </w:rPr>
        <w:br/>
      </w:r>
      <w:r>
        <w:rPr>
          <w:lang w:eastAsia="zh-CN"/>
        </w:rPr>
        <w:t>　　希望后期能够加大力度。</w:t>
      </w:r>
      <w:r>
        <w:rPr>
          <w:lang w:eastAsia="zh-CN"/>
        </w:rPr>
        <w:br/>
      </w:r>
      <w:r>
        <w:rPr>
          <w:lang w:eastAsia="zh-CN"/>
        </w:rPr>
        <w:t>　　4、酒水撤出及补充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团队撤出及补充酒水工作量较大，酒水损失率高，丢失率高，希望后期能够有更加合理的解决方案。</w:t>
      </w:r>
      <w:r>
        <w:rPr>
          <w:lang w:eastAsia="zh-CN"/>
        </w:rPr>
        <w:br/>
      </w:r>
      <w:r>
        <w:rPr>
          <w:lang w:eastAsia="zh-CN"/>
        </w:rPr>
        <w:t>　　5、实习生交接问题</w:t>
      </w:r>
      <w:r>
        <w:rPr>
          <w:lang w:eastAsia="zh-CN"/>
        </w:rPr>
        <w:br/>
      </w:r>
      <w:r>
        <w:rPr>
          <w:lang w:eastAsia="zh-CN"/>
        </w:rPr>
        <w:t>　　实习生管理不够严，交接不够严谨，易造成布草丢失。</w:t>
      </w:r>
      <w:r>
        <w:rPr>
          <w:lang w:eastAsia="zh-CN"/>
        </w:rPr>
        <w:br/>
      </w:r>
      <w:r>
        <w:rPr>
          <w:lang w:eastAsia="zh-CN"/>
        </w:rPr>
        <w:t>　　6、布草送洗问题</w:t>
      </w:r>
      <w:r>
        <w:rPr>
          <w:lang w:eastAsia="zh-CN"/>
        </w:rPr>
        <w:br/>
      </w:r>
      <w:r>
        <w:rPr>
          <w:lang w:eastAsia="zh-CN"/>
        </w:rPr>
        <w:t>　　布草送洗较耽误时间，出现等待现象，希望有更加合理方案。</w:t>
      </w:r>
      <w:r>
        <w:rPr>
          <w:lang w:eastAsia="zh-CN"/>
        </w:rPr>
        <w:br/>
      </w:r>
      <w:r>
        <w:rPr>
          <w:lang w:eastAsia="zh-CN"/>
        </w:rPr>
        <w:t>　　7、垃圾运送问题。</w:t>
      </w:r>
      <w:r>
        <w:rPr>
          <w:lang w:eastAsia="zh-CN"/>
        </w:rPr>
        <w:br/>
      </w:r>
      <w:r>
        <w:rPr>
          <w:lang w:eastAsia="zh-CN"/>
        </w:rPr>
        <w:t>　　8、人员固定问题。</w:t>
      </w:r>
      <w:r>
        <w:rPr>
          <w:lang w:eastAsia="zh-CN"/>
        </w:rPr>
        <w:br/>
      </w:r>
      <w:r>
        <w:rPr>
          <w:lang w:eastAsia="zh-CN"/>
        </w:rPr>
        <w:t>　　希望能够保持一段期限内的人员固定。</w:t>
      </w:r>
      <w:r>
        <w:rPr>
          <w:lang w:eastAsia="zh-CN"/>
        </w:rPr>
        <w:br/>
      </w:r>
      <w:r>
        <w:rPr>
          <w:lang w:eastAsia="zh-CN"/>
        </w:rPr>
        <w:t>　　9、员工通道垃圾桶垃圾问题</w:t>
      </w:r>
      <w:r>
        <w:rPr>
          <w:lang w:eastAsia="zh-CN"/>
        </w:rPr>
        <w:br/>
      </w:r>
      <w:r>
        <w:rPr>
          <w:lang w:eastAsia="zh-CN"/>
        </w:rPr>
        <w:t>　　经常出现将垃圾丢到垃圾袋外，垃圾多，不便处理，希望多部门配合。</w:t>
      </w:r>
      <w:r>
        <w:rPr>
          <w:lang w:eastAsia="zh-CN"/>
        </w:rPr>
        <w:br/>
      </w:r>
      <w:r>
        <w:rPr>
          <w:lang w:eastAsia="zh-CN"/>
        </w:rPr>
        <w:t>　　10、收费酒水补充问题</w:t>
      </w:r>
      <w:r>
        <w:rPr>
          <w:lang w:eastAsia="zh-CN"/>
        </w:rPr>
        <w:br/>
      </w:r>
      <w:r>
        <w:rPr>
          <w:lang w:eastAsia="zh-CN"/>
        </w:rPr>
        <w:t>　　补充时间较晚。</w:t>
      </w:r>
      <w:r>
        <w:rPr>
          <w:lang w:eastAsia="zh-CN"/>
        </w:rPr>
        <w:br/>
      </w:r>
      <w:r>
        <w:rPr>
          <w:lang w:eastAsia="zh-CN"/>
        </w:rPr>
        <w:t>　　11、免费酒水兑换问题</w:t>
      </w:r>
      <w:r>
        <w:rPr>
          <w:lang w:eastAsia="zh-CN"/>
        </w:rPr>
        <w:br/>
      </w:r>
      <w:r>
        <w:rPr>
          <w:lang w:eastAsia="zh-CN"/>
        </w:rPr>
        <w:t>　　兑换耗费时间，是否可以专人定时收取兑换。</w:t>
      </w:r>
      <w:r>
        <w:rPr>
          <w:lang w:eastAsia="zh-CN"/>
        </w:rPr>
        <w:br/>
      </w:r>
      <w:r>
        <w:rPr>
          <w:lang w:eastAsia="zh-CN"/>
        </w:rPr>
        <w:t>　　12、漏查物品问题</w:t>
      </w:r>
      <w:r>
        <w:rPr>
          <w:lang w:eastAsia="zh-CN"/>
        </w:rPr>
        <w:br/>
      </w:r>
      <w:r>
        <w:rPr>
          <w:lang w:eastAsia="zh-CN"/>
        </w:rPr>
        <w:t>　　漏查物品有时候无退房记录，无帐可查。</w:t>
      </w:r>
      <w:r>
        <w:rPr>
          <w:lang w:eastAsia="zh-CN"/>
        </w:rPr>
        <w:br/>
      </w:r>
      <w:r>
        <w:rPr>
          <w:lang w:eastAsia="zh-CN"/>
        </w:rPr>
        <w:t>　　13、工作间门口过高问题</w:t>
      </w:r>
      <w:r>
        <w:rPr>
          <w:lang w:eastAsia="zh-CN"/>
        </w:rPr>
        <w:br/>
      </w:r>
      <w:r>
        <w:rPr>
          <w:lang w:eastAsia="zh-CN"/>
        </w:rPr>
        <w:t>　　工作间门槛过高，进出工作车不方便。</w:t>
      </w:r>
      <w:r>
        <w:rPr>
          <w:lang w:eastAsia="zh-CN"/>
        </w:rPr>
        <w:br/>
      </w:r>
      <w:r>
        <w:rPr>
          <w:lang w:eastAsia="zh-CN"/>
        </w:rPr>
        <w:t>　　14、中班动用交接问题</w:t>
      </w:r>
      <w:r>
        <w:rPr>
          <w:lang w:eastAsia="zh-CN"/>
        </w:rPr>
        <w:br/>
      </w:r>
      <w:r>
        <w:rPr>
          <w:lang w:eastAsia="zh-CN"/>
        </w:rPr>
        <w:t>　　中班动用其他楼层物品，布草需要交接记录。工作表不适用，有待改进。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四、今后工作计划</w:t>
      </w:r>
      <w:r>
        <w:rPr>
          <w:lang w:eastAsia="zh-CN"/>
        </w:rPr>
        <w:br/>
      </w:r>
      <w:r>
        <w:rPr>
          <w:lang w:eastAsia="zh-CN"/>
        </w:rPr>
        <w:t>　　1、提高员工团队，服务意识。</w:t>
      </w:r>
      <w:r>
        <w:rPr>
          <w:lang w:eastAsia="zh-CN"/>
        </w:rPr>
        <w:br/>
      </w:r>
      <w:r>
        <w:rPr>
          <w:lang w:eastAsia="zh-CN"/>
        </w:rPr>
        <w:t>　　2、加强员工相关意识，技能培训。</w:t>
      </w:r>
      <w:r>
        <w:rPr>
          <w:lang w:eastAsia="zh-CN"/>
        </w:rPr>
        <w:br/>
      </w:r>
      <w:r>
        <w:rPr>
          <w:lang w:eastAsia="zh-CN"/>
        </w:rPr>
        <w:t>　　3、加强责任区域管理，强化员工责任意识。</w:t>
      </w:r>
      <w:r>
        <w:rPr>
          <w:lang w:eastAsia="zh-CN"/>
        </w:rPr>
        <w:br/>
      </w:r>
      <w:r>
        <w:rPr>
          <w:lang w:eastAsia="zh-CN"/>
        </w:rPr>
        <w:t>　　4、加强布草管理。</w:t>
      </w:r>
      <w:r>
        <w:rPr>
          <w:lang w:eastAsia="zh-CN"/>
        </w:rPr>
        <w:br/>
      </w:r>
      <w:r>
        <w:rPr>
          <w:lang w:eastAsia="zh-CN"/>
        </w:rPr>
        <w:t>　　5、加强成本控制管理。</w:t>
      </w:r>
      <w:r>
        <w:rPr>
          <w:lang w:eastAsia="zh-CN"/>
        </w:rPr>
        <w:br/>
      </w:r>
      <w:r>
        <w:rPr>
          <w:lang w:eastAsia="zh-CN"/>
        </w:rPr>
        <w:t>　　6、继续进行计划清洁管理。</w:t>
      </w:r>
      <w:r>
        <w:rPr>
          <w:lang w:eastAsia="zh-CN"/>
        </w:rPr>
        <w:br/>
      </w:r>
      <w:r>
        <w:rPr>
          <w:lang w:eastAsia="zh-CN"/>
        </w:rPr>
        <w:t>　　7、加强安全操作管理。</w:t>
      </w:r>
      <w:r>
        <w:rPr>
          <w:lang w:eastAsia="zh-CN"/>
        </w:rPr>
        <w:br/>
      </w:r>
      <w:r>
        <w:rPr>
          <w:lang w:eastAsia="zh-CN"/>
        </w:rPr>
        <w:t>　　8、努力提高员工工作热情。</w:t>
      </w:r>
      <w:r>
        <w:rPr>
          <w:lang w:eastAsia="zh-CN"/>
        </w:rPr>
        <w:br/>
      </w:r>
      <w:r>
        <w:rPr>
          <w:lang w:eastAsia="zh-CN"/>
        </w:rPr>
        <w:t>　　酒店服务员工作总结3</w:t>
      </w:r>
      <w:r>
        <w:rPr>
          <w:lang w:eastAsia="zh-CN"/>
        </w:rPr>
        <w:br/>
      </w:r>
      <w:r>
        <w:rPr>
          <w:lang w:eastAsia="zh-CN"/>
        </w:rPr>
        <w:t>　　转眼间入职酒店工作已一年多了，根据酒店经理的工作安排，主要负责酒店楼面的日常运作和部门的培训工作，现将工作情况作以下总结。</w:t>
      </w:r>
      <w:r>
        <w:rPr>
          <w:lang w:eastAsia="zh-CN"/>
        </w:rPr>
        <w:br/>
      </w:r>
      <w:r>
        <w:rPr>
          <w:lang w:eastAsia="zh-CN"/>
        </w:rPr>
        <w:t>　　一、厅面现场管理</w:t>
      </w:r>
      <w:r>
        <w:rPr>
          <w:lang w:eastAsia="zh-CN"/>
        </w:rPr>
        <w:br/>
      </w:r>
      <w:r>
        <w:rPr>
          <w:lang w:eastAsia="zh-CN"/>
        </w:rPr>
        <w:t>　　礼节礼貌要求每天例会反复练习，员工见到客人要礼貌用语，特别是前台收银和区域看位服务人员要求做到一呼便应，要求把礼节礼貌应用到工作中的每一点滴，员工之间相互监督，共同进步。班前坚持对仪容仪表的的检查，仪容仪表不合格者要求整理合格后方可上岗，岗上发现仪容问题立即指正，监督对客礼仪礼貌的运用，员工养成一种良好的态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严抓定岗定位和服务意识，提高服务效率，针对服务人员在用餐高峰期的时候进行合理的调配，以领班或助长为中心随时支援忙档的区域，其他人员各负其责，明确各自的工作内容，进行分工合作。提倡效率服务，要求员工只要有客人需要服务的立即进行为客人服务。物品管理从大件物品到小件物品不管是客损或者自然损坏，凡事都要求做到有章可循、有据可查、有人执行、有人临督、跟单到人、有所总结。</w:t>
      </w:r>
      <w:r>
        <w:rPr>
          <w:lang w:eastAsia="zh-CN"/>
        </w:rPr>
        <w:br/>
      </w:r>
      <w:r>
        <w:rPr>
          <w:lang w:eastAsia="zh-CN"/>
        </w:rPr>
        <w:t>　　卫生管理公共区域，要求保洁人员看到有异物或者脏物必须马上清洁。各区域的卫生要求沙发表面、四周及餐桌、地面、无尘无水渍、摆放整齐、无倾斜。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r>
        <w:rPr>
          <w:lang w:eastAsia="zh-CN"/>
        </w:rPr>
        <w:br/>
      </w:r>
      <w:r>
        <w:rPr>
          <w:lang w:eastAsia="zh-CN"/>
        </w:rPr>
        <w:t>　　建立酒店案例收集制度，减少顾客投诉几率，收集酒店顾客对服务质量、品质等方面的投诉，作为改善日常管理及服务提供重要依据，酒店所有人员对收集的案例进行分析总结，针对问题拿出解决方案，使日常服务更具针对性，减少了顾客的投诉几率。</w:t>
      </w:r>
      <w:r>
        <w:rPr>
          <w:lang w:eastAsia="zh-CN"/>
        </w:rPr>
        <w:br/>
      </w:r>
      <w:r>
        <w:rPr>
          <w:lang w:eastAsia="zh-CN"/>
        </w:rPr>
        <w:t>　　二、员工日常管理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1、新员工作为酒店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r>
        <w:rPr>
          <w:lang w:eastAsia="zh-CN"/>
        </w:rPr>
        <w:br/>
      </w:r>
      <w:r>
        <w:rPr>
          <w:lang w:eastAsia="zh-CN"/>
        </w:rPr>
        <w:t>　　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r>
        <w:rPr>
          <w:lang w:eastAsia="zh-CN"/>
        </w:rPr>
        <w:br/>
      </w:r>
      <w:r>
        <w:rPr>
          <w:lang w:eastAsia="zh-CN"/>
        </w:rPr>
        <w:t>　　3、结合工作实际加强培训，目的是为了提高工作效率，使管理更加规范有效。并结合日常酒店案例分析的形式进行剖析，使员员对日常服务有了全新的认识和理解，在日常服务意识上形成了一致。</w:t>
      </w:r>
      <w:r>
        <w:rPr>
          <w:lang w:eastAsia="zh-CN"/>
        </w:rPr>
        <w:br/>
      </w:r>
      <w:r>
        <w:rPr>
          <w:lang w:eastAsia="zh-CN"/>
        </w:rPr>
        <w:t>　　三、工作中存在不足</w:t>
      </w:r>
      <w:r>
        <w:rPr>
          <w:lang w:eastAsia="zh-CN"/>
        </w:rPr>
        <w:br/>
      </w:r>
      <w:r>
        <w:rPr>
          <w:lang w:eastAsia="zh-CN"/>
        </w:rPr>
        <w:t>　　在工作的过程中不够细节化，工作安排不合理，工作较多的情况下，主次不是很分明。部门之间欠缺沟通，常常是出了事以后才发现问题的存在。培训过程中互动环节不多，减少了生气和活力。</w:t>
      </w:r>
      <w:r>
        <w:rPr>
          <w:lang w:eastAsia="zh-CN"/>
        </w:rPr>
        <w:br/>
      </w:r>
      <w:r>
        <w:rPr>
          <w:lang w:eastAsia="zh-CN"/>
        </w:rPr>
        <w:t xml:space="preserve">    最新酒店服务员实习工作总结 篇14 </w:t>
      </w:r>
      <w:r>
        <w:rPr>
          <w:lang w:eastAsia="zh-CN"/>
        </w:rPr>
        <w:br/>
      </w:r>
      <w:r>
        <w:rPr>
          <w:lang w:eastAsia="zh-CN"/>
        </w:rPr>
        <w:t>　　一向以来酒店业的工资及福利待遇相对较弱，在人才竞争上一向处于不利的地位，所以人才竞争更为关键。随着酒店业的服务水平不断提高，酒店数量的不断增多，人才市场的供求关系发生了巨大的变化，主要是基层普通员工的缺乏十分突出，凡是从事酒店管理的都明白酒店基层员工，尤其是素质较好的人比较难找到。所以人性化管理的在酒店人力资源管理已经到了举足轻重的地步。</w:t>
      </w:r>
      <w:r>
        <w:rPr>
          <w:lang w:eastAsia="zh-CN"/>
        </w:rPr>
        <w:br/>
      </w:r>
      <w:r>
        <w:rPr>
          <w:lang w:eastAsia="zh-CN"/>
        </w:rPr>
        <w:t>　　所以如何发觉吸引、留住、培养、发掘员工是酒店决策层和各部门各级管理人员务必用心应对的课题。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一、转变观念，对员工既要严格控制、教导，也要进行情感化管理</w:t>
      </w:r>
      <w:r>
        <w:rPr>
          <w:lang w:eastAsia="zh-CN"/>
        </w:rPr>
        <w:br/>
      </w:r>
      <w:r>
        <w:rPr>
          <w:lang w:eastAsia="zh-CN"/>
        </w:rPr>
        <w:t>　　酒店各级管理人员对各项管理制度和操作程序与标准的执行方式比较僵硬，因为对实行“半军事化管理”有片面的理解，不少中基层管理人员对员工工作的问题一般是指责、批评、不满得多，而给予理解和关怀的比较少。这经常导致上下级工作不协调甚至是紧张的关系，最终导致更多问题的出现，使部门工作脱离正轨。</w:t>
      </w:r>
      <w:r>
        <w:rPr>
          <w:lang w:eastAsia="zh-CN"/>
        </w:rPr>
        <w:br/>
      </w:r>
      <w:r>
        <w:rPr>
          <w:lang w:eastAsia="zh-CN"/>
        </w:rPr>
        <w:t>　　没有满意的员工就没有满意的顾客”，要把员工视为能够培养成才的重要资源。</w:t>
      </w:r>
      <w:r>
        <w:rPr>
          <w:lang w:eastAsia="zh-CN"/>
        </w:rPr>
        <w:br/>
      </w:r>
      <w:r>
        <w:rPr>
          <w:lang w:eastAsia="zh-CN"/>
        </w:rPr>
        <w:t>　　管理人员就应时刻表现出对员工工作的支持态度。员工工作出现问题或出现差错后，管理人员在指出的同时也要问员工想到解决办法并告诉员工，并帮忙其解决。不论是批评员工还是表扬员工都要注意方式和场合，仅有充分尊重和支持员工，员工才会产生工作主动性、用心性。</w:t>
      </w:r>
      <w:r>
        <w:rPr>
          <w:lang w:eastAsia="zh-CN"/>
        </w:rPr>
        <w:br/>
      </w:r>
      <w:r>
        <w:rPr>
          <w:lang w:eastAsia="zh-CN"/>
        </w:rPr>
        <w:t>　　管理人员包括经理仅有多深入一线员工工作现场，多进行观察，并利用适宜的时间参与员工的操作工作，既能够体会新的更多的问题，拓展思路，也能够对员工起带动作用，也有助于消除某些员工对从事服务工作的“自卑”心理(个别员工的自卑情绪往往会影响到其他员工)。</w:t>
      </w:r>
      <w:r>
        <w:rPr>
          <w:lang w:eastAsia="zh-CN"/>
        </w:rPr>
        <w:br/>
      </w:r>
      <w:r>
        <w:rPr>
          <w:lang w:eastAsia="zh-CN"/>
        </w:rPr>
        <w:t>　　二、善待员工就是善待自我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中国此刻的酒店存在的一个普遍问题是人员流动大，或跳槽、或转行、或因不满足现状工作消极而被开除。造成这种状况的因素很多，主要的一项就是酒店业门槛低，竞争激烈，经营成本较高，利润相对低，员工的福利待遇就相对较差。所以，应充分在酒店承受潜力之范围内改善员工待遇。</w:t>
      </w:r>
      <w:r>
        <w:rPr>
          <w:lang w:eastAsia="zh-CN"/>
        </w:rPr>
        <w:br/>
      </w:r>
      <w:r>
        <w:rPr>
          <w:lang w:eastAsia="zh-CN"/>
        </w:rPr>
        <w:t>　　另一个原因是人们对酒店行业的特殊性的误解，包括认为服务工作是低人一等、没前途等。这要求酒店人力资源部和部门经理对员工进行科学系统的培训，多做员工的思想工作，纠正他们的错误观念。</w:t>
      </w:r>
      <w:r>
        <w:rPr>
          <w:lang w:eastAsia="zh-CN"/>
        </w:rPr>
        <w:br/>
      </w:r>
      <w:r>
        <w:rPr>
          <w:lang w:eastAsia="zh-CN"/>
        </w:rPr>
        <w:t>　　还有一个原因就是基层员工的劳动强度比较大，比如客房和餐饮的员工工作，这就要求对员工进行系统培训，让他们掌握规范化的操作方法，以省时省力。部门经理就应设法构成一个愉快的团结向上的工作氛围，让员工对工作和环境产生乐趣。</w:t>
      </w:r>
      <w:r>
        <w:rPr>
          <w:lang w:eastAsia="zh-CN"/>
        </w:rPr>
        <w:br/>
      </w:r>
      <w:r>
        <w:rPr>
          <w:lang w:eastAsia="zh-CN"/>
        </w:rPr>
        <w:t>　　任何员工都不愿意长期从事一份十分劳累的体力工作，而从事服务工作的大多是女性，就应将员工的劳动强度控制在合理的范围，以有利于她们的身心健康。如果员工流失过大，会造成管理和服务的下滑，使酒店丧失核心竞争力。</w:t>
      </w:r>
      <w:r>
        <w:rPr>
          <w:lang w:eastAsia="zh-CN"/>
        </w:rPr>
        <w:br/>
      </w:r>
      <w:r>
        <w:rPr>
          <w:lang w:eastAsia="zh-CN"/>
        </w:rPr>
        <w:t>　　一是在日常工作中我们树立了三个理念</w:t>
      </w:r>
      <w:r>
        <w:rPr>
          <w:lang w:eastAsia="zh-CN"/>
        </w:rPr>
        <w:br/>
      </w:r>
      <w:r>
        <w:rPr>
          <w:lang w:eastAsia="zh-CN"/>
        </w:rPr>
        <w:t>　　1、顾客理念：一切为顾客为焦点，不论遇到多么刁蛮的顾客，我们都要以服务好顾客的最终目的</w:t>
      </w:r>
      <w:r>
        <w:rPr>
          <w:lang w:eastAsia="zh-CN"/>
        </w:rPr>
        <w:br/>
      </w:r>
      <w:r>
        <w:rPr>
          <w:lang w:eastAsia="zh-CN"/>
        </w:rPr>
        <w:t>　　2、细节理念：细节决定成败，做好每一个工作细节，酒店的管理系统，服务系统才会顺畅的运转。</w:t>
      </w:r>
      <w:r>
        <w:rPr>
          <w:lang w:eastAsia="zh-CN"/>
        </w:rPr>
        <w:br/>
      </w:r>
      <w:r>
        <w:rPr>
          <w:lang w:eastAsia="zh-CN"/>
        </w:rPr>
        <w:t>　　3、文化理念：让顾客享受一种高品质的、独特的用餐体验、让员工在健康和谐的企业氛围中工作。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二是餐饮服务时间长，争取利用时间组织培训学习。让员工懂得餐饮工作的重要性，更要使员工有敢于奉献争做先进的敬业精神。</w:t>
      </w:r>
      <w:r>
        <w:rPr>
          <w:lang w:eastAsia="zh-CN"/>
        </w:rPr>
        <w:br/>
      </w:r>
      <w:r>
        <w:rPr>
          <w:lang w:eastAsia="zh-CN"/>
        </w:rPr>
        <w:t>　　三是坚持“良心品质、质量第一”的经营理念，抓好落实工作，使员工懂得酒店的标准，是每一位员工的工作尺子为提高员工的标准意识，我制定的岗位培训计划，组织员工进行了统一的操作标。</w:t>
      </w:r>
      <w:r>
        <w:rPr>
          <w:lang w:eastAsia="zh-CN"/>
        </w:rPr>
        <w:br/>
      </w:r>
      <w:r>
        <w:rPr>
          <w:lang w:eastAsia="zh-CN"/>
        </w:rPr>
        <w:t xml:space="preserve">    最新酒店服务员实习工作总结 篇15 </w:t>
      </w:r>
      <w:r>
        <w:rPr>
          <w:lang w:eastAsia="zh-CN"/>
        </w:rPr>
        <w:br/>
      </w:r>
      <w:r>
        <w:rPr>
          <w:lang w:eastAsia="zh-CN"/>
        </w:rPr>
        <w:t>　　一路的欢歌笑语，一路的风雨兼程送走了__年，迎来了充满希望的__年，回首我来到酒店的这__个月，新奇与欣喜同在，感动与感谢并存，__个月，时间虽然短暂，但对我而言收获是丰硕的，在这里的每一天，每经历的一件事，每接触到的一个人，这个过程的含金量，绝不亚于我十几年在校门里学习的价值，所以我感谢总能给我这个难得的学习机会及细致入微的指导，感谢经理无微不至的关怀，感谢综合部全体成员在工作上的配合和生活上的照顾，就具体工作如下总结、</w:t>
      </w:r>
      <w:r>
        <w:rPr>
          <w:lang w:eastAsia="zh-CN"/>
        </w:rPr>
        <w:br/>
      </w:r>
      <w:r>
        <w:rPr>
          <w:lang w:eastAsia="zh-CN"/>
        </w:rPr>
        <w:t>　　一、工作方面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总的信任在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__月号在评估工作即将结束的时候正巧__大学生供需见面会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r>
        <w:rPr>
          <w:lang w:eastAsia="zh-CN"/>
        </w:rPr>
        <w:br/>
      </w:r>
      <w:r>
        <w:rPr>
          <w:lang w:eastAsia="zh-CN"/>
        </w:rPr>
        <w:t>　　二、学习心得</w:t>
      </w:r>
      <w:r>
        <w:rPr>
          <w:lang w:eastAsia="zh-CN"/>
        </w:rPr>
        <w:br/>
      </w:r>
      <w:r>
        <w:rPr>
          <w:lang w:eastAsia="zh-CN"/>
        </w:rPr>
        <w:t>　　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r>
        <w:rPr>
          <w:lang w:eastAsia="zh-CN"/>
        </w:rPr>
        <w:br/>
      </w:r>
      <w:r>
        <w:rPr>
          <w:lang w:eastAsia="zh-CN"/>
        </w:rPr>
        <w:t>　　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r>
        <w:rPr>
          <w:lang w:eastAsia="zh-CN"/>
        </w:rPr>
        <w:br/>
      </w:r>
      <w:r>
        <w:rPr>
          <w:lang w:eastAsia="zh-CN"/>
        </w:rPr>
        <w:t>　　明年的工作计划：</w:t>
      </w:r>
      <w:r>
        <w:rPr>
          <w:lang w:eastAsia="zh-CN"/>
        </w:rPr>
        <w:br/>
      </w:r>
      <w:r>
        <w:rPr>
          <w:lang w:eastAsia="zh-CN"/>
        </w:rPr>
        <w:t>　　一、尊重领导，听从指挥</w:t>
      </w:r>
      <w:r>
        <w:rPr>
          <w:lang w:eastAsia="zh-CN"/>
        </w:rPr>
        <w:br/>
      </w:r>
      <w:r>
        <w:rPr>
          <w:lang w:eastAsia="zh-CN"/>
        </w:rPr>
        <w:t>　　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r>
        <w:rPr>
          <w:lang w:eastAsia="zh-CN"/>
        </w:rPr>
        <w:br/>
      </w:r>
      <w:r>
        <w:rPr>
          <w:lang w:eastAsia="zh-CN"/>
        </w:rPr>
        <w:t>　　二、遵规守纪，搞好服务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r>
        <w:rPr>
          <w:lang w:eastAsia="zh-CN"/>
        </w:rPr>
        <w:br/>
      </w:r>
      <w:r>
        <w:rPr>
          <w:lang w:eastAsia="zh-CN"/>
        </w:rPr>
        <w:t>　　三、团结协作，不计得失</w:t>
      </w:r>
      <w:r>
        <w:rPr>
          <w:lang w:eastAsia="zh-CN"/>
        </w:rPr>
        <w:br/>
      </w:r>
      <w:r>
        <w:rPr>
          <w:lang w:eastAsia="zh-CN"/>
        </w:rPr>
        <w:t>　　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r>
        <w:rPr>
          <w:lang w:eastAsia="zh-CN"/>
        </w:rPr>
        <w:br/>
      </w:r>
      <w:r>
        <w:rPr>
          <w:lang w:eastAsia="zh-CN"/>
        </w:rPr>
        <w:t>　　四、虚心学习，努力提高</w:t>
      </w:r>
      <w:r>
        <w:rPr>
          <w:lang w:eastAsia="zh-CN"/>
        </w:rPr>
        <w:br/>
      </w:r>
      <w:r>
        <w:rPr>
          <w:lang w:eastAsia="zh-CN"/>
        </w:rPr>
        <w:t>　　虽然做客房服务工作有__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r>
        <w:rPr>
          <w:lang w:eastAsia="zh-CN"/>
        </w:rPr>
        <w:br/>
      </w:r>
      <w:r>
        <w:rPr>
          <w:lang w:eastAsia="zh-CN"/>
        </w:rPr>
        <w:t xml:space="preserve">    最新酒店服务员实习工作总结 篇16 </w:t>
      </w:r>
      <w:r>
        <w:rPr>
          <w:lang w:eastAsia="zh-CN"/>
        </w:rPr>
        <w:br/>
      </w:r>
    </w:p>
    <w:p w:rsidR="001B1F19" w14:textId="27C3F48A">
      <w:pPr>
        <w:rPr>
          <w:rFonts w:hint="eastAsia"/>
          <w:lang w:eastAsia="zh-CN"/>
        </w:rPr>
      </w:pPr>
      <w:r>
        <w:rPr>
          <w:lang w:eastAsia="zh-CN"/>
        </w:rPr>
        <w:t>　　服务员岗位职责：</w:t>
      </w:r>
      <w:r>
        <w:rPr>
          <w:lang w:eastAsia="zh-CN"/>
        </w:rPr>
        <w:br/>
      </w:r>
      <w:r>
        <w:rPr>
          <w:lang w:eastAsia="zh-CN"/>
        </w:rPr>
        <w:t>　　1、按照规格标准，布置餐厅和餐桌，做好开餐前的准备工作。</w:t>
      </w:r>
      <w:r>
        <w:rPr>
          <w:lang w:eastAsia="zh-CN"/>
        </w:rPr>
        <w:br/>
      </w:r>
      <w:r>
        <w:rPr>
          <w:lang w:eastAsia="zh-CN"/>
        </w:rPr>
        <w:t>　　2、确保所用餐具、玻璃器皿等清洁、卫生、明亮、无缺口。桌布、餐巾干净、挺括、无破损、无污迹。</w:t>
      </w:r>
      <w:r>
        <w:rPr>
          <w:lang w:eastAsia="zh-CN"/>
        </w:rPr>
        <w:br/>
      </w:r>
      <w:r>
        <w:rPr>
          <w:lang w:eastAsia="zh-CN"/>
        </w:rPr>
        <w:t>　　3、按服务程序迎接客人入座就席，协助客人点菜，向客人介绍特色或时令菜点。</w:t>
      </w:r>
      <w:r>
        <w:rPr>
          <w:lang w:eastAsia="zh-CN"/>
        </w:rPr>
        <w:br/>
      </w:r>
      <w:r>
        <w:rPr>
          <w:lang w:eastAsia="zh-CN"/>
        </w:rPr>
        <w:t>　　4、仪容整洁，不擅自离岗。</w:t>
      </w:r>
      <w:r>
        <w:rPr>
          <w:lang w:eastAsia="zh-CN"/>
        </w:rPr>
        <w:br/>
      </w:r>
      <w:r>
        <w:rPr>
          <w:lang w:eastAsia="zh-CN"/>
        </w:rPr>
        <w:t>　　5、勤巡台，按程序提供各种服务，及时收撤餐具，勤换烟盅。擅于推销酒水饮料。</w:t>
      </w:r>
      <w:r>
        <w:rPr>
          <w:lang w:eastAsia="zh-CN"/>
        </w:rPr>
        <w:br/>
      </w:r>
      <w:r>
        <w:rPr>
          <w:lang w:eastAsia="zh-CN"/>
        </w:rPr>
        <w:t>　　6、开餐后，搞好餐厅的清洁卫生工作</w:t>
      </w:r>
      <w:r>
        <w:rPr>
          <w:lang w:eastAsia="zh-CN"/>
        </w:rPr>
        <w:br/>
      </w:r>
      <w:r>
        <w:rPr>
          <w:lang w:eastAsia="zh-CN"/>
        </w:rPr>
        <w:t>　　7、熟悉餐牌和酒水牌的内容，如：食品的制作办法等。</w:t>
      </w:r>
      <w:r>
        <w:rPr>
          <w:lang w:eastAsia="zh-CN"/>
        </w:rPr>
        <w:br/>
      </w:r>
      <w:r>
        <w:rPr>
          <w:lang w:eastAsia="zh-CN"/>
        </w:rPr>
        <w:t>　　8、做好餐后收尾工作。</w:t>
      </w:r>
      <w:r>
        <w:rPr>
          <w:lang w:eastAsia="zh-CN"/>
        </w:rPr>
        <w:br/>
      </w:r>
      <w:r>
        <w:rPr>
          <w:lang w:eastAsia="zh-CN"/>
        </w:rPr>
        <w:t xml:space="preserve">    最新酒店服务员实习工作总结 篇17 </w:t>
      </w:r>
      <w:r>
        <w:rPr>
          <w:lang w:eastAsia="zh-CN"/>
        </w:rPr>
        <w:br/>
      </w:r>
      <w:r>
        <w:rPr>
          <w:lang w:eastAsia="zh-CN"/>
        </w:rPr>
        <w:t>　　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r>
        <w:rPr>
          <w:lang w:eastAsia="zh-CN"/>
        </w:rPr>
        <w:br/>
      </w:r>
      <w:r>
        <w:rPr>
          <w:lang w:eastAsia="zh-CN"/>
        </w:rPr>
        <w:t>　　一、语言能力</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https://d.book118.com/758023006110006046</w:t>
        </w:r>
      </w:hyperlink>
    </w:p>
    <w:p w:rsidR="001B1F19">
      <w:pPr>
        <w:rPr>
          <w:rFonts w:hint="eastAsia"/>
          <w:lang w:eastAsia="zh-CN"/>
        </w:rPr>
      </w:pPr>
    </w:p>
    <w:sectPr>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802300611000604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