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维修合同范本标准版（31篇）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维修合同范本标准版（通用31篇）</w:t>
      </w:r>
      <w:r>
        <w:rPr>
          <w:lang w:eastAsia="zh-CN"/>
        </w:rPr>
        <w:br/>
      </w:r>
      <w:r>
        <w:rPr>
          <w:lang w:eastAsia="zh-CN"/>
        </w:rPr>
        <w:t xml:space="preserve">    维修合同范本标准版 篇1 </w:t>
      </w:r>
      <w:r>
        <w:rPr>
          <w:lang w:eastAsia="zh-CN"/>
        </w:rPr>
        <w:br/>
      </w:r>
      <w:r>
        <w:rPr>
          <w:lang w:eastAsia="zh-CN"/>
        </w:rPr>
        <w:t>　　甲方:_房地产有限公司 (以下简称甲方)</w:t>
      </w:r>
      <w:r>
        <w:rPr>
          <w:lang w:eastAsia="zh-CN"/>
        </w:rPr>
        <w:br/>
      </w:r>
      <w:r>
        <w:rPr>
          <w:lang w:eastAsia="zh-CN"/>
        </w:rPr>
        <w:t>　　乙方:建设工程有限公司(以下简称乙方)</w:t>
      </w:r>
      <w:r>
        <w:rPr>
          <w:lang w:eastAsia="zh-CN"/>
        </w:rPr>
        <w:br/>
      </w:r>
      <w:r>
        <w:rPr>
          <w:lang w:eastAsia="zh-CN"/>
        </w:rPr>
        <w:t>　　依照《中华人民共和国合同法》、《建设工程质量管理条例》及其他有关法律、行政法规,遵循平等、自愿、公平和诚实信用的原则,双方就豪庭房屋维修事项协商一致,订立本合同。</w:t>
      </w:r>
      <w:r>
        <w:rPr>
          <w:lang w:eastAsia="zh-CN"/>
        </w:rPr>
        <w:br/>
      </w:r>
      <w:r>
        <w:rPr>
          <w:lang w:eastAsia="zh-CN"/>
        </w:rPr>
        <w:t>　　一、工程概况</w:t>
      </w:r>
      <w:r>
        <w:rPr>
          <w:lang w:eastAsia="zh-CN"/>
        </w:rPr>
        <w:br/>
      </w:r>
      <w:r>
        <w:rPr>
          <w:lang w:eastAsia="zh-CN"/>
        </w:rPr>
        <w:t>　　1、工程名称:豪庭房屋维修工程。</w:t>
      </w:r>
      <w:r>
        <w:rPr>
          <w:lang w:eastAsia="zh-CN"/>
        </w:rPr>
        <w:br/>
      </w:r>
      <w:r>
        <w:rPr>
          <w:lang w:eastAsia="zh-CN"/>
        </w:rPr>
        <w:t>　　2、工程地点:__市松江区路号。</w:t>
      </w:r>
      <w:r>
        <w:rPr>
          <w:lang w:eastAsia="zh-CN"/>
        </w:rPr>
        <w:br/>
      </w:r>
      <w:r>
        <w:rPr>
          <w:lang w:eastAsia="zh-CN"/>
        </w:rPr>
        <w:t>　　3、工程范围:本工程涵盖豪庭部分住宅楼屋面、外墙体漏雨及室内墙面、棚面发霉维修等工程,具体内容见附件:甲、乙双方及监理人员共同签字的工程量技术联系单。</w:t>
      </w:r>
      <w:r>
        <w:rPr>
          <w:lang w:eastAsia="zh-CN"/>
        </w:rPr>
        <w:br/>
      </w:r>
      <w:r>
        <w:rPr>
          <w:lang w:eastAsia="zh-CN"/>
        </w:rPr>
        <w:t>　　4、合同工期:开工日20__年_月_日,竣工日20__年_月__日,该工期包括法定节假日、交叉施工、配合施工的等待时间。因天气或其它因素影响施工,经甲方确认同意后乙方可以适当延长工期。</w:t>
      </w:r>
      <w:r>
        <w:rPr>
          <w:lang w:eastAsia="zh-CN"/>
        </w:rPr>
        <w:br/>
      </w:r>
      <w:r>
        <w:rPr>
          <w:lang w:eastAsia="zh-CN"/>
        </w:rPr>
        <w:t>　　二、工程服务形式</w:t>
      </w:r>
      <w:r>
        <w:rPr>
          <w:lang w:eastAsia="zh-CN"/>
        </w:rPr>
        <w:br/>
      </w:r>
      <w:r>
        <w:rPr>
          <w:lang w:eastAsia="zh-CN"/>
        </w:rPr>
        <w:t>　　包工、包料、包工期、包质量。</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三、结算方式</w:t>
      </w:r>
      <w:r>
        <w:rPr>
          <w:lang w:eastAsia="zh-CN"/>
        </w:rPr>
        <w:br/>
      </w:r>
      <w:r>
        <w:rPr>
          <w:lang w:eastAsia="zh-CN"/>
        </w:rPr>
        <w:t>　　甲、乙双方及监理人员就需要维修部位及工程量,进行技术联系单形式会签,工程量以甲、乙双方及监理人员签字确认后的技术联系单内容为基准,甲、乙双方依据__市20__定额进行结算,确定工程总造价。</w:t>
      </w:r>
      <w:r>
        <w:rPr>
          <w:lang w:eastAsia="zh-CN"/>
        </w:rPr>
        <w:br/>
      </w:r>
      <w:r>
        <w:rPr>
          <w:lang w:eastAsia="zh-CN"/>
        </w:rPr>
        <w:t>　　甲、乙双方将双方签字盖章的结算书和甲、乙双方及监理人员共同签字的工程量技术联系单,作为合同附件附后。</w:t>
      </w:r>
      <w:r>
        <w:rPr>
          <w:lang w:eastAsia="zh-CN"/>
        </w:rPr>
        <w:br/>
      </w:r>
      <w:r>
        <w:rPr>
          <w:lang w:eastAsia="zh-CN"/>
        </w:rPr>
        <w:t>　　四、工程总价</w:t>
      </w:r>
      <w:r>
        <w:rPr>
          <w:lang w:eastAsia="zh-CN"/>
        </w:rPr>
        <w:br/>
      </w:r>
      <w:r>
        <w:rPr>
          <w:lang w:eastAsia="zh-CN"/>
        </w:rPr>
        <w:t>　　暂定为人民币__万元(最终以甲、乙双方确认的结算值为准)。</w:t>
      </w:r>
      <w:r>
        <w:rPr>
          <w:lang w:eastAsia="zh-CN"/>
        </w:rPr>
        <w:br/>
      </w:r>
      <w:r>
        <w:rPr>
          <w:lang w:eastAsia="zh-CN"/>
        </w:rPr>
        <w:t>　　五、工程质量监督与检查验收</w:t>
      </w:r>
      <w:r>
        <w:rPr>
          <w:lang w:eastAsia="zh-CN"/>
        </w:rPr>
        <w:br/>
      </w:r>
      <w:r>
        <w:rPr>
          <w:lang w:eastAsia="zh-CN"/>
        </w:rPr>
        <w:t>　　乙方在施工中要严格按照国家、行业标准和企业规范及本合同约定进行施工,并随时接受甲方的检查,并为检查、检验提供便利条件,对甲方提出的问题,乙方应及时进行整改,维修工程结束后,由甲、乙双方及被维修房屋的业主共同对工程进行验收,验收合格以三方签字确认的《施工记录单》为准。在竣工验收时,对于甲方或业主确认的尚未修复的工程质量问题,由乙方负责按甲方的要求继续维修,并承担逾期责任。</w:t>
      </w:r>
      <w:r>
        <w:rPr>
          <w:lang w:eastAsia="zh-CN"/>
        </w:rPr>
        <w:br/>
      </w:r>
      <w:r>
        <w:rPr>
          <w:lang w:eastAsia="zh-CN"/>
        </w:rPr>
        <w:t>　　六、工程款支付</w:t>
      </w:r>
      <w:r>
        <w:rPr>
          <w:lang w:eastAsia="zh-CN"/>
        </w:rPr>
        <w:br/>
      </w:r>
      <w:r>
        <w:rPr>
          <w:lang w:eastAsia="zh-CN"/>
        </w:rPr>
        <w:t>　　1、工程款支付方式为支票。</w:t>
      </w:r>
      <w:r>
        <w:rPr>
          <w:lang w:eastAsia="zh-CN"/>
        </w:rPr>
        <w:br/>
      </w:r>
      <w:r>
        <w:rPr>
          <w:lang w:eastAsia="zh-CN"/>
        </w:rPr>
        <w:t>　　2、合同签订且乙方正式开工后三日内,甲方支付乙方暂定工程总造价30%的工程款。</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3、施工完毕且竣工验收合格并且工程交付使用后十五日内乙方须向甲方提交结算报告,双方按本合同约定标准进行结算,结算值经甲方确认后,甲方向乙方支付至结算值的60%。</w:t>
      </w:r>
      <w:r>
        <w:rPr>
          <w:lang w:eastAsia="zh-CN"/>
        </w:rPr>
        <w:br/>
      </w:r>
      <w:r>
        <w:rPr>
          <w:lang w:eastAsia="zh-CN"/>
        </w:rPr>
        <w:t>　　4、乙方维修过的部位经过一个雨季过后,未发现渗漏、发霉现象,甲方于20__年_月__日前向乙方支付至结算值的95%。</w:t>
      </w:r>
      <w:r>
        <w:rPr>
          <w:lang w:eastAsia="zh-CN"/>
        </w:rPr>
        <w:br/>
      </w:r>
      <w:r>
        <w:rPr>
          <w:lang w:eastAsia="zh-CN"/>
        </w:rPr>
        <w:t>　　5、剩余5%工程款留作保修金,保修期满后十日内如无质量问题甲方将保修金余额无息返还给乙方。</w:t>
      </w:r>
      <w:r>
        <w:rPr>
          <w:lang w:eastAsia="zh-CN"/>
        </w:rPr>
        <w:br/>
      </w:r>
      <w:r>
        <w:rPr>
          <w:lang w:eastAsia="zh-CN"/>
        </w:rPr>
        <w:t>　　6、甲方每次付款的同时,乙方应向甲方出具同等金额的工程款发票,否则,甲方有权拒绝支付工程款。</w:t>
      </w:r>
      <w:r>
        <w:rPr>
          <w:lang w:eastAsia="zh-CN"/>
        </w:rPr>
        <w:br/>
      </w:r>
      <w:r>
        <w:rPr>
          <w:lang w:eastAsia="zh-CN"/>
        </w:rPr>
        <w:t>　　七、保修</w:t>
      </w:r>
      <w:r>
        <w:rPr>
          <w:lang w:eastAsia="zh-CN"/>
        </w:rPr>
        <w:br/>
      </w:r>
      <w:r>
        <w:rPr>
          <w:lang w:eastAsia="zh-CN"/>
        </w:rPr>
        <w:t>　　1、自乙方维修工程完工后,乙方须对全部工程承担保修责任,保修期为5年,自工程竣工验收合格并交付甲方之日起计算。</w:t>
      </w:r>
      <w:r>
        <w:rPr>
          <w:lang w:eastAsia="zh-CN"/>
        </w:rPr>
        <w:br/>
      </w:r>
      <w:r>
        <w:rPr>
          <w:lang w:eastAsia="zh-CN"/>
        </w:rPr>
        <w:t>　　2、工程保修金为工程款的5%,保修期满后十日内,甲方将保修金的剩余部分无息返还。</w:t>
      </w:r>
      <w:r>
        <w:rPr>
          <w:lang w:eastAsia="zh-CN"/>
        </w:rPr>
        <w:br/>
      </w:r>
      <w:r>
        <w:rPr>
          <w:lang w:eastAsia="zh-CN"/>
        </w:rPr>
        <w:t>　　3、保修期内,如维修工程出现质量问题,乙方应保证接到甲方通知后2小时内派人进行检查及维修,并应在甲方确定的合理期限内修复完毕,如乙方逾期未派人修复或二次维修后仍出现问题的,甲方有权另行委托他人维修,所需费用和甲方因此受到的损失均由乙方承担。</w:t>
      </w:r>
      <w:r>
        <w:rPr>
          <w:lang w:eastAsia="zh-CN"/>
        </w:rPr>
        <w:br/>
      </w:r>
      <w:r>
        <w:rPr>
          <w:lang w:eastAsia="zh-CN"/>
        </w:rPr>
        <w:t>　　4、乙方在施工中必须严格按施工工艺要求操作,维修后的工程如果再出现发霉、渗漏问题,乙方应在接到甲方通知后两天内修复完毕,并承担由于再次出现发霉、渗漏问题而引发的一切影响和经济赔偿的后果。如住户装修、物品遭受损失的赔偿等。</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5、在保修期内,乙方应定期对施工工程进行巡访,做好回访记录,并对存在隐患的质量问题,予以及时解决。乙方现预留保修负责人的书面通信地址和电话,以便通知乙方进行维修。</w:t>
      </w:r>
      <w:r>
        <w:rPr>
          <w:lang w:eastAsia="zh-CN"/>
        </w:rPr>
        <w:br/>
      </w:r>
      <w:r>
        <w:rPr>
          <w:lang w:eastAsia="zh-CN"/>
        </w:rPr>
        <w:t>　　乙方保修负责人姓名:</w:t>
      </w:r>
      <w:r>
        <w:rPr>
          <w:lang w:eastAsia="zh-CN"/>
        </w:rPr>
        <w:br/>
      </w:r>
      <w:r>
        <w:rPr>
          <w:lang w:eastAsia="zh-CN"/>
        </w:rPr>
        <w:t>　　联系电话:</w:t>
      </w:r>
      <w:r>
        <w:rPr>
          <w:lang w:eastAsia="zh-CN"/>
        </w:rPr>
        <w:br/>
      </w:r>
      <w:r>
        <w:rPr>
          <w:lang w:eastAsia="zh-CN"/>
        </w:rPr>
        <w:t>　　通讯地址: 邮政编码:</w:t>
      </w:r>
      <w:r>
        <w:rPr>
          <w:lang w:eastAsia="zh-CN"/>
        </w:rPr>
        <w:br/>
      </w:r>
      <w:r>
        <w:rPr>
          <w:lang w:eastAsia="zh-CN"/>
        </w:rPr>
        <w:t>　　八、违约责任</w:t>
      </w:r>
      <w:r>
        <w:rPr>
          <w:lang w:eastAsia="zh-CN"/>
        </w:rPr>
        <w:br/>
      </w:r>
      <w:r>
        <w:rPr>
          <w:lang w:eastAsia="zh-CN"/>
        </w:rPr>
        <w:t>　　1、乙方逾期开工、逾期竣工或逾期履行其他义务的,每逾期一日,均应当向甲方承担暂定工程总造价5‰的违约金,任何一项逾期达七日或累计出现三次以上(含三次)迟延履行的,甲方有权解除合同,乙方应当承担因此而造成的甲方的一切损失(包括甲方因此向第三方支付的赔偿金、违约金)。</w:t>
      </w:r>
      <w:r>
        <w:rPr>
          <w:lang w:eastAsia="zh-CN"/>
        </w:rPr>
        <w:br/>
      </w:r>
      <w:r>
        <w:rPr>
          <w:lang w:eastAsia="zh-CN"/>
        </w:rPr>
        <w:t>　　2、乙方未经甲方许可停工达两日(含两日)以上的,甲方有权解除合同,乙方并应当无条件于两日内退场,双方于乙方退场后结算。</w:t>
      </w:r>
      <w:r>
        <w:rPr>
          <w:lang w:eastAsia="zh-CN"/>
        </w:rPr>
        <w:br/>
      </w:r>
      <w:r>
        <w:rPr>
          <w:lang w:eastAsia="zh-CN"/>
        </w:rPr>
        <w:t>　　3、乙方违反本合同其他任何一项义务,经甲方通知其限期改正,期满后仍未改正的,甲方有权解除本合同,乙方应当承担因此而造成的甲方的一切损失。</w:t>
      </w:r>
      <w:r>
        <w:rPr>
          <w:lang w:eastAsia="zh-CN"/>
        </w:rPr>
        <w:br/>
      </w:r>
      <w:r>
        <w:rPr>
          <w:lang w:eastAsia="zh-CN"/>
        </w:rPr>
        <w:t>　　4、对乙方故意或疏忽导致的材料和施工工艺不符合技术规范及环保要求引起的工程质量问题,或与合同约定不符的,无论工程是否已验收合格、交付使用以及是否超过保修期,均自甲方或业主知道之日起两年内享有对乙方的索赔追偿权利。</w:t>
      </w:r>
      <w:r>
        <w:rPr>
          <w:lang w:eastAsia="zh-CN"/>
        </w:rPr>
        <w:br/>
      </w:r>
      <w:r>
        <w:rPr>
          <w:lang w:eastAsia="zh-CN"/>
        </w:rPr>
        <w:t>　　5、未经甲方书面同意,乙方不得将本合同项下的权利、义务转让他人,否则,甲方有权解除合同。</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6、乙方维修过的部位所出现的工程质量问题在未解决前,甲方有权拒绝支付任何款项。</w:t>
      </w:r>
      <w:r>
        <w:rPr>
          <w:lang w:eastAsia="zh-CN"/>
        </w:rPr>
        <w:br/>
      </w:r>
      <w:r>
        <w:rPr>
          <w:lang w:eastAsia="zh-CN"/>
        </w:rPr>
        <w:t>　　7、凡因乙方原因导致本合同解除的,乙方应承担合同暂定价款10%的违约赔偿金,如该违约赔偿金不足以弥补甲方所受到的损失的(包括甲方因此向第三方支付的赔偿金、违约金),乙方还应赔偿甲方所受到的损失。</w:t>
      </w:r>
      <w:r>
        <w:rPr>
          <w:lang w:eastAsia="zh-CN"/>
        </w:rPr>
        <w:br/>
      </w:r>
      <w:r>
        <w:rPr>
          <w:lang w:eastAsia="zh-CN"/>
        </w:rPr>
        <w:t>　　九、安全施工</w:t>
      </w:r>
      <w:r>
        <w:rPr>
          <w:lang w:eastAsia="zh-CN"/>
        </w:rPr>
        <w:br/>
      </w:r>
      <w:r>
        <w:rPr>
          <w:lang w:eastAsia="zh-CN"/>
        </w:rPr>
        <w:t>　　乙方按有关规定采取严格的施工安全措施,承担由于自身安全措施不力造成的事故责任和因此发生的费用及后果,乙方施工人员的人身安全由乙方负责。乙方应为施工人员购买人身意外伤害险及与工程施工有关的一切保险。凡在施工过程中发生安全责任事故或其他责任事故,均由乙方承担责任。</w:t>
      </w:r>
      <w:r>
        <w:rPr>
          <w:lang w:eastAsia="zh-CN"/>
        </w:rPr>
        <w:br/>
      </w:r>
      <w:r>
        <w:rPr>
          <w:lang w:eastAsia="zh-CN"/>
        </w:rPr>
        <w:t>　　十、施工责任</w:t>
      </w:r>
      <w:r>
        <w:rPr>
          <w:lang w:eastAsia="zh-CN"/>
        </w:rPr>
        <w:br/>
      </w:r>
      <w:r>
        <w:rPr>
          <w:lang w:eastAsia="zh-CN"/>
        </w:rPr>
        <w:t>　　1、甲方在乙方施工中为乙方提供水、电等便利,并负责同住户及下属有关部门协调。乙方按施工工艺要求施工。</w:t>
      </w:r>
      <w:r>
        <w:rPr>
          <w:lang w:eastAsia="zh-CN"/>
        </w:rPr>
        <w:br/>
      </w:r>
      <w:r>
        <w:rPr>
          <w:lang w:eastAsia="zh-CN"/>
        </w:rPr>
        <w:t>　　2、乙方在施工中要保护好小区内的方砖步道、花草树木,不能损坏。在住户家维修要严格遵守物业规定的制度,如有住户投诉或乙方损害物品,甲方有权在应付乙方的工程款中扣除。</w:t>
      </w:r>
      <w:r>
        <w:rPr>
          <w:lang w:eastAsia="zh-CN"/>
        </w:rPr>
        <w:br/>
      </w:r>
      <w:r>
        <w:rPr>
          <w:lang w:eastAsia="zh-CN"/>
        </w:rPr>
        <w:t>　　3、乙方指派为本工程驻工地代表,按本合同要求组织施工,保质、保量、按期完成本合同规定之内容。并负责与甲方进行沟通、联系,该负责人向甲方所作出的针对本工程任何承诺、保证、函件、签字、确认等均视为乙方的行为,均由乙方承担责任。</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4、乙方严格按照甲方确认的施工做法以及质量标准要求进行施工,做好各项质量检查记录。严格执行施工规范、安全操作规程、防火安全规定、环境保护规定,确保工程达到合同约定及甲方要求。</w:t>
      </w:r>
      <w:r>
        <w:rPr>
          <w:lang w:eastAsia="zh-CN"/>
        </w:rPr>
        <w:br/>
      </w:r>
      <w:r>
        <w:rPr>
          <w:lang w:eastAsia="zh-CN"/>
        </w:rPr>
        <w:t>　　5、工程竣工验收合格且交付使用前乙方负责对现场的一切设施和工程成品、半成品进行保护并承担费用。</w:t>
      </w:r>
      <w:r>
        <w:rPr>
          <w:lang w:eastAsia="zh-CN"/>
        </w:rPr>
        <w:br/>
      </w:r>
      <w:r>
        <w:rPr>
          <w:lang w:eastAsia="zh-CN"/>
        </w:rPr>
        <w:t>　　6、乙方维修时必须每天将垃圾集中在甲方的指定地点,保持施工现场的清洁,并在甲方要求的时间内清除,竣工前做好卫生清扫和处理工作,否则,甲方有权委托他人清理,所发生的费用由甲方在应付给乙方的工程款中扣除。</w:t>
      </w:r>
      <w:r>
        <w:rPr>
          <w:lang w:eastAsia="zh-CN"/>
        </w:rPr>
        <w:br/>
      </w:r>
      <w:r>
        <w:rPr>
          <w:lang w:eastAsia="zh-CN"/>
        </w:rPr>
        <w:t>　　7、在施工中随时接受甲方代表及其委派人员的质量检查、检验及监督,为检查、检验、监督提供便利条件,并按甲方代表及其委派人员的要求返工、修改,承担因自身原因导致返工、修改的费用。</w:t>
      </w:r>
      <w:r>
        <w:rPr>
          <w:lang w:eastAsia="zh-CN"/>
        </w:rPr>
        <w:br/>
      </w:r>
      <w:r>
        <w:rPr>
          <w:lang w:eastAsia="zh-CN"/>
        </w:rPr>
        <w:t>　　8、维修施工所需办理的一切审批手续(指按有关法律法规规定需报批的项目)由乙方负责办理并承担费用,一切责任由乙方承担。</w:t>
      </w:r>
      <w:r>
        <w:rPr>
          <w:lang w:eastAsia="zh-CN"/>
        </w:rPr>
        <w:br/>
      </w:r>
      <w:r>
        <w:rPr>
          <w:lang w:eastAsia="zh-CN"/>
        </w:rPr>
        <w:t>　　9、本合同约定的维修工程必须由乙方自行完成,未经甲方同意,乙方不得将该工程擅自分包、转包或交由其他任何第三人完成,否则,甲方有权解除本合同。</w:t>
      </w:r>
      <w:r>
        <w:rPr>
          <w:lang w:eastAsia="zh-CN"/>
        </w:rPr>
        <w:br/>
      </w:r>
      <w:r>
        <w:rPr>
          <w:lang w:eastAsia="zh-CN"/>
        </w:rPr>
        <w:t>　　10、乙方在维修过程中应注意与维修业主保持良好的沟通,避免产生纠纷,如因乙方原因与维修业主产生纠纷而使甲方受到损失的,由乙方承担责任,甲方有权在应付乙方的工程款中扣除,不足部分甲方有权向乙方追偿。</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11、乙方在维修施工过程中应注意爱护甲方及业主的财产、物品,不得破坏小区内的建筑物及相关设施、设备。在维修工程中,凡由于乙方原因导致甲方或第三人人身或财产损害的,乙方应当予以赔偿。甲方有权在应付乙方的工程款中扣除,不足部分甲方、业主或有关权利人有权向乙方追偿。</w:t>
      </w:r>
      <w:r>
        <w:rPr>
          <w:lang w:eastAsia="zh-CN"/>
        </w:rPr>
        <w:br/>
      </w:r>
      <w:r>
        <w:rPr>
          <w:lang w:eastAsia="zh-CN"/>
        </w:rPr>
        <w:t>　　十一、其它</w:t>
      </w:r>
      <w:r>
        <w:rPr>
          <w:lang w:eastAsia="zh-CN"/>
        </w:rPr>
        <w:br/>
      </w:r>
      <w:r>
        <w:rPr>
          <w:lang w:eastAsia="zh-CN"/>
        </w:rPr>
        <w:t>　　1、本工程如涉及工程价款的确认,相关的确认需经甲方代表、甲方预算部门确认并加盖甲方公章后为有效,其他人(除法定代表人)签字或缺少前述任一确认、或非加盖甲方公章(例如签证章等),甲方均不予认可。</w:t>
      </w:r>
      <w:r>
        <w:rPr>
          <w:lang w:eastAsia="zh-CN"/>
        </w:rPr>
        <w:br/>
      </w:r>
      <w:r>
        <w:rPr>
          <w:lang w:eastAsia="zh-CN"/>
        </w:rPr>
        <w:t>　　2、如涉及工程量的确认,必须经甲方代表、工程部经理共同会签且加盖甲方签证专用章后方为有效,缺一不可。</w:t>
      </w:r>
      <w:r>
        <w:rPr>
          <w:lang w:eastAsia="zh-CN"/>
        </w:rPr>
        <w:br/>
      </w:r>
      <w:r>
        <w:rPr>
          <w:lang w:eastAsia="zh-CN"/>
        </w:rPr>
        <w:t>　　3、甲、乙双方确定的结算书和甲、乙双方及监理人员共同签字的工程量技术联系单作为本合同附件,与本合同具有同等法律效力。</w:t>
      </w:r>
      <w:r>
        <w:rPr>
          <w:lang w:eastAsia="zh-CN"/>
        </w:rPr>
        <w:br/>
      </w:r>
      <w:r>
        <w:rPr>
          <w:lang w:eastAsia="zh-CN"/>
        </w:rPr>
        <w:t>　　4、本合同壹式陆份,甲方执肆份,乙方执贰份,本合同自甲、乙双方签字盖章之日起生效。</w:t>
      </w:r>
      <w:r>
        <w:rPr>
          <w:lang w:eastAsia="zh-CN"/>
        </w:rPr>
        <w:br/>
      </w:r>
      <w:r>
        <w:rPr>
          <w:lang w:eastAsia="zh-CN"/>
        </w:rPr>
        <w:t>　　5、未尽事宜或合同执行中发生纠纷,双方应友好协商解决。协商不了,由该维修工程所在地人民法院解决。</w:t>
      </w:r>
      <w:r>
        <w:rPr>
          <w:lang w:eastAsia="zh-CN"/>
        </w:rPr>
        <w:br/>
      </w:r>
      <w:r>
        <w:rPr>
          <w:lang w:eastAsia="zh-CN"/>
        </w:rPr>
        <w:t>　　甲方:</w:t>
      </w:r>
      <w:r>
        <w:rPr>
          <w:lang w:eastAsia="zh-CN"/>
        </w:rPr>
        <w:br/>
      </w:r>
      <w:r>
        <w:rPr>
          <w:lang w:eastAsia="zh-CN"/>
        </w:rPr>
        <w:t>　　乙方:</w:t>
      </w:r>
      <w:r>
        <w:rPr>
          <w:lang w:eastAsia="zh-CN"/>
        </w:rPr>
        <w:br/>
      </w:r>
      <w:r>
        <w:rPr>
          <w:lang w:eastAsia="zh-CN"/>
        </w:rPr>
        <w:t>　　日期：</w:t>
      </w:r>
      <w:r>
        <w:rPr>
          <w:lang w:eastAsia="zh-CN"/>
        </w:rPr>
        <w:br/>
      </w:r>
      <w:r>
        <w:rPr>
          <w:lang w:eastAsia="zh-CN"/>
        </w:rPr>
        <w:t xml:space="preserve">    维修合同范本标准版 篇2 </w:t>
      </w:r>
      <w:r>
        <w:rPr>
          <w:lang w:eastAsia="zh-CN"/>
        </w:rPr>
        <w:br/>
      </w:r>
      <w:r>
        <w:rPr>
          <w:lang w:eastAsia="zh-CN"/>
        </w:rPr>
        <w:t>　　甲方：（出租人）</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乙方：（承租人）</w:t>
      </w:r>
      <w:r>
        <w:rPr>
          <w:lang w:eastAsia="zh-CN"/>
        </w:rPr>
        <w:br/>
      </w:r>
      <w:r>
        <w:rPr>
          <w:lang w:eastAsia="zh-CN"/>
        </w:rPr>
        <w:t>　　双方经友好协商，根据《合同法》及国家、当地政府对房屋租赁的有关规定，就租赁房屋一事达成以下协议。</w:t>
      </w:r>
      <w:r>
        <w:rPr>
          <w:lang w:eastAsia="zh-CN"/>
        </w:rPr>
        <w:br/>
      </w:r>
      <w:r>
        <w:rPr>
          <w:lang w:eastAsia="zh-CN"/>
        </w:rPr>
        <w:t>　　第一部分</w:t>
      </w:r>
      <w:r>
        <w:rPr>
          <w:lang w:eastAsia="zh-CN"/>
        </w:rPr>
        <w:br/>
      </w:r>
      <w:r>
        <w:rPr>
          <w:lang w:eastAsia="zh-CN"/>
        </w:rPr>
        <w:t>　　房屋概况</w:t>
      </w:r>
      <w:r>
        <w:rPr>
          <w:lang w:eastAsia="zh-CN"/>
        </w:rPr>
        <w:br/>
      </w:r>
      <w:r>
        <w:rPr>
          <w:lang w:eastAsia="zh-CN"/>
        </w:rPr>
        <w:t>　　第1条 甲方保证向乙方出租的房屋系_________（本人/共有）拥有完全所有权和使用权。（如果房屋什有，则还应增加：已经共有人同意，附书面同意声明。如果是委托租赁，应有房屋所有权人与受托人的委托协议书）</w:t>
      </w:r>
      <w:r>
        <w:rPr>
          <w:lang w:eastAsia="zh-CN"/>
        </w:rPr>
        <w:br/>
      </w:r>
      <w:r>
        <w:rPr>
          <w:lang w:eastAsia="zh-CN"/>
        </w:rPr>
        <w:t>　　第2条 房屋法律概况房屋所有权证书登记人：_________</w:t>
      </w:r>
      <w:r>
        <w:rPr>
          <w:lang w:eastAsia="zh-CN"/>
        </w:rPr>
        <w:br/>
      </w:r>
      <w:r>
        <w:rPr>
          <w:lang w:eastAsia="zh-CN"/>
        </w:rPr>
        <w:t>　　身份证号码：_________</w:t>
      </w:r>
      <w:r>
        <w:rPr>
          <w:lang w:eastAsia="zh-CN"/>
        </w:rPr>
        <w:br/>
      </w:r>
      <w:r>
        <w:rPr>
          <w:lang w:eastAsia="zh-CN"/>
        </w:rPr>
        <w:t>　　房屋所有权证书编号：_________</w:t>
      </w:r>
      <w:r>
        <w:rPr>
          <w:lang w:eastAsia="zh-CN"/>
        </w:rPr>
        <w:br/>
      </w:r>
      <w:r>
        <w:rPr>
          <w:lang w:eastAsia="zh-CN"/>
        </w:rPr>
        <w:t>　　土地使用权证书编号：_________</w:t>
      </w:r>
      <w:r>
        <w:rPr>
          <w:lang w:eastAsia="zh-CN"/>
        </w:rPr>
        <w:br/>
      </w:r>
      <w:r>
        <w:rPr>
          <w:lang w:eastAsia="zh-CN"/>
        </w:rPr>
        <w:t>　　房屋所有权证书上登记的房屋建筑面积：_________</w:t>
      </w:r>
      <w:r>
        <w:rPr>
          <w:lang w:eastAsia="zh-CN"/>
        </w:rPr>
        <w:br/>
      </w:r>
      <w:r>
        <w:rPr>
          <w:lang w:eastAsia="zh-CN"/>
        </w:rPr>
        <w:t>　　房屋的使用面积：_________</w:t>
      </w:r>
      <w:r>
        <w:rPr>
          <w:lang w:eastAsia="zh-CN"/>
        </w:rPr>
        <w:br/>
      </w:r>
      <w:r>
        <w:rPr>
          <w:lang w:eastAsia="zh-CN"/>
        </w:rPr>
        <w:t>　　房屋的附属建筑物和归房屋所有权人使用的设施：_________</w:t>
      </w:r>
      <w:r>
        <w:rPr>
          <w:lang w:eastAsia="zh-CN"/>
        </w:rPr>
        <w:br/>
      </w:r>
      <w:r>
        <w:rPr>
          <w:lang w:eastAsia="zh-CN"/>
        </w:rPr>
        <w:t>　　第3条 出租房屋概况</w:t>
      </w:r>
      <w:r>
        <w:rPr>
          <w:lang w:eastAsia="zh-CN"/>
        </w:rPr>
        <w:br/>
      </w:r>
      <w:r>
        <w:rPr>
          <w:lang w:eastAsia="zh-CN"/>
        </w:rPr>
        <w:t>　　（包括从落地址、名称、用途、间数、建筑面积、使用面积、地面、墙壁质量、家具设备等）</w:t>
      </w:r>
      <w:r>
        <w:rPr>
          <w:lang w:eastAsia="zh-CN"/>
        </w:rPr>
        <w:br/>
      </w:r>
      <w:r>
        <w:rPr>
          <w:lang w:eastAsia="zh-CN"/>
        </w:rPr>
        <w:t>　　第二部分</w:t>
      </w:r>
      <w:r>
        <w:rPr>
          <w:lang w:eastAsia="zh-CN"/>
        </w:rPr>
        <w:br/>
      </w:r>
      <w:r>
        <w:rPr>
          <w:lang w:eastAsia="zh-CN"/>
        </w:rPr>
        <w:t>　　租赁期限</w:t>
      </w:r>
      <w:r>
        <w:rPr>
          <w:lang w:eastAsia="zh-CN"/>
        </w:rPr>
        <w:br/>
      </w:r>
      <w:r>
        <w:rPr>
          <w:lang w:eastAsia="zh-CN"/>
        </w:rPr>
        <w:t>　　第4条</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房屋租赁期限：_________自_________年_________月_________日至_________年_________月_________日止。遇以下情况应顺延：</w:t>
      </w:r>
      <w:r>
        <w:rPr>
          <w:lang w:eastAsia="zh-CN"/>
        </w:rPr>
        <w:br/>
      </w:r>
      <w:r>
        <w:rPr>
          <w:lang w:eastAsia="zh-CN"/>
        </w:rPr>
        <w:t>　　1.发生不可抗力事由的；</w:t>
      </w:r>
      <w:r>
        <w:rPr>
          <w:lang w:eastAsia="zh-CN"/>
        </w:rPr>
        <w:br/>
      </w:r>
      <w:r>
        <w:rPr>
          <w:lang w:eastAsia="zh-CN"/>
        </w:rPr>
        <w:t>　　2.甲方非正常原因逾期交付房屋的；</w:t>
      </w:r>
      <w:r>
        <w:rPr>
          <w:lang w:eastAsia="zh-CN"/>
        </w:rPr>
        <w:br/>
      </w:r>
      <w:r>
        <w:rPr>
          <w:lang w:eastAsia="zh-CN"/>
        </w:rPr>
        <w:t>　　3.非乙方原因致使房屋无法居住的；</w:t>
      </w:r>
      <w:r>
        <w:rPr>
          <w:lang w:eastAsia="zh-CN"/>
        </w:rPr>
        <w:br/>
      </w:r>
      <w:r>
        <w:rPr>
          <w:lang w:eastAsia="zh-CN"/>
        </w:rPr>
        <w:t>　　4.经双方协商一致并书面更改的。</w:t>
      </w:r>
      <w:r>
        <w:rPr>
          <w:lang w:eastAsia="zh-CN"/>
        </w:rPr>
        <w:br/>
      </w:r>
      <w:r>
        <w:rPr>
          <w:lang w:eastAsia="zh-CN"/>
        </w:rPr>
        <w:t>　　第三部分</w:t>
      </w:r>
      <w:r>
        <w:rPr>
          <w:lang w:eastAsia="zh-CN"/>
        </w:rPr>
        <w:br/>
      </w:r>
      <w:r>
        <w:rPr>
          <w:lang w:eastAsia="zh-CN"/>
        </w:rPr>
        <w:t>　　租金条款</w:t>
      </w:r>
      <w:r>
        <w:rPr>
          <w:lang w:eastAsia="zh-CN"/>
        </w:rPr>
        <w:br/>
      </w:r>
      <w:r>
        <w:rPr>
          <w:lang w:eastAsia="zh-CN"/>
        </w:rPr>
        <w:t>　　第5条 租金每月_________币_________元（大写：_________整）。</w:t>
      </w:r>
      <w:r>
        <w:rPr>
          <w:lang w:eastAsia="zh-CN"/>
        </w:rPr>
        <w:br/>
      </w:r>
      <w:r>
        <w:rPr>
          <w:lang w:eastAsia="zh-CN"/>
        </w:rPr>
        <w:t>　　第6条 租金按_________（月/季/半年/年）支付；自本合同生效之日起_________日内，乙方应支付给甲方_________元（_________币）的租金；以后应在每_________（月/季/半年/年）最后一个月的_________日前付清下一_________（月/季/半年/年）的租金。（也可以约定以月、年等支付租金日期）</w:t>
      </w:r>
      <w:r>
        <w:rPr>
          <w:lang w:eastAsia="zh-CN"/>
        </w:rPr>
        <w:br/>
      </w:r>
      <w:r>
        <w:rPr>
          <w:lang w:eastAsia="zh-CN"/>
        </w:rPr>
        <w:t>　　第7条 租金支付地点：_________。</w:t>
      </w:r>
      <w:r>
        <w:rPr>
          <w:lang w:eastAsia="zh-CN"/>
        </w:rPr>
        <w:br/>
      </w:r>
      <w:r>
        <w:rPr>
          <w:lang w:eastAsia="zh-CN"/>
        </w:rPr>
        <w:t>　　第8条 租金支付方式：_________（现金、支票、汇票、转帐等）。</w:t>
      </w:r>
      <w:r>
        <w:rPr>
          <w:lang w:eastAsia="zh-CN"/>
        </w:rPr>
        <w:br/>
      </w:r>
      <w:r>
        <w:rPr>
          <w:lang w:eastAsia="zh-CN"/>
        </w:rPr>
        <w:t>　　第9条 甲方收取租金时应提供合法有效的发票，否则乙方有权拒绝支付租金。</w:t>
      </w:r>
      <w:r>
        <w:rPr>
          <w:lang w:eastAsia="zh-CN"/>
        </w:rPr>
        <w:br/>
      </w:r>
      <w:r>
        <w:rPr>
          <w:lang w:eastAsia="zh-CN"/>
        </w:rPr>
        <w:t>　　第四部分</w:t>
      </w:r>
      <w:r>
        <w:rPr>
          <w:lang w:eastAsia="zh-CN"/>
        </w:rPr>
        <w:br/>
      </w:r>
      <w:r>
        <w:rPr>
          <w:lang w:eastAsia="zh-CN"/>
        </w:rPr>
        <w:t>　　保证金和其他相关费用</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第10条 为保证乙方按照合同履行义务，甲、乙双方约定甲方交付该房屋时，乙方应向甲方支付房屋租赁保证金，保证金为_________个月的租金，即（_________币）_________元。保证金收取后，甲方应向乙方开具收款凭证。</w:t>
      </w:r>
      <w:r>
        <w:rPr>
          <w:lang w:eastAsia="zh-CN"/>
        </w:rPr>
        <w:br/>
      </w:r>
      <w:r>
        <w:rPr>
          <w:lang w:eastAsia="zh-CN"/>
        </w:rPr>
        <w:t>　　第11条 当乙方违反合同约定未缴纳租金或者其他费用时甲方有权利从保证金中扣取。乙方应补足保证金。如果乙方经甲方通知后_________日内未补足的话，则甲方可以单方解约，并追究乙方相应的违约责任。</w:t>
      </w:r>
      <w:r>
        <w:rPr>
          <w:lang w:eastAsia="zh-CN"/>
        </w:rPr>
        <w:br/>
      </w:r>
      <w:r>
        <w:rPr>
          <w:lang w:eastAsia="zh-CN"/>
        </w:rPr>
        <w:t>　　第12条 租赁关系终止时，甲方收取的房屋租赁保证金除用以抵充合同约定由乙方承担的费用外，剩余部分无息归还乙方。</w:t>
      </w:r>
      <w:r>
        <w:rPr>
          <w:lang w:eastAsia="zh-CN"/>
        </w:rPr>
        <w:br/>
      </w:r>
      <w:r>
        <w:rPr>
          <w:lang w:eastAsia="zh-CN"/>
        </w:rPr>
        <w:t>　　第13条 房屋在租赁期间产生的税收由_________方承担，不因本租赁合同无效、撤销、变更而变动，除非双方对此达成书面变更协议。</w:t>
      </w:r>
      <w:r>
        <w:rPr>
          <w:lang w:eastAsia="zh-CN"/>
        </w:rPr>
        <w:br/>
      </w:r>
      <w:r>
        <w:rPr>
          <w:lang w:eastAsia="zh-CN"/>
        </w:rPr>
        <w:t>　　第14条 租赁期间，乙方因正常生活之需要的煤气费、水电费、电话费、有线电视费、网络使用费等由_________方承担；环境卫生费、治安费、物业管理费用等每月每平方米共计_________币_________元由_________承担。</w:t>
      </w:r>
      <w:r>
        <w:rPr>
          <w:lang w:eastAsia="zh-CN"/>
        </w:rPr>
        <w:br/>
      </w:r>
      <w:r>
        <w:rPr>
          <w:lang w:eastAsia="zh-CN"/>
        </w:rPr>
        <w:t>　　第15条 租赁期间，房屋的使用权归乙方，包括甲方有所有权或独立使用权的房屋外墙、屋顶、地下空间、及房屋的附属配套设施（如自行车位、汽车车位）等。</w:t>
      </w:r>
      <w:r>
        <w:rPr>
          <w:lang w:eastAsia="zh-CN"/>
        </w:rPr>
        <w:br/>
      </w:r>
      <w:r>
        <w:rPr>
          <w:lang w:eastAsia="zh-CN"/>
        </w:rPr>
        <w:t>　　第五部分</w:t>
      </w:r>
      <w:r>
        <w:rPr>
          <w:lang w:eastAsia="zh-CN"/>
        </w:rPr>
        <w:br/>
      </w:r>
      <w:r>
        <w:rPr>
          <w:lang w:eastAsia="zh-CN"/>
        </w:rPr>
        <w:t>　　免租装修</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第16条 _________年_________月_________日至_________年_________月_________日为免租装修期，在此期间由_________方负责对房屋进行装修，装修费用由_________方承担，甲方在此间期间免收乙方的租金。</w:t>
      </w:r>
      <w:r>
        <w:rPr>
          <w:lang w:eastAsia="zh-CN"/>
        </w:rPr>
        <w:br/>
      </w:r>
      <w:r>
        <w:rPr>
          <w:lang w:eastAsia="zh-CN"/>
        </w:rPr>
        <w:t>　　第17条 装修期间的水费、电费、电话费、物业管理费等费用由_________方负担。</w:t>
      </w:r>
      <w:r>
        <w:rPr>
          <w:lang w:eastAsia="zh-CN"/>
        </w:rPr>
        <w:br/>
      </w:r>
      <w:r>
        <w:rPr>
          <w:lang w:eastAsia="zh-CN"/>
        </w:rPr>
        <w:t>　　第六部分</w:t>
      </w:r>
      <w:r>
        <w:rPr>
          <w:lang w:eastAsia="zh-CN"/>
        </w:rPr>
        <w:br/>
      </w:r>
      <w:r>
        <w:rPr>
          <w:lang w:eastAsia="zh-CN"/>
        </w:rPr>
        <w:t>　　房屋变更与设立他项权利</w:t>
      </w:r>
      <w:r>
        <w:rPr>
          <w:lang w:eastAsia="zh-CN"/>
        </w:rPr>
        <w:br/>
      </w:r>
      <w:r>
        <w:rPr>
          <w:lang w:eastAsia="zh-CN"/>
        </w:rPr>
        <w:t>　　第18条 租赁期间，甲方如将房产所有权转移给第三方，应提前_________个月书面通知乙方，乙方有以同等价格的优先购买权。房产所有权转移给第三方后，该第三方即成为本合同的当然甲方，享有原甲方的权利和承担原甲方的义务，甲方不再承担本合同约定的权利与义务。</w:t>
      </w:r>
      <w:r>
        <w:rPr>
          <w:lang w:eastAsia="zh-CN"/>
        </w:rPr>
        <w:br/>
      </w:r>
      <w:r>
        <w:rPr>
          <w:lang w:eastAsia="zh-CN"/>
        </w:rPr>
        <w:t>　　第19条 租赁期内，乙方将该房屋部分或全部转租给他人，必须事先征得甲方的书面同意。但同一间居住房屋，不得分割转租。乙方转租该房屋应与接受转租方订立书面的转租合同。因转租带来的额外收益归_________方所有。</w:t>
      </w:r>
      <w:r>
        <w:rPr>
          <w:lang w:eastAsia="zh-CN"/>
        </w:rPr>
        <w:br/>
      </w:r>
      <w:r>
        <w:rPr>
          <w:lang w:eastAsia="zh-CN"/>
        </w:rPr>
        <w:t>　　第20条 租赁期内，乙方将该房屋转让给他人承租或与他人承租的房屋进行交换，必须事先征得甲方书面同意。转让或交换后，该房屋承租权的受让人或交换人应与甲方签订租赁主体变更合同并继续履行本合同。</w:t>
      </w:r>
      <w:r>
        <w:rPr>
          <w:lang w:eastAsia="zh-CN"/>
        </w:rPr>
        <w:br/>
      </w:r>
      <w:r>
        <w:rPr>
          <w:lang w:eastAsia="zh-CN"/>
        </w:rPr>
        <w:t>　　第21条</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租赁期间，甲方欲对房屋设立抵押权，须提前_________个月书面告知乙方，乙方有权决定是否继续承租。如乙方在_________日内无异议或不作为，则视为认可甲方的行为。如乙方作出决定终止本合同，则租赁关系自终止本合同通知书到达甲方的次日起计算。</w:t>
      </w:r>
      <w:r>
        <w:rPr>
          <w:lang w:eastAsia="zh-CN"/>
        </w:rPr>
        <w:br/>
      </w:r>
      <w:r>
        <w:rPr>
          <w:lang w:eastAsia="zh-CN"/>
        </w:rPr>
        <w:t>　　甲方没有按以上约定告知乙方，乙方有随时单方面解除本合同的权力，并追究甲方违约责任。</w:t>
      </w:r>
      <w:r>
        <w:rPr>
          <w:lang w:eastAsia="zh-CN"/>
        </w:rPr>
        <w:br/>
      </w:r>
      <w:r>
        <w:rPr>
          <w:lang w:eastAsia="zh-CN"/>
        </w:rPr>
        <w:t>　　第22条 甲方设立其它他项权利，_________（可以/不可以）不征得乙方同意，但应提前_________个月书面告知乙方。</w:t>
      </w:r>
      <w:r>
        <w:rPr>
          <w:lang w:eastAsia="zh-CN"/>
        </w:rPr>
        <w:br/>
      </w:r>
      <w:r>
        <w:rPr>
          <w:lang w:eastAsia="zh-CN"/>
        </w:rPr>
        <w:t>　　第七部分</w:t>
      </w:r>
      <w:r>
        <w:rPr>
          <w:lang w:eastAsia="zh-CN"/>
        </w:rPr>
        <w:br/>
      </w:r>
      <w:r>
        <w:rPr>
          <w:lang w:eastAsia="zh-CN"/>
        </w:rPr>
        <w:t>　　房屋修缮</w:t>
      </w:r>
      <w:r>
        <w:rPr>
          <w:lang w:eastAsia="zh-CN"/>
        </w:rPr>
        <w:br/>
      </w:r>
      <w:r>
        <w:rPr>
          <w:lang w:eastAsia="zh-CN"/>
        </w:rPr>
        <w:t>　　第23条 租赁期间，_________方应负责房屋的正常维修，或委托_________方代行维修，维修费由_________方承担。甲方应保证房屋能满足乙方正常使用和居住之需要。</w:t>
      </w:r>
      <w:r>
        <w:rPr>
          <w:lang w:eastAsia="zh-CN"/>
        </w:rPr>
        <w:br/>
      </w:r>
      <w:r>
        <w:rPr>
          <w:lang w:eastAsia="zh-CN"/>
        </w:rPr>
        <w:t>　　租赁期间，甲方对房屋及其附着设施每隔_________（月/年）检查、修缮一次，乙方应予积极协助，不得阻挠施工。</w:t>
      </w:r>
      <w:r>
        <w:rPr>
          <w:lang w:eastAsia="zh-CN"/>
        </w:rPr>
        <w:br/>
      </w:r>
      <w:r>
        <w:rPr>
          <w:lang w:eastAsia="zh-CN"/>
        </w:rPr>
        <w:t>　　第24条 租赁期间，如房屋发生非因乙方原因造成的自然损坏，或人为损坏，或屋面漏水等，影响乙方正常居住生活事由的，甲方应在接到乙方通知之日起_________天内予以修缮，超过_________天，乙方有权自行修缮。</w:t>
      </w:r>
      <w:r>
        <w:rPr>
          <w:lang w:eastAsia="zh-CN"/>
        </w:rPr>
        <w:br/>
      </w:r>
      <w:r>
        <w:rPr>
          <w:lang w:eastAsia="zh-CN"/>
        </w:rPr>
        <w:t>　　对房屋进行的修缮费用，乙方可以抵消租金或向甲方索还，并可追究甲方违约责任。</w:t>
      </w:r>
      <w:r>
        <w:rPr>
          <w:lang w:eastAsia="zh-CN"/>
        </w:rPr>
        <w:br/>
      </w:r>
      <w:r>
        <w:rPr>
          <w:lang w:eastAsia="zh-CN"/>
        </w:rPr>
        <w:t>　　第25条</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租赁期间，如房屋有倾倒危险，或其它严重妨碍乙方正常居住的，或威胁到乙方的生命财产安全的，甲方应在接到乙方的通知后立即进行修缮或暂时补救，如果甲方对此怠慢，或不予以理睬，或采取维修保养措施不力，乙方可以退租或代甲方修缮。</w:t>
      </w:r>
      <w:r>
        <w:rPr>
          <w:lang w:eastAsia="zh-CN"/>
        </w:rPr>
        <w:br/>
      </w:r>
      <w:r>
        <w:rPr>
          <w:lang w:eastAsia="zh-CN"/>
        </w:rPr>
        <w:t>　　第26条 租赁期间，房屋内原有的家电、家具等附属设施、设备的维修由_________方负责，维修费用由_________方负担。</w:t>
      </w:r>
      <w:r>
        <w:rPr>
          <w:lang w:eastAsia="zh-CN"/>
        </w:rPr>
        <w:br/>
      </w:r>
      <w:r>
        <w:rPr>
          <w:lang w:eastAsia="zh-CN"/>
        </w:rPr>
        <w:t>　　第27条 因乙方管理使用不善造成房屋及其屋内原有的家电、家具等附属设施、设备的损失和维修费用，由乙方承担责任并赔偿损失。</w:t>
      </w:r>
      <w:r>
        <w:rPr>
          <w:lang w:eastAsia="zh-CN"/>
        </w:rPr>
        <w:br/>
      </w:r>
      <w:r>
        <w:rPr>
          <w:lang w:eastAsia="zh-CN"/>
        </w:rPr>
        <w:t>　　第28条 租赁期间，防火安全、门前三包、综合治理及安全、保卫等工作，乙方应执行当地有关部门规定并承担全部责任和服从甲方监督检查。</w:t>
      </w:r>
      <w:r>
        <w:rPr>
          <w:lang w:eastAsia="zh-CN"/>
        </w:rPr>
        <w:br/>
      </w:r>
      <w:r>
        <w:rPr>
          <w:lang w:eastAsia="zh-CN"/>
        </w:rPr>
        <w:t>　　第29条 乙方返还该房屋应当符合正常使用后的状态。返还时，应经甲方验收认可，并相互结清各自应当承担的费用。</w:t>
      </w:r>
      <w:r>
        <w:rPr>
          <w:lang w:eastAsia="zh-CN"/>
        </w:rPr>
        <w:br/>
      </w:r>
      <w:r>
        <w:rPr>
          <w:lang w:eastAsia="zh-CN"/>
        </w:rPr>
        <w:t>　　第八部分</w:t>
      </w:r>
      <w:r>
        <w:rPr>
          <w:lang w:eastAsia="zh-CN"/>
        </w:rPr>
        <w:br/>
      </w:r>
      <w:r>
        <w:rPr>
          <w:lang w:eastAsia="zh-CN"/>
        </w:rPr>
        <w:t>　　保险责任</w:t>
      </w:r>
      <w:r>
        <w:rPr>
          <w:lang w:eastAsia="zh-CN"/>
        </w:rPr>
        <w:br/>
      </w:r>
      <w:r>
        <w:rPr>
          <w:lang w:eastAsia="zh-CN"/>
        </w:rPr>
        <w:t>　　第30条 在租赁期限内，_________方负责购买租赁房屋的保险，_________方负责购买租赁物内乙方的财产及其它必要的保险（包括责任险）。若_________各方未购买上述保险，由此而产生的所有赔偿及责任由_________方承担。</w:t>
      </w:r>
      <w:r>
        <w:rPr>
          <w:lang w:eastAsia="zh-CN"/>
        </w:rPr>
        <w:br/>
      </w:r>
      <w:r>
        <w:rPr>
          <w:lang w:eastAsia="zh-CN"/>
        </w:rPr>
        <w:t>　　第九部分</w:t>
      </w:r>
      <w:r>
        <w:rPr>
          <w:lang w:eastAsia="zh-CN"/>
        </w:rPr>
        <w:br/>
      </w:r>
      <w:r>
        <w:rPr>
          <w:lang w:eastAsia="zh-CN"/>
        </w:rPr>
        <w:t>　　甲方权利与义务</w:t>
      </w:r>
      <w:r>
        <w:rPr>
          <w:lang w:eastAsia="zh-CN"/>
        </w:rPr>
        <w:br/>
      </w:r>
      <w:r>
        <w:rPr>
          <w:lang w:eastAsia="zh-CN"/>
        </w:rPr>
        <w:t>　　第31条</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甲方保证如实向乙方解释和说明房屋情况和周边概况，应包括房屋权属、房屋维修次数、物业管理、治安、环境等，及如实回答乙方的相关咨询，否则视为欺诈行为。</w:t>
      </w:r>
      <w:r>
        <w:rPr>
          <w:lang w:eastAsia="zh-CN"/>
        </w:rPr>
        <w:br/>
      </w:r>
      <w:r>
        <w:rPr>
          <w:lang w:eastAsia="zh-CN"/>
        </w:rPr>
        <w:t>　　第32条 甲方如未按本合同规定时间向乙方提供租赁房屋，每日向乙方偿付违约金_________币_________元，累计不超过_________个月的租金。</w:t>
      </w:r>
      <w:r>
        <w:rPr>
          <w:lang w:eastAsia="zh-CN"/>
        </w:rPr>
        <w:br/>
      </w:r>
      <w:r>
        <w:rPr>
          <w:lang w:eastAsia="zh-CN"/>
        </w:rPr>
        <w:t>　　第33条 租赁期间，如甲方确需收回房屋自住，必须提前_________个月书面通知乙方。解除合同后，甲方应支付违约金，违约金以剩余租期内应交租金总额的_________%计算。</w:t>
      </w:r>
      <w:r>
        <w:rPr>
          <w:lang w:eastAsia="zh-CN"/>
        </w:rPr>
        <w:br/>
      </w:r>
      <w:r>
        <w:rPr>
          <w:lang w:eastAsia="zh-CN"/>
        </w:rPr>
        <w:t>　　第34条 租赁期间，如有政府或经正常合法程序审批的拆迁行为，则按照国家拆迁条例和当地的拆迁有关规定执行。</w:t>
      </w:r>
      <w:r>
        <w:rPr>
          <w:lang w:eastAsia="zh-CN"/>
        </w:rPr>
        <w:br/>
      </w:r>
      <w:r>
        <w:rPr>
          <w:lang w:eastAsia="zh-CN"/>
        </w:rPr>
        <w:t>　　第35条 乙方经甲方许可在租用房屋内进行装修，如果因甲方原因致使乙方在合同期限内搬出房屋，则甲方除承担违约责任外，还应折价装修费用一次性支付给乙方。</w:t>
      </w:r>
      <w:r>
        <w:rPr>
          <w:lang w:eastAsia="zh-CN"/>
        </w:rPr>
        <w:br/>
      </w:r>
      <w:r>
        <w:rPr>
          <w:lang w:eastAsia="zh-CN"/>
        </w:rPr>
        <w:t>　　折价装修费用由双方协商，协商不一致，按照当地县级以上人民政府对拆迁房屋的装修费用的补偿的最高标准执行。</w:t>
      </w:r>
      <w:r>
        <w:rPr>
          <w:lang w:eastAsia="zh-CN"/>
        </w:rPr>
        <w:br/>
      </w:r>
      <w:r>
        <w:rPr>
          <w:lang w:eastAsia="zh-CN"/>
        </w:rPr>
        <w:t>　　第十部分</w:t>
      </w:r>
      <w:r>
        <w:rPr>
          <w:lang w:eastAsia="zh-CN"/>
        </w:rPr>
        <w:br/>
      </w:r>
      <w:r>
        <w:rPr>
          <w:lang w:eastAsia="zh-CN"/>
        </w:rPr>
        <w:t>　　乙方权利与义务</w:t>
      </w:r>
      <w:r>
        <w:rPr>
          <w:lang w:eastAsia="zh-CN"/>
        </w:rPr>
        <w:br/>
      </w:r>
      <w:r>
        <w:rPr>
          <w:lang w:eastAsia="zh-CN"/>
        </w:rPr>
        <w:t>　　第36条 乙方按本合同约定交付租金，甲方如无正当理由拒收，乙方不负迟延交租的责任。</w:t>
      </w:r>
      <w:r>
        <w:rPr>
          <w:lang w:eastAsia="zh-CN"/>
        </w:rPr>
        <w:br/>
      </w:r>
      <w:r>
        <w:rPr>
          <w:lang w:eastAsia="zh-CN"/>
        </w:rPr>
        <w:t>　　第37条 租赁期间，如乙方需要退房，必须提前_________个月书面通知甲方。双方协商一致解除合同，乙方应付给甲方违约金，违约金以剩余租期内应交租金总额的'_________%计算。</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第38条 租赁期间，乙方未经甲方同意改变房屋的结构及用途，故意或过失造成租用房屋和设备的毁损，应负责恢复原状或赔偿经济损失。乙方如需装修墙、安装窗和防盗门等，须事先征得甲方同意，如需要经政府审批的，则应经有关部门批准方能施工。</w:t>
      </w:r>
      <w:r>
        <w:rPr>
          <w:lang w:eastAsia="zh-CN"/>
        </w:rPr>
        <w:br/>
      </w:r>
      <w:r>
        <w:rPr>
          <w:lang w:eastAsia="zh-CN"/>
        </w:rPr>
        <w:t>　　第39条 乙方在房屋内的装修及安装的设备、物品，在合同期满搬出时可一次折价转让给甲方；双方如无法达成协议，则乙方应自合同期满之日起_________天内自行拆除，恢复至房屋原状。超过_________天，甲方有权无偿保留或自行拆除，拆除费用由乙方在合理数额内承担。</w:t>
      </w:r>
      <w:r>
        <w:rPr>
          <w:lang w:eastAsia="zh-CN"/>
        </w:rPr>
        <w:br/>
      </w:r>
      <w:r>
        <w:rPr>
          <w:lang w:eastAsia="zh-CN"/>
        </w:rPr>
        <w:t>　　第40条 根据本合同约定提前终止合同或合同期满，乙方应在收到甲方正式书面通知之日起_________天内搬出全部设备、物件，但双方另有协商除外。如乙方短期内另找房屋确实有困难或另有其它特殊情况，则甲方应允许乙方延期30天，但乙方应按本合同约定的租金一次性交清租金。搬迁后_________日内房屋里如仍有余物，如双方无约定，视为乙方放弃所有权，由甲方处理。</w:t>
      </w:r>
      <w:r>
        <w:rPr>
          <w:lang w:eastAsia="zh-CN"/>
        </w:rPr>
        <w:br/>
      </w:r>
      <w:r>
        <w:rPr>
          <w:lang w:eastAsia="zh-CN"/>
        </w:rPr>
        <w:t>　　第41条 租赁期满或合同解除，如乙方逾期不搬迁，乙方应赔偿甲方因此所受的经济损失。</w:t>
      </w:r>
      <w:r>
        <w:rPr>
          <w:lang w:eastAsia="zh-CN"/>
        </w:rPr>
        <w:br/>
      </w:r>
      <w:r>
        <w:rPr>
          <w:lang w:eastAsia="zh-CN"/>
        </w:rPr>
        <w:t>　　第42条 租赁期满，乙方需续租，应提前_________天书面通知甲方，甲方自收到书面通知之日起_________天内应提出异议或与乙方协商续约；如在接到乙方书面通知之日起_________天内甲方不予以书面答复，则视为默认同意乙方续租，本合同自动延长_________年，自_________天期满次日起计。</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第43条 租赁期满，乙方在同等租金下有优先承租权。</w:t>
      </w:r>
      <w:r>
        <w:rPr>
          <w:lang w:eastAsia="zh-CN"/>
        </w:rPr>
        <w:br/>
      </w:r>
      <w:r>
        <w:rPr>
          <w:lang w:eastAsia="zh-CN"/>
        </w:rPr>
        <w:t>　　第十一部分 不可抗力和例外</w:t>
      </w:r>
      <w:r>
        <w:rPr>
          <w:lang w:eastAsia="zh-CN"/>
        </w:rPr>
        <w:br/>
      </w:r>
      <w:r>
        <w:rPr>
          <w:lang w:eastAsia="zh-CN"/>
        </w:rPr>
        <w:t>　　第44条</w:t>
      </w:r>
      <w:r>
        <w:rPr>
          <w:lang w:eastAsia="zh-CN"/>
        </w:rPr>
        <w:br/>
      </w:r>
      <w:r>
        <w:rPr>
          <w:lang w:eastAsia="zh-CN"/>
        </w:rPr>
        <w:t>　　不可抗力意指不能预见、不能避免且不能克服的客观自然情况。</w:t>
      </w:r>
      <w:r>
        <w:rPr>
          <w:lang w:eastAsia="zh-CN"/>
        </w:rPr>
        <w:br/>
      </w:r>
      <w:r>
        <w:rPr>
          <w:lang w:eastAsia="zh-CN"/>
        </w:rPr>
        <w:t>　　第45条 因不可抗力导致甲乙双方或一方不能履行或不能完全履行本协议约定的有关义务时，甲乙双方相互不承担违约责任。但遇有不可抗力的一方或双方应于不可抗力发生后_________日内将情况告之对方，并提供有关部门的证明。在不可抗力影响消除后的合理时间内，一方或双方应当继续履行合同。</w:t>
      </w:r>
      <w:r>
        <w:rPr>
          <w:lang w:eastAsia="zh-CN"/>
        </w:rPr>
        <w:br/>
      </w:r>
      <w:r>
        <w:rPr>
          <w:lang w:eastAsia="zh-CN"/>
        </w:rPr>
        <w:t>　　第46条 不可抗力影响如持续_________个月以上，任一方均有权单方面终止合同。</w:t>
      </w:r>
      <w:r>
        <w:rPr>
          <w:lang w:eastAsia="zh-CN"/>
        </w:rPr>
        <w:br/>
      </w:r>
      <w:r>
        <w:rPr>
          <w:lang w:eastAsia="zh-CN"/>
        </w:rPr>
        <w:t>　　第47条 合同履行期间，如非因乙方原因，房屋发生漏水、倒塌，或房屋被认为危房，或其它原因致使乙方无法正常居住生活的，在甲方维护或修缮完毕之前，甲方应减免这段日期的租金。</w:t>
      </w:r>
      <w:r>
        <w:rPr>
          <w:lang w:eastAsia="zh-CN"/>
        </w:rPr>
        <w:br/>
      </w:r>
      <w:r>
        <w:rPr>
          <w:lang w:eastAsia="zh-CN"/>
        </w:rPr>
        <w:t>　　第48条 因不可抗力致使本合同无法履行，本合同则自然终止，甲方应在本合同终止之日起_________天内返还乙方多支付的租金，其它有关问题按国家相关规定处理。</w:t>
      </w:r>
      <w:r>
        <w:rPr>
          <w:lang w:eastAsia="zh-CN"/>
        </w:rPr>
        <w:br/>
      </w:r>
      <w:r>
        <w:rPr>
          <w:lang w:eastAsia="zh-CN"/>
        </w:rPr>
        <w:t>　　第十二部分</w:t>
      </w:r>
      <w:r>
        <w:rPr>
          <w:lang w:eastAsia="zh-CN"/>
        </w:rPr>
        <w:br/>
      </w:r>
      <w:r>
        <w:rPr>
          <w:lang w:eastAsia="zh-CN"/>
        </w:rPr>
        <w:t>　　通知</w:t>
      </w:r>
      <w:r>
        <w:rPr>
          <w:lang w:eastAsia="zh-CN"/>
        </w:rPr>
        <w:br/>
      </w:r>
      <w:r>
        <w:rPr>
          <w:lang w:eastAsia="zh-CN"/>
        </w:rPr>
        <w:t>　　第49条</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依照本协议要求任何一方发出的通知或其它联系应以_________文书写，通知可以专人递交，或以挂号信件、或以公认的快递服务或图文传真发送到另一方。通知视为有效送达的日期应按下述方法确定：</w:t>
      </w:r>
      <w:r>
        <w:rPr>
          <w:lang w:eastAsia="zh-CN"/>
        </w:rPr>
        <w:br/>
      </w:r>
      <w:r>
        <w:rPr>
          <w:lang w:eastAsia="zh-CN"/>
        </w:rPr>
        <w:t>　　1.专人递交的通知在专人交到之日视为送达；</w:t>
      </w:r>
      <w:r>
        <w:rPr>
          <w:lang w:eastAsia="zh-CN"/>
        </w:rPr>
        <w:br/>
      </w:r>
      <w:r>
        <w:rPr>
          <w:lang w:eastAsia="zh-CN"/>
        </w:rPr>
        <w:t>　　2.以图文传真发送的通知在成功传送和接收日后的第1个工作日视为送达。</w:t>
      </w:r>
      <w:r>
        <w:rPr>
          <w:lang w:eastAsia="zh-CN"/>
        </w:rPr>
        <w:br/>
      </w:r>
      <w:r>
        <w:rPr>
          <w:lang w:eastAsia="zh-CN"/>
        </w:rPr>
        <w:t>　　第十三部分</w:t>
      </w:r>
      <w:r>
        <w:rPr>
          <w:lang w:eastAsia="zh-CN"/>
        </w:rPr>
        <w:br/>
      </w:r>
      <w:r>
        <w:rPr>
          <w:lang w:eastAsia="zh-CN"/>
        </w:rPr>
        <w:t>　　争议解决</w:t>
      </w:r>
      <w:r>
        <w:rPr>
          <w:lang w:eastAsia="zh-CN"/>
        </w:rPr>
        <w:br/>
      </w:r>
      <w:r>
        <w:rPr>
          <w:lang w:eastAsia="zh-CN"/>
        </w:rPr>
        <w:t>　　第50条 本合同归_________国法律、法规管辖。</w:t>
      </w:r>
      <w:r>
        <w:rPr>
          <w:lang w:eastAsia="zh-CN"/>
        </w:rPr>
        <w:br/>
      </w:r>
      <w:r>
        <w:rPr>
          <w:lang w:eastAsia="zh-CN"/>
        </w:rPr>
        <w:t>　　第51条 甲、乙双方在履行本合同过程中若发生争议，应协商解决；协商解决不成的，双方同意选择下列第_________种方式解决：</w:t>
      </w:r>
      <w:r>
        <w:rPr>
          <w:lang w:eastAsia="zh-CN"/>
        </w:rPr>
        <w:br/>
      </w:r>
      <w:r>
        <w:rPr>
          <w:lang w:eastAsia="zh-CN"/>
        </w:rPr>
        <w:t>　　1.提交_________仲裁委员会仲裁；</w:t>
      </w:r>
      <w:r>
        <w:rPr>
          <w:lang w:eastAsia="zh-CN"/>
        </w:rPr>
        <w:br/>
      </w:r>
      <w:r>
        <w:rPr>
          <w:lang w:eastAsia="zh-CN"/>
        </w:rPr>
        <w:t>　　2.依法向房屋所在地法院人民法院起诉</w:t>
      </w:r>
      <w:r>
        <w:rPr>
          <w:lang w:eastAsia="zh-CN"/>
        </w:rPr>
        <w:br/>
      </w:r>
      <w:r>
        <w:rPr>
          <w:lang w:eastAsia="zh-CN"/>
        </w:rPr>
        <w:t>　　第十四部分</w:t>
      </w:r>
      <w:r>
        <w:rPr>
          <w:lang w:eastAsia="zh-CN"/>
        </w:rPr>
        <w:br/>
      </w:r>
      <w:r>
        <w:rPr>
          <w:lang w:eastAsia="zh-CN"/>
        </w:rPr>
        <w:t>　　合同生效</w:t>
      </w:r>
      <w:r>
        <w:rPr>
          <w:lang w:eastAsia="zh-CN"/>
        </w:rPr>
        <w:br/>
      </w:r>
      <w:r>
        <w:rPr>
          <w:lang w:eastAsia="zh-CN"/>
        </w:rPr>
        <w:t>　　第52条 本协议自_________日起生效，本合同另有约定或法律、行政法规有规定的，则从其约定或规定。</w:t>
      </w:r>
      <w:r>
        <w:rPr>
          <w:lang w:eastAsia="zh-CN"/>
        </w:rPr>
        <w:br/>
      </w:r>
      <w:r>
        <w:rPr>
          <w:lang w:eastAsia="zh-CN"/>
        </w:rPr>
        <w:t>　　第53条 _________方应按国家规定办理房屋租赁证、房屋租赁备案登记、治安许可证等国家规定应办理的各项手续。如果_________方在本协议双方签字之日起_________天内，仍然没有办理上述手续，则_________方有权解除本合同。</w:t>
      </w:r>
      <w:r>
        <w:rPr>
          <w:lang w:eastAsia="zh-CN"/>
        </w:rPr>
        <w:br/>
      </w:r>
      <w:r>
        <w:rPr>
          <w:lang w:eastAsia="zh-CN"/>
        </w:rPr>
        <w:t>　　第54条</w:t>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由代理人代为签订本合同并办理相关事宜的，该代理人应向对方出示授权委托书并应和对方应在授权委托书的授权范围内确定本合同具体条款，代理人超越代理权或代理权终止后的代理行为，未经委托方书面追认的，对委托方不发生法律效力。</w:t>
      </w:r>
      <w:r>
        <w:rPr>
          <w:lang w:eastAsia="zh-CN"/>
        </w:rPr>
        <w:br/>
      </w:r>
      <w:r>
        <w:rPr>
          <w:lang w:eastAsia="zh-CN"/>
        </w:rPr>
        <w:t>　　第十五部分</w:t>
      </w:r>
      <w:r>
        <w:rPr>
          <w:lang w:eastAsia="zh-CN"/>
        </w:rPr>
        <w:br/>
      </w:r>
      <w:r>
        <w:rPr>
          <w:lang w:eastAsia="zh-CN"/>
        </w:rPr>
        <w:t>　　违约责任</w:t>
      </w:r>
      <w:r>
        <w:rPr>
          <w:lang w:eastAsia="zh-CN"/>
        </w:rPr>
        <w:br/>
      </w:r>
      <w:r>
        <w:rPr>
          <w:lang w:eastAsia="zh-CN"/>
        </w:rPr>
        <w:t>　　第55条 任何一方未履行本协议约定的任何一项条款均被视为违约。</w:t>
      </w:r>
      <w:r>
        <w:rPr>
          <w:lang w:eastAsia="zh-CN"/>
        </w:rPr>
        <w:br/>
      </w:r>
      <w:r>
        <w:rPr>
          <w:lang w:eastAsia="zh-CN"/>
        </w:rPr>
        <w:t>　　第56条 任何一方在收到对方的具体说明违约情况的书面通知后，应在_________日内对此确认或提出书面异议或补充说明。如果在_________日内不予以书面回答，则视为其接受书面通知所述内容。在此情形下，甲乙双方应对此问题进行协商，协商不成的，按本协议争议条款解决。违约方应承担因自己的违约行为而给守约方造成的经济损失。</w:t>
      </w:r>
      <w:r>
        <w:rPr>
          <w:lang w:eastAsia="zh-CN"/>
        </w:rPr>
        <w:br/>
      </w:r>
      <w:r>
        <w:rPr>
          <w:lang w:eastAsia="zh-CN"/>
        </w:rPr>
        <w:t>　　第十六部分</w:t>
      </w:r>
      <w:r>
        <w:rPr>
          <w:lang w:eastAsia="zh-CN"/>
        </w:rPr>
        <w:br/>
      </w:r>
      <w:r>
        <w:rPr>
          <w:lang w:eastAsia="zh-CN"/>
        </w:rPr>
        <w:t>　　索赔</w:t>
      </w:r>
      <w:r>
        <w:rPr>
          <w:lang w:eastAsia="zh-CN"/>
        </w:rPr>
        <w:br/>
      </w:r>
      <w:r>
        <w:rPr>
          <w:lang w:eastAsia="zh-CN"/>
        </w:rPr>
        <w:t>　　第57条 如果因甲方非正当原因致使本合同无法履行，甲方应返回乙方已经交付的租金及乙方基于信赖而先期投入的各类费用，包括但不限于乙方交付的中介费用、乙方的来回搬迁费用、乙方已经支付和虽未支付但将要产生的装修费用、乙方为正常居住生活需要而添加的固定设备安装费用（如：有线电视安装费、电话安装费、电器安装费用、电线电表安装费、中央空调通道安装费、煤气管道安装费、网络安装费、暖气安装费等）。</w:t>
      </w:r>
      <w:r>
        <w:rPr>
          <w:lang w:eastAsia="zh-CN"/>
        </w:rPr>
        <w:br/>
      </w:r>
      <w:r>
        <w:rPr>
          <w:lang w:eastAsia="zh-CN"/>
        </w:rPr>
        <w:t>　　第58条</w:t>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如果因甲方非正当原因致使合同无法履行，甲方应在合同不能履行之日起_________天内一次性支付给乙方补偿金_________币_________元（大写：_________）作为对乙方的间接损失补偿。</w:t>
      </w:r>
      <w:r>
        <w:rPr>
          <w:lang w:eastAsia="zh-CN"/>
        </w:rPr>
        <w:br/>
      </w:r>
      <w:r>
        <w:rPr>
          <w:lang w:eastAsia="zh-CN"/>
        </w:rPr>
        <w:t>　　第59条 如果因乙方非正当原因致使合同无法履行，乙方应在合同无效之日起_________天内一次性支付给甲方补偿金_________币_________元（大写：_________）作为对甲方的间接损失补偿，否则，甲方有权暂时扣留乙方已经交付的租金。乙方基于信赖而先期投入的各类费用甲方不予以补偿。</w:t>
      </w:r>
      <w:r>
        <w:rPr>
          <w:lang w:eastAsia="zh-CN"/>
        </w:rPr>
        <w:br/>
      </w:r>
      <w:r>
        <w:rPr>
          <w:lang w:eastAsia="zh-CN"/>
        </w:rPr>
        <w:t>　　第60条 乙方逾期支付应支付租金，自逾期之日起每日按应交付租金的_________%向甲方支付违约金，但违约金累计不超过_________个月的租金。乙方如拖欠租金达_________天以上，甲方有权收回房屋并追究乙方违约责任。</w:t>
      </w:r>
      <w:r>
        <w:rPr>
          <w:lang w:eastAsia="zh-CN"/>
        </w:rPr>
        <w:br/>
      </w:r>
      <w:r>
        <w:rPr>
          <w:lang w:eastAsia="zh-CN"/>
        </w:rPr>
        <w:t>　　第61条 甲方不按合同约定交付房屋给乙方，自逾期之日起每日向乙方支付违约金_________币_________元，但违约金累计不超过_________个月的租金。甲方逾期交付房屋超过_________天，乙方有权单方面解除合同并追究甲方责任。</w:t>
      </w:r>
      <w:r>
        <w:rPr>
          <w:lang w:eastAsia="zh-CN"/>
        </w:rPr>
        <w:br/>
      </w:r>
      <w:r>
        <w:rPr>
          <w:lang w:eastAsia="zh-CN"/>
        </w:rPr>
        <w:t>　　第62条 如果双方在履行本合同中产生纠纷无法协商一致解决的，则违约方应承担守约方为维护自己权益支出的包括但不限于差旅费、诉讼费、取证费、律师费等费用。</w:t>
      </w:r>
      <w:r>
        <w:rPr>
          <w:lang w:eastAsia="zh-CN"/>
        </w:rPr>
        <w:br/>
      </w:r>
      <w:r>
        <w:rPr>
          <w:lang w:eastAsia="zh-CN"/>
        </w:rPr>
        <w:t>　　第十七部分</w:t>
      </w:r>
      <w:r>
        <w:rPr>
          <w:lang w:eastAsia="zh-CN"/>
        </w:rPr>
        <w:br/>
      </w:r>
      <w:r>
        <w:rPr>
          <w:lang w:eastAsia="zh-CN"/>
        </w:rPr>
        <w:t>　　保证</w:t>
      </w:r>
      <w:r>
        <w:rPr>
          <w:lang w:eastAsia="zh-CN"/>
        </w:rPr>
        <w:br/>
      </w:r>
      <w:r>
        <w:rPr>
          <w:lang w:eastAsia="zh-CN"/>
        </w:rPr>
        <w:t>　　第63条</w:t>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由_________作为乙方的保证人，保证乙方按照此合同履行义务。此保证为_________（一般保证/连带保证）。保证人的权利义务见附件。</w:t>
      </w:r>
      <w:r>
        <w:rPr>
          <w:lang w:eastAsia="zh-CN"/>
        </w:rPr>
        <w:br/>
      </w:r>
      <w:r>
        <w:rPr>
          <w:lang w:eastAsia="zh-CN"/>
        </w:rPr>
        <w:t>　　第十八部分</w:t>
      </w:r>
      <w:r>
        <w:rPr>
          <w:lang w:eastAsia="zh-CN"/>
        </w:rPr>
        <w:br/>
      </w:r>
      <w:r>
        <w:rPr>
          <w:lang w:eastAsia="zh-CN"/>
        </w:rPr>
        <w:t>　　其他</w:t>
      </w:r>
      <w:r>
        <w:rPr>
          <w:lang w:eastAsia="zh-CN"/>
        </w:rPr>
        <w:br/>
      </w:r>
      <w:r>
        <w:rPr>
          <w:lang w:eastAsia="zh-CN"/>
        </w:rPr>
        <w:t>　　第条 本协议一式_________份，甲、乙双方各存_________份，税务部门_________份，房屋租赁管理部门_________份，均具有同等法律效力。</w:t>
      </w:r>
      <w:r>
        <w:rPr>
          <w:lang w:eastAsia="zh-CN"/>
        </w:rPr>
        <w:br/>
      </w:r>
      <w:r>
        <w:rPr>
          <w:lang w:eastAsia="zh-CN"/>
        </w:rPr>
        <w:t>　　第65条 双方保证对从另一方取得且无法自公开渠道获得的商业秘密（技术信息、经营信息及其他商业秘密）予以保密。未经该商业秘密的原提供方同意，一方不得向任何第三方泄露该商业秘密的全部或部分内容。但法律、法规另有规定或双方另有约定的除外。保密期限为_________年。</w:t>
      </w:r>
      <w:r>
        <w:rPr>
          <w:lang w:eastAsia="zh-CN"/>
        </w:rPr>
        <w:br/>
      </w:r>
      <w:r>
        <w:rPr>
          <w:lang w:eastAsia="zh-CN"/>
        </w:rPr>
        <w:t>　　一方违反上述保密义务的，应承担相应的违约责任并赔偿由此造成的损失。</w:t>
      </w:r>
      <w:r>
        <w:rPr>
          <w:lang w:eastAsia="zh-CN"/>
        </w:rPr>
        <w:br/>
      </w:r>
      <w:r>
        <w:rPr>
          <w:lang w:eastAsia="zh-CN"/>
        </w:rPr>
        <w:t>　　第66条 因所租赁房屋本身及其附属物质量量问题造成第三人损害的由甲方承担责任，乙方不承担责任，但乙方对第三人之损害有过错的除外。</w:t>
      </w:r>
      <w:r>
        <w:rPr>
          <w:lang w:eastAsia="zh-CN"/>
        </w:rPr>
        <w:br/>
      </w:r>
      <w:r>
        <w:rPr>
          <w:lang w:eastAsia="zh-CN"/>
        </w:rPr>
        <w:t>　　第67条 本合同自双方签字后第_________日生效。双方约定，自合同生效之日起_________日内，按规定共同向房屋所在地街道、镇（乡）社区事务受理中心办理登记备案，领取房屋租赁合同登记备案证明。因甲方逾期未会同乙方办理登记备案影响乙方办理居住登记的，乙方可按规定单独办理租赁信息记载。</w:t>
      </w:r>
      <w:r>
        <w:rPr>
          <w:lang w:eastAsia="zh-CN"/>
        </w:rPr>
        <w:br/>
      </w:r>
      <w:r>
        <w:rPr>
          <w:lang w:eastAsia="zh-CN"/>
        </w:rPr>
        <w:t>　　第68条</w:t>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本合同经登记备案后，凡变更、终止本合同的，双方应按规定及时向原受理机构办理变更、终止登记备案手续。因甲方未会同乙方办理登记备案或变更、终止登记备案的，所引起的法律纠纷，由甲方承担一切责任。</w:t>
      </w:r>
      <w:r>
        <w:rPr>
          <w:lang w:eastAsia="zh-CN"/>
        </w:rPr>
        <w:br/>
      </w:r>
      <w:r>
        <w:rPr>
          <w:lang w:eastAsia="zh-CN"/>
        </w:rPr>
        <w:t>　　第69条 本合同如有未尽事宜，可经双方协商作出补充规定，补充规定与协议具有同等效力。如补充规定与本合同有条款不一致，则以补充规定为准。</w:t>
      </w:r>
      <w:r>
        <w:rPr>
          <w:lang w:eastAsia="zh-CN"/>
        </w:rPr>
        <w:br/>
      </w:r>
      <w:r>
        <w:rPr>
          <w:lang w:eastAsia="zh-CN"/>
        </w:rPr>
        <w:t>　　第70条 本合同的理解与解释应依据合同目的和文本原义进行，本合同的标题仅是为了阅读方便而设，不应影响本合同的解释。</w:t>
      </w:r>
      <w:r>
        <w:rPr>
          <w:lang w:eastAsia="zh-CN"/>
        </w:rPr>
        <w:br/>
      </w:r>
      <w:r>
        <w:rPr>
          <w:lang w:eastAsia="zh-CN"/>
        </w:rPr>
        <w:t>　　甲方签字：_________（出租人）</w:t>
      </w:r>
      <w:r>
        <w:rPr>
          <w:lang w:eastAsia="zh-CN"/>
        </w:rPr>
        <w:br/>
      </w:r>
      <w:r>
        <w:rPr>
          <w:lang w:eastAsia="zh-CN"/>
        </w:rPr>
        <w:t>　　乙方签字：_________（承租人）</w:t>
      </w:r>
      <w:r>
        <w:rPr>
          <w:lang w:eastAsia="zh-CN"/>
        </w:rPr>
        <w:br/>
      </w:r>
      <w:r>
        <w:rPr>
          <w:lang w:eastAsia="zh-CN"/>
        </w:rPr>
        <w:t>　　日期：</w:t>
      </w:r>
      <w:r>
        <w:rPr>
          <w:lang w:eastAsia="zh-CN"/>
        </w:rPr>
        <w:br/>
      </w:r>
      <w:r>
        <w:rPr>
          <w:lang w:eastAsia="zh-CN"/>
        </w:rPr>
        <w:t xml:space="preserve">    维修合同范本标准版 篇3 </w:t>
      </w:r>
      <w:r>
        <w:rPr>
          <w:lang w:eastAsia="zh-CN"/>
        </w:rPr>
        <w:br/>
      </w:r>
      <w:r>
        <w:rPr>
          <w:lang w:eastAsia="zh-CN"/>
        </w:rPr>
        <w:t>　　甲方：</w:t>
      </w:r>
      <w:r>
        <w:rPr>
          <w:lang w:eastAsia="zh-CN"/>
        </w:rPr>
        <w:br/>
      </w:r>
      <w:r>
        <w:rPr>
          <w:lang w:eastAsia="zh-CN"/>
        </w:rPr>
        <w:t>　　乙方：</w:t>
      </w:r>
      <w:r>
        <w:rPr>
          <w:lang w:eastAsia="zh-CN"/>
        </w:rPr>
        <w:br/>
      </w:r>
      <w:r>
        <w:rPr>
          <w:lang w:eastAsia="zh-CN"/>
        </w:rPr>
        <w:t>　　依照《中华人民共和国经济合同法》及国家建设部、省市建委对装饰工程的有关规定，经双方协商签定合同如下：</w:t>
      </w:r>
      <w:r>
        <w:rPr>
          <w:lang w:eastAsia="zh-CN"/>
        </w:rPr>
        <w:br/>
      </w:r>
      <w:r>
        <w:rPr>
          <w:lang w:eastAsia="zh-CN"/>
        </w:rPr>
        <w:t>　　一、工程项目</w:t>
      </w:r>
      <w:r>
        <w:rPr>
          <w:lang w:eastAsia="zh-CN"/>
        </w:rPr>
        <w:br/>
      </w:r>
      <w:r>
        <w:rPr>
          <w:lang w:eastAsia="zh-CN"/>
        </w:rPr>
        <w:t>　　1、工程名称：</w:t>
      </w:r>
      <w:r>
        <w:rPr>
          <w:lang w:eastAsia="zh-CN"/>
        </w:rPr>
        <w:br/>
      </w:r>
      <w:r>
        <w:rPr>
          <w:lang w:eastAsia="zh-CN"/>
        </w:rPr>
        <w:t>　　2、工程地点：内蒙古自治区人民医院</w:t>
      </w:r>
      <w:r>
        <w:rPr>
          <w:lang w:eastAsia="zh-CN"/>
        </w:rPr>
        <w:br/>
      </w:r>
      <w:r>
        <w:rPr>
          <w:lang w:eastAsia="zh-CN"/>
        </w:rPr>
        <w:t>　　3、工程承包方式：包工包料</w:t>
      </w:r>
      <w:r>
        <w:rPr>
          <w:lang w:eastAsia="zh-CN"/>
        </w:rPr>
        <w:br/>
      </w:r>
      <w:r>
        <w:rPr>
          <w:lang w:eastAsia="zh-CN"/>
        </w:rPr>
        <w:t>　　二、工程装修内容</w:t>
      </w:r>
      <w:r>
        <w:rPr>
          <w:lang w:eastAsia="zh-CN"/>
        </w:rPr>
        <w:br/>
      </w:r>
      <w:r>
        <w:rPr>
          <w:lang w:eastAsia="zh-CN"/>
        </w:rPr>
        <w:t>　　1、____________</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2、_______________</w:t>
      </w:r>
      <w:r>
        <w:rPr>
          <w:lang w:eastAsia="zh-CN"/>
        </w:rPr>
        <w:br/>
      </w:r>
      <w:r>
        <w:rPr>
          <w:lang w:eastAsia="zh-CN"/>
        </w:rPr>
        <w:t>　　三、工程造价</w:t>
      </w:r>
      <w:r>
        <w:rPr>
          <w:lang w:eastAsia="zh-CN"/>
        </w:rPr>
        <w:br/>
      </w:r>
      <w:r>
        <w:rPr>
          <w:lang w:eastAsia="zh-CN"/>
        </w:rPr>
        <w:t>　　工程造价以甲方的使用要求及设计要求为依据；</w:t>
      </w:r>
      <w:r>
        <w:rPr>
          <w:lang w:eastAsia="zh-CN"/>
        </w:rPr>
        <w:br/>
      </w:r>
      <w:r>
        <w:rPr>
          <w:lang w:eastAsia="zh-CN"/>
        </w:rPr>
        <w:t>　　工程造价为：￥ _____元。</w:t>
      </w:r>
      <w:r>
        <w:rPr>
          <w:lang w:eastAsia="zh-CN"/>
        </w:rPr>
        <w:br/>
      </w:r>
      <w:r>
        <w:rPr>
          <w:lang w:eastAsia="zh-CN"/>
        </w:rPr>
        <w:t>　　四、工程期限</w:t>
      </w:r>
      <w:r>
        <w:rPr>
          <w:lang w:eastAsia="zh-CN"/>
        </w:rPr>
        <w:br/>
      </w:r>
      <w:r>
        <w:rPr>
          <w:lang w:eastAsia="zh-CN"/>
        </w:rPr>
        <w:t>　　工程开工日期：</w:t>
      </w:r>
      <w:r>
        <w:rPr>
          <w:lang w:eastAsia="zh-CN"/>
        </w:rPr>
        <w:br/>
      </w:r>
      <w:r>
        <w:rPr>
          <w:lang w:eastAsia="zh-CN"/>
        </w:rPr>
        <w:t>　　工程竣工日期：</w:t>
      </w:r>
      <w:r>
        <w:rPr>
          <w:lang w:eastAsia="zh-CN"/>
        </w:rPr>
        <w:br/>
      </w:r>
      <w:r>
        <w:rPr>
          <w:lang w:eastAsia="zh-CN"/>
        </w:rPr>
        <w:t>　　五、质量要求</w:t>
      </w:r>
      <w:r>
        <w:rPr>
          <w:lang w:eastAsia="zh-CN"/>
        </w:rPr>
        <w:br/>
      </w:r>
      <w:r>
        <w:rPr>
          <w:lang w:eastAsia="zh-CN"/>
        </w:rPr>
        <w:t>　　按国家建设部行业标准JGJ73—91《建筑装饰工程施工验收规范》规定，及省、市建委、消防部门规定的标准执行，工程质量达到市优。工程竣工后如出现质量问题（竣工后甲方使用，人为造成的质量问题除外），属于乙方责任的，乙方无偿保修，保修期为一年，终身维修。</w:t>
      </w:r>
      <w:r>
        <w:rPr>
          <w:lang w:eastAsia="zh-CN"/>
        </w:rPr>
        <w:br/>
      </w:r>
      <w:r>
        <w:rPr>
          <w:lang w:eastAsia="zh-CN"/>
        </w:rPr>
        <w:t>　　六、付款方式</w:t>
      </w:r>
      <w:r>
        <w:rPr>
          <w:lang w:eastAsia="zh-CN"/>
        </w:rPr>
        <w:br/>
      </w:r>
      <w:r>
        <w:rPr>
          <w:lang w:eastAsia="zh-CN"/>
        </w:rPr>
        <w:t>　　1、合同签定后。</w:t>
      </w:r>
      <w:r>
        <w:rPr>
          <w:lang w:eastAsia="zh-CN"/>
        </w:rPr>
        <w:br/>
      </w:r>
      <w:r>
        <w:rPr>
          <w:lang w:eastAsia="zh-CN"/>
        </w:rPr>
        <w:t>　　2、工程进展一半时，甲方即付给乙方工程款总造价的。</w:t>
      </w:r>
      <w:r>
        <w:rPr>
          <w:lang w:eastAsia="zh-CN"/>
        </w:rPr>
        <w:br/>
      </w:r>
      <w:r>
        <w:rPr>
          <w:lang w:eastAsia="zh-CN"/>
        </w:rPr>
        <w:t>　　3、工程竣工验收合格后，甲方即付给乙方全部工程款。</w:t>
      </w:r>
      <w:r>
        <w:rPr>
          <w:lang w:eastAsia="zh-CN"/>
        </w:rPr>
        <w:br/>
      </w:r>
      <w:r>
        <w:rPr>
          <w:lang w:eastAsia="zh-CN"/>
        </w:rPr>
        <w:t>　　七、双方责任</w:t>
      </w:r>
      <w:r>
        <w:rPr>
          <w:lang w:eastAsia="zh-CN"/>
        </w:rPr>
        <w:br/>
      </w:r>
      <w:r>
        <w:rPr>
          <w:lang w:eastAsia="zh-CN"/>
        </w:rPr>
        <w:t>　　1、甲方：负责提供整个工程的使用、设计要求；提供现场使用的水、电位置；提供材料运输通道、必要的材料堆放场地及原楼的设计图纸；对装修工程所涉及的配电系统、管道系统、给排水总阀位置应负责指明；施工场地要平整。</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2、乙方：向甲方提供工程装饰施工设计图纸及工程报价。</w:t>
      </w:r>
      <w:r>
        <w:rPr>
          <w:lang w:eastAsia="zh-CN"/>
        </w:rPr>
        <w:br/>
      </w:r>
      <w:r>
        <w:rPr>
          <w:lang w:eastAsia="zh-CN"/>
        </w:rPr>
        <w:t>　　八、其它事宜</w:t>
      </w:r>
      <w:r>
        <w:rPr>
          <w:lang w:eastAsia="zh-CN"/>
        </w:rPr>
        <w:br/>
      </w:r>
      <w:r>
        <w:rPr>
          <w:lang w:eastAsia="zh-CN"/>
        </w:rPr>
        <w:t>　　经甲乙双方商定做出如下协议：</w:t>
      </w:r>
      <w:r>
        <w:rPr>
          <w:lang w:eastAsia="zh-CN"/>
        </w:rPr>
        <w:br/>
      </w:r>
      <w:r>
        <w:rPr>
          <w:lang w:eastAsia="zh-CN"/>
        </w:rPr>
        <w:t>　　1、工程如遇特殊情况或不可抗力造成不能施工的，工期可顺延；如发生违约所造成的一切损失，由违约方承担。</w:t>
      </w:r>
      <w:r>
        <w:rPr>
          <w:lang w:eastAsia="zh-CN"/>
        </w:rPr>
        <w:br/>
      </w:r>
      <w:r>
        <w:rPr>
          <w:lang w:eastAsia="zh-CN"/>
        </w:rPr>
        <w:t>　　2、本工程报价外的工程或工程项目的材质、工艺放生变化时，需甲方认定综合单价后，以“现场签证”形式由甲方现场负责人签字为准，并列入竣工结算追加当中。（如本工程报价外的工程已经发生或工程项目材质、工艺发生变化时，甲方已认可，但甲方没签证的，其所发生的费用同样有效。）</w:t>
      </w:r>
      <w:r>
        <w:rPr>
          <w:lang w:eastAsia="zh-CN"/>
        </w:rPr>
        <w:br/>
      </w:r>
      <w:r>
        <w:rPr>
          <w:lang w:eastAsia="zh-CN"/>
        </w:rPr>
        <w:t>　　3、如甲方或乙方违约，而没有按合同执行的，可向上级主管部门或仲裁机构申诉。</w:t>
      </w:r>
      <w:r>
        <w:rPr>
          <w:lang w:eastAsia="zh-CN"/>
        </w:rPr>
        <w:br/>
      </w:r>
      <w:r>
        <w:rPr>
          <w:lang w:eastAsia="zh-CN"/>
        </w:rPr>
        <w:t>　　4、其它未尽事宜由双方协商解决。</w:t>
      </w:r>
      <w:r>
        <w:rPr>
          <w:lang w:eastAsia="zh-CN"/>
        </w:rPr>
        <w:br/>
      </w:r>
      <w:r>
        <w:rPr>
          <w:lang w:eastAsia="zh-CN"/>
        </w:rPr>
        <w:t>　　5、合同一式贰份，双方签字生效，各持壹份，并具有同等法律效力。</w:t>
      </w:r>
      <w:r>
        <w:rPr>
          <w:lang w:eastAsia="zh-CN"/>
        </w:rPr>
        <w:br/>
      </w:r>
      <w:r>
        <w:rPr>
          <w:lang w:eastAsia="zh-CN"/>
        </w:rPr>
        <w:t>　　甲方单位名称：</w:t>
      </w:r>
      <w:r>
        <w:rPr>
          <w:lang w:eastAsia="zh-CN"/>
        </w:rPr>
        <w:br/>
      </w:r>
      <w:r>
        <w:rPr>
          <w:lang w:eastAsia="zh-CN"/>
        </w:rPr>
        <w:t>　　乙方单位名称：</w:t>
      </w:r>
      <w:r>
        <w:rPr>
          <w:lang w:eastAsia="zh-CN"/>
        </w:rPr>
        <w:br/>
      </w:r>
      <w:r>
        <w:rPr>
          <w:lang w:eastAsia="zh-CN"/>
        </w:rPr>
        <w:t>　　日期：</w:t>
      </w:r>
      <w:r>
        <w:rPr>
          <w:lang w:eastAsia="zh-CN"/>
        </w:rPr>
        <w:br/>
      </w:r>
      <w:r>
        <w:rPr>
          <w:lang w:eastAsia="zh-CN"/>
        </w:rPr>
        <w:t xml:space="preserve">    维修合同范本标准版 篇4 </w:t>
      </w:r>
      <w:r>
        <w:rPr>
          <w:lang w:eastAsia="zh-CN"/>
        </w:rPr>
        <w:br/>
      </w:r>
      <w:r>
        <w:rPr>
          <w:lang w:eastAsia="zh-CN"/>
        </w:rPr>
        <w:t>　　甲方：</w:t>
      </w:r>
      <w:r>
        <w:rPr>
          <w:lang w:eastAsia="zh-CN"/>
        </w:rPr>
        <w:br/>
      </w:r>
      <w:r>
        <w:rPr>
          <w:lang w:eastAsia="zh-CN"/>
        </w:rPr>
        <w:t>　　乙方：</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甲、乙双方本着诚实信用的原则，经友好协商后，决定签订本合同。</w:t>
      </w:r>
      <w:r>
        <w:rPr>
          <w:lang w:eastAsia="zh-CN"/>
        </w:rPr>
        <w:br/>
      </w:r>
      <w:r>
        <w:rPr>
          <w:lang w:eastAsia="zh-CN"/>
        </w:rPr>
        <w:t>　　第一条 服务范围</w:t>
      </w:r>
      <w:r>
        <w:rPr>
          <w:lang w:eastAsia="zh-CN"/>
        </w:rPr>
        <w:br/>
      </w:r>
      <w:r>
        <w:rPr>
          <w:lang w:eastAsia="zh-CN"/>
        </w:rPr>
        <w:t>　　1、服务地点：公司大楼及其附属楼及各供电所水电设备设施日常维护及相关工作，含安保、消防设备设施实施维护。</w:t>
      </w:r>
      <w:r>
        <w:rPr>
          <w:lang w:eastAsia="zh-CN"/>
        </w:rPr>
        <w:br/>
      </w:r>
      <w:r>
        <w:rPr>
          <w:lang w:eastAsia="zh-CN"/>
        </w:rPr>
        <w:t>　　2、服务内容：完成甲方单位涉及水电的相关工作，如用水用电设备设施的安全检查；各类电器设备（空调主机及电脑硬件除外）故障的修复；消防设施设备检测、维修、保养及故障整修等。</w:t>
      </w:r>
      <w:r>
        <w:rPr>
          <w:lang w:eastAsia="zh-CN"/>
        </w:rPr>
        <w:br/>
      </w:r>
      <w:r>
        <w:rPr>
          <w:lang w:eastAsia="zh-CN"/>
        </w:rPr>
        <w:t>　　3、合同服务期限：20__年1月1日至20__年12月31日</w:t>
      </w:r>
      <w:r>
        <w:rPr>
          <w:lang w:eastAsia="zh-CN"/>
        </w:rPr>
        <w:br/>
      </w:r>
      <w:r>
        <w:rPr>
          <w:lang w:eastAsia="zh-CN"/>
        </w:rPr>
        <w:t>　　第二条 甲方的主要权利和义务</w:t>
      </w:r>
      <w:r>
        <w:rPr>
          <w:lang w:eastAsia="zh-CN"/>
        </w:rPr>
        <w:br/>
      </w:r>
      <w:r>
        <w:rPr>
          <w:lang w:eastAsia="zh-CN"/>
        </w:rPr>
        <w:t>　　1、根据工作需要和企业的规章制度及本合同条款对乙方相关服务进行监督、检查。</w:t>
      </w:r>
      <w:r>
        <w:rPr>
          <w:lang w:eastAsia="zh-CN"/>
        </w:rPr>
        <w:br/>
      </w:r>
      <w:r>
        <w:rPr>
          <w:lang w:eastAsia="zh-CN"/>
        </w:rPr>
        <w:t>　　2、乙方维修施工期间，甲方予以配合。</w:t>
      </w:r>
      <w:r>
        <w:rPr>
          <w:lang w:eastAsia="zh-CN"/>
        </w:rPr>
        <w:br/>
      </w:r>
      <w:r>
        <w:rPr>
          <w:lang w:eastAsia="zh-CN"/>
        </w:rPr>
        <w:t>　　3、按照本合同有关规定，支付承包费用。</w:t>
      </w:r>
      <w:r>
        <w:rPr>
          <w:lang w:eastAsia="zh-CN"/>
        </w:rPr>
        <w:br/>
      </w:r>
      <w:r>
        <w:rPr>
          <w:lang w:eastAsia="zh-CN"/>
        </w:rPr>
        <w:t>　　第三条 乙方的主要权利和义务</w:t>
      </w:r>
      <w:r>
        <w:rPr>
          <w:lang w:eastAsia="zh-CN"/>
        </w:rPr>
        <w:br/>
      </w:r>
      <w:r>
        <w:rPr>
          <w:lang w:eastAsia="zh-CN"/>
        </w:rPr>
        <w:t>　　从合同生效起，提供的主要服务为：</w:t>
      </w:r>
      <w:r>
        <w:rPr>
          <w:lang w:eastAsia="zh-CN"/>
        </w:rPr>
        <w:br/>
      </w:r>
      <w:r>
        <w:rPr>
          <w:lang w:eastAsia="zh-CN"/>
        </w:rPr>
        <w:t>　　1、全天候为甲方提供水电维修响应服务。在接到甲方的日常安装、维修或其他相关事宜需要乙方配合的通知后，乙方必须在1小时内或甲方指定的时间内到达现场。</w:t>
      </w:r>
      <w:r>
        <w:rPr>
          <w:lang w:eastAsia="zh-CN"/>
        </w:rPr>
        <w:br/>
      </w:r>
      <w:r>
        <w:rPr>
          <w:lang w:eastAsia="zh-CN"/>
        </w:rPr>
        <w:t>　　2、每周对甲方办公楼、仓库及其附属区域消防、电气线路等巡检一次，发现和排除故障隐患。</w:t>
      </w:r>
      <w:r>
        <w:rPr>
          <w:lang w:eastAsia="zh-CN"/>
        </w:rPr>
        <w:br/>
      </w:r>
      <w:r>
        <w:rPr>
          <w:lang w:eastAsia="zh-CN"/>
        </w:rPr>
        <w:t>　　3、其他与水电使用、安全相关的工作。</w:t>
      </w:r>
      <w:r>
        <w:rPr>
          <w:lang w:eastAsia="zh-CN"/>
        </w:rPr>
        <w:br/>
      </w:r>
      <w:r>
        <w:rPr>
          <w:lang w:eastAsia="zh-CN"/>
        </w:rPr>
        <w:t>　　第四条</w:t>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乙方在施工过程中要注意安全，因乙方责任发生的安全事故，其费用和责任均由乙方负责。</w:t>
      </w:r>
      <w:r>
        <w:rPr>
          <w:lang w:eastAsia="zh-CN"/>
        </w:rPr>
        <w:br/>
      </w:r>
      <w:r>
        <w:rPr>
          <w:lang w:eastAsia="zh-CN"/>
        </w:rPr>
        <w:t>　　第五条 在日常的维护管理中，维护、修理过程中出现的非因乙方故意、过失造成的设备设施及其零配件的损坏，需要更换零部件的，费用由甲方承担；但因乙方的施工造成二次损坏的，由乙方免费更换。</w:t>
      </w:r>
      <w:r>
        <w:rPr>
          <w:lang w:eastAsia="zh-CN"/>
        </w:rPr>
        <w:br/>
      </w:r>
      <w:r>
        <w:rPr>
          <w:lang w:eastAsia="zh-CN"/>
        </w:rPr>
        <w:t>　　第六条 费用结算：甲方全年支付乙方承包费用参万陆仟元整。</w:t>
      </w:r>
      <w:r>
        <w:rPr>
          <w:lang w:eastAsia="zh-CN"/>
        </w:rPr>
        <w:br/>
      </w:r>
      <w:r>
        <w:rPr>
          <w:lang w:eastAsia="zh-CN"/>
        </w:rPr>
        <w:t>　　第七条 违约责任：乙方不能及时排除故障或达不到甲方的工作要求，影响甲方工作的正常开展，甲方有权相应减少支付乙方承包费用；造成甲方损失的，乙方要承担赔偿责任。</w:t>
      </w:r>
      <w:r>
        <w:rPr>
          <w:lang w:eastAsia="zh-CN"/>
        </w:rPr>
        <w:br/>
      </w:r>
      <w:r>
        <w:rPr>
          <w:lang w:eastAsia="zh-CN"/>
        </w:rPr>
        <w:t>　　第八条 纠纷处理方式：双方因合同履行发生争议时，协商解决；协商不成时，可以向人民法院提起诉讼。</w:t>
      </w:r>
      <w:r>
        <w:rPr>
          <w:lang w:eastAsia="zh-CN"/>
        </w:rPr>
        <w:br/>
      </w:r>
      <w:r>
        <w:rPr>
          <w:lang w:eastAsia="zh-CN"/>
        </w:rPr>
        <w:t>　　第九条 本合同一式两份，甲乙双方各执一份。经甲、乙双方签字（盖章）后生效，合同未尽事宜，双方本着互利、互谅原则协商解决。</w:t>
      </w:r>
      <w:r>
        <w:rPr>
          <w:lang w:eastAsia="zh-CN"/>
        </w:rPr>
        <w:br/>
      </w:r>
      <w:r>
        <w:rPr>
          <w:lang w:eastAsia="zh-CN"/>
        </w:rPr>
        <w:t>　　甲方签字：________</w:t>
      </w:r>
      <w:r>
        <w:rPr>
          <w:lang w:eastAsia="zh-CN"/>
        </w:rPr>
        <w:br/>
      </w:r>
      <w:r>
        <w:rPr>
          <w:lang w:eastAsia="zh-CN"/>
        </w:rPr>
        <w:t>　　乙方签字(盖章)：____________</w:t>
      </w:r>
      <w:r>
        <w:rPr>
          <w:lang w:eastAsia="zh-CN"/>
        </w:rPr>
        <w:br/>
      </w:r>
      <w:r>
        <w:rPr>
          <w:lang w:eastAsia="zh-CN"/>
        </w:rPr>
        <w:t>　　签订日期：_____________</w:t>
      </w:r>
      <w:r>
        <w:rPr>
          <w:lang w:eastAsia="zh-CN"/>
        </w:rPr>
        <w:br/>
      </w:r>
      <w:r>
        <w:rPr>
          <w:lang w:eastAsia="zh-CN"/>
        </w:rPr>
        <w:t xml:space="preserve">    维修合同范本标准版 篇5 </w:t>
      </w:r>
      <w:r>
        <w:rPr>
          <w:lang w:eastAsia="zh-CN"/>
        </w:rPr>
        <w:br/>
      </w:r>
      <w:r>
        <w:rPr>
          <w:lang w:eastAsia="zh-CN"/>
        </w:rPr>
        <w:t>　　甲方：________________</w:t>
      </w:r>
      <w:r>
        <w:rPr>
          <w:lang w:eastAsia="zh-CN"/>
        </w:rPr>
        <w:br/>
      </w:r>
      <w:r>
        <w:rPr>
          <w:lang w:eastAsia="zh-CN"/>
        </w:rPr>
        <w:t>　　乙方：________________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甲方委托乙方承包甲方的水电维修业务，根据《中华人民共和国合同法》及相关法律法规，为明确双方在水电维修工程中的权力和义务，本着相互信任的原则，经双方协商同意，就甲乙水电维修工程达成如下协议，供双方共同遵守：</w:t>
      </w:r>
      <w:r>
        <w:rPr>
          <w:lang w:eastAsia="zh-CN"/>
        </w:rPr>
        <w:br/>
      </w:r>
      <w:r>
        <w:rPr>
          <w:lang w:eastAsia="zh-CN"/>
        </w:rPr>
        <w:t>　　一、维修内容、范围及时间</w:t>
      </w:r>
      <w:r>
        <w:rPr>
          <w:lang w:eastAsia="zh-CN"/>
        </w:rPr>
        <w:br/>
      </w:r>
      <w:r>
        <w:rPr>
          <w:lang w:eastAsia="zh-CN"/>
        </w:rPr>
        <w:t>　　甲方单位的所有水电设施的维修、安装工作。时间：______年_______月____日至______年_______月____日。</w:t>
      </w:r>
      <w:r>
        <w:rPr>
          <w:lang w:eastAsia="zh-CN"/>
        </w:rPr>
        <w:br/>
      </w:r>
      <w:r>
        <w:rPr>
          <w:lang w:eastAsia="zh-CN"/>
        </w:rPr>
        <w:t>　　二、维修承包费用</w:t>
      </w:r>
      <w:r>
        <w:rPr>
          <w:lang w:eastAsia="zh-CN"/>
        </w:rPr>
        <w:br/>
      </w:r>
      <w:r>
        <w:rPr>
          <w:lang w:eastAsia="zh-CN"/>
        </w:rPr>
        <w:t>　　全年为________元。</w:t>
      </w:r>
      <w:r>
        <w:rPr>
          <w:lang w:eastAsia="zh-CN"/>
        </w:rPr>
        <w:br/>
      </w:r>
      <w:r>
        <w:rPr>
          <w:lang w:eastAsia="zh-CN"/>
        </w:rPr>
        <w:t>　　三、双方约定事项</w:t>
      </w:r>
      <w:r>
        <w:rPr>
          <w:lang w:eastAsia="zh-CN"/>
        </w:rPr>
        <w:br/>
      </w:r>
      <w:r>
        <w:rPr>
          <w:lang w:eastAsia="zh-CN"/>
        </w:rPr>
        <w:t>　　（1）乙方负责甲方单位的所有水电设施的日常维修、安装工作，并做好到交旧领新，随叫随到。</w:t>
      </w:r>
      <w:r>
        <w:rPr>
          <w:lang w:eastAsia="zh-CN"/>
        </w:rPr>
        <w:br/>
      </w:r>
      <w:r>
        <w:rPr>
          <w:lang w:eastAsia="zh-CN"/>
        </w:rPr>
        <w:t>　　（2）乙方在维修前向甲方提供水电维修需要的材料清单，并注明所需要材料的品牌、数量、规格等。甲方接到水电维修清单后应及时向乙方提供所需要的维修安装材料，保证乙方施工。</w:t>
      </w:r>
      <w:r>
        <w:rPr>
          <w:lang w:eastAsia="zh-CN"/>
        </w:rPr>
        <w:br/>
      </w:r>
      <w:r>
        <w:rPr>
          <w:lang w:eastAsia="zh-CN"/>
        </w:rPr>
        <w:t>　　（3）工程质量要求：乙方必须按照国家水电维修标准施工，所有水电维修安装质量必须全部符合甲方要求，并按甲方要求的时间完成任务，并经甲方验收合格后方能付款，否则不予付款。</w:t>
      </w:r>
      <w:r>
        <w:rPr>
          <w:lang w:eastAsia="zh-CN"/>
        </w:rPr>
        <w:br/>
      </w:r>
      <w:r>
        <w:rPr>
          <w:lang w:eastAsia="zh-CN"/>
        </w:rPr>
        <w:t>　　（4）因甲方提高的材料质量问题或没有及时提供材料，影响乙方施工者，乙方不负任何责任。</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5）施工安全要求，乙方必须按照国家建筑安装规范要求进行施工，采取严格的.安全防范措施，管理好一切安装工具，在施工过程中特别注意安全，杜绝一切事故。因自身安全措施不到位或不力造成事故责任以及产生的一切费用，由乙方自己承担，责任与甲方无关。</w:t>
      </w:r>
      <w:r>
        <w:rPr>
          <w:lang w:eastAsia="zh-CN"/>
        </w:rPr>
        <w:br/>
      </w:r>
      <w:r>
        <w:rPr>
          <w:lang w:eastAsia="zh-CN"/>
        </w:rPr>
        <w:t>　　四、付款方式</w:t>
      </w:r>
      <w:r>
        <w:rPr>
          <w:lang w:eastAsia="zh-CN"/>
        </w:rPr>
        <w:br/>
      </w:r>
      <w:r>
        <w:rPr>
          <w:lang w:eastAsia="zh-CN"/>
        </w:rPr>
        <w:t>　　每半年付款________元，年底付完。</w:t>
      </w:r>
      <w:r>
        <w:rPr>
          <w:lang w:eastAsia="zh-CN"/>
        </w:rPr>
        <w:br/>
      </w:r>
      <w:r>
        <w:rPr>
          <w:lang w:eastAsia="zh-CN"/>
        </w:rPr>
        <w:t>　　本合同未尽事宜，甲乙双方协商解决。</w:t>
      </w:r>
      <w:r>
        <w:rPr>
          <w:lang w:eastAsia="zh-CN"/>
        </w:rPr>
        <w:br/>
      </w:r>
      <w:r>
        <w:rPr>
          <w:lang w:eastAsia="zh-CN"/>
        </w:rPr>
        <w:t>　　本合同一式两份，甲乙双方各持一份，自双方签字之日起生效。</w:t>
      </w:r>
      <w:r>
        <w:rPr>
          <w:lang w:eastAsia="zh-CN"/>
        </w:rPr>
        <w:br/>
      </w:r>
      <w:r>
        <w:rPr>
          <w:lang w:eastAsia="zh-CN"/>
        </w:rPr>
        <w:t>　　甲方签字：________________</w:t>
      </w:r>
      <w:r>
        <w:rPr>
          <w:lang w:eastAsia="zh-CN"/>
        </w:rPr>
        <w:br/>
      </w:r>
      <w:r>
        <w:rPr>
          <w:lang w:eastAsia="zh-CN"/>
        </w:rPr>
        <w:t>　　乙方签字（盖章）：____________________</w:t>
      </w:r>
      <w:r>
        <w:rPr>
          <w:lang w:eastAsia="zh-CN"/>
        </w:rPr>
        <w:br/>
      </w:r>
      <w:r>
        <w:rPr>
          <w:lang w:eastAsia="zh-CN"/>
        </w:rPr>
        <w:t>　　签订日期：___________年_______月____日</w:t>
      </w:r>
      <w:r>
        <w:rPr>
          <w:lang w:eastAsia="zh-CN"/>
        </w:rPr>
        <w:br/>
      </w:r>
      <w:r>
        <w:rPr>
          <w:lang w:eastAsia="zh-CN"/>
        </w:rPr>
        <w:t xml:space="preserve">    维修合同范本标准版 篇6 </w:t>
      </w:r>
      <w:r>
        <w:rPr>
          <w:lang w:eastAsia="zh-CN"/>
        </w:rPr>
        <w:br/>
      </w:r>
      <w:r>
        <w:rPr>
          <w:lang w:eastAsia="zh-CN"/>
        </w:rPr>
        <w:t>　　甲方：</w:t>
      </w:r>
      <w:r>
        <w:rPr>
          <w:lang w:eastAsia="zh-CN"/>
        </w:rPr>
        <w:br/>
      </w:r>
      <w:r>
        <w:rPr>
          <w:lang w:eastAsia="zh-CN"/>
        </w:rPr>
        <w:t>　　乙方：</w:t>
      </w:r>
      <w:r>
        <w:rPr>
          <w:lang w:eastAsia="zh-CN"/>
        </w:rPr>
        <w:br/>
      </w:r>
      <w:r>
        <w:rPr>
          <w:lang w:eastAsia="zh-CN"/>
        </w:rPr>
        <w:t>　　为确保卫生院设施、设备日常工作正常运行，由负责承包水、电的维护与维修，为明确双方的责、权、利特制定本合同。</w:t>
      </w:r>
      <w:r>
        <w:rPr>
          <w:lang w:eastAsia="zh-CN"/>
        </w:rPr>
        <w:br/>
      </w:r>
      <w:r>
        <w:rPr>
          <w:lang w:eastAsia="zh-CN"/>
        </w:rPr>
        <w:t>　　一、乙方负责全医院水、电、空调、电器用品，发电机一台等，维护和维修保证设施正常运行。</w:t>
      </w:r>
      <w:r>
        <w:rPr>
          <w:lang w:eastAsia="zh-CN"/>
        </w:rPr>
        <w:br/>
      </w:r>
      <w:r>
        <w:rPr>
          <w:lang w:eastAsia="zh-CN"/>
        </w:rPr>
        <w:t>　　二、乙方如果工作中出现人身安全事故，甲方概不负责。</w:t>
      </w:r>
      <w:r>
        <w:rPr>
          <w:lang w:eastAsia="zh-CN"/>
        </w:rPr>
        <w:br/>
      </w:r>
      <w:r>
        <w:rPr>
          <w:lang w:eastAsia="zh-CN"/>
        </w:rPr>
        <w:t>　　三、乙方应保持24小时电话通畅，出现断电，跳匝要随传随到，其它一般维修应在24小时内回应。</w:t>
      </w:r>
      <w:r>
        <w:rPr>
          <w:lang w:eastAsia="zh-CN"/>
        </w:rPr>
        <w:br/>
      </w:r>
      <w:r>
        <w:rPr>
          <w:lang w:eastAsia="zh-CN"/>
        </w:rPr>
        <w:t>　　四、水电维修需配件及材料由乙方提供，但保证价格合理，如超出市场价格，甲方可自行购买。</w:t>
      </w:r>
      <w:r>
        <w:rPr>
          <w:lang w:eastAsia="zh-CN"/>
        </w:rPr>
        <w:br/>
      </w:r>
      <w:r>
        <w:rPr>
          <w:lang w:eastAsia="zh-CN"/>
        </w:rPr>
        <w:t>　　五、维修配件及材料产生费用，必须使用科室负责人签字核实。</w:t>
      </w:r>
      <w:r>
        <w:rPr>
          <w:lang w:eastAsia="zh-CN"/>
        </w:rPr>
        <w:br/>
      </w:r>
      <w:r>
        <w:rPr>
          <w:lang w:eastAsia="zh-CN"/>
        </w:rPr>
        <w:t>　　六、本合同承包费用每月800元整，每月20号后发放。</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七、本合同一式二份，双方签字后生效，具有法律效用。</w:t>
      </w:r>
      <w:r>
        <w:rPr>
          <w:lang w:eastAsia="zh-CN"/>
        </w:rPr>
        <w:br/>
      </w:r>
      <w:r>
        <w:rPr>
          <w:lang w:eastAsia="zh-CN"/>
        </w:rPr>
        <w:t>　　八、本合同从20__年4月1日至20__年4月1日</w:t>
      </w:r>
      <w:r>
        <w:rPr>
          <w:lang w:eastAsia="zh-CN"/>
        </w:rPr>
        <w:br/>
      </w:r>
      <w:r>
        <w:rPr>
          <w:lang w:eastAsia="zh-CN"/>
        </w:rPr>
        <w:t>　　甲方签字：________</w:t>
      </w:r>
      <w:r>
        <w:rPr>
          <w:lang w:eastAsia="zh-CN"/>
        </w:rPr>
        <w:br/>
      </w:r>
      <w:r>
        <w:rPr>
          <w:lang w:eastAsia="zh-CN"/>
        </w:rPr>
        <w:t>　　乙方签字(盖章)：____________</w:t>
      </w:r>
      <w:r>
        <w:rPr>
          <w:lang w:eastAsia="zh-CN"/>
        </w:rPr>
        <w:br/>
      </w:r>
      <w:r>
        <w:rPr>
          <w:lang w:eastAsia="zh-CN"/>
        </w:rPr>
        <w:t>　　签订日期：_____________</w:t>
      </w:r>
      <w:r>
        <w:rPr>
          <w:lang w:eastAsia="zh-CN"/>
        </w:rPr>
        <w:br/>
      </w:r>
      <w:r>
        <w:rPr>
          <w:lang w:eastAsia="zh-CN"/>
        </w:rPr>
        <w:t xml:space="preserve">    维修合同范本标准版 篇7 </w:t>
      </w:r>
      <w:r>
        <w:rPr>
          <w:lang w:eastAsia="zh-CN"/>
        </w:rPr>
        <w:br/>
      </w:r>
      <w:r>
        <w:rPr>
          <w:lang w:eastAsia="zh-CN"/>
        </w:rPr>
        <w:t>　　甲方：</w:t>
      </w:r>
      <w:r>
        <w:rPr>
          <w:lang w:eastAsia="zh-CN"/>
        </w:rPr>
        <w:br/>
      </w:r>
      <w:r>
        <w:rPr>
          <w:lang w:eastAsia="zh-CN"/>
        </w:rPr>
        <w:t>　　乙方：</w:t>
      </w:r>
      <w:r>
        <w:rPr>
          <w:lang w:eastAsia="zh-CN"/>
        </w:rPr>
        <w:br/>
      </w:r>
      <w:r>
        <w:rPr>
          <w:lang w:eastAsia="zh-CN"/>
        </w:rPr>
        <w:t>　　双方经友好协商达成一致共识，签订此电脑维护合同，具体事项如下。</w:t>
      </w:r>
      <w:r>
        <w:rPr>
          <w:lang w:eastAsia="zh-CN"/>
        </w:rPr>
        <w:br/>
      </w:r>
      <w:r>
        <w:rPr>
          <w:lang w:eastAsia="zh-CN"/>
        </w:rPr>
        <w:t>　　一、维护范围及内容：</w:t>
      </w:r>
      <w:r>
        <w:rPr>
          <w:lang w:eastAsia="zh-CN"/>
        </w:rPr>
        <w:br/>
      </w:r>
      <w:r>
        <w:rPr>
          <w:lang w:eastAsia="zh-CN"/>
        </w:rPr>
        <w:t>　　1、电脑硬件故障维护（电脑主机、显示器）。</w:t>
      </w:r>
      <w:r>
        <w:rPr>
          <w:lang w:eastAsia="zh-CN"/>
        </w:rPr>
        <w:br/>
      </w:r>
      <w:r>
        <w:rPr>
          <w:lang w:eastAsia="zh-CN"/>
        </w:rPr>
        <w:t>　　2、电脑软件故障维护（包括系统安装，系统还原，常用软件安装）</w:t>
      </w:r>
      <w:r>
        <w:rPr>
          <w:lang w:eastAsia="zh-CN"/>
        </w:rPr>
        <w:br/>
      </w:r>
      <w:r>
        <w:rPr>
          <w:lang w:eastAsia="zh-CN"/>
        </w:rPr>
        <w:t>　　3、局域网络故障维护（对现有公司内部局域网络维护、测试，保证内部网络通讯正常）。以上如有属于更换或维修损坏部件费用另收取。</w:t>
      </w:r>
      <w:r>
        <w:rPr>
          <w:lang w:eastAsia="zh-CN"/>
        </w:rPr>
        <w:br/>
      </w:r>
      <w:r>
        <w:rPr>
          <w:lang w:eastAsia="zh-CN"/>
        </w:rPr>
        <w:t>　　二、维护方式：</w:t>
      </w:r>
      <w:r>
        <w:rPr>
          <w:lang w:eastAsia="zh-CN"/>
        </w:rPr>
        <w:br/>
      </w:r>
      <w:r>
        <w:rPr>
          <w:lang w:eastAsia="zh-CN"/>
        </w:rPr>
        <w:t>　　⑴ 故障上门维护：在接到乙方的电话或其它方式通知后，甲方必须在3小时内到达合同约定的地点进行维护，特殊情况甲乙双方应尊重当时事实的情况电话商定。</w:t>
      </w:r>
      <w:r>
        <w:rPr>
          <w:lang w:eastAsia="zh-CN"/>
        </w:rPr>
        <w:br/>
      </w:r>
      <w:r>
        <w:rPr>
          <w:lang w:eastAsia="zh-CN"/>
        </w:rPr>
        <w:t>　　⑵</w:t>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1次/月定期探访维护系统，对用户的系统进行优化配置、调试好应用软件及相关硬件设备，使系统达到更高使用效率。</w:t>
      </w:r>
      <w:r>
        <w:rPr>
          <w:lang w:eastAsia="zh-CN"/>
        </w:rPr>
        <w:br/>
      </w:r>
      <w:r>
        <w:rPr>
          <w:lang w:eastAsia="zh-CN"/>
        </w:rPr>
        <w:t>　　三、收费方式：</w:t>
      </w:r>
      <w:r>
        <w:rPr>
          <w:lang w:eastAsia="zh-CN"/>
        </w:rPr>
        <w:br/>
      </w:r>
      <w:r>
        <w:rPr>
          <w:lang w:eastAsia="zh-CN"/>
        </w:rPr>
        <w:t>　　甲方向乙方提供电脑硬件、电脑软件、电脑外设和局域网络等维护，甲方按/台/年计费，共 台，服务期限 个 月，合计维护费用为人民币： 。</w:t>
      </w:r>
      <w:r>
        <w:rPr>
          <w:lang w:eastAsia="zh-CN"/>
        </w:rPr>
        <w:br/>
      </w:r>
      <w:r>
        <w:rPr>
          <w:lang w:eastAsia="zh-CN"/>
        </w:rPr>
        <w:t>　　四、双方权利和义务：</w:t>
      </w:r>
      <w:r>
        <w:rPr>
          <w:lang w:eastAsia="zh-CN"/>
        </w:rPr>
        <w:br/>
      </w:r>
      <w:r>
        <w:rPr>
          <w:lang w:eastAsia="zh-CN"/>
        </w:rPr>
        <w:t>　　1 甲方的工作时间为每天的工作时间从上午8：45至下午19：00。甲方在维护期限的工作时间内必须尽职尽责为乙方提供电脑维护项目里的服务内容，乙方要求服务的联系方式为电话联系，乙方发出维护请求后，甲方一般在3个小时内到达合同约定的地点进行维护。如有特殊意外，双方调解处理。</w:t>
      </w:r>
      <w:r>
        <w:rPr>
          <w:lang w:eastAsia="zh-CN"/>
        </w:rPr>
        <w:br/>
      </w:r>
      <w:r>
        <w:rPr>
          <w:lang w:eastAsia="zh-CN"/>
        </w:rPr>
        <w:t>　　2 甲方在为乙方硬件维护的过程当中，如碰到硬件寿命终止或无法维修时，征得乙方同意更换或维修损坏部件，由乙方自付更换配件成本费或维修费（当次结算）。如乙方被维修的配件为甲方所提供的，则根据产品正规保修细则履行。</w:t>
      </w:r>
      <w:r>
        <w:rPr>
          <w:lang w:eastAsia="zh-CN"/>
        </w:rPr>
        <w:br/>
      </w:r>
      <w:r>
        <w:rPr>
          <w:lang w:eastAsia="zh-CN"/>
        </w:rPr>
        <w:t>　　3 甲方在为乙方更新系统、常用软件、局域网服务的过程当中如碰到必须购买必要特殊的工具或软件，其费用由乙方支付（当次结算）。</w:t>
      </w:r>
      <w:r>
        <w:rPr>
          <w:lang w:eastAsia="zh-CN"/>
        </w:rPr>
        <w:br/>
      </w:r>
      <w:r>
        <w:rPr>
          <w:lang w:eastAsia="zh-CN"/>
        </w:rPr>
        <w:t>　　4</w:t>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甲方为确认故障或安装新设备而不得不拆机时，需先征得客户同意，如有清理灰尘而引起的不可预知的硬件问题甲方不承担责任，出于特殊维修的需要，甲方将电脑带回店面维修或更换，特以甲方名义的确认单为凭担保该部件不被遗失或调包。如因甲方不慎，损坏或遗失客户维修件，由甲方按损坏物品时价赔偿（不包括由此带来的其他联带责任）。</w:t>
      </w:r>
      <w:r>
        <w:rPr>
          <w:lang w:eastAsia="zh-CN"/>
        </w:rPr>
        <w:br/>
      </w:r>
      <w:r>
        <w:rPr>
          <w:lang w:eastAsia="zh-CN"/>
        </w:rPr>
        <w:t>　　五、上门服务电话：</w:t>
      </w:r>
      <w:r>
        <w:rPr>
          <w:lang w:eastAsia="zh-CN"/>
        </w:rPr>
        <w:br/>
      </w:r>
      <w:r>
        <w:rPr>
          <w:lang w:eastAsia="zh-CN"/>
        </w:rPr>
        <w:t>　　乙方约定具体服务位置：</w:t>
      </w:r>
      <w:r>
        <w:rPr>
          <w:lang w:eastAsia="zh-CN"/>
        </w:rPr>
        <w:br/>
      </w:r>
      <w:r>
        <w:rPr>
          <w:lang w:eastAsia="zh-CN"/>
        </w:rPr>
        <w:t>　　六、其他约定事项：本合同书一式两份，双方各持一份本合同双方负责人签字或盖章后生效，未尽事宜双方经协商后友好解决。</w:t>
      </w:r>
      <w:r>
        <w:rPr>
          <w:lang w:eastAsia="zh-CN"/>
        </w:rPr>
        <w:br/>
      </w:r>
      <w:r>
        <w:rPr>
          <w:lang w:eastAsia="zh-CN"/>
        </w:rPr>
        <w:t>　　甲方签字：________</w:t>
      </w:r>
      <w:r>
        <w:rPr>
          <w:lang w:eastAsia="zh-CN"/>
        </w:rPr>
        <w:br/>
      </w:r>
      <w:r>
        <w:rPr>
          <w:lang w:eastAsia="zh-CN"/>
        </w:rPr>
        <w:t>　　乙方签字(盖章)：____________</w:t>
      </w:r>
      <w:r>
        <w:rPr>
          <w:lang w:eastAsia="zh-CN"/>
        </w:rPr>
        <w:br/>
      </w:r>
      <w:r>
        <w:rPr>
          <w:lang w:eastAsia="zh-CN"/>
        </w:rPr>
        <w:t>　　签订日期：_____________</w:t>
      </w:r>
      <w:r>
        <w:rPr>
          <w:lang w:eastAsia="zh-CN"/>
        </w:rPr>
        <w:br/>
      </w:r>
      <w:r>
        <w:rPr>
          <w:lang w:eastAsia="zh-CN"/>
        </w:rPr>
        <w:t xml:space="preserve">    维修合同范本标准版 篇8 </w:t>
      </w:r>
      <w:r>
        <w:rPr>
          <w:lang w:eastAsia="zh-CN"/>
        </w:rPr>
        <w:br/>
      </w:r>
      <w:r>
        <w:rPr>
          <w:lang w:eastAsia="zh-CN"/>
        </w:rPr>
        <w:t>　　甲方：</w:t>
      </w:r>
      <w:r>
        <w:rPr>
          <w:lang w:eastAsia="zh-CN"/>
        </w:rPr>
        <w:br/>
      </w:r>
      <w:r>
        <w:rPr>
          <w:lang w:eastAsia="zh-CN"/>
        </w:rPr>
        <w:t>　　乙方：</w:t>
      </w:r>
      <w:r>
        <w:rPr>
          <w:lang w:eastAsia="zh-CN"/>
        </w:rPr>
        <w:br/>
      </w:r>
      <w:r>
        <w:rPr>
          <w:lang w:eastAsia="zh-CN"/>
        </w:rPr>
        <w:t>　　甲、乙双方本着诚实信用的原则，经友好协商后，决定签订本合同。</w:t>
      </w:r>
      <w:r>
        <w:rPr>
          <w:lang w:eastAsia="zh-CN"/>
        </w:rPr>
        <w:br/>
      </w:r>
      <w:r>
        <w:rPr>
          <w:lang w:eastAsia="zh-CN"/>
        </w:rPr>
        <w:t>　　第一条 外包服务范围</w:t>
      </w:r>
      <w:r>
        <w:rPr>
          <w:lang w:eastAsia="zh-CN"/>
        </w:rPr>
        <w:br/>
      </w:r>
      <w:r>
        <w:rPr>
          <w:lang w:eastAsia="zh-CN"/>
        </w:rPr>
        <w:t>　　（一）服务地点：甲方所属园内所有教室、办公楼及相关区域的所有物业水电设备设施日常维护及相关工作。</w:t>
      </w:r>
      <w:r>
        <w:rPr>
          <w:lang w:eastAsia="zh-CN"/>
        </w:rPr>
        <w:br/>
      </w:r>
      <w:r>
        <w:rPr>
          <w:lang w:eastAsia="zh-CN"/>
        </w:rPr>
        <w:t>　　（二）服务内容：完成甲方单位涉及水电的相关工作，如用水用电设备设施的安全检查；各类电器设备（空调主机及电脑硬件除外）故障的修复；含非工程性水电施工的穿墙、打孔、切割；水电开槽、布线、穿线、埋槽。</w:t>
      </w:r>
      <w:r>
        <w:rPr>
          <w:lang w:eastAsia="zh-CN"/>
        </w:rPr>
        <w:br/>
      </w:r>
      <w:r>
        <w:rPr>
          <w:lang w:eastAsia="zh-CN"/>
        </w:rPr>
        <w:t>　　（三）合同服务期限：</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第二条 甲方的主要权利和义务</w:t>
      </w:r>
      <w:r>
        <w:rPr>
          <w:lang w:eastAsia="zh-CN"/>
        </w:rPr>
        <w:br/>
      </w:r>
      <w:r>
        <w:rPr>
          <w:lang w:eastAsia="zh-CN"/>
        </w:rPr>
        <w:t>　　（一）根据工作需要和企业的规章制度及本合同条款对乙方相关服务进行监督、检查。</w:t>
      </w:r>
      <w:r>
        <w:rPr>
          <w:lang w:eastAsia="zh-CN"/>
        </w:rPr>
        <w:br/>
      </w:r>
      <w:r>
        <w:rPr>
          <w:lang w:eastAsia="zh-CN"/>
        </w:rPr>
        <w:t>　　（二）乙方维修施工期间，甲方予以配合。</w:t>
      </w:r>
      <w:r>
        <w:rPr>
          <w:lang w:eastAsia="zh-CN"/>
        </w:rPr>
        <w:br/>
      </w:r>
      <w:r>
        <w:rPr>
          <w:lang w:eastAsia="zh-CN"/>
        </w:rPr>
        <w:t>　　（三）按照本合同有关规定，支付承包费用。</w:t>
      </w:r>
      <w:r>
        <w:rPr>
          <w:lang w:eastAsia="zh-CN"/>
        </w:rPr>
        <w:br/>
      </w:r>
      <w:r>
        <w:rPr>
          <w:lang w:eastAsia="zh-CN"/>
        </w:rPr>
        <w:t>　　第三条 乙方的主要权利和义务</w:t>
      </w:r>
      <w:r>
        <w:rPr>
          <w:lang w:eastAsia="zh-CN"/>
        </w:rPr>
        <w:br/>
      </w:r>
      <w:r>
        <w:rPr>
          <w:lang w:eastAsia="zh-CN"/>
        </w:rPr>
        <w:t>　　在正式为乙方提供服务前，应熟悉甲方所有电气设备设施的基本情况，包括安装地点、线路布局、工作原理及安全运行要求等，从合同生效起，提供的主要服务为：</w:t>
      </w:r>
      <w:r>
        <w:rPr>
          <w:lang w:eastAsia="zh-CN"/>
        </w:rPr>
        <w:br/>
      </w:r>
      <w:r>
        <w:rPr>
          <w:lang w:eastAsia="zh-CN"/>
        </w:rPr>
        <w:t>　　（一）全天候为甲方提供水电维修响应服务。在接到甲方的日常安装、维修或其他相关事宜需要乙方配合的通知后，乙方必须在甲方指定的时间内到达现场。</w:t>
      </w:r>
      <w:r>
        <w:rPr>
          <w:lang w:eastAsia="zh-CN"/>
        </w:rPr>
        <w:br/>
      </w:r>
      <w:r>
        <w:rPr>
          <w:lang w:eastAsia="zh-CN"/>
        </w:rPr>
        <w:t>　　（二）每周二、周四对甲方办公楼、教学楼、食堂及其附属区域巡检一次，并填写相应的记录，发现和排除故障隐患，在此基础上每月对甲方的水、电使用情况进行评估，提出合理化整改或节能建议及可行性方案。</w:t>
      </w:r>
      <w:r>
        <w:rPr>
          <w:lang w:eastAsia="zh-CN"/>
        </w:rPr>
        <w:br/>
      </w:r>
      <w:r>
        <w:rPr>
          <w:lang w:eastAsia="zh-CN"/>
        </w:rPr>
        <w:t>　　（三）认真、负责地答复甲方关于设备故障的有关问题。</w:t>
      </w:r>
      <w:r>
        <w:rPr>
          <w:lang w:eastAsia="zh-CN"/>
        </w:rPr>
        <w:br/>
      </w:r>
      <w:r>
        <w:rPr>
          <w:lang w:eastAsia="zh-CN"/>
        </w:rPr>
        <w:t>　　（四）其他与水电使用、安全相关的工作。</w:t>
      </w:r>
      <w:r>
        <w:rPr>
          <w:lang w:eastAsia="zh-CN"/>
        </w:rPr>
        <w:br/>
      </w:r>
      <w:r>
        <w:rPr>
          <w:lang w:eastAsia="zh-CN"/>
        </w:rPr>
        <w:t>　　（五）乙方必须提供水电资质证书，并给甲方复印、备案。在向甲方提供服务期间，须遵守国家法律法规、政策和甲方职业健康安全管理规定，并接受甲方的安全管理及监督检查。</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（六）乙方自带维修的必须工具，并要保证安全性、良好实用性，乙方自行承担工具维修费和损耗费用。</w:t>
      </w:r>
      <w:r>
        <w:rPr>
          <w:lang w:eastAsia="zh-CN"/>
        </w:rPr>
        <w:br/>
      </w:r>
      <w:r>
        <w:rPr>
          <w:lang w:eastAsia="zh-CN"/>
        </w:rPr>
        <w:t>　　第四条 乙方在施工过程中要注意安全，因乙方责任发生的安全事故，其费用和责任均由乙方负责。</w:t>
      </w:r>
      <w:r>
        <w:rPr>
          <w:lang w:eastAsia="zh-CN"/>
        </w:rPr>
        <w:br/>
      </w:r>
      <w:r>
        <w:rPr>
          <w:lang w:eastAsia="zh-CN"/>
        </w:rPr>
        <w:t>　　第五条 在日常的维护管理中，维护、维修过程中因乙方过失造成的园内设备设施及其零配件的损坏，给甲方造成损失的一切费用由乙方承担。</w:t>
      </w:r>
      <w:r>
        <w:rPr>
          <w:lang w:eastAsia="zh-CN"/>
        </w:rPr>
        <w:br/>
      </w:r>
      <w:r>
        <w:rPr>
          <w:lang w:eastAsia="zh-CN"/>
        </w:rPr>
        <w:t>　　第六条 未征得甲方同意，乙方不得随意调整或拆卸硬件设备，不得随便更改相关的设置。当甲方设备故障严重，而无法现场修复，必须由乙方拿回维修，乙方需经甲方同意。如果更换部件可能会影响办公设备的功能、性能、乙方要在与甲方协商认同后进行。</w:t>
      </w:r>
      <w:r>
        <w:rPr>
          <w:lang w:eastAsia="zh-CN"/>
        </w:rPr>
        <w:br/>
      </w:r>
      <w:r>
        <w:rPr>
          <w:lang w:eastAsia="zh-CN"/>
        </w:rPr>
        <w:t>　　第七条 费用结算： 乙方须每周二、周四例行检查到甲方开展工作，甲方每月支付乙方RMB 元。</w:t>
      </w:r>
      <w:r>
        <w:rPr>
          <w:lang w:eastAsia="zh-CN"/>
        </w:rPr>
        <w:br/>
      </w:r>
      <w:r>
        <w:rPr>
          <w:lang w:eastAsia="zh-CN"/>
        </w:rPr>
        <w:t>　　第八条 乙方不能及时排除故障或达不到甲方的工作要求，影响甲方工作的正常开展，甲方有权相应减少支付乙方承包费用；造成甲方损失的，乙方要承担赔偿责任。</w:t>
      </w:r>
      <w:r>
        <w:rPr>
          <w:lang w:eastAsia="zh-CN"/>
        </w:rPr>
        <w:br/>
      </w:r>
      <w:r>
        <w:rPr>
          <w:lang w:eastAsia="zh-CN"/>
        </w:rPr>
        <w:t>　　第九条 在合同期内，如乙方不具备水电维护作业资质或能力的，甲方有权解除合同，并不承担任何责任。</w:t>
      </w:r>
      <w:r>
        <w:rPr>
          <w:lang w:eastAsia="zh-CN"/>
        </w:rPr>
        <w:br/>
      </w:r>
      <w:r>
        <w:rPr>
          <w:lang w:eastAsia="zh-CN"/>
        </w:rPr>
        <w:t>　　第十条 纠纷处理方式：</w:t>
      </w:r>
      <w:r>
        <w:rPr>
          <w:lang w:eastAsia="zh-CN"/>
        </w:rPr>
        <w:br/>
      </w:r>
      <w:r>
        <w:rPr>
          <w:lang w:eastAsia="zh-CN"/>
        </w:rPr>
        <w:t>　　双方因合同履行发生争议时，协商解决；协商不成时，可以甲方所在人民法院提起诉讼。第十一条</w:t>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本合同一式两份，甲乙双方各执一份。未尽事宜，双方本着互利、互谅原则协商解决，必要时可签订补充条款。合同生效后，任何一方不能正常履行合同时，需提前1个月书面通知对方。</w:t>
      </w:r>
      <w:r>
        <w:rPr>
          <w:lang w:eastAsia="zh-CN"/>
        </w:rPr>
        <w:br/>
      </w:r>
      <w:r>
        <w:rPr>
          <w:lang w:eastAsia="zh-CN"/>
        </w:rPr>
        <w:t>　　（一）本合同经甲、乙双方签字（盖章）后生效。</w:t>
      </w:r>
      <w:r>
        <w:rPr>
          <w:lang w:eastAsia="zh-CN"/>
        </w:rPr>
        <w:br/>
      </w:r>
      <w:r>
        <w:rPr>
          <w:lang w:eastAsia="zh-CN"/>
        </w:rPr>
        <w:t>　　（二）本合同签订后工程不得转包。</w:t>
      </w:r>
      <w:r>
        <w:rPr>
          <w:lang w:eastAsia="zh-CN"/>
        </w:rPr>
        <w:br/>
      </w:r>
      <w:r>
        <w:rPr>
          <w:lang w:eastAsia="zh-CN"/>
        </w:rPr>
        <w:t>　　（三）本合同一式两份，甲、乙双方各执一份。</w:t>
      </w:r>
      <w:r>
        <w:rPr>
          <w:lang w:eastAsia="zh-CN"/>
        </w:rPr>
        <w:br/>
      </w:r>
      <w:r>
        <w:rPr>
          <w:lang w:eastAsia="zh-CN"/>
        </w:rPr>
        <w:t>　　甲方签字：________</w:t>
      </w:r>
      <w:r>
        <w:rPr>
          <w:lang w:eastAsia="zh-CN"/>
        </w:rPr>
        <w:br/>
      </w:r>
      <w:r>
        <w:rPr>
          <w:lang w:eastAsia="zh-CN"/>
        </w:rPr>
        <w:t>　　乙方签字(盖章)：____________</w:t>
      </w:r>
      <w:r>
        <w:rPr>
          <w:lang w:eastAsia="zh-CN"/>
        </w:rPr>
        <w:br/>
      </w:r>
      <w:r>
        <w:rPr>
          <w:lang w:eastAsia="zh-CN"/>
        </w:rPr>
        <w:t>　　签订日期：_____________</w:t>
      </w:r>
      <w:r>
        <w:rPr>
          <w:lang w:eastAsia="zh-CN"/>
        </w:rPr>
        <w:br/>
      </w:r>
      <w:r>
        <w:rPr>
          <w:lang w:eastAsia="zh-CN"/>
        </w:rPr>
        <w:t xml:space="preserve">    维修合同范本标准版 篇9 </w:t>
      </w:r>
      <w:r>
        <w:rPr>
          <w:lang w:eastAsia="zh-CN"/>
        </w:rPr>
        <w:br/>
      </w:r>
      <w:r>
        <w:rPr>
          <w:lang w:eastAsia="zh-CN"/>
        </w:rPr>
        <w:t>　　委托方(甲方):承担方(乙方):</w:t>
      </w:r>
      <w:r>
        <w:rPr>
          <w:lang w:eastAsia="zh-CN"/>
        </w:rPr>
        <w:br/>
      </w:r>
      <w:r>
        <w:rPr>
          <w:lang w:eastAsia="zh-CN"/>
        </w:rPr>
        <w:t>　　经友好协商，甲方决定委托乙方就该房产订立本协议，以资共同遵守。</w:t>
      </w:r>
      <w:r>
        <w:rPr>
          <w:lang w:eastAsia="zh-CN"/>
        </w:rPr>
        <w:br/>
      </w:r>
      <w:r>
        <w:rPr>
          <w:lang w:eastAsia="zh-CN"/>
        </w:rPr>
        <w:t>　　一、项目地点:</w:t>
      </w:r>
      <w:r>
        <w:rPr>
          <w:lang w:eastAsia="zh-CN"/>
        </w:rPr>
        <w:br/>
      </w:r>
      <w:r>
        <w:rPr>
          <w:lang w:eastAsia="zh-CN"/>
        </w:rPr>
        <w:t>　　二、项目:；</w:t>
      </w:r>
      <w:r>
        <w:rPr>
          <w:lang w:eastAsia="zh-CN"/>
        </w:rPr>
        <w:br/>
      </w:r>
      <w:r>
        <w:rPr>
          <w:lang w:eastAsia="zh-CN"/>
        </w:rPr>
        <w:t>　　三.合同方式:甲方必须保证乙方要求的装修期所需材料(乙方应提前通知甲方)，乙方负责施工。</w:t>
      </w:r>
      <w:r>
        <w:rPr>
          <w:lang w:eastAsia="zh-CN"/>
        </w:rPr>
        <w:br/>
      </w:r>
      <w:r>
        <w:rPr>
          <w:lang w:eastAsia="zh-CN"/>
        </w:rPr>
        <w:t>　　四.质量标准:施工质量应符合安全要求，装修质量不得低于同施工类型的安装维修标准，并得到双方认可。工程竣工验收后，如乙方在3个月内施工出现质量问题，乙方负责免费返工和修复。</w:t>
      </w:r>
      <w:r>
        <w:rPr>
          <w:lang w:eastAsia="zh-CN"/>
        </w:rPr>
        <w:br/>
      </w:r>
      <w:r>
        <w:rPr>
          <w:lang w:eastAsia="zh-CN"/>
        </w:rPr>
        <w:t>　　5.工程费用:材料由甲方提供，甲方支付乙方装修人工费。</w:t>
      </w:r>
      <w:r>
        <w:rPr>
          <w:lang w:eastAsia="zh-CN"/>
        </w:rPr>
        <w:br/>
      </w:r>
      <w:r>
        <w:rPr>
          <w:lang w:eastAsia="zh-CN"/>
        </w:rPr>
        <w:t>　　不及物动词付款方式:工程竣工并经甲方验收合格后，如符合上述建设工程和设计要求，乙方人工费应在五日内付清。</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七.本协议一式两份，甲乙双方各执一份，具有同等效力。本协议自双方签字之日起生效。</w:t>
      </w:r>
      <w:r>
        <w:rPr>
          <w:lang w:eastAsia="zh-CN"/>
        </w:rPr>
        <w:br/>
      </w:r>
      <w:r>
        <w:rPr>
          <w:lang w:eastAsia="zh-CN"/>
        </w:rPr>
        <w:t>　　口:乙方:</w:t>
      </w:r>
      <w:r>
        <w:rPr>
          <w:lang w:eastAsia="zh-CN"/>
        </w:rPr>
        <w:br/>
      </w:r>
      <w:r>
        <w:rPr>
          <w:lang w:eastAsia="zh-CN"/>
        </w:rPr>
        <w:t>　　签名(盖章):签名(盖章):</w:t>
      </w:r>
      <w:r>
        <w:rPr>
          <w:lang w:eastAsia="zh-CN"/>
        </w:rPr>
        <w:br/>
      </w:r>
      <w:r>
        <w:rPr>
          <w:lang w:eastAsia="zh-CN"/>
        </w:rPr>
        <w:t>　　电话:电话:</w:t>
      </w:r>
      <w:r>
        <w:rPr>
          <w:lang w:eastAsia="zh-CN"/>
        </w:rPr>
        <w:br/>
      </w:r>
      <w:r>
        <w:rPr>
          <w:lang w:eastAsia="zh-CN"/>
        </w:rPr>
        <w:t>　　年 月 日月日月日</w:t>
      </w:r>
      <w:r>
        <w:rPr>
          <w:lang w:eastAsia="zh-CN"/>
        </w:rPr>
        <w:br/>
      </w:r>
      <w:r>
        <w:rPr>
          <w:lang w:eastAsia="zh-CN"/>
        </w:rPr>
        <w:t xml:space="preserve">    维修合同范本标准版 篇10 </w:t>
      </w:r>
      <w:r>
        <w:rPr>
          <w:lang w:eastAsia="zh-CN"/>
        </w:rPr>
        <w:br/>
      </w:r>
      <w:r>
        <w:rPr>
          <w:lang w:eastAsia="zh-CN"/>
        </w:rPr>
        <w:t>　　合同编号：______________</w:t>
      </w:r>
      <w:r>
        <w:rPr>
          <w:lang w:eastAsia="zh-CN"/>
        </w:rPr>
        <w:br/>
      </w:r>
      <w:r>
        <w:rPr>
          <w:lang w:eastAsia="zh-CN"/>
        </w:rPr>
        <w:t>　　甲方：_________公司乙方：_________</w:t>
      </w:r>
      <w:r>
        <w:rPr>
          <w:lang w:eastAsia="zh-CN"/>
        </w:rPr>
        <w:br/>
      </w:r>
      <w:r>
        <w:rPr>
          <w:lang w:eastAsia="zh-CN"/>
        </w:rPr>
        <w:t>　　地址：_____________地址：_________</w:t>
      </w:r>
      <w:r>
        <w:rPr>
          <w:lang w:eastAsia="zh-CN"/>
        </w:rPr>
        <w:br/>
      </w:r>
      <w:r>
        <w:rPr>
          <w:lang w:eastAsia="zh-CN"/>
        </w:rPr>
        <w:t>　　电话：_____________电话：_________</w:t>
      </w:r>
      <w:r>
        <w:rPr>
          <w:lang w:eastAsia="zh-CN"/>
        </w:rPr>
        <w:br/>
      </w:r>
      <w:r>
        <w:rPr>
          <w:lang w:eastAsia="zh-CN"/>
        </w:rPr>
        <w:t>　　为规范机动车辆维修工作，经甲乙双方友好协商，依据《中华人民共和国合同法》及相关法律法规订立本协议，以便共同遵守。</w:t>
      </w:r>
      <w:r>
        <w:rPr>
          <w:lang w:eastAsia="zh-CN"/>
        </w:rPr>
        <w:br/>
      </w:r>
      <w:r>
        <w:rPr>
          <w:lang w:eastAsia="zh-CN"/>
        </w:rPr>
        <w:t>　　1.本合同的下列术语应解释为：</w:t>
      </w:r>
      <w:r>
        <w:rPr>
          <w:lang w:eastAsia="zh-CN"/>
        </w:rPr>
        <w:br/>
      </w:r>
      <w:r>
        <w:rPr>
          <w:lang w:eastAsia="zh-CN"/>
        </w:rPr>
        <w:t>　　(1)“合同”系指甲方(甲方)与乙方签署的、合同格式中注明的甲方和乙方所达成的协议，包括所有的附件、附录和构成合同的所有文件。</w:t>
      </w:r>
      <w:r>
        <w:rPr>
          <w:lang w:eastAsia="zh-CN"/>
        </w:rPr>
        <w:br/>
      </w:r>
      <w:r>
        <w:rPr>
          <w:lang w:eastAsia="zh-CN"/>
        </w:rPr>
        <w:t>　　(2)“合同价”系指根据合同规定，乙方在正确完全地履行合同义务后甲方应支付给乙方的价格。</w:t>
      </w:r>
      <w:r>
        <w:rPr>
          <w:lang w:eastAsia="zh-CN"/>
        </w:rPr>
        <w:br/>
      </w:r>
      <w:r>
        <w:rPr>
          <w:lang w:eastAsia="zh-CN"/>
        </w:rPr>
        <w:t>　　(3)“维修”系指招标文件中规定的车辆大修、一、二级维护和小修、中修、车辆年检以及其它有关汽车的维修服务。</w:t>
      </w:r>
      <w:r>
        <w:rPr>
          <w:lang w:eastAsia="zh-CN"/>
        </w:rPr>
        <w:br/>
      </w:r>
      <w:r>
        <w:rPr>
          <w:lang w:eastAsia="zh-CN"/>
        </w:rPr>
        <w:t>　　(4)“配件材料”系指乙方根据合同规定在提供维修服务时必须向甲方提供的零部件及耗材。</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(5)“乙方”系指提供汽车定点维修服务的汽车维修厂家。</w:t>
      </w:r>
      <w:r>
        <w:rPr>
          <w:lang w:eastAsia="zh-CN"/>
        </w:rPr>
        <w:br/>
      </w:r>
      <w:r>
        <w:rPr>
          <w:lang w:eastAsia="zh-CN"/>
        </w:rPr>
        <w:t>　　(6)“甲方”系指接受维修服务的甲方。</w:t>
      </w:r>
      <w:r>
        <w:rPr>
          <w:lang w:eastAsia="zh-CN"/>
        </w:rPr>
        <w:br/>
      </w:r>
      <w:r>
        <w:rPr>
          <w:lang w:eastAsia="zh-CN"/>
        </w:rPr>
        <w:t>　　2.服务范围</w:t>
      </w:r>
      <w:r>
        <w:rPr>
          <w:lang w:eastAsia="zh-CN"/>
        </w:rPr>
        <w:br/>
      </w:r>
      <w:r>
        <w:rPr>
          <w:lang w:eastAsia="zh-CN"/>
        </w:rPr>
        <w:t>　　车辆大修、各级维护、小修、中修、车辆年检和其他有关汽车维修的服务项目及交通事故车辆维修。</w:t>
      </w:r>
      <w:r>
        <w:rPr>
          <w:lang w:eastAsia="zh-CN"/>
        </w:rPr>
        <w:br/>
      </w:r>
      <w:r>
        <w:rPr>
          <w:lang w:eastAsia="zh-CN"/>
        </w:rPr>
        <w:t>　　3.送修手续</w:t>
      </w:r>
      <w:r>
        <w:rPr>
          <w:lang w:eastAsia="zh-CN"/>
        </w:rPr>
        <w:br/>
      </w:r>
      <w:r>
        <w:rPr>
          <w:lang w:eastAsia="zh-CN"/>
        </w:rPr>
        <w:t>　　3.1送修车辆时，甲方经办人必须按照要求填写乙方的“车辆维修派工单”(以下简称“派工单”)派工单上应填写清楚送修车辆的品牌型号、车辆牌照号、累计行驶里程、维修项目，经甲方经办人签字后交乙方，乙方凭此单确认项目的接修。</w:t>
      </w:r>
      <w:r>
        <w:rPr>
          <w:lang w:eastAsia="zh-CN"/>
        </w:rPr>
        <w:br/>
      </w:r>
      <w:r>
        <w:rPr>
          <w:lang w:eastAsia="zh-CN"/>
        </w:rPr>
        <w:t>　　3.2乙方在维修过程中发现其他(维修计划以外)的故障，必须及时将情况反映给甲方，在取得甲方同意后方可继续修理。</w:t>
      </w:r>
      <w:r>
        <w:rPr>
          <w:lang w:eastAsia="zh-CN"/>
        </w:rPr>
        <w:br/>
      </w:r>
      <w:r>
        <w:rPr>
          <w:lang w:eastAsia="zh-CN"/>
        </w:rPr>
        <w:t>　　3.3对甲方车辆乙方应以修复为主，能不更换的零部件尽量不予更换，确实不能修复或修复不经济的零部件，在征得甲方同意后方可更换。</w:t>
      </w:r>
      <w:r>
        <w:rPr>
          <w:lang w:eastAsia="zh-CN"/>
        </w:rPr>
        <w:br/>
      </w:r>
      <w:r>
        <w:rPr>
          <w:lang w:eastAsia="zh-CN"/>
        </w:rPr>
        <w:t>　　4.维修费用</w:t>
      </w:r>
      <w:r>
        <w:rPr>
          <w:lang w:eastAsia="zh-CN"/>
        </w:rPr>
        <w:br/>
      </w:r>
      <w:r>
        <w:rPr>
          <w:lang w:eastAsia="zh-CN"/>
        </w:rPr>
        <w:t>　　4.1乙方应按照不超过《广东省汽车维修行业工时定额和收费标准》中规定的工时定额和收费标准优惠计算维修费，优惠幅度及标准见附件报价表。</w:t>
      </w:r>
      <w:r>
        <w:rPr>
          <w:lang w:eastAsia="zh-CN"/>
        </w:rPr>
        <w:br/>
      </w:r>
      <w:r>
        <w:rPr>
          <w:lang w:eastAsia="zh-CN"/>
        </w:rPr>
        <w:t>　　(1)维修费用应包括：工时费、材料费和税金。</w:t>
      </w:r>
      <w:r>
        <w:rPr>
          <w:lang w:eastAsia="zh-CN"/>
        </w:rPr>
        <w:br/>
      </w:r>
      <w:r>
        <w:rPr>
          <w:lang w:eastAsia="zh-CN"/>
        </w:rPr>
        <w:t>　　(2)工时费包括小修、大修项目收取工时费的标准。(小修、大修的含义在“维修工时费报价一览表”中的备注已作说明)</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(3)材料费即材料价格，在乙方开具的正式维修发票中须单独列出。</w:t>
      </w:r>
      <w:r>
        <w:rPr>
          <w:lang w:eastAsia="zh-CN"/>
        </w:rPr>
        <w:br/>
      </w:r>
      <w:r>
        <w:rPr>
          <w:lang w:eastAsia="zh-CN"/>
        </w:rPr>
        <w:t>　　5.竣工车辆交接手续</w:t>
      </w:r>
      <w:r>
        <w:rPr>
          <w:lang w:eastAsia="zh-CN"/>
        </w:rPr>
        <w:br/>
      </w:r>
      <w:r>
        <w:rPr>
          <w:lang w:eastAsia="zh-CN"/>
        </w:rPr>
        <w:t>　　5.1乙方维修车辆结束后，须填写“车辆维修结算单”(以下简称“结算清单”)，认真填写车辆维修的具体部位和消耗的材料、部件、计价情况、工时费及质量保证期，注明优惠事宜后交甲方经办人审核签字。此单多联复写备查。</w:t>
      </w:r>
      <w:r>
        <w:rPr>
          <w:lang w:eastAsia="zh-CN"/>
        </w:rPr>
        <w:br/>
      </w:r>
      <w:r>
        <w:rPr>
          <w:lang w:eastAsia="zh-CN"/>
        </w:rPr>
        <w:t>　　5.2甲方应仔细检查竣工车辆，如维修结果符合送修要求、维修费计算合理，甲方经办人应在“结算清单”上签字认可;如果修理结果不符合送修要求、维修费用计算不合理，或发现使用不符合要求的配件材料，甲方应以书面形式向乙方提出存在的问题，如乙方不能给予令人信服的答复，甲方可报请法定检验机构进行检验。</w:t>
      </w:r>
      <w:r>
        <w:rPr>
          <w:lang w:eastAsia="zh-CN"/>
        </w:rPr>
        <w:br/>
      </w:r>
      <w:r>
        <w:rPr>
          <w:lang w:eastAsia="zh-CN"/>
        </w:rPr>
        <w:t>　　5.3修车更换下来的旧件应退还甲方。</w:t>
      </w:r>
      <w:r>
        <w:rPr>
          <w:lang w:eastAsia="zh-CN"/>
        </w:rPr>
        <w:br/>
      </w:r>
      <w:r>
        <w:rPr>
          <w:lang w:eastAsia="zh-CN"/>
        </w:rPr>
        <w:t>　　5.4乙方在向甲方交接竣工车辆时，应将“结算清单”联和维修竣工出厂合格证明一同交甲方。</w:t>
      </w:r>
      <w:r>
        <w:rPr>
          <w:lang w:eastAsia="zh-CN"/>
        </w:rPr>
        <w:br/>
      </w:r>
      <w:r>
        <w:rPr>
          <w:lang w:eastAsia="zh-CN"/>
        </w:rPr>
        <w:t>　　5.5如甲方在车辆完工之日起5日内，没有以书面形式向乙方提出问题，而又不在“结算清单”上签字，则视为甲方同意接受“结算清单”中的内容。</w:t>
      </w:r>
      <w:r>
        <w:rPr>
          <w:lang w:eastAsia="zh-CN"/>
        </w:rPr>
        <w:br/>
      </w:r>
      <w:r>
        <w:rPr>
          <w:lang w:eastAsia="zh-CN"/>
        </w:rPr>
        <w:t>　　6.结算方式</w:t>
      </w:r>
      <w:r>
        <w:rPr>
          <w:lang w:eastAsia="zh-CN"/>
        </w:rPr>
        <w:br/>
      </w:r>
      <w:r>
        <w:rPr>
          <w:lang w:eastAsia="zh-CN"/>
        </w:rPr>
        <w:t>　　6.1本合同以人民币结算。</w:t>
      </w:r>
      <w:r>
        <w:rPr>
          <w:lang w:eastAsia="zh-CN"/>
        </w:rPr>
        <w:br/>
      </w:r>
      <w:r>
        <w:rPr>
          <w:lang w:eastAsia="zh-CN"/>
        </w:rPr>
        <w:t>　　6.2乙方凭下列单据与甲方直接结算：</w:t>
      </w:r>
      <w:r>
        <w:rPr>
          <w:lang w:eastAsia="zh-CN"/>
        </w:rPr>
        <w:br/>
      </w:r>
      <w:r>
        <w:rPr>
          <w:lang w:eastAsia="zh-CN"/>
        </w:rPr>
        <w:t>　　(1)正式发票;</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(2)有甲方验收人员签章的“结算清单”。</w:t>
      </w:r>
      <w:r>
        <w:rPr>
          <w:lang w:eastAsia="zh-CN"/>
        </w:rPr>
        <w:br/>
      </w:r>
      <w:r>
        <w:rPr>
          <w:lang w:eastAsia="zh-CN"/>
        </w:rPr>
        <w:t>　　6.3付款。</w:t>
      </w:r>
      <w:r>
        <w:rPr>
          <w:lang w:eastAsia="zh-CN"/>
        </w:rPr>
        <w:br/>
      </w:r>
      <w:r>
        <w:rPr>
          <w:lang w:eastAsia="zh-CN"/>
        </w:rPr>
        <w:t>　　每月30日为当月截止日期，乙方应于次月5日前将全部结算清单(并打印总报表)和汽车维修专用发票交由甲方经办人核对后签名，后由甲方财务部门审核后十个工作日内办理付款手续。</w:t>
      </w:r>
      <w:r>
        <w:rPr>
          <w:lang w:eastAsia="zh-CN"/>
        </w:rPr>
        <w:br/>
      </w:r>
      <w:r>
        <w:rPr>
          <w:lang w:eastAsia="zh-CN"/>
        </w:rPr>
        <w:t>　　7.质量保证</w:t>
      </w:r>
      <w:r>
        <w:rPr>
          <w:lang w:eastAsia="zh-CN"/>
        </w:rPr>
        <w:br/>
      </w:r>
      <w:r>
        <w:rPr>
          <w:lang w:eastAsia="zh-CN"/>
        </w:rPr>
        <w:t>　　7.1乙方提供维修服务时，其服务质量应按照不低于《汽车维修行业管理暂行办法》、《汽车维修质量管理办法》、《广东省机动车维修和技术管理暂行办法》中有关规定和标准执行。</w:t>
      </w:r>
      <w:r>
        <w:rPr>
          <w:lang w:eastAsia="zh-CN"/>
        </w:rPr>
        <w:br/>
      </w:r>
      <w:r>
        <w:rPr>
          <w:lang w:eastAsia="zh-CN"/>
        </w:rPr>
        <w:t>　　7.2在甲、乙双方约定的质量保证里程和时间内，因维修质量造成的机械事故和经济损失，由乙方全部负责。</w:t>
      </w:r>
      <w:r>
        <w:rPr>
          <w:lang w:eastAsia="zh-CN"/>
        </w:rPr>
        <w:br/>
      </w:r>
      <w:r>
        <w:rPr>
          <w:lang w:eastAsia="zh-CN"/>
        </w:rPr>
        <w:t>　　7.3乙方应对维修合格出厂的车辆提供质量保证。</w:t>
      </w:r>
      <w:r>
        <w:rPr>
          <w:lang w:eastAsia="zh-CN"/>
        </w:rPr>
        <w:br/>
      </w:r>
      <w:r>
        <w:rPr>
          <w:lang w:eastAsia="zh-CN"/>
        </w:rPr>
        <w:t>　　7.4乙方应保证维修所用材料是未使用过的原厂生产的合格正品(如确需使用付厂产品或旧拆车件的，须经甲方同意后方可使用)，并完全符合合同规定的质量和性能的要求。乙方应保证使用的配件材料在正确安装、正常使用和保养条件下，在其使用寿命期内具有满意的性能。维修车辆移交甲方后，在质量保证期内，乙方应对由于维修技术、工艺或配件材料的缺陷以及其他由于乙方的原因而发生的任何不足或故障负责，费用由乙方负担。根据法定检验机构的检验结果或在质量保证期内，如果证明维修是有缺陷的，包括潜在的缺陷或使用不符合要求的配件材料等，甲方将以书面形式向乙方提出本保证下的索赔。</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7.5如果乙方在收到索赔通知后，在合同中所附服务承诺约定的时间内没有采取措施，甲方可采取必要的补救措施，但风险和费用将由乙方承担。</w:t>
      </w:r>
      <w:r>
        <w:rPr>
          <w:lang w:eastAsia="zh-CN"/>
        </w:rPr>
        <w:br/>
      </w:r>
      <w:r>
        <w:rPr>
          <w:lang w:eastAsia="zh-CN"/>
        </w:rPr>
        <w:t>　　8.索赔</w:t>
      </w:r>
      <w:r>
        <w:rPr>
          <w:lang w:eastAsia="zh-CN"/>
        </w:rPr>
        <w:br/>
      </w:r>
      <w:r>
        <w:rPr>
          <w:lang w:eastAsia="zh-CN"/>
        </w:rPr>
        <w:t>　　8.1甲方有权根据法定检验机构出具的</w:t>
      </w:r>
      <w:r>
        <w:rPr>
          <w:lang w:eastAsia="zh-CN"/>
        </w:rPr>
        <w:br/>
      </w:r>
      <w:r>
        <w:rPr>
          <w:lang w:eastAsia="zh-CN"/>
        </w:rPr>
        <w:t>　　车辆维修质量检验报告向乙方提出索赔。</w:t>
      </w:r>
      <w:r>
        <w:rPr>
          <w:lang w:eastAsia="zh-CN"/>
        </w:rPr>
        <w:br/>
      </w:r>
      <w:r>
        <w:rPr>
          <w:lang w:eastAsia="zh-CN"/>
        </w:rPr>
        <w:t>　　8.2在合同规定的质量保证期内，如果乙方对甲方提出的索赔负有责任，乙方应按照甲方同意的下列任一种或多种方式解决索赔事宜：</w:t>
      </w:r>
      <w:r>
        <w:rPr>
          <w:lang w:eastAsia="zh-CN"/>
        </w:rPr>
        <w:br/>
      </w:r>
      <w:r>
        <w:rPr>
          <w:lang w:eastAsia="zh-CN"/>
        </w:rPr>
        <w:t>　　(1)乙方同意免收该次维修的维修费用，并承担由此发生的一些损失和费用。</w:t>
      </w:r>
      <w:r>
        <w:rPr>
          <w:lang w:eastAsia="zh-CN"/>
        </w:rPr>
        <w:br/>
      </w:r>
      <w:r>
        <w:rPr>
          <w:lang w:eastAsia="zh-CN"/>
        </w:rPr>
        <w:t>　　(2)乙方必须用符合合同规定的规格、质量和性能要求的全新的原装合格品免费予以更换。同时，乙方应按合同规定，对修补或更换件相应延长质量保证期。</w:t>
      </w:r>
      <w:r>
        <w:rPr>
          <w:lang w:eastAsia="zh-CN"/>
        </w:rPr>
        <w:br/>
      </w:r>
      <w:r>
        <w:rPr>
          <w:lang w:eastAsia="zh-CN"/>
        </w:rPr>
        <w:t>　　(3)质量保证期内，车辆如发生故障时，甲方车辆驾驶员应及时进行补救，避免损失扩大，如未采取措施，乙方可以仅对初步损失进行赔偿。</w:t>
      </w:r>
      <w:r>
        <w:rPr>
          <w:lang w:eastAsia="zh-CN"/>
        </w:rPr>
        <w:br/>
      </w:r>
      <w:r>
        <w:rPr>
          <w:lang w:eastAsia="zh-CN"/>
        </w:rPr>
        <w:t>　　8.3如果在甲方发出索赔通知后5天内，乙方未作答复，上述索赔应视为已被乙方接受。如乙方未能在甲方发出索赔通知后10天内，按照合同规定的任何一种方法解决索赔事宜，甲方将从乙方的履约保证金中扣回索赔金额(不足部分乙方需用现金补足)或用法律手段解决索赔事宜。</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9.乙方交货延误</w:t>
      </w:r>
      <w:r>
        <w:rPr>
          <w:lang w:eastAsia="zh-CN"/>
        </w:rPr>
        <w:br/>
      </w:r>
      <w:r>
        <w:rPr>
          <w:lang w:eastAsia="zh-CN"/>
        </w:rPr>
        <w:t>　　9.1乙方应按送修通知单上规定的时间完成维修项目，并将竣工车辆交付甲方验收使用。</w:t>
      </w:r>
      <w:r>
        <w:rPr>
          <w:lang w:eastAsia="zh-CN"/>
        </w:rPr>
        <w:br/>
      </w:r>
      <w:r>
        <w:rPr>
          <w:lang w:eastAsia="zh-CN"/>
        </w:rPr>
        <w:t>　　9.2在履行合同过程中，如果乙方遇到不能按时完成维修项目和与甲方办理交接手续时，应及时以书面形式将不能按时交货的理由、可能延误的时间通知甲方。甲方在收到乙方的通知后，应对情况进行分析，决定是否延长维修时间。</w:t>
      </w:r>
      <w:r>
        <w:rPr>
          <w:lang w:eastAsia="zh-CN"/>
        </w:rPr>
        <w:br/>
      </w:r>
      <w:r>
        <w:rPr>
          <w:lang w:eastAsia="zh-CN"/>
        </w:rPr>
        <w:t>　　10.误期赔偿</w:t>
      </w:r>
      <w:r>
        <w:rPr>
          <w:lang w:eastAsia="zh-CN"/>
        </w:rPr>
        <w:br/>
      </w:r>
      <w:r>
        <w:rPr>
          <w:lang w:eastAsia="zh-CN"/>
        </w:rPr>
        <w:t>　　10.1如果乙方无正当理由拖延维修时间或没有按照送修规定的时间完成维修工作以及不按期办理车辆交接手续，除合同第11条规定外，乙方应向甲方支付误期赔偿费，赔偿费按每车每天叁佰元收取，直至交货或提供服务为止。但赔偿费的限额为壹万元整，一旦到达误期赔偿费的限额，甲方可考虑终止合同，并没收乙方的履约保证金。</w:t>
      </w:r>
      <w:r>
        <w:rPr>
          <w:lang w:eastAsia="zh-CN"/>
        </w:rPr>
        <w:br/>
      </w:r>
      <w:r>
        <w:rPr>
          <w:lang w:eastAsia="zh-CN"/>
        </w:rPr>
        <w:t>　　11.不可抗力</w:t>
      </w:r>
      <w:r>
        <w:rPr>
          <w:lang w:eastAsia="zh-CN"/>
        </w:rPr>
        <w:br/>
      </w:r>
      <w:r>
        <w:rPr>
          <w:lang w:eastAsia="zh-CN"/>
        </w:rPr>
        <w:t>　　11.1如果乙方因不可抗力而导致合同实施延误或不能履行合同义务的话，乙方不应被没收履约保证金，也不应该承担误期赔偿或终止合同的责任。</w:t>
      </w:r>
      <w:r>
        <w:rPr>
          <w:lang w:eastAsia="zh-CN"/>
        </w:rPr>
        <w:br/>
      </w:r>
      <w:r>
        <w:rPr>
          <w:lang w:eastAsia="zh-CN"/>
        </w:rPr>
        <w:t>　　11.2本条所述的“不可抗力”系指下列乙方无法控制、不可预见的事件，但不包括乙方的违约或疏忽。这些事件包括：战争、严重火灾、洪水、台风、地震以及其他甲方、甲方和乙方商定的事件。</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11.3在不可抗力事件发生后，乙方应尽快以书面形式将不可抗力的情况和原因通知甲方和甲方。除甲方和甲方书面另行要求外，乙方应尽实际可能继续履行合同义务，以及寻求采取合理的方案履行不受不可抗力影响的其他事项。如果不可抗力事件影响时间持续20天以上的，甲方、甲方和乙方应通过友好协商在合理的时间内达成进一步履行合同的协议。</w:t>
      </w:r>
      <w:r>
        <w:rPr>
          <w:lang w:eastAsia="zh-CN"/>
        </w:rPr>
        <w:br/>
      </w:r>
      <w:r>
        <w:rPr>
          <w:lang w:eastAsia="zh-CN"/>
        </w:rPr>
        <w:t>　　12.税费</w:t>
      </w:r>
      <w:r>
        <w:rPr>
          <w:lang w:eastAsia="zh-CN"/>
        </w:rPr>
        <w:br/>
      </w:r>
      <w:r>
        <w:rPr>
          <w:lang w:eastAsia="zh-CN"/>
        </w:rPr>
        <w:t>　　12.1政府税务部门根据现行税法规定对乙方征收的、与本合同有关的一切税费，均由乙方自行负担。</w:t>
      </w:r>
      <w:r>
        <w:rPr>
          <w:lang w:eastAsia="zh-CN"/>
        </w:rPr>
        <w:br/>
      </w:r>
      <w:r>
        <w:rPr>
          <w:lang w:eastAsia="zh-CN"/>
        </w:rPr>
        <w:t>　　13.履约保证金</w:t>
      </w:r>
      <w:r>
        <w:rPr>
          <w:lang w:eastAsia="zh-CN"/>
        </w:rPr>
        <w:br/>
      </w:r>
      <w:r>
        <w:rPr>
          <w:lang w:eastAsia="zh-CN"/>
        </w:rPr>
        <w:t>　　13.1如乙方未能履行合同义务，甲方有权从履约保证金中取得补偿。</w:t>
      </w:r>
      <w:r>
        <w:rPr>
          <w:lang w:eastAsia="zh-CN"/>
        </w:rPr>
        <w:br/>
      </w:r>
      <w:r>
        <w:rPr>
          <w:lang w:eastAsia="zh-CN"/>
        </w:rPr>
        <w:t>　　13.2履约保证金应在合同期满或终止后7个工作日内退还给乙方，不计利息。</w:t>
      </w:r>
      <w:r>
        <w:rPr>
          <w:lang w:eastAsia="zh-CN"/>
        </w:rPr>
        <w:br/>
      </w:r>
      <w:r>
        <w:rPr>
          <w:lang w:eastAsia="zh-CN"/>
        </w:rPr>
        <w:t>　　14.争议解决</w:t>
      </w:r>
      <w:r>
        <w:rPr>
          <w:lang w:eastAsia="zh-CN"/>
        </w:rPr>
        <w:br/>
      </w:r>
      <w:r>
        <w:rPr>
          <w:lang w:eastAsia="zh-CN"/>
        </w:rPr>
        <w:t>　　在执行本合同中所发生的、与本合同有关的一切争议，甲乙双方应通过友好协商的办法进行解决，如解决不了，则应申请向合同签订地人民法院提起诉讼解决。</w:t>
      </w:r>
      <w:r>
        <w:rPr>
          <w:lang w:eastAsia="zh-CN"/>
        </w:rPr>
        <w:br/>
      </w:r>
      <w:r>
        <w:rPr>
          <w:lang w:eastAsia="zh-CN"/>
        </w:rPr>
        <w:t>　　15.违约终止合同</w:t>
      </w:r>
      <w:r>
        <w:rPr>
          <w:lang w:eastAsia="zh-CN"/>
        </w:rPr>
        <w:br/>
      </w:r>
      <w:r>
        <w:rPr>
          <w:lang w:eastAsia="zh-CN"/>
        </w:rPr>
        <w:t>　　15.1在本合同执行过程中，甲方将定期或不定期的对乙方执行合同的情况进行检查，如有下列情况发生，甲方可向乙方发出终止合同的书面通知书：</w:t>
      </w:r>
      <w:r>
        <w:rPr>
          <w:lang w:eastAsia="zh-CN"/>
        </w:rPr>
        <w:br/>
      </w:r>
      <w:r>
        <w:rPr>
          <w:lang w:eastAsia="zh-CN"/>
        </w:rPr>
        <w:t>　　(1)经乙方维修出厂的车辆存在质量问题达3次的;</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(2)未经甲方同意，乙方将送修车辆交由其他维修厂家修理的;</w:t>
      </w:r>
      <w:r>
        <w:rPr>
          <w:lang w:eastAsia="zh-CN"/>
        </w:rPr>
        <w:br/>
      </w:r>
      <w:r>
        <w:rPr>
          <w:lang w:eastAsia="zh-CN"/>
        </w:rPr>
        <w:t>　　(3)未经甲方同意，乙方擅自使用非原厂生产的零部件用于送修车辆的;</w:t>
      </w:r>
      <w:r>
        <w:rPr>
          <w:lang w:eastAsia="zh-CN"/>
        </w:rPr>
        <w:br/>
      </w:r>
      <w:r>
        <w:rPr>
          <w:lang w:eastAsia="zh-CN"/>
        </w:rPr>
        <w:t>　　(4)无论在任何情况下，乙方以旧件换取送修车辆零部件的;</w:t>
      </w:r>
      <w:r>
        <w:rPr>
          <w:lang w:eastAsia="zh-CN"/>
        </w:rPr>
        <w:br/>
      </w:r>
      <w:r>
        <w:rPr>
          <w:lang w:eastAsia="zh-CN"/>
        </w:rPr>
        <w:t>　　(5)因乙方维修质量问题，导致送修车辆出现事故造成重大损失的;</w:t>
      </w:r>
      <w:r>
        <w:rPr>
          <w:lang w:eastAsia="zh-CN"/>
        </w:rPr>
        <w:br/>
      </w:r>
      <w:r>
        <w:rPr>
          <w:lang w:eastAsia="zh-CN"/>
        </w:rPr>
        <w:t>　　(6)每月不认真、及时、准确地向甲方报送维修情况统计表的。</w:t>
      </w:r>
      <w:r>
        <w:rPr>
          <w:lang w:eastAsia="zh-CN"/>
        </w:rPr>
        <w:br/>
      </w:r>
      <w:r>
        <w:rPr>
          <w:lang w:eastAsia="zh-CN"/>
        </w:rPr>
        <w:t>　　15.2乙方在任何情况下都不得向甲方经办人提供任何形式的回扣，一经发现，甲方可立即全面终止合同，并没收履约保证金，同时提请有关部门追究有关当事人的责任。</w:t>
      </w:r>
      <w:r>
        <w:rPr>
          <w:lang w:eastAsia="zh-CN"/>
        </w:rPr>
        <w:br/>
      </w:r>
      <w:r>
        <w:rPr>
          <w:lang w:eastAsia="zh-CN"/>
        </w:rPr>
        <w:t>　　15.3甲方未按规定与乙方结算的，乙方有权单方面终止合同，并向甲方追究经济赔偿。</w:t>
      </w:r>
      <w:r>
        <w:rPr>
          <w:lang w:eastAsia="zh-CN"/>
        </w:rPr>
        <w:br/>
      </w:r>
      <w:r>
        <w:rPr>
          <w:lang w:eastAsia="zh-CN"/>
        </w:rPr>
        <w:t>　　16.乙方服务</w:t>
      </w:r>
      <w:r>
        <w:rPr>
          <w:lang w:eastAsia="zh-CN"/>
        </w:rPr>
        <w:br/>
      </w:r>
      <w:r>
        <w:rPr>
          <w:lang w:eastAsia="zh-CN"/>
        </w:rPr>
        <w:t>　　16.1乙方应实行24小时全天候服务，并接受甲方的监督。</w:t>
      </w:r>
      <w:r>
        <w:rPr>
          <w:lang w:eastAsia="zh-CN"/>
        </w:rPr>
        <w:br/>
      </w:r>
      <w:r>
        <w:rPr>
          <w:lang w:eastAsia="zh-CN"/>
        </w:rPr>
        <w:t>　　16.2乙方应严格执行合同中规定的各项维修工时费定额和收费标准及配件价格，接受甲方定期或不定期的对汽车配件、维修质量、车辆档案、服务承诺等的检查。如发现违规行为累计三次的，甲方将扣除其履约保证金并取消其定点维修厂的资格的处理。</w:t>
      </w:r>
      <w:r>
        <w:rPr>
          <w:lang w:eastAsia="zh-CN"/>
        </w:rPr>
        <w:br/>
      </w:r>
      <w:r>
        <w:rPr>
          <w:lang w:eastAsia="zh-CN"/>
        </w:rPr>
        <w:t>　　17.合同的有效期</w:t>
      </w:r>
      <w:r>
        <w:rPr>
          <w:lang w:eastAsia="zh-CN"/>
        </w:rPr>
        <w:br/>
      </w:r>
      <w:r>
        <w:rPr>
          <w:lang w:eastAsia="zh-CN"/>
        </w:rPr>
        <w:t>　　本合同的有效期为自_______年_______月_______日至_______年_______月_______日。</w:t>
      </w:r>
      <w:r>
        <w:rPr>
          <w:lang w:eastAsia="zh-CN"/>
        </w:rPr>
        <w:br/>
      </w:r>
      <w:r>
        <w:rPr>
          <w:lang w:eastAsia="zh-CN"/>
        </w:rPr>
        <w:t>　　18.合同生效及其他</w:t>
      </w:r>
      <w:r>
        <w:rPr>
          <w:lang w:eastAsia="zh-CN"/>
        </w:rPr>
        <w:br/>
      </w:r>
    </w:p>
    <w:p w:rsidR="001B1F19" w14:textId="27C3F48A">
      <w:pPr>
        <w:rPr>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18.1合同应在甲乙双方代表签字并加盖公章后生效。</w:t>
      </w:r>
      <w:r>
        <w:rPr>
          <w:lang w:eastAsia="zh-CN"/>
        </w:rPr>
        <w:br/>
      </w:r>
      <w:r>
        <w:rPr>
          <w:lang w:eastAsia="zh-CN"/>
        </w:rPr>
        <w:t>　　18.2本合同一式四份，甲乙双方各执二份。</w:t>
      </w:r>
      <w:r>
        <w:rPr>
          <w:lang w:eastAsia="zh-CN"/>
        </w:rPr>
        <w:br/>
      </w:r>
      <w:r>
        <w:rPr>
          <w:lang w:eastAsia="zh-CN"/>
        </w:rPr>
        <w:t>　　18.3如需修改或补充合同内容，应经甲方、乙方协商，共同签署书面修改或补充协议。该协议将作为本合同不可分割的一部分。</w:t>
      </w:r>
      <w:r>
        <w:rPr>
          <w:lang w:eastAsia="zh-CN"/>
        </w:rPr>
        <w:br/>
      </w:r>
      <w:r>
        <w:rPr>
          <w:lang w:eastAsia="zh-CN"/>
        </w:rPr>
        <w:t>　　18.5除甲方事先书面同意外，乙方不得部分转让或全部转让其应履行的合同义务。</w:t>
      </w:r>
      <w:r>
        <w:rPr>
          <w:lang w:eastAsia="zh-CN"/>
        </w:rPr>
        <w:br/>
      </w:r>
      <w:r>
        <w:rPr>
          <w:lang w:eastAsia="zh-CN"/>
        </w:rPr>
        <w:t>　　甲方(单位盖章)_______乙方(单位盖章)_______</w:t>
      </w:r>
      <w:r>
        <w:rPr>
          <w:lang w:eastAsia="zh-CN"/>
        </w:rPr>
        <w:br/>
      </w:r>
      <w:r>
        <w:rPr>
          <w:lang w:eastAsia="zh-CN"/>
        </w:rPr>
        <w:t>　　代表人：_________________代表人：_________________</w:t>
      </w:r>
      <w:r>
        <w:rPr>
          <w:lang w:eastAsia="zh-CN"/>
        </w:rPr>
        <w:br/>
      </w:r>
      <w:r>
        <w:rPr>
          <w:lang w:eastAsia="zh-CN"/>
        </w:rPr>
        <w:t>　　时间：___________________时间：___________________</w:t>
      </w:r>
      <w:r>
        <w:rPr>
          <w:lang w:eastAsia="zh-CN"/>
        </w:rPr>
        <w:br/>
      </w:r>
      <w:r>
        <w:rPr>
          <w:lang w:eastAsia="zh-CN"/>
        </w:rPr>
        <w:t>　　开户银行：_______________</w:t>
      </w:r>
      <w:r>
        <w:rPr>
          <w:lang w:eastAsia="zh-CN"/>
        </w:rPr>
        <w:br/>
      </w:r>
      <w:r>
        <w:rPr>
          <w:lang w:eastAsia="zh-CN"/>
        </w:rPr>
        <w:t>　　帐号：___________________</w:t>
      </w:r>
      <w:r>
        <w:rPr>
          <w:lang w:eastAsia="zh-CN"/>
        </w:rPr>
        <w:br/>
      </w:r>
      <w:r>
        <w:rPr>
          <w:lang w:eastAsia="zh-CN"/>
        </w:rPr>
        <w:t xml:space="preserve">    维修合同范本标准版 篇11 </w:t>
      </w:r>
      <w:r>
        <w:rPr>
          <w:lang w:eastAsia="zh-CN"/>
        </w:rPr>
        <w:br/>
      </w:r>
      <w:r>
        <w:rPr>
          <w:lang w:eastAsia="zh-CN"/>
        </w:rPr>
        <w:t>　　发包方(甲方)：</w:t>
      </w:r>
      <w:r>
        <w:rPr>
          <w:lang w:eastAsia="zh-CN"/>
        </w:rPr>
        <w:br/>
      </w:r>
      <w:r>
        <w:rPr>
          <w:lang w:eastAsia="zh-CN"/>
        </w:rPr>
        <w:t>　　承包方(乙方)：</w:t>
      </w:r>
      <w:r>
        <w:rPr>
          <w:lang w:eastAsia="zh-CN"/>
        </w:rPr>
        <w:br/>
      </w:r>
      <w:r>
        <w:rPr>
          <w:lang w:eastAsia="zh-CN"/>
        </w:rPr>
        <w:t>　　按照《中华人民共和国合同法》及有关法律，法规的规定，结合本设备具体情况，双方达成如下协议。</w:t>
      </w:r>
      <w:r>
        <w:rPr>
          <w:lang w:eastAsia="zh-CN"/>
        </w:rPr>
        <w:br/>
      </w:r>
      <w:r>
        <w:rPr>
          <w:lang w:eastAsia="zh-CN"/>
        </w:rPr>
        <w:t>　　第一条设备概况</w:t>
      </w:r>
      <w:r>
        <w:rPr>
          <w:lang w:eastAsia="zh-CN"/>
        </w:rPr>
        <w:br/>
      </w:r>
      <w:r>
        <w:rPr>
          <w:lang w:eastAsia="zh-CN"/>
        </w:rPr>
        <w:t>　　1.1设备名称：</w:t>
      </w:r>
      <w:r>
        <w:rPr>
          <w:lang w:eastAsia="zh-CN"/>
        </w:rPr>
        <w:br/>
      </w:r>
      <w:r>
        <w:rPr>
          <w:lang w:eastAsia="zh-CN"/>
        </w:rPr>
        <w:t>　　1.2设备地点：__医科大学</w:t>
      </w:r>
      <w:r>
        <w:rPr>
          <w:lang w:eastAsia="zh-CN"/>
        </w:rPr>
        <w:br/>
      </w:r>
      <w:r>
        <w:rPr>
          <w:lang w:eastAsia="zh-CN"/>
        </w:rPr>
        <w:t>　　1.3承包方式：乙方包工包料</w:t>
      </w:r>
      <w:r>
        <w:rPr>
          <w:lang w:eastAsia="zh-CN"/>
        </w:rPr>
        <w:br/>
      </w:r>
      <w:r>
        <w:rPr>
          <w:lang w:eastAsia="zh-CN"/>
        </w:rPr>
        <w:t>　　1.4工期：本设备自签订合同起年月日前竣工。</w:t>
      </w:r>
      <w:r>
        <w:rPr>
          <w:lang w:eastAsia="zh-CN"/>
        </w:rPr>
        <w:br/>
      </w:r>
      <w:r>
        <w:rPr>
          <w:lang w:eastAsia="zh-CN"/>
        </w:rPr>
        <w:t>　　1.5设备质量：合格。</w:t>
      </w:r>
      <w:r>
        <w:rPr>
          <w:lang w:eastAsia="zh-CN"/>
        </w:rPr>
        <w:br/>
      </w:r>
    </w:p>
    <w:p w:rsidR="001B1F19" w14:textId="27C3F48A">
      <w:pPr>
        <w:rPr>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1.6合同价款(人民币)：大写(￥)</w:t>
      </w:r>
      <w:r>
        <w:rPr>
          <w:lang w:eastAsia="zh-CN"/>
        </w:rPr>
        <w:br/>
      </w:r>
      <w:r>
        <w:rPr>
          <w:lang w:eastAsia="zh-CN"/>
        </w:rPr>
        <w:t>　　第二条甲方工作</w:t>
      </w:r>
      <w:r>
        <w:rPr>
          <w:lang w:eastAsia="zh-CN"/>
        </w:rPr>
        <w:br/>
      </w:r>
      <w:r>
        <w:rPr>
          <w:lang w:eastAsia="zh-CN"/>
        </w:rPr>
        <w:t>　　2.1开工前3天，向乙方进行现场交底。向乙方提供施工所需的水、电、气及电讯等设备，并说明使用注意事项。</w:t>
      </w:r>
      <w:r>
        <w:rPr>
          <w:lang w:eastAsia="zh-CN"/>
        </w:rPr>
        <w:br/>
      </w:r>
      <w:r>
        <w:rPr>
          <w:lang w:eastAsia="zh-CN"/>
        </w:rPr>
        <w:t>　　2.2指派为甲方驻工地代表，负责合同履行。对设备质量、进度进行监督检查，办理验收、变更、登记手续和其他事宜。涉及经济签证的，需按照安徽医科大学有关规定要求办理审批手续。</w:t>
      </w:r>
      <w:r>
        <w:rPr>
          <w:lang w:eastAsia="zh-CN"/>
        </w:rPr>
        <w:br/>
      </w:r>
      <w:r>
        <w:rPr>
          <w:lang w:eastAsia="zh-CN"/>
        </w:rPr>
        <w:t>　　2.3如确定需要拆改原建筑物结构或设备管线，负责到有关部门办理相应审批手续。</w:t>
      </w:r>
      <w:r>
        <w:rPr>
          <w:lang w:eastAsia="zh-CN"/>
        </w:rPr>
        <w:br/>
      </w:r>
      <w:r>
        <w:rPr>
          <w:lang w:eastAsia="zh-CN"/>
        </w:rPr>
        <w:t>　　第三条乙方职责：</w:t>
      </w:r>
      <w:r>
        <w:rPr>
          <w:lang w:eastAsia="zh-CN"/>
        </w:rPr>
        <w:br/>
      </w:r>
      <w:r>
        <w:rPr>
          <w:lang w:eastAsia="zh-CN"/>
        </w:rPr>
        <w:t>　　3.1设备质量方面：乙方应加强施工中的质量控制措施和管理，确保设备质量达到合格等级。</w:t>
      </w:r>
      <w:r>
        <w:rPr>
          <w:lang w:eastAsia="zh-CN"/>
        </w:rPr>
        <w:br/>
      </w:r>
      <w:r>
        <w:rPr>
          <w:lang w:eastAsia="zh-CN"/>
        </w:rPr>
        <w:t>　　3.2劳动安全方面：乙方应加强施工现场人员的劳动管理和劳动教育，注意劳动安全，做好施工现场防火、防盗、防触电等工作，不得随意破坏施工现场的安全围护设施，如发生工伤事故或意外事故，均由乙方自行负责。同时乙方施工人员必须服从和遵守甲方管理的有关规定及规章制度。</w:t>
      </w:r>
      <w:r>
        <w:rPr>
          <w:lang w:eastAsia="zh-CN"/>
        </w:rPr>
        <w:br/>
      </w:r>
      <w:r>
        <w:rPr>
          <w:lang w:eastAsia="zh-CN"/>
        </w:rPr>
        <w:t>　　3.3文明施工方面：材料堆放及现场施工应服从甲方管理，做到材料堆放整齐、规范，施工现场保证工完场地清;保持施工现场整洁、通畅。施工现场严禁打架、斗殴，工作前严禁喝酒，对违反责任者将从重处罚，所处罚金将直接从设备款中扣除。</w:t>
      </w:r>
      <w:r>
        <w:rPr>
          <w:lang w:eastAsia="zh-CN"/>
        </w:rPr>
        <w:br/>
      </w:r>
    </w:p>
    <w:p w:rsidR="001B1F19" w14:textId="27C3F48A">
      <w:pPr>
        <w:rPr>
          <w:lang w:eastAsia="zh-CN"/>
        </w:rPr>
      </w:pPr>
      <w:r>
        <w:rPr>
          <w:lang w:eastAsia="zh-CN"/>
        </w:rPr>
        <w:t>　　3.4成品保护方面：乙方应加强成品保护工作，既要防止成品被别人破坏，又要防止破坏别人的成品。属乙方自己的成品，破坏后由乙方自行负责;乙方破坏其他人的成品，损失由乙方承担，损失费用从设备款中扣除。</w:t>
      </w:r>
      <w:r>
        <w:rPr>
          <w:lang w:eastAsia="zh-CN"/>
        </w:rPr>
        <w:br/>
      </w:r>
      <w:r>
        <w:rPr>
          <w:lang w:eastAsia="zh-CN"/>
        </w:rPr>
        <w:t>　　3.5负责保护周围建筑物及装修、设备管线、绿地等不受损坏，否则应承担相应费用。</w:t>
      </w:r>
      <w:r>
        <w:rPr>
          <w:lang w:eastAsia="zh-CN"/>
        </w:rPr>
        <w:br/>
      </w:r>
      <w:r>
        <w:rPr>
          <w:lang w:eastAsia="zh-CN"/>
        </w:rPr>
        <w:t>　　3.6配合有关部门做好现场保卫、消防、垃圾处理与清运等工作，并承担费用。</w:t>
      </w:r>
      <w:r>
        <w:rPr>
          <w:lang w:eastAsia="zh-CN"/>
        </w:rPr>
        <w:br/>
      </w:r>
      <w:r>
        <w:rPr>
          <w:lang w:eastAsia="zh-CN"/>
        </w:rPr>
        <w:t>　　3.7保险和设备施工期间所发生伤亡等一切事故，均由乙方承担，所发生的一切费用均由乙方全部支付。</w:t>
      </w:r>
      <w:r>
        <w:rPr>
          <w:lang w:eastAsia="zh-CN"/>
        </w:rPr>
        <w:br/>
      </w:r>
      <w:r>
        <w:rPr>
          <w:lang w:eastAsia="zh-CN"/>
        </w:rPr>
        <w:t>　　3.6指派为乙方驻工地代表，负责合同履行。按要求组织施工，保质、保量、按期完成施工任务，解决由乙方负责的各项事宜。</w:t>
      </w:r>
      <w:r>
        <w:rPr>
          <w:lang w:eastAsia="zh-CN"/>
        </w:rPr>
        <w:br/>
      </w:r>
      <w:r>
        <w:rPr>
          <w:lang w:eastAsia="zh-CN"/>
        </w:rPr>
        <w:t>　　第四条工期约定</w:t>
      </w:r>
      <w:r>
        <w:rPr>
          <w:lang w:eastAsia="zh-CN"/>
        </w:rPr>
        <w:br/>
      </w:r>
      <w:r>
        <w:rPr>
          <w:lang w:eastAsia="zh-CN"/>
        </w:rPr>
        <w:t>　　4.1甲方要求比合同约定的工期提前竣工时，应征得乙方同意，并支付乙方因赶工采取的措施费用。</w:t>
      </w:r>
      <w:r>
        <w:rPr>
          <w:lang w:eastAsia="zh-CN"/>
        </w:rPr>
        <w:br/>
      </w:r>
      <w:r>
        <w:rPr>
          <w:lang w:eastAsia="zh-CN"/>
        </w:rPr>
        <w:t>　　4.2因甲方未按约定完成工作，影响工期，工期顺延。</w:t>
      </w:r>
      <w:r>
        <w:rPr>
          <w:lang w:eastAsia="zh-CN"/>
        </w:rPr>
        <w:br/>
      </w:r>
      <w:r>
        <w:rPr>
          <w:lang w:eastAsia="zh-CN"/>
        </w:rPr>
        <w:t>　　第五条设备质量及验收标准</w:t>
      </w:r>
      <w:r>
        <w:rPr>
          <w:lang w:eastAsia="zh-CN"/>
        </w:rPr>
        <w:br/>
      </w:r>
      <w:r>
        <w:rPr>
          <w:lang w:eastAsia="zh-CN"/>
        </w:rPr>
        <w:t>　　5.1本设备以施工图纸、做法说明、设计变更和《建筑装饰设备施工及验收规范》(JGJ73-91)、《建筑安装设备质量检验评定同意标准》(GBJ300-88)等国家指定的施工及验收规范为质量评定验收标准。</w:t>
      </w:r>
      <w:r>
        <w:rPr>
          <w:lang w:eastAsia="zh-CN"/>
        </w:rPr>
        <w:br/>
      </w:r>
      <w:r>
        <w:rPr>
          <w:lang w:eastAsia="zh-CN"/>
        </w:rPr>
        <w:t>　　5.2本设备质量达到国家质量评定合格标准。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https://d.book118.com/758051031024006044</w:t>
        </w:r>
      </w:hyperlink>
    </w:p>
    <w:p w:rsidR="001B1F19">
      <w:pPr>
        <w:rPr>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8051031024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