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公用设备工程师之专业案例（暖通空调专业）题库</w:t>
      </w:r>
    </w:p>
    <w:p/>
    <w:p>
      <w:pPr>
        <w:jc w:val="center"/>
      </w:pPr>
      <w:r>
        <w:rPr>
          <w:rFonts w:ascii="黑体" w:hAnsi="黑体"/>
          <w:b/>
          <w:sz w:val="28"/>
        </w:rPr>
        <w:t>第一部分  单选题(300题)</w:t>
      </w:r>
    </w:p>
    <w:p>
      <w:r>
        <w:t>1、一建筑高度为20m的商贸楼，其不具备自然排烟条件的防烟楼梯间和前室各设置有一道1.6m×2m(h)的双扇防火门，若考虑加压房间密封程度的背压系数a=0.8，漏风附加率为b=0.15，开启门洞出口的平均风速为1.0m/s。试问：当仅防烟楼梯间送风，前室不送风时，采用门洞流速法计算的机械加压送风系统的送风量应是下列选项中的哪一项？</w:t>
        <w:br/>
        <w:t>A.14000～18000m3/h</w:t>
        <w:br/>
        <w:t>B.20000～24000m3/h</w:t>
        <w:br/>
        <w:t>C.25000～29000m3/h</w:t>
        <w:br/>
        <w:t>D.30000～35000m3/h</w:t>
        <w:br/>
        <w:br/>
        <w:t xml:space="preserve">【答案】：D </w:t>
      </w:r>
    </w:p>
    <w:p>
      <w:r>
        <w:t>2、某金属熔化炉，炉内金属温度为650℃，环境温度为30℃，炉口直径为0.65m，散热面为水平面，于炉口上方1.0m处设圆形接受罩，接受罩的直径为下列哪一项？(  )</w:t>
        <w:br/>
        <w:t>A.0.65～1.0m</w:t>
        <w:br/>
        <w:t>B.1.01～1.30m</w:t>
        <w:br/>
        <w:t>C.1.31～1.60m</w:t>
        <w:br/>
        <w:t>D.1.61～1.90m</w:t>
        <w:br/>
        <w:br/>
        <w:t xml:space="preserve">【答案】：D </w:t>
      </w:r>
    </w:p>
    <w:p>
      <w:pPr>
        <w:sectPr w:rsidSect="00034616">
          <w:pgSz w:w="12240" w:h="15840"/>
          <w:pgMar w:top="1440" w:right="1800" w:bottom="1440" w:left="1800" w:header="720" w:footer="720" w:gutter="0"/>
          <w:cols w:space="720"/>
          <w:docGrid w:linePitch="360"/>
        </w:sectPr>
      </w:pPr>
      <w:r>
        <w:t>3、某用户的供暖设计热负荷为150kW，设计供回水温度为85℃/60℃，计算阻力损失为30kPa，其入口外网的实际供回水压差为50kPa，该用户的水力失调度应为(</w:t>
      </w:r>
      <w:r>
        <w:t xml:space="preserve"> </w:t>
      </w:r>
    </w:p>
    <w:p>
      <w:r>
        <w:t xml:space="preserve"> )。</w:t>
        <w:br/>
        <w:t>A.1.29</w:t>
        <w:br/>
        <w:t>B.1.00</w:t>
        <w:br/>
        <w:t>C.O.78</w:t>
        <w:br/>
        <w:t>D.无法确定</w:t>
        <w:br/>
        <w:br/>
        <w:t>【答案】：A</w:t>
      </w:r>
      <w:r>
        <w:t xml:space="preserve"> </w:t>
      </w:r>
    </w:p>
    <w:p>
      <w:r>
        <w:t>4、采用低温热水地板辐射供暖系统的住宅，其中一个卧室使用面积为18㎡，家具覆盖40%的地面，设计室内空气温度为18℃。该卧室地面辐射供暖的最大供热能力是(  )。</w:t>
        <w:br/>
        <w:t>A.1214W</w:t>
        <w:br/>
        <w:t>B.2023W</w:t>
        <w:br/>
        <w:t>C.2614W</w:t>
        <w:br/>
        <w:t>D.4356W</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r>
        <w:t>5、某房间吊顶中有一段镀锌钢板的空调送风管，其设计空气温度为10℃，设计采用了20mm橡塑海绵保温层，并要求保温材料的导热系数不大于0.03W/(m·K)，运行过程中发现该风管保温层外表面出现了冷凝水，实测风管的环境温度为30℃，相对湿度为75%，与设计工况相同，管内空气温度为8℃，检查发现保温层厚度满足要求，风管内、外表面的表面传热系数分别按25W/(㎡·K)和8W/(㎡·K)计算，计算中风管热阻可以忽略。根据测试结果分析，对结露原因的判断中正确的是(  )。</w:t>
        <w:br/>
        <w:t>A.结露是由于设计的保温层厚度太小造成的</w:t>
        <w:br/>
        <w:t>B.结露是由于运行参数不对、送风温度太低造成的</w:t>
        <w:br/>
        <w:t>C.结露是由于材料质量问题造成的</w:t>
        <w:br/>
        <w:t>D.结露是由于综合因素造成的，因此无法准确判断责任方</w:t>
        <w:br/>
        <w:br/>
        <w:t xml:space="preserve">【答案】：C </w:t>
      </w:r>
    </w:p>
    <w:p>
      <w:r>
        <w:t>6、3个除尘器分别具有60%，70%和80%的全效率，当将它们串联使用时，效率为(  )除尘器应放在前级，串联后总效率为(  )。</w:t>
        <w:br/>
        <w:t>A.60%，97.6%</w:t>
        <w:br/>
        <w:t>B.60%，95.8%</w:t>
        <w:br/>
        <w:t>C.80%，97.6%</w:t>
        <w:br/>
        <w:t>D.80%，95.8%</w:t>
        <w:br/>
        <w:br/>
        <w:t xml:space="preserve">【答案】：A </w:t>
      </w:r>
    </w:p>
    <w:p>
      <w:r>
        <w:t>7、某热水采暖系统运行时实测流量为9000kg/h，系统总压力损失为10kPa，现将流量减小为8000kg/h，系统总压力损失为多少？</w:t>
        <w:br/>
        <w:t>A.0.78～0.80kPa</w:t>
        <w:br/>
        <w:t>B.5.5～5.8kPa</w:t>
        <w:br/>
        <w:t>C.7.8～8.okPa</w:t>
        <w:br/>
        <w:t>D.8.1～8.3kPa</w:t>
        <w:br/>
        <w:br/>
        <w:t xml:space="preserve">【答案】：C </w:t>
      </w:r>
    </w:p>
    <w:p>
      <w:r>
        <w:t>8、某洁净房间空气含尘浓度为0.5μm粒子3600个/m3，其空气洁净等级按国际标准规定的是下列哪一项？并列出判定过程。</w:t>
        <w:br/>
        <w:t>A.4.6级</w:t>
        <w:br/>
        <w:t>B.4.8级</w:t>
        <w:br/>
        <w:t>C.5.0级</w:t>
        <w:br/>
        <w:t>D.5.2级</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9、某仓库容积为1000m3，梅雨季节时，所在地的室外计算干球温度为34℃，相对湿度为80%，现要求库内空气温度为30℃，相对湿度为50%，选用总风量为2000m3/h的除湿机除湿。已知，建筑和设备的散湿量为0.2kg/h，库内人员的散湿量为0.8kg/h，库内自然渗透的换气量为每小时一次，按标准大气压考虑，空气密度取1.2kg/m3时，除湿机出口空气的含湿量应为下列哪一项？</w:t>
        <w:br/>
        <w:t>A.</w:t>
        <w:br/>
        <w:t>B.</w:t>
        <w:br/>
        <w:t>C.</w:t>
        <w:br/>
        <w:t>D.</w:t>
        <w:br/>
        <w:br/>
        <w:t>【答案】：B</w:t>
      </w:r>
      <w:r>
        <w:t xml:space="preserve"> </w:t>
      </w:r>
    </w:p>
    <w:p>
      <w:r>
        <w:t>10、北京市某住宅区总建筑面积为36000㎡，供暖面积热指标为40W/㎡，室内计算温度18℃，供暖室外计算温度-9℃，通风室外计算温度-5℃，供暖期室外平均温度-1.6℃，供暖期129d，计算供暖年耗热量为(  )。</w:t>
        <w:br/>
        <w:t>A.</w:t>
        <w:br/>
        <w:t>B.</w:t>
        <w:br/>
        <w:t>C.</w:t>
        <w:br/>
        <w:t>D.</w:t>
        <w:br/>
        <w:br/>
        <w:t xml:space="preserve">【答案】：A </w:t>
      </w:r>
    </w:p>
    <w:p>
      <w:r>
        <w:t>11、某房间面积为20㎡，高为2.8m，室内温度为20℃，相对湿度为50%。1次换气通风，散热器热量为Q，采用喷雾加湿，室外温度为-6℃，相对湿度为50%，则加湿量和热量Q的变化为(  )。</w:t>
        <w:br/>
        <w:t>A.200～220kg/h，Q不变</w:t>
        <w:br/>
        <w:t>B.400～420kg/h，Q不变</w:t>
        <w:br/>
        <w:t>C.200～220kg／h，Q变大</w:t>
        <w:br/>
        <w:t>D.400～420kg/h，Q变大</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12、某办公楼空调制冷系统拟采用冰蓄冷方式，制冷系统的白天运行10h，当地谷价电时间为23：00～7：00，计算日总冷负荷Q=53000kWh，采用部分负荷蓄冷方式(制冷机制冰时制冷能力变化率Cf=0.7)，则蓄冷装置有效容量为下列何项？(</w:t>
      </w:r>
      <w:r>
        <w:t xml:space="preserve"> </w:t>
      </w:r>
      <w:r>
        <w:t xml:space="preserve"> )。</w:t>
        <w:br/>
        <w:t>A.5300～5400kW</w:t>
        <w:br/>
        <w:t>B.7500～7600kW</w:t>
        <w:br/>
        <w:t>C.19000～19100kWh</w:t>
        <w:br/>
        <w:t>D.23700～23800kWh</w:t>
        <w:br/>
        <w:br/>
        <w:t>【答案】：C</w:t>
      </w:r>
      <w:r>
        <w:t xml:space="preserve"> </w:t>
      </w:r>
    </w:p>
    <w:p>
      <w:r>
        <w:t>13、一空调房间气流组织采用侧送风，风口当量直径为0.2m，单股送风射流所管辖的房间面积为4㎡，则送风口的允许最大出口风速为(  )m/s。</w:t>
        <w:br/>
        <w:t>A.1.9</w:t>
        <w:br/>
        <w:t>B.2.5</w:t>
        <w:br/>
        <w:t>C.4.8</w:t>
        <w:br/>
        <w:t>D.3.6</w:t>
        <w:br/>
        <w:br/>
        <w:t xml:space="preserve">【答案】：D </w:t>
      </w:r>
    </w:p>
    <w:p>
      <w:r>
        <w:t>14、某建筑供水系统，1～4层为外网直接供水，5～18层为高位水箱供水，由水泵从水池中抽取向水箱供水，每层住户3人，6个住户，每层有低水箱冲落式大便器、沐浴器、热水器、洗脸盆、洗涤盆、家用洗衣机，小时变化系数和定额均取最小值。问水箱调节水量为多少？</w:t>
        <w:br/>
        <w:t>A.1.0～1.3m3</w:t>
        <w:br/>
        <w:t>B.1.5～1.8m3</w:t>
        <w:br/>
        <w:t>C.2.0～2.3m3</w:t>
        <w:br/>
        <w:t>D.2.4～2.9m3</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15、某酒店采用太阳能+电辅助加热的中央热水系统。已知，全年日平均用热负荷为2600kW·h，该地可用太阳能的时间为290d，同时，其日辅助电加热量为日平均用热负荷的20%，其余时间均采用电加热器加热。为了节能，拟采用热泵热水机组取代电加热器，满足使用功能的条件下，机组制热COP=4.60。利用太阳能时，若不计循环热水泵耗电量以及热损失，新方案的年节电量应是下列哪一项？(</w:t>
      </w:r>
      <w:r>
        <w:t xml:space="preserve"> </w:t>
      </w:r>
      <w:r>
        <w:t xml:space="preserve"> )</w:t>
        <w:br/>
        <w:t>A.250000～325000kW·h</w:t>
        <w:br/>
        <w:t>B.325500～327500kW·h</w:t>
        <w:br/>
        <w:t>C.328000～330000kW·h</w:t>
        <w:br/>
        <w:t>D.330500～332500kW·h</w:t>
        <w:br/>
        <w:br/>
        <w:t>【答案】：A</w:t>
      </w:r>
      <w:r>
        <w:t xml:space="preserve"> </w:t>
      </w:r>
    </w:p>
    <w:p>
      <w:r>
        <w:t>16、某变制冷剂流量(VRV)系统，标准工况及配管情况下系统性能系数COP一2.7，而此系统最远末端超出额定配管长度为120m，吸气管平均阻力相当于0.06℃／m，液管平均阻力相当于0.03℃/m，问该系统满负荷时，系统的实际性能系数应为下列何值？注：蒸发温度增／降1℃，COP约增／降3%；冷凝温度增／降1℃，COP约降／增1.5%。</w:t>
        <w:br/>
        <w:t>A.＜1.9</w:t>
        <w:br/>
        <w:t>B.1.9～2.O</w:t>
        <w:br/>
        <w:t>C.2.1～2.2</w:t>
        <w:br/>
        <w:t>D.＞2.2</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r>
        <w:t>17、某建筑物的空调系统采用水冷冷水机组作为冷源，冷水机组的冷却水由机械通风逆流式玻璃钢冷却塔循环冷却。冷水机组和冷却水泵位于建筑物地下层，冷却塔置于建筑物屋面。冷却水泵出口中心至冷却塔集水盘水面和冷却塔布水器进口中心的距离分别为32.4m和36.9m。冷却塔布水器喷头的喷雾压力为0.041MPa。经水力计算，冷却水管路阻力为0.039MPa。如果冷水机组的冷凝器水侧阻力为0.068MPa，则冷却水泵的扬程应为(</w:t>
      </w:r>
      <w:r>
        <w:t xml:space="preserve"> </w:t>
      </w:r>
    </w:p>
    <w:p>
      <w:r>
        <w:t xml:space="preserve"> )。</w:t>
        <w:br/>
        <w:t>A.0.560～0.570MPa</w:t>
        <w:br/>
        <w:t>B.0.210～0.220MPa</w:t>
        <w:br/>
        <w:t>C.0.160～0.170MPa</w:t>
        <w:br/>
        <w:t>D.0.190～0.200MPa</w:t>
        <w:br/>
        <w:br/>
        <w:t>【答案】：B</w:t>
      </w:r>
      <w:r>
        <w:t xml:space="preserve"> </w:t>
      </w:r>
    </w:p>
    <w:p>
      <w:r>
        <w:t>18、某栋楼的空调水系统，冷水机组的阻力为100kPa，管道为异程系统，最远环路的阻力最大，其单程长度50m，比摩阻均按150Pa/m估算，局部阻力为摩擦阻力的50%，过滤器、分集水器等管道附件的阻力为80kPa，最远环路空调末端阻力为43kPa，则循环水泵的扬程应选(  )m。</w:t>
        <w:br/>
        <w:t>A.24</w:t>
        <w:br/>
        <w:t>B.26</w:t>
        <w:br/>
        <w:t>C.28</w:t>
        <w:br/>
        <w:t>D.30</w:t>
        <w:br/>
        <w:br/>
        <w:t xml:space="preserve">【答案】：C </w:t>
      </w:r>
    </w:p>
    <w:p>
      <w:r>
        <w:t>19、设置于室外的某空气源热泵冷(热)水机组的产品样本标注的噪声值为70dB(A)(距机组Im，距地面1.5m的实测值)，距机组距离10m处的噪声值应是(  )。</w:t>
        <w:br/>
        <w:t>A.49～51dB(A)</w:t>
        <w:br/>
        <w:t>B.52～54dB(A)</w:t>
        <w:br/>
        <w:t>C.55～57dB(A)</w:t>
        <w:br/>
        <w:t>D.58～60dB(A)</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20、设办公楼首层房间的供暖设计温度为16℃，地下室供暖设计温度为8℃，为满足内表面不结露和卫生要求，地下室顶板的最小传热阻为(</w:t>
      </w:r>
      <w:r>
        <w:t xml:space="preserve"> </w:t>
      </w:r>
    </w:p>
    <w:p>
      <w:r>
        <w:t xml:space="preserve"> )。</w:t>
        <w:br/>
        <w:t>A.0.18㎡·K/W</w:t>
        <w:br/>
        <w:t>B.0.23㎡·K/W</w:t>
        <w:br/>
        <w:t>C.4.34㎡·K/W</w:t>
        <w:br/>
        <w:t>D.无限制</w:t>
        <w:br/>
        <w:br/>
        <w:t>【答案】：D</w:t>
      </w:r>
      <w:r>
        <w:t xml:space="preserve"> </w:t>
      </w:r>
    </w:p>
    <w:p>
      <w:r>
        <w:t>21、某洁净室在新风管道上安装了粗效、中效和亚高效过滤器，对0.5μm以上的粒子的总效率为99%，回风部分安装的亚高效过滤器对0.5μm以上的粒子的效率为97%，新风和回风混合后经过高效过滤器，过滤器对0.5μm以上粒子的效率为99.9%，已知室外新风中大于0.5μm以上粒子总数为106粒/L，回风中大于0.5μm以上粒子总数为3.5粒L，新回风比为1：4，高效过滤器出口大于0.5μm以上粒子浓度为下列哪一项？(  )</w:t>
        <w:br/>
        <w:t>A.9～15粒/L</w:t>
        <w:br/>
        <w:t>B.4～8粒/L</w:t>
        <w:br/>
        <w:t>C.1～3粒/L</w:t>
        <w:br/>
        <w:t>D.＜1粒/L</w:t>
        <w:br/>
        <w:br/>
        <w:t xml:space="preserve">【答案】：C </w:t>
      </w:r>
    </w:p>
    <w:p>
      <w:r>
        <w:t>22、某项目采用地源热泵进行集中供冷、供热，经测量，有效换热深度为90m，敷设单U形换热管，设夏、冬季单位管长的换热量均为q=30W／m，夏季冷负荷和冬季热负荷均为450kW，所选热泵机组夏季性能系数EER=5，冬季性能系数COP=4，在理想换热状态下，所需孔数应为下列何项？(  )。</w:t>
        <w:br/>
        <w:t>A.63孔</w:t>
        <w:br/>
        <w:t>B.94孔</w:t>
        <w:br/>
        <w:t>C.100孔</w:t>
        <w:br/>
        <w:t>D.173孔</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23、有一工艺需求的净面积为120㎡(12m×10m)混合流洁净室，吊顶高度为3m，在6级环境中心设置18㎡(3m×6m)的5级垂直单向流洁净区，室内工作人员很少，室内热、湿负荷也很小。净化空调送风方案均采用FFU在吊顶布置，6级洁净区双侧沿长边方向布置下侧回风，5级洁净区采用垂吊围帘至工作区上方围挡，洁净室需求的粗效、中效空气过滤和冷、热湿处理由一台净化空调机组负担，温湿度控制元件设置在5级洁净区的工作区域内。该设计方案的净化空调机组总送风量宜选取(</w:t>
      </w:r>
      <w:r>
        <w:t xml:space="preserve"> </w:t>
      </w:r>
      <w:r>
        <w:t xml:space="preserve"> )。</w:t>
        <w:br/>
        <w:t>A.</w:t>
        <w:br/>
        <w:t>B.</w:t>
        <w:br/>
        <w:t>C.</w:t>
        <w:br/>
        <w:t>D.</w:t>
        <w:br/>
        <w:br/>
        <w:t>【答案】：B</w:t>
      </w:r>
      <w:r>
        <w:t xml:space="preserve"> </w:t>
      </w:r>
    </w:p>
    <w:p>
      <w:r>
        <w:t>24、已知空调系统送风温度为12℃，送风管为矩形风管，采用橡塑海绵保温，其导热系数为0.035W/(m·K)，风管设在吊顶内，风管外表面传热系数按8.1W/(㎡·K)计算，其夏季的环境参数为：干球温度32℃、相对湿度70%，不结露的保温厚度应不小于(  )。</w:t>
        <w:br/>
        <w:t>A.10mm</w:t>
        <w:br/>
        <w:t>B.15mm</w:t>
        <w:br/>
        <w:t>C.20mm</w:t>
        <w:br/>
        <w:t>D.25mm</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r>
        <w:t>25、某大楼安装一台额定冷量为500kW的冷水机组(COP=5)，系统冷冻水水泵功率为25kW，冷却水泵功率为20kW，冷却塔风机功率为4kW，设水系统按定水量方式运行，且水泵和风机均处于额定工况运行，冷机的COP在部分负荷时维持不变。已知大楼整个供冷季100%、75%、50%、25%负荷的时间份额依次为0.1、0.2、0.4和0.3，则该空调系统在整个供冷季的系统能效比(不考虑末端能耗)为(</w:t>
      </w:r>
      <w:r>
        <w:t xml:space="preserve"> </w:t>
      </w:r>
    </w:p>
    <w:p>
      <w:r>
        <w:t xml:space="preserve"> )。</w:t>
        <w:br/>
        <w:t>A.4.5～5.0</w:t>
        <w:br/>
        <w:t>B.3.2～3.5</w:t>
        <w:br/>
        <w:t>C.2.4～2.7</w:t>
        <w:br/>
        <w:t>D.1.6～1.9</w:t>
        <w:br/>
        <w:br/>
        <w:t>【答案】：C</w:t>
      </w:r>
      <w:r>
        <w:t xml:space="preserve"> </w:t>
      </w:r>
    </w:p>
    <w:p>
      <w:r>
        <w:t>26、某体育馆有3000人，每人散热量为：显热65W，潜热69W，人员集群系数取0.92，试问该体育馆人员的空调冷负荷约为下列何值？</w:t>
        <w:br/>
        <w:t>A.约400kW</w:t>
        <w:br/>
        <w:t>B.约370kW</w:t>
        <w:br/>
        <w:t>C.约210kW</w:t>
        <w:br/>
        <w:t>D.约200kW</w:t>
        <w:br/>
        <w:br/>
        <w:t xml:space="preserve">【答案】：B </w:t>
      </w:r>
    </w:p>
    <w:p>
      <w:r>
        <w:t>27、空调机房内设置有四套组合式空调机组，各系统对应风机的声功率级分别为：K-1，85dB，K-2，80dB，K-3，75dB，K-4，70dB。该空调机房内的最大声功率级应是下列哪一项？(  )</w:t>
        <w:br/>
        <w:t>A.85～85.9d</w:t>
        <w:br/>
        <w:t>B.86～86.9dB</w:t>
        <w:br/>
        <w:t>C.87～87.9dB</w:t>
        <w:br/>
        <w:t>D.88～88.9dB</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r>
        <w:t>28、一溴化锂吸收式制冷系统，发生器热负荷为1748.84kW，制冷量为1162.97kW。制冷剂水进、出冷凝器和进、出蒸发器的比焓分别为3099.1kJ/kg，610.9kJ/kg禾口610.9kJ/kg，2927.8kJ/kg。冷凝器出口制冷剂为饱和状态，冷凝温度为46℃。制冷系统冷却水采用串联式，冷凝器冷却水进出口温差为3.87℃，如果冷却水进出制冷系统的温差为9℃，则吸收器所需冷却水量为(</w:t>
      </w:r>
      <w:r>
        <w:t xml:space="preserve"> </w:t>
      </w:r>
    </w:p>
    <w:p>
      <w:r>
        <w:t xml:space="preserve"> )。</w:t>
        <w:br/>
        <w:t>A.</w:t>
        <w:br/>
        <w:t>B.</w:t>
        <w:br/>
        <w:t>C.</w:t>
        <w:br/>
        <w:t>D.</w:t>
        <w:br/>
        <w:br/>
        <w:t>【答案】：C</w:t>
      </w:r>
      <w:r>
        <w:t xml:space="preserve"> </w:t>
      </w:r>
    </w:p>
    <w:p>
      <w:r>
        <w:t>29、某工厂厂区采用蒸汽供暖，蒸汽压力为0.6MPa，从锅炉到最远用户的距离为500m，摩擦压力损失占总压力损失的60%，单位长度摩擦压力损失为(  )。</w:t>
        <w:br/>
        <w:t>A.720Pa/m</w:t>
        <w:br/>
        <w:t>B.300Pa/m</w:t>
        <w:br/>
        <w:t>C.180Pa/m</w:t>
        <w:br/>
        <w:t>D.100Pa/m</w:t>
        <w:br/>
        <w:br/>
        <w:t xml:space="preserve">【答案】：C </w:t>
      </w:r>
    </w:p>
    <w:p>
      <w:r>
        <w:t>30、某空调系统供热负荷为1500kW，系统热媒为60℃/50℃的热水，外网热媒为95℃/70℃的热水，拟采用板式换热器进行换热，其传热系数为4000W/(㎡·℃)，污垢系数为0.7，换热器面积应为(  )。</w:t>
        <w:br/>
        <w:t>A.18～19㎡</w:t>
        <w:br/>
        <w:t>B.19.5～20.5㎡</w:t>
        <w:br/>
        <w:t>C.21～22㎡</w:t>
        <w:br/>
        <w:t>D.22.5～23.5㎡</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r>
        <w:t>31、某酒店采用太阳能+电辅助加热的中央热水系统。已知，全年日平均用热负荷为2600kW·h，该地可用太阳能的时间为290d，同时，其日辅助电加热量为日平均用热负荷的20%，其余时间均采用电加热器加热。为了节能，拟采用热泵热水机组取代电加热器，满足使用功能的条件下，机组制热COP=4.60。利用太阳能时，若不计循环热水泵耗电量以及热损失，新方案的年节电量应是下列哪一项？(</w:t>
      </w:r>
      <w:r>
        <w:t xml:space="preserve"> </w:t>
      </w:r>
    </w:p>
    <w:p>
      <w:r>
        <w:t xml:space="preserve"> )</w:t>
        <w:br/>
        <w:t>A.250000～325000kW·h</w:t>
        <w:br/>
        <w:t>B.325500～327500kW·h</w:t>
        <w:br/>
        <w:t>C.328000～330000kW·h</w:t>
        <w:br/>
        <w:t>D.330500～332500kW·h</w:t>
        <w:br/>
        <w:br/>
        <w:t>【答案】：A</w:t>
      </w:r>
      <w:r>
        <w:t xml:space="preserve"> </w:t>
      </w:r>
    </w:p>
    <w:p>
      <w:r>
        <w:t>32、某高层写字楼地下1层内走道长65m，宽2m，与走道相通的房间总面积800㎡，其中无窗房间面积300㎡，设固定窗房间面积100㎡，设可开启外窗房间面积400㎡。欲设1个机械排烟系统，在不考虑划分防烟分区的情况下其排烟风量最小为(  )。</w:t>
        <w:br/>
        <w:t>A.</w:t>
        <w:br/>
        <w:t>B.</w:t>
        <w:br/>
        <w:t>C.</w:t>
        <w:br/>
        <w:t>D.</w:t>
        <w:br/>
        <w:br/>
        <w:t xml:space="preserve">【答案】：C </w:t>
      </w:r>
    </w:p>
    <w:p>
      <w:r>
        <w:t>33、某建筑物，设计计算冬季采暖热负荷为250kW，热媒为95/70℃的热水，室内采暖系统计算阻力损失为43kPa，而实际运行时测得：供回水温度为90/70℃，热力入口处供回水压差为52.03kPa，如管道计算阻力损失无误，系统实际供热量为下列何值？</w:t>
        <w:br/>
        <w:t>A.165～182kW</w:t>
        <w:br/>
        <w:t>B.215～225kW</w:t>
        <w:br/>
        <w:t>C.240～245kW</w:t>
        <w:br/>
        <w:t>D.248～252kW</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34、以下四台同一系列的后向机翼型离心通风机，均在高效率运行情况时，比较其噪声性能哪一台为最好？</w:t>
        <w:br/>
        <w:t>A.风量50000m3/h，全压600Pa，声功率级105d</w:t>
        <w:br/>
        <w:t>B.风量100000m3/h，全压800Pa，声功率级110dB</w:t>
        <w:br/>
        <w:t>C.风量80000m3/h，全压700Pa，声功率级110dB</w:t>
        <w:br/>
        <w:t>D.风量20000m3/h，全压500Pa，声功率级100dB</w:t>
        <w:br/>
        <w:br/>
        <w:t>【答案】：B</w:t>
      </w:r>
      <w:r>
        <w:t xml:space="preserve"> </w:t>
      </w:r>
    </w:p>
    <w:p>
      <w:r>
        <w:t>35、某热水网路设计供回水温度为110℃/70℃，网路上连接5个供暖热用户，散热设备为普通铸铁散热器，用户底层地面和热源内循环水泵中心线等高，用户1，2，3，4，5的楼高分别为21m，15m，24m，45m和24m，则热网静水压曲线高度、用户与热力网的连接方式为(  )。</w:t>
        <w:br/>
        <w:t>A.静水压曲线高度27m，用户4与热力网分层式连接，高区(25～45m)间接连接，低区(0～24m)直接连接，其他用户与热力网直接连接</w:t>
        <w:br/>
        <w:t>B.静水压曲线高度32m，用户4与热力网分层式连接，高区(25～45m)间接连接，低区(0～24m)直接连接，其他用户与热力网直接连接</w:t>
        <w:br/>
        <w:t>C.静水压曲线高度32m，用户4与热力网分层式连接，高区(31～45m)间接连接，低区(0～30m)直接连接，其他用户与热力网直接连接</w:t>
        <w:br/>
        <w:t>D.静水压曲线高度53m，所有用户与热力网直接连接</w:t>
        <w:br/>
        <w:br/>
        <w:t xml:space="preserve">【答案】：B </w:t>
      </w:r>
    </w:p>
    <w:p>
      <w:r>
        <w:t>36、SHL10-1.25-AII型锅炉，额定热效率为80%，燃料的低位发热量为25000kJ/kg，固体不完全燃烧热损失为10%，送风温度为20℃，锅炉送风量为(  )。</w:t>
        <w:br/>
        <w:t>A.</w:t>
        <w:br/>
        <w:t>B.</w:t>
        <w:br/>
        <w:t>C.</w:t>
        <w:br/>
        <w:t>D.</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r>
        <w:t>37、一建筑物内首层燃气锅炉房长×宽×高为30m×8m×6m，设计正常排风与事故通风的风量不应小于(</w:t>
      </w:r>
      <w:r>
        <w:t xml:space="preserve"> </w:t>
      </w:r>
    </w:p>
    <w:p>
      <w:r>
        <w:t xml:space="preserve"> )。</w:t>
        <w:br/>
        <w:t>A.</w:t>
        <w:br/>
        <w:t>B.</w:t>
        <w:br/>
        <w:t>C.</w:t>
        <w:br/>
        <w:t>D.</w:t>
        <w:br/>
        <w:br/>
        <w:t>【答案】：C</w:t>
      </w:r>
      <w:r>
        <w:t xml:space="preserve"> </w:t>
      </w:r>
    </w:p>
    <w:p>
      <w:r>
        <w:t>38、某水果冷藏库的总贮藏量为1300t，带包装的容积利用系数为0.75，该冷藏库的公称容积正确的应是下列何项？(  )。</w:t>
        <w:br/>
        <w:t>A.</w:t>
        <w:br/>
        <w:t>B.</w:t>
        <w:br/>
        <w:t>C.</w:t>
        <w:br/>
        <w:t>D.</w:t>
        <w:br/>
        <w:br/>
        <w:t xml:space="preserve">【答案】：B </w:t>
      </w:r>
    </w:p>
    <w:p>
      <w:r>
        <w:t>39、一溴化锂吸收式制冷系统，发生器热负荷为1748.84kW，制冷量为1162.97kW。制冷剂水进、出冷凝器和进、出蒸发器的比焓分别为3099.1kJ/kg，610.9kJ/kg禾口610.9kJ/kg，2927.8kJ/kg。冷凝器出口制冷剂为饱和状态，冷凝温度为46℃。制冷系统冷却水采用串联式，冷凝器冷却水进出口温差为3.87℃，如果冷却水进出制冷系统的温差为9℃，则吸收器所需冷却水量为(  )。</w:t>
        <w:br/>
        <w:t>A.</w:t>
        <w:br/>
        <w:t>B.</w:t>
        <w:br/>
        <w:t>C.</w:t>
        <w:br/>
        <w:t>D.</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r>
        <w:t>40、热水供热系统主干线比摩阻为60Pa/m，长度为2000m，局部阻力与沿程阻力的估算比值为0.6，热源内部损失为15m，最不利用户的内部阻力为5m，循环水泵的扬程不应小于(</w:t>
      </w:r>
      <w:r>
        <w:t xml:space="preserve"> </w:t>
      </w:r>
    </w:p>
    <w:p>
      <w:r>
        <w:t xml:space="preserve"> )。</w:t>
        <w:br/>
        <w:t>A.15m</w:t>
        <w:br/>
        <w:t>B.19m</w:t>
        <w:br/>
        <w:t>C.20m</w:t>
        <w:br/>
        <w:t>D.39m</w:t>
        <w:br/>
        <w:br/>
        <w:t>【答案】：D</w:t>
      </w:r>
      <w:r>
        <w:t xml:space="preserve"> </w:t>
      </w:r>
    </w:p>
    <w:p>
      <w:r>
        <w:t>41、某采用集中送风热风供暖的民用建筑房间长宽各为60m、高7m，送风口高度3.5m。可以采用的最少送风射流数量为(  )。</w:t>
        <w:br/>
        <w:t>A.两侧平行对送，每侧2股射流</w:t>
        <w:br/>
        <w:t>B.两侧平行对送，每侧3股射流</w:t>
        <w:br/>
        <w:t>C.单侧平行送风，每侧2股射流</w:t>
        <w:br/>
        <w:t>D.单侧平行送风，每侧3股射流</w:t>
        <w:br/>
        <w:br/>
        <w:t xml:space="preserve">【答案】：B </w:t>
      </w:r>
    </w:p>
    <w:p>
      <w:r>
        <w:t>42、某吸收式溴化锂制冷机组的热力系数为1.1，冷却水进出水温差为6℃，若制冷量为1200kW，则计算的冷却水量为多少？(  )。</w:t>
        <w:br/>
        <w:t>A.</w:t>
        <w:br/>
        <w:t>B.</w:t>
        <w:br/>
        <w:t>C.</w:t>
        <w:br/>
        <w:t>D.</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43、某建筑供水系统，1～4层为外网直接供水，5～18层为高位水箱供水，由水泵从水池中抽取向水箱供水，每层住户3人，6个住户，每层有低水箱冲落式大便器、沐浴器、热水器、洗脸盆、洗涤盆、家用洗衣机，小时变化系数和定额均取最小值。问水箱调节水量为多少？</w:t>
        <w:br/>
        <w:t>A.1.0～1.3m3</w:t>
        <w:br/>
        <w:t>B.1.5～1.8m3</w:t>
        <w:br/>
        <w:t>C.2.0～2.3m3</w:t>
        <w:br/>
        <w:t>D.2.4～2.9m3</w:t>
        <w:br/>
        <w:br/>
        <w:t>【答案】：B</w:t>
      </w:r>
      <w:r>
        <w:t xml:space="preserve"> </w:t>
      </w:r>
    </w:p>
    <w:p>
      <w:r>
        <w:t>44、一台带节能器的螺杆压缩机的二次吸气制冷循环，工质为R22，已知：冷凝温度40℃，绝对压力1.5336MPa，蒸发温度4℃，绝对压力0.56605MPa。按理论循环，不考虑制冷剂的吸气过热，节能器中的压力为(  )。</w:t>
        <w:br/>
        <w:t>A.0.50～0.57MPa</w:t>
        <w:br/>
        <w:t>B.0.90～0.95MPa</w:t>
        <w:br/>
        <w:t>C.1.00～1.05MPa</w:t>
        <w:br/>
        <w:t>D.1.40～1.55MPa</w:t>
        <w:br/>
        <w:br/>
        <w:t xml:space="preserve">【答案】：B </w:t>
      </w:r>
    </w:p>
    <w:p>
      <w:r>
        <w:t>45、某体育馆有3000人，每人散热量为：显热65W，潜热69W，人员集群系数取0.92，试问该体育馆人员的空调冷负荷约为下列何值？</w:t>
        <w:br/>
        <w:t>A.约400kW</w:t>
        <w:br/>
        <w:t>B.约370kW</w:t>
        <w:br/>
        <w:t>C.约210kW</w:t>
        <w:br/>
        <w:t>D.约200kW</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r>
        <w:t>46、2台相同的风机盘管并联工作，当1台风机盘管的控温电动阀关闭时，该段并联管路的综合阻力数S值是原来的(  )。</w:t>
        <w:br/>
        <w:t>A.50%</w:t>
        <w:br/>
        <w:t>B.100%</w:t>
        <w:br/>
        <w:t>C.200%</w:t>
        <w:br/>
        <w:t>D.400%</w:t>
        <w:br/>
        <w:br/>
        <w:t xml:space="preserve">【答案】：D </w:t>
      </w:r>
    </w:p>
    <w:p>
      <w:r>
        <w:t>47、北京某住宅区设置燃气锅炉房给小区供暖，供暖设计热负荷为6.7MW，管网热损失及锅炉房自用系数为1.2，锅炉房容量和台数设计合理的是(  )。</w:t>
        <w:br/>
        <w:t>A.选2台额定热功率为4.2MW的热水锅炉</w:t>
        <w:br/>
        <w:t>B.选3台额定热功率为2.8MW的热水锅炉</w:t>
        <w:br/>
        <w:t>C.选1台额定热功率为8.4MW的热水锅炉</w:t>
        <w:br/>
        <w:t>D.选2台额定热功率为5.6MW的热水锅炉</w:t>
        <w:br/>
        <w:br/>
        <w:t xml:space="preserve">【答案】：B </w:t>
      </w:r>
    </w:p>
    <w:p>
      <w:r>
        <w:t>48、某办公室的集中空调系统采用不带新风的风机盘管系统，负荷计算结果为：夏季冷负荷1000kW，冬季热负荷1200kW。夏季冷水系统的设计供回水温度为7℃/12℃，冬季热水系统的设计供回水温度为60℃/50℃。若夏季工况下用户侧管道的计算水流阻力为0.26MPa。冬季用户侧管道的计算水流阻力等于(或最接近)下列哪一项？(计算时，冷水和热水的比热容视为相同)(  )</w:t>
        <w:br/>
        <w:t>A.0.0936MPa</w:t>
        <w:br/>
        <w:t>B.0.156MPa</w:t>
        <w:br/>
        <w:t>C.0.312MPa</w:t>
        <w:br/>
        <w:t>D.0.374MPa</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p>
    <w:p>
      <w:r>
        <w:t>49、某空调区域空气计算参数：室温为28℃，相对湿度为55%。室内仅有显热冷负荷8kW。工艺要求采用直流式、送风温差为8℃的空调系统。该系统的设计冷量应为下列何值？(标准大气压，室外计算温度34℃，相对湿度75%)</w:t>
        <w:br/>
        <w:t>A.35～39kW</w:t>
        <w:br/>
        <w:t>B.40～44kW</w:t>
        <w:br/>
        <w:t>C.45～49kW</w:t>
        <w:br/>
        <w:t>D.50～54kW</w:t>
        <w:br/>
        <w:br/>
        <w:t>【答案】：C</w:t>
      </w:r>
      <w:r>
        <w:t xml:space="preserve"> </w:t>
      </w:r>
    </w:p>
    <w:p>
      <w:r>
        <w:t>50、某地夏季室外空调计算干球温度为29.2℃、计算湿球温度为20.5℃，室内空调冷负荷(显热)为5kW，空调室内计算温度为27℃，采用直接蒸发冷却空调方式，换热效率为80%，需要风量为(  )。</w:t>
        <w:br/>
        <w:t>A.</w:t>
        <w:br/>
        <w:t>B.</w:t>
        <w:br/>
        <w:t>C.</w:t>
        <w:br/>
        <w:t>D.</w:t>
        <w:br/>
        <w:br/>
        <w:t xml:space="preserve">【答案】：C </w:t>
      </w:r>
    </w:p>
    <w:p>
      <w:r>
        <w:t>51、某市一装配式冷库用于贮藏冻肉。装配式冷库的库板为1mm厚压花铝板夹150mm厚聚氨酯隔热层。导热系数，铝板为202.940W/(m·℃)，聚氨酯隔热材料为0.031W/(m·℃)。蓄热系数，铝板为182.59W/(㎡·℃)，聚氨酯隔热材料为0.28W/(㎡·℃)。冷藏间设计温度-18℃。该市夏季通风室外计算干球温度为33℃；夏季空调室外计算干球温度为36.5℃；夏季空调日平均温度为32.5℃。围护结构高温侧空气露点温度为27.41℃。围护结构外表面热阻为0.043㎡·℃/W。热阻修正系数为b，当围护结构热惰性指标D≤4时，b=1.2；其他围护结构，b=1.0。则该装配式冷库围护结构的最小总热阻是(  )。</w:t>
        <w:br/>
        <w:t>A.0.30～0.35㎡·℃/W</w:t>
        <w:br/>
        <w:t>B.0.46～0.50㎡·℃/W</w:t>
        <w:br/>
        <w:t>C.0.51～0.55㎡·℃/W</w:t>
        <w:br/>
        <w:t>D.0.40～0.45㎡·℃/W</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52、在一般工业区内(非特定工业区)新建某除尘系统，排气筒的高度为20m，排放的污染物为石英粉尘，排放速度速率均匀，经两小时连续测定，标准工况下，排气量V=80000m3/h，除尘效率η=99%，粉尘收集量为G=633.6kg。试问，以下依次列出排气筒的排放速率值，排放浓度值以及达标排放的结论，正确者应为下列哪一项？</w:t>
        <w:br/>
        <w:t>A.3.Okg/h，60mg/m3，达标排放</w:t>
        <w:br/>
        <w:t>B.3.lkg/h，80mg/m3，排放不达标</w:t>
        <w:br/>
        <w:t>C.3.0kg/h，40mg/m3，达标排放</w:t>
        <w:br/>
        <w:t>D.3.2kg/h，40mg/m3，排放不达标</w:t>
        <w:br/>
        <w:br/>
        <w:t>【答案】：D</w:t>
      </w:r>
      <w:r>
        <w:t xml:space="preserve"> </w:t>
      </w:r>
    </w:p>
    <w:p>
      <w:r>
        <w:t>53、某商住楼，首层和2层是三班制工场，供暖室内计算温度16℃，3层及以上是住宅，每层6户，每户145㎡，供暖室内计算温度为18℃，每户住宅计算供暖热负荷约为4kW，2，3层间楼板传热系数为2W/(㎡·K)，房间楼板传热的处理方法按有关设计规范下列哪一项是正确的？(  )</w:t>
        <w:br/>
        <w:t>A.计算3层向2层传热量，但3层房间供暖热负荷不增加</w:t>
        <w:br/>
        <w:t>B.计算3层向2层传热量，计入3层供暖热负荷中</w:t>
        <w:br/>
        <w:t>C.不需要计算2，3层之间的楼板的传热量</w:t>
        <w:br/>
        <w:t>D.计算3层向2层传热量，但2层房间的供暖负荷可不减少</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r>
        <w:t>54、严寒地区A区的某10层矩形办公楼(正南北朝向，平屋顶)，其外围护结构平面几何尺寸为57.6m×14.4m，每层层高均为3.Im，其中南向外窗面积最大(其外窗面积为604.8㎡)，问该朝向的外窗及外墙的传热系数[W/(㎡.K)]应为多少？</w:t>
        <w:br/>
        <w:t>A.</w:t>
        <w:br/>
        <w:t>B.</w:t>
        <w:br/>
        <w:t>C.</w:t>
        <w:br/>
        <w:t>D.应进行权衡判断</w:t>
        <w:br/>
        <w:br/>
        <w:t xml:space="preserve">【答案】：C </w:t>
      </w:r>
    </w:p>
    <w:p>
      <w:r>
        <w:t>55、拟设计一用于“粗颗粒物料的破碎”的局部排风密闭罩。已知：物料下落时带入罩内的诱导空气量为0.35m3/s，从孔口或缝隙出吸入的空气量为0.50m3／s，则连接密闭罩“圆形吸风口”的最小直径最接近下列哪一项？</w:t>
        <w:br/>
        <w:t>A.0.5m</w:t>
        <w:br/>
        <w:t>B.0.6m</w:t>
        <w:br/>
        <w:t>C.0.7m</w:t>
        <w:br/>
        <w:t>D.0.8m</w:t>
        <w:br/>
        <w:br/>
        <w:t xml:space="preserve">【答案】：B </w:t>
      </w:r>
    </w:p>
    <w:p>
      <w:r>
        <w:t>56、某机械循环热水供暖系统包括南北两个并联循环环路1和2，系统设计供／回水温度为95/70℃，总热负荷为74800W，水力计算环路1的压力损失为4513Pa，流量为1196kg/h，环路2的压力损失为4100Pa，流量为1180kg/h，如果采用不等温降方法进行水力计算，环路1最远立管温降30℃，则实际温降为多少？(  )。</w:t>
        <w:br/>
        <w:t>A.28.4℃</w:t>
        <w:br/>
        <w:t>B.30℃</w:t>
        <w:br/>
        <w:t>C.25℃</w:t>
        <w:br/>
        <w:t>D.31.7℃</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r>
        <w:t>57、小区总建筑面积156000㎡，设计供暖热负荷指标为44.1W/㎡(已含管网损失)，室内设计温度为18℃，该地区的室外设计温度为-7.5℃，供暖期的室外平均温度为-1.6℃，供暖期为122天，该小区供暖的全年耗热量应为下列哪一项？(</w:t>
      </w:r>
      <w:r>
        <w:t xml:space="preserve"> </w:t>
      </w:r>
    </w:p>
    <w:p>
      <w:r>
        <w:t xml:space="preserve"> )</w:t>
        <w:br/>
        <w:t>A.58500～59000GJ</w:t>
        <w:br/>
        <w:t>B.55500～56000GJ</w:t>
        <w:br/>
        <w:t>C.52700～53200GJ</w:t>
        <w:br/>
        <w:t>D.50000～50500GJ</w:t>
        <w:br/>
        <w:br/>
        <w:t>【答案】：B</w:t>
      </w:r>
      <w:r>
        <w:t xml:space="preserve"> </w:t>
      </w:r>
    </w:p>
    <w:p>
      <w:r>
        <w:t>58、某建筑的设计采暖负荷为200kW，供回水温度为80℃/60℃，计算阻力损失为50kPA，其入口处外网的实际供回水压差为40kPA，则该建筑采暖系统的实际热水循环量应为(  )kg/h。</w:t>
        <w:br/>
        <w:t>A.6550～6950</w:t>
        <w:br/>
        <w:t>B.7000～7450</w:t>
        <w:br/>
        <w:t>C.7500～8000</w:t>
        <w:br/>
        <w:t>D.8050～8550</w:t>
        <w:br/>
        <w:br/>
        <w:t xml:space="preserve">【答案】：C </w:t>
      </w:r>
    </w:p>
    <w:p>
      <w:r>
        <w:t>59、有一浸漆槽槽面尺寸(长×宽)为900mm×600mm，为排除有机溶剂蒸气，在槽上方设排风罩，罩口至槽面距离H=0.4m，取边缘控制点控制风速0.25m/s，为罩的一个长边设有固定挡板，排风罩的排风量为(  )。</w:t>
        <w:br/>
        <w:t>A.</w:t>
        <w:br/>
        <w:t>B.</w:t>
        <w:br/>
        <w:t>C.</w:t>
        <w:br/>
        <w:t>D.</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60、某公共建筑的集中热水供暖二次水系统，供暖负荷为3000kW，设计供回水温差△t=25℃，室外供回水主干线长度∑L=1400m，循环水泵采用联轴器连接，循环水泵在设计工况点的轴功率应不大于(</w:t>
      </w:r>
      <w:r>
        <w:t xml:space="preserve"> </w:t>
      </w:r>
    </w:p>
    <w:p>
      <w:r>
        <w:t xml:space="preserve"> )。</w:t>
        <w:br/>
        <w:t>A.20kW</w:t>
        <w:br/>
        <w:t>B.18kW</w:t>
        <w:br/>
        <w:t>C.16kW</w:t>
        <w:br/>
        <w:t>D.14kW</w:t>
        <w:br/>
        <w:br/>
        <w:t>【答案】：D</w:t>
      </w:r>
      <w:r>
        <w:t xml:space="preserve"> </w:t>
      </w:r>
    </w:p>
    <w:p>
      <w:r>
        <w:t>61、某建筑物拟采用冰蓄冷空调系统，选择部分蓄冰方式。已知：电价谷段时间为23：00-7：00；制冷机白天空调时段运行8h；采用三级离心制冷机，其制冰时的制冷能力变化率为0.75；设计日空调最大小时冷负荷为22293kW，设计日空调运行15h，平均负荷系数取0.80按平均法估算的该空调系统设计日总冷负荷、按部分蓄冰方式蓄冷时制冷机标定制冷量、蓄冷装置有效容量分别为(  )kW·h。</w:t>
        <w:br/>
        <w:t>A.267516，19108，114618</w:t>
        <w:br/>
        <w:t>B.334395，23885，143310</w:t>
        <w:br/>
        <w:t>C.267516，16720，100320</w:t>
        <w:br/>
        <w:t>D.267516，19108，152846</w:t>
        <w:br/>
        <w:br/>
        <w:t xml:space="preserve">【答案】：A </w:t>
      </w:r>
    </w:p>
    <w:p>
      <w:r>
        <w:t>62、一套水蓄冷系统，24h逐时冷负荷计算的蓄冰装置有效容量为350000kW·h，制冷机白天空调工况的运行时间为8h、夜间蓄冷工况运行的时间为6h。假设蓄冷运行时制冷能力的变化率为0.7，容积率为1.1，蓄冷效率为0.85，蓄冷槽可利用的进出水温差为5℃。则部分负荷蓄冷时，水蓄冷贮槽的容积约为(  )。</w:t>
        <w:br/>
        <w:t>A.</w:t>
        <w:br/>
        <w:t>B.</w:t>
        <w:br/>
        <w:t>C.</w:t>
        <w:br/>
        <w:t>D.</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63、拟建700床的高级宾馆，当地天然气低热值为35.8MJ/m3，试估算该工程天然气最大总用气量为下列何值？</w:t>
        <w:br/>
        <w:t>A.＜80m3/h</w:t>
        <w:br/>
        <w:t>B.80～100m3/h</w:t>
        <w:br/>
        <w:t>C.101～120m3/h</w:t>
        <w:br/>
        <w:t>D.＞120m3/h</w:t>
        <w:br/>
        <w:br/>
        <w:t>【答案】：C</w:t>
      </w:r>
      <w:r>
        <w:t xml:space="preserve"> </w:t>
      </w:r>
    </w:p>
    <w:p>
      <w:r>
        <w:t>64、某公共建筑的集中热水供暖二次水系统，供暖负荷为3000kW，设计供回水温差△t=25℃，室外供回水主干线长度∑L=1400m，循环水泵采用联轴器连接，循环水泵在设计工况点的轴功率应不大于(  )。</w:t>
        <w:br/>
        <w:t>A.20kW</w:t>
        <w:br/>
        <w:t>B.18kW</w:t>
        <w:br/>
        <w:t>C.16kW</w:t>
        <w:br/>
        <w:t>D.14kW</w:t>
        <w:br/>
        <w:br/>
        <w:t xml:space="preserve">【答案】：D </w:t>
      </w:r>
    </w:p>
    <w:p>
      <w:r>
        <w:t>65、严寒地区A区的某10层矩形办公楼(正南北朝向，平屋顶)，其外围护结构平面几何尺寸为57.6m×14.4m，每层层高均为3.Im，其中南向外窗面积最大(其外窗面积为604.8㎡)，问该朝向的外窗及外墙的传热系数[W/(㎡.K)]应为多少？</w:t>
        <w:br/>
        <w:t>A.</w:t>
        <w:br/>
        <w:t>B.</w:t>
        <w:br/>
        <w:t>C.</w:t>
        <w:br/>
        <w:t>D.应进行权衡判断</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66、某风冷热泵冷热水机组，仅白天运行，每小时融霜两次。从其样本查得：制冷量修正系数为0.979，制热量修正系数为0.93，额定制热量为331.3kW，试问机组制热量约为下列何值？</w:t>
        <w:br/>
        <w:t>A.292kW</w:t>
        <w:br/>
        <w:t>B.277kW</w:t>
        <w:br/>
        <w:t>C.260kW</w:t>
        <w:br/>
        <w:t>D.247kW</w:t>
        <w:br/>
        <w:br/>
        <w:t>【答案】：D</w:t>
      </w:r>
      <w:r>
        <w:t xml:space="preserve"> </w:t>
      </w:r>
    </w:p>
    <w:p>
      <w:r>
        <w:t>67、某建筑高度23m公共建筑的900㎡中庭，高度为20m，屋顶有可开启的天窗40㎡，机械排烟系统的最小排烟量为(  )。</w:t>
        <w:br/>
        <w:t>A.</w:t>
        <w:br/>
        <w:t>B.</w:t>
        <w:br/>
        <w:t>C.</w:t>
        <w:br/>
        <w:t>D.</w:t>
        <w:br/>
        <w:br/>
        <w:t xml:space="preserve">【答案】：C </w:t>
      </w:r>
    </w:p>
    <w:p>
      <w:r>
        <w:t>68、设计严寒地区A区某正南北朝向的九层办公楼，外轮廓尺寸为54m×15m，南外窗为16个通高竖向条形窗(每个窗宽2.1m)，整个顶层为多功能厅，顶部开设一</w:t>
        <w:br/>
        <w:t xml:space="preserve">【答案】：B </w:t>
      </w:r>
    </w:p>
    <w:p>
      <w:r>
        <w:t>69、某6层办公楼，采用散热器供暖，层高3.6m，南外墙热负荷243W，外窗热负荷490W，窗缝渗入冷风热负荷205W，南向修正为-15%。该房间散热器耗热量为(  )。</w:t>
        <w:br/>
        <w:t>A.920～940W</w:t>
        <w:br/>
        <w:t>B.890～910W</w:t>
        <w:br/>
        <w:t>C.860～880W</w:t>
        <w:br/>
        <w:t>D.810～830W</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r>
        <w:t>70、某工厂通风系统，采用矩形薄钢板风管(管壁粗糙度为0.15mm)，尺寸为120mm×190mm，测得管内空气流速为10m/s，温度100℃，该风管的单位长度摩擦压力损失为(</w:t>
      </w:r>
      <w:r>
        <w:t xml:space="preserve"> </w:t>
      </w:r>
    </w:p>
    <w:p>
      <w:r>
        <w:t xml:space="preserve"> )(当地的大气压为82.5kPa)。</w:t>
        <w:br/>
        <w:t>A.5.7～6.8Pa/m</w:t>
        <w:br/>
        <w:t>B.5.1～5.6Pa/m</w:t>
        <w:br/>
        <w:t>C.4.7～5.0Pa/m</w:t>
        <w:br/>
        <w:t>D.3.7～4.6Pa/m</w:t>
        <w:br/>
        <w:br/>
        <w:t>【答案】：A</w:t>
      </w:r>
      <w:r>
        <w:t xml:space="preserve"> </w:t>
      </w:r>
    </w:p>
    <w:p>
      <w:r>
        <w:t>71、某工厂现有理化楼的化验室排放有害气体甲苯，其排气简的高度为12m，试问符合国家二级排放标准的最高允许排放速率接近下列哪一项？(  )</w:t>
        <w:br/>
        <w:t>A.1.98kg/h</w:t>
        <w:br/>
        <w:t>B.2.3kg/h</w:t>
        <w:br/>
        <w:t>C.3.11kg/h</w:t>
        <w:br/>
        <w:t>D.3.6kg/h</w:t>
        <w:br/>
        <w:br/>
        <w:t xml:space="preserve">【答案】：B </w:t>
      </w:r>
    </w:p>
    <w:p>
      <w:r>
        <w:t>72、某车间办公辅房采用上供下回式蒸汽供暖系统，蒸汽压力为0.02MPa，供暖设计热负荷为9kW，供汽水平干管的设计符合要求的是(  )。</w:t>
        <w:br/>
        <w:t>A.管径15mm，流速30m/s</w:t>
        <w:br/>
        <w:t>B.管径20mm，流速17m/s</w:t>
        <w:br/>
        <w:t>C.管径25mm，流速11m/s</w:t>
        <w:br/>
        <w:t>D.管径32mm，流速6m/s</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r>
        <w:t>73、某办公楼采用地板辐射间歇供暖，中间层东南角会议室层高为3m，南外墙基本耗热量为200W，东外墙基本耗热量为300W，南外窗基本耗热量为250W，冷风渗透耗热量为350W，南向朝向修正率为-15%，东向朝向修正率为-5%，该房间的供暖设计热负荷应为(</w:t>
      </w:r>
      <w:r>
        <w:t xml:space="preserve"> </w:t>
      </w:r>
    </w:p>
    <w:p>
      <w:r>
        <w:t xml:space="preserve"> )。</w:t>
        <w:br/>
        <w:t>A.850～950W</w:t>
        <w:br/>
        <w:t>B.1050～1150W</w:t>
        <w:br/>
        <w:t>C.1200～1300W</w:t>
        <w:br/>
        <w:t>D.1400～1500W</w:t>
        <w:br/>
        <w:br/>
        <w:t>【答案】：B</w:t>
      </w:r>
      <w:r>
        <w:t xml:space="preserve"> </w:t>
      </w:r>
    </w:p>
    <w:p>
      <w:r>
        <w:t>74、某30万㎡的小区，节能改造，室外供热水管道保温，用玻璃棉管壳[保温层平均使用温度k=60℃时，导热系数为0.034W／(m·K)]代替原来用的150mm厚的水泥膨胀珍珠岩[导热系数为0.16W／(m·K)]，且供回水温由95／70℃变为130/70℃，地沟内温度为40℃，那么改造后的D325×8管道的保温材料厚度应为下列哪一项？</w:t>
        <w:br/>
        <w:t>A.30mm</w:t>
        <w:br/>
        <w:t>B.40mm</w:t>
        <w:br/>
        <w:t>C.50mm</w:t>
        <w:br/>
        <w:t>D.60mm</w:t>
        <w:br/>
        <w:br/>
        <w:t xml:space="preserve">【答案】：C </w:t>
      </w:r>
    </w:p>
    <w:p>
      <w:r>
        <w:t>75、某车间设有局部排风系统，局部排风量为0.56kg/s，冬季室内工作区温度为15℃，冬季通风室外计算温度为-15℃，采暖室外计算温度为-25℃(大气压为标准大气压)，空气定压比热1.01kJ(kg.℃)。围护结构耗热量为8.8kW，室内维持负压，机械进风量为排风量的90%，试求机械通风量和送风温度为下列何项？</w:t>
        <w:br/>
        <w:t>A.0.3～0.53kg/s，29～32℃</w:t>
        <w:br/>
        <w:t>B.0.54～0.65kg/s，29～32℃</w:t>
        <w:br/>
        <w:t>C.0.54～0.65kg/s，33～36.5℃</w:t>
        <w:br/>
        <w:t>D.0.3～0.53kg/s，36.6～38.5℃</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r>
        <w:t>76、燃油锅炉房燃油泵房长×宽×高为12m×6m×6m，房间的机械通风量最小为(</w:t>
      </w:r>
      <w:r>
        <w:t xml:space="preserve"> </w:t>
      </w:r>
    </w:p>
    <w:p>
      <w:r>
        <w:t xml:space="preserve"> )。</w:t>
        <w:br/>
        <w:t>A.</w:t>
        <w:br/>
        <w:t>B.</w:t>
        <w:br/>
        <w:t>C.</w:t>
        <w:br/>
        <w:t>D.</w:t>
        <w:br/>
        <w:br/>
        <w:t>【答案】：B</w:t>
      </w:r>
      <w:r>
        <w:t xml:space="preserve"> </w:t>
      </w:r>
    </w:p>
    <w:p>
      <w:r>
        <w:t>77、某车间冬季室内供暖设计温度为18℃，围护结构传热耗热量为80kW，室内局部机械排风量为5kg/s，当地冬季供暖室外计算温度-9℃，冬季通风室外计算温度-5℃，冬季空调室外计算温度为-12℃，采用集中送风供暖系统，全部使用室外新风，送风量为4.5kg/s，则送风温度为(  )。</w:t>
        <w:br/>
        <w:t>A.36～37℃</w:t>
        <w:br/>
        <w:t>B.37～38℃</w:t>
        <w:br/>
        <w:t>C.38～39℃</w:t>
        <w:br/>
        <w:t>D.39～40℃</w:t>
        <w:br/>
        <w:br/>
        <w:t xml:space="preserve">【答案】：C </w:t>
      </w:r>
    </w:p>
    <w:p>
      <w:r>
        <w:t>78、有AB两房间，A为外区，B为内区，室外空气温度为-12℃，室内温度为18℃，A房间外围护结构散热量为9kW，A，B房间发热量均为2kW，两房间分别送风量为3000m3/h，送风温度为30℃，求两房间的温度。</w:t>
        <w:br/>
        <w:t>A.A房间22℃，B房间32℃</w:t>
        <w:br/>
        <w:t>B.A房间21℃，B房间30℃</w:t>
        <w:br/>
        <w:t>C.A房间19℃，B房间32℃</w:t>
        <w:br/>
        <w:t>D.A房间19℃，B房间33℃</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r>
        <w:t>79、某旋风除尘器阻力系数为9.8，进口流速为12m/s，当气体温度为80℃，当地大气压为85kPa时，它的压力损失为(</w:t>
      </w:r>
      <w:r>
        <w:t xml:space="preserve"> </w:t>
      </w:r>
    </w:p>
    <w:p>
      <w:r>
        <w:t xml:space="preserve"> )。</w:t>
        <w:br/>
        <w:t>A.592Pa</w:t>
        <w:br/>
        <w:t>B.850Pa</w:t>
        <w:br/>
        <w:t>C.1000Pa</w:t>
        <w:br/>
        <w:t>D.1200Pa</w:t>
        <w:br/>
        <w:br/>
        <w:t>【答案】：A</w:t>
      </w:r>
      <w:r>
        <w:t xml:space="preserve"> </w:t>
      </w:r>
    </w:p>
    <w:p>
      <w:r>
        <w:t>80、4000㎡的洁净室，高效空气过滤器的布满率为64.8%，如果过滤器的尺寸为1200mm×1200mm，试问需要的过滤器数量为下列何值？</w:t>
        <w:br/>
        <w:t>A.750台</w:t>
        <w:br/>
        <w:t>B.1500台</w:t>
        <w:br/>
        <w:t>C.1800台</w:t>
        <w:br/>
        <w:t>D.2160台</w:t>
        <w:br/>
        <w:br/>
        <w:t xml:space="preserve">【答案】：C </w:t>
      </w:r>
    </w:p>
    <w:p>
      <w:r>
        <w:t>81、某建筑物建筑面积为1000㎡，采用直接式太阳能集热系统向房间供暖，建筑物耗热量指标为15W/㎡，太阳能保证率为30%，采光面上的平均太阳辐照量为14，18MJ/(㎡·d)，集热器集热效率为80%，热损失率为10%，集热器面积应为(  )。</w:t>
        <w:br/>
        <w:t>A.38～39㎡</w:t>
        <w:br/>
        <w:t>B.39～40㎡</w:t>
        <w:br/>
        <w:t>C.40～41㎡</w:t>
        <w:br/>
        <w:t>D.41～42㎡</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p>
    <w:p>
      <w:r>
        <w:t>82、某成品库库房体积为75m3，对室温无特殊要求；其围护结构内表面散湿量与设备等散湿量之和为0.9kg/h，人员散湿量为0.lkg/h，自然渗透换气量为每小时1次。采用风量为600IT13/h的除湿机进行除湿，试问除湿机出口空气的含湿量应为下列何值？已知：室外空气干球温度为32℃，湿球温度为28℃；室内空气温度约28℃，相对湿度不大于70%。</w:t>
        <w:br/>
        <w:t>A.12～12.9g/kg</w:t>
        <w:br/>
        <w:t>B.13～13.9g/kg</w:t>
        <w:br/>
        <w:t>C.14～14.9g/kg</w:t>
        <w:br/>
        <w:t>D.15～15.9g/kg</w:t>
        <w:br/>
        <w:br/>
        <w:t>【答案】：C</w:t>
      </w:r>
      <w:r>
        <w:t xml:space="preserve"> </w:t>
      </w:r>
    </w:p>
    <w:p>
      <w:r>
        <w:t>83、某20层的民用建筑防烟楼梯间及其合用前室设置如压送风系统，下列做法中(  )是可行的。</w:t>
        <w:br/>
        <w:t>A.</w:t>
        <w:br/>
        <w:t>B.</w:t>
        <w:br/>
        <w:t>C.</w:t>
        <w:br/>
        <w:t>D.</w:t>
        <w:br/>
        <w:br/>
        <w:t xml:space="preserve">【答案】：A </w:t>
      </w:r>
    </w:p>
    <w:p>
      <w:r>
        <w:t>84、建筑高度50m的公共建筑的中庭面积400㎡，净空高度45m，有可开启的高侧窗25㎡，应怎样进行防排烟设计？(  )</w:t>
        <w:br/>
        <w:t>A.可开启外窗面积已大于地面面积的5%，可以采用自然排烟</w:t>
        <w:br/>
        <w:t>B.</w:t>
        <w:br/>
        <w:t>C.</w:t>
        <w:br/>
        <w:t>D.</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p>
    <w:p>
      <w:r>
        <w:t>85、某两级除尘器系统，已知粉尘的初始浓度为15g/m3，排风标准为30mg/m3，第一级除尘器效率85%，求第二级除尘器的效率至少应为下列哪一项？</w:t>
        <w:br/>
        <w:t>A.82.5%～85%</w:t>
        <w:br/>
        <w:t>B.86.5%～90%</w:t>
        <w:br/>
        <w:t>C.91.5%～95.5%</w:t>
        <w:br/>
        <w:t>D.96.5%～99.5%</w:t>
        <w:br/>
        <w:br/>
        <w:t>【答案】：D</w:t>
      </w:r>
      <w:r>
        <w:t xml:space="preserve"> </w:t>
      </w:r>
    </w:p>
    <w:p>
      <w:r>
        <w:t>86、北京市某办公楼建筑面积为2000㎡，冬季采用空调供暖，室内设计温度为22℃，空调每天运行10h。空调供暖年耗热量为(  )。</w:t>
        <w:br/>
        <w:t>A.500～630GJ</w:t>
        <w:br/>
        <w:t>B.600～730GJ</w:t>
        <w:br/>
        <w:t>C.700～830GJ</w:t>
        <w:br/>
        <w:t>D.800～930GJ</w:t>
        <w:br/>
        <w:br/>
        <w:t xml:space="preserve">【答案】：A </w:t>
      </w:r>
    </w:p>
    <w:p>
      <w:r>
        <w:t>87、设置于室外的某空气源热泵冷(热)水机组的产品样本标注的噪声值为70dB(A)(距机组Im，距地面1.5m的实测值)，距机组距离10m处的噪声值应是(  )。</w:t>
        <w:br/>
        <w:t>A.49～51dB(A)</w:t>
        <w:br/>
        <w:t>B.52～54dB(A)</w:t>
        <w:br/>
        <w:t>C.55～57dB(A)</w:t>
        <w:br/>
        <w:t>D.58～60dB(A)</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r>
        <w:t>88、北京市一栋办公楼，体形系数小于0.3，外墙为240mm钢筋混凝土，采用聚苯保温板保温，内表面传热系数为8.7W/(㎡·K)，外表面传热系数为23W/(㎡·K)，钢筋混凝土的导热系数为1.74W/(m·K)，聚苯保温板的导热系数为0.047W/(m·K)，保温层的最小厚度为(  )。</w:t>
        <w:br/>
        <w:t>A.95mm</w:t>
        <w:br/>
        <w:t>B.85mm</w:t>
        <w:br/>
        <w:t>C.65mm</w:t>
        <w:br/>
        <w:t>D.45mm</w:t>
        <w:br/>
        <w:br/>
        <w:t xml:space="preserve">【答案】：C </w:t>
      </w:r>
    </w:p>
    <w:p>
      <w:r>
        <w:t>89、如果有初状态为t=20℃，ψ=35%，大气压力为101325Pa，向其加入5g/kg的水蒸气，则其终状态的空气的相对湿度和温度分别为(  )。</w:t>
        <w:br/>
        <w:t>A.80%、25℃</w:t>
        <w:br/>
        <w:t>B.70%、25℃</w:t>
        <w:br/>
        <w:t>C.80%、20℃</w:t>
        <w:br/>
        <w:t>D.70%、20℃</w:t>
        <w:br/>
        <w:br/>
        <w:t xml:space="preserve">【答案】：D </w:t>
      </w:r>
    </w:p>
    <w:p>
      <w:r>
        <w:t>90、某办公楼采用多联机空调方案，其室外机设置在屋顶，室内外机的高差为40m，单程配管长度为90m，根据产品资料查出性能系数的衰减系数为0.850选用室外机，制冷工况满负荷额定COP不应小于(  )。</w:t>
        <w:br/>
        <w:t>A.2.8</w:t>
        <w:br/>
        <w:t>B.3.0</w:t>
        <w:br/>
        <w:t>C.3.3</w:t>
        <w:br/>
        <w:t>D.4.0</w:t>
        <w:br/>
        <w:br/>
        <w:t xml:space="preserve">【答案】：C </w:t>
      </w:r>
    </w:p>
    <w:p>
      <w:pPr>
        <w:sectPr w:rsidSect="00034616">
          <w:type w:val="nextPage"/>
          <w:pgSz w:w="12240" w:h="15840"/>
          <w:pgMar w:top="1440" w:right="1800" w:bottom="1440" w:left="1800" w:header="720" w:footer="720" w:gutter="0"/>
          <w:pgNumType w:start="31"/>
          <w:cols w:space="720"/>
          <w:titlePg w:val="0"/>
          <w:docGrid w:linePitch="360"/>
        </w:sectPr>
      </w:pPr>
      <w:r>
        <w:t>91、有一酸性溶液槽，槽长A=1.2m，槽宽B=0.8m，溶液温度等于室温(常温)。设计采用E×F为250mm×250mm标准断面的双侧罩，当要求控制风速vx=0.3m/s时，总排风量为(  )。</w:t>
        <w:br/>
        <w:t>A.</w:t>
        <w:br/>
        <w:t>B.</w:t>
        <w:br/>
        <w:t>C.</w:t>
        <w:br/>
        <w:t>D.</w:t>
        <w:br/>
        <w:br/>
        <w:t xml:space="preserve">【答案】：A </w:t>
      </w:r>
    </w:p>
    <w:p>
      <w:r>
        <w:t>92、条件同1题，如果送风量为0.33kg/s，试问送风含湿量为下列何值？</w:t>
        <w:br/>
        <w:t>A.</w:t>
        <w:br/>
        <w:t>B.</w:t>
        <w:br/>
        <w:t>C.</w:t>
        <w:br/>
        <w:t>D.</w:t>
        <w:br/>
        <w:br/>
        <w:t xml:space="preserve">【答案】：A </w:t>
      </w:r>
    </w:p>
    <w:p>
      <w:r>
        <w:t>93、某R22双级蒸气压缩式机组，若已知机组冷凝温度为40℃，冷凝压力为1.534MPa，按制冷性能系数最大原则，确定机组的中间温度为-1℃，中间压力为0.482MPa，则机组的蒸发温度为(  )。</w:t>
        <w:br/>
        <w:t>A.-34～-33℃</w:t>
        <w:br/>
        <w:t>B.-43～-42℃</w:t>
        <w:br/>
        <w:t>C.-32～-31℃</w:t>
        <w:br/>
        <w:t>D.-42～-41℃</w:t>
        <w:br/>
        <w:br/>
        <w:t xml:space="preserve">【答案】：A </w:t>
      </w:r>
    </w:p>
    <w:p>
      <w:pPr>
        <w:sectPr w:rsidSect="00034616">
          <w:type w:val="nextPage"/>
          <w:pgSz w:w="12240" w:h="15840"/>
          <w:pgMar w:top="1440" w:right="1800" w:bottom="1440" w:left="1800" w:header="720" w:footer="720" w:gutter="0"/>
          <w:pgNumType w:start="32"/>
          <w:cols w:space="720"/>
          <w:titlePg w:val="0"/>
          <w:docGrid w:linePitch="360"/>
        </w:sectPr>
      </w:pPr>
      <w:r>
        <w:t>94、一建筑高度20m的商贸楼，其不具备自然排烟条件的防烟楼梯间和前室各设置有一道1.6m×2m的双扇防火门，若考虑加压房间密封程度的背压系数a=0.8，漏风附加率b=0.15，开启门洞出口的平均风速为1.0m/s。试问：当仅防烟楼梯间送风，前室不送风时，采用门洞流速法计算的机械加压送风系统的送风量应是下列哪一项？(  )</w:t>
        <w:br/>
        <w:t>A.</w:t>
        <w:br/>
        <w:t>B.</w:t>
        <w:br/>
        <w:t>C.</w:t>
        <w:br/>
        <w:t>D.</w:t>
        <w:br/>
        <w:br/>
        <w:t xml:space="preserve">【答案】：D </w:t>
      </w:r>
    </w:p>
    <w:p>
      <w:r>
        <w:t>95、兰州某办公楼(形体系数为0.28的外墙)，按照《公共建筑节能设计标准》的规定进行改造，加贴膨胀聚苯板，原外墙为360mm黏土多孔砖[λ=O.58W/(m·K)]，内衬灰20mm[λ=O.87W/(m·K)]，则外墙所贴的膨胀聚苯板[λ=0.05W/(m·K)]的厚度至少应选下列何值？</w:t>
        <w:br/>
        <w:t>A.40mm</w:t>
        <w:br/>
        <w:t>B.50mm</w:t>
        <w:br/>
        <w:t>C.60mm</w:t>
        <w:br/>
        <w:t>D.70mm</w:t>
        <w:br/>
        <w:br/>
        <w:t xml:space="preserve">【答案】：B </w:t>
      </w:r>
    </w:p>
    <w:p>
      <w:r>
        <w:t>96、小区总建筑面积156000㎡，设计供暖热负荷指标为44.1W/㎡(已含管网损失)，室内设计温度为18℃，该地区的室外设计温度为-7.5℃，供暖期的室外平均温度为-1.6℃，供暖期为122天，该小区供暖的全年耗热量应为下列哪一项？(  )</w:t>
        <w:br/>
        <w:t>A.58500～59000GJ</w:t>
        <w:br/>
        <w:t>B.55500～56000GJ</w:t>
        <w:br/>
        <w:t>C.52700～53200GJ</w:t>
        <w:br/>
        <w:t>D.50000～50500GJ</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r>
        <w:t>97、某五星级宾馆的宴会厅面积为400㎡，净高6m。最大用餐人数为200人(实际平均用餐人数为90人)，持续用餐时间为2.Sh。宴会厅排风量为1300m3/h，房间要求维持正压，正压风量按换气次数0.5次计算。该宴会厅的新风量应为下列哪一项？</w:t>
        <w:br/>
        <w:t>A.2500m3/h</w:t>
        <w:br/>
        <w:t>B.3000m3/h</w:t>
        <w:br/>
        <w:t>C.4300m3/h</w:t>
        <w:br/>
        <w:t>D.6000m3/h</w:t>
        <w:br/>
        <w:br/>
        <w:t xml:space="preserve">【答案】：B </w:t>
      </w:r>
    </w:p>
    <w:p>
      <w:r>
        <w:t>98、拟建700床的高级宾馆，当地天然气低热值为35.8MJ/m3，试估算该工程天然气最大总用气量为下列何值？</w:t>
        <w:br/>
        <w:t>A.＜80m3/h</w:t>
        <w:br/>
        <w:t>B.80～100m3/h</w:t>
        <w:br/>
        <w:t>C.101～120m3/h</w:t>
        <w:br/>
        <w:t>D.＞120m3/h</w:t>
        <w:br/>
        <w:br/>
        <w:t xml:space="preserve">【答案】：C </w:t>
      </w:r>
    </w:p>
    <w:p>
      <w:r>
        <w:t>99、某风冷热泵冷热水机组，仅白天运行，每小时融霜两次。从其样本查得：制冷量修正系数为0.979，制热量修正系数为0.93，额定制热量为331.3kW，试问机组制热量约为下列何值？</w:t>
        <w:br/>
        <w:t>A.292kW</w:t>
        <w:br/>
        <w:t>B.277kW</w:t>
        <w:br/>
        <w:t>C.260kW</w:t>
        <w:br/>
        <w:t>D.247kW</w:t>
        <w:br/>
        <w:br/>
        <w:t xml:space="preserve">【答案】：D </w:t>
      </w:r>
    </w:p>
    <w:p>
      <w:pPr>
        <w:sectPr w:rsidSect="00034616">
          <w:type w:val="nextPage"/>
          <w:pgSz w:w="12240" w:h="15840"/>
          <w:pgMar w:top="1440" w:right="1800" w:bottom="1440" w:left="1800" w:header="720" w:footer="720" w:gutter="0"/>
          <w:pgNumType w:start="34"/>
          <w:cols w:space="720"/>
          <w:titlePg w:val="0"/>
          <w:docGrid w:linePitch="360"/>
        </w:sectPr>
      </w:pPr>
      <w:r>
        <w:t>100、某办公楼普通机械送风系统风机与电机采用直联方式，设计工况下的风机及传动效率为92.8%，风管的长度为124m，通风系统单位长度平均风压损失为5Pa／m(包含摩擦阻力和局部阻力)。问：在通风系统设计时，所选择的风机在设计工况下效率的最小值应接近以下哪项效率值，才能满足节能要求？(  )。</w:t>
        <w:br/>
        <w:t>A.52%</w:t>
        <w:br/>
        <w:t>B.53%</w:t>
        <w:br/>
        <w:t>C.56%</w:t>
        <w:br/>
        <w:t>D.58%</w:t>
        <w:br/>
        <w:br/>
        <w:t xml:space="preserve">【答案】：D </w:t>
      </w:r>
    </w:p>
    <w:p>
      <w:r>
        <w:t>101、设某城市的供暖度日数(HDD18)为1950℃·d，空调度日数(CDD26)为200℃·d，某住宅需要进行节能综合指标的计算和判定，经计算供暖年耗电量为33.5kW·h/㎡，允许空调年耗电量为(  )。</w:t>
        <w:br/>
        <w:t>A.26.8kW·h/㎡</w:t>
        <w:br/>
        <w:t>B.30.1kW·h/㎡</w:t>
        <w:br/>
        <w:t>C.29.OkW·h/㎡</w:t>
        <w:br/>
        <w:t>D.31.2kW·h/㎡</w:t>
        <w:br/>
        <w:br/>
        <w:t xml:space="preserve">【答案】：B </w:t>
      </w:r>
    </w:p>
    <w:p>
      <w:r>
        <w:t>102、某溴化锂吸收式机组，其发生器出口溶液浓度为57%，吸收器出口溶液浓度为53%，问循环倍率为下列哪一项？(  )</w:t>
        <w:br/>
        <w:t>A.13～13.15</w:t>
        <w:br/>
        <w:t>B.13.2～13.3</w:t>
        <w:br/>
        <w:t>C.13.5～14.1</w:t>
        <w:br/>
        <w:t>D.14.2～14.3</w:t>
        <w:br/>
        <w:br/>
        <w:t xml:space="preserve">【答案】：D </w:t>
      </w:r>
    </w:p>
    <w:p>
      <w:pPr>
        <w:sectPr w:rsidSect="00034616">
          <w:type w:val="nextPage"/>
          <w:pgSz w:w="12240" w:h="15840"/>
          <w:pgMar w:top="1440" w:right="1800" w:bottom="1440" w:left="1800" w:header="720" w:footer="720" w:gutter="0"/>
          <w:pgNumType w:start="35"/>
          <w:cols w:space="720"/>
          <w:titlePg w:val="0"/>
          <w:docGrid w:linePitch="360"/>
        </w:sectPr>
      </w:pPr>
      <w:r>
        <w:t>103、某居住小区的热源为燃煤锅炉，小区供暖热负荷为10MW，冬季生活热水的最大小时耗热量为4MW，夏季生活热水的最小小时耗热量为2.5MW，室外供热管网的输送效率为0.92，不计锅炉房的自用热。锅炉房的总设计容量以及最小锅炉容量的设计最大值应为下列何项？(生活热水的同时使用率为0.8)(  )。</w:t>
        <w:br/>
        <w:t>A.总设计容量为11～13MW，最小锅炉容量的设计最大值为5MW</w:t>
        <w:br/>
        <w:t>B.总设计容量为11～13MW，最小锅炉容量的设计最大值为8MW</w:t>
        <w:br/>
        <w:t>C.总设计容量为13.1～14.5MW，最小锅炉容量的设计最大值为5MW</w:t>
        <w:br/>
        <w:t>D.总设计容量为13.1～14.5MW，最小锅炉容量的设计最大值为8MW</w:t>
        <w:br/>
        <w:br/>
        <w:t xml:space="preserve">【答案】：C </w:t>
      </w:r>
    </w:p>
    <w:p>
      <w:r>
        <w:t>104、某机房同时运行3台风机，风机的声功率级分别为83dB.85dB和80dB，试问机房内总声功率级约为下列何值？</w:t>
        <w:br/>
        <w:t>A.88d</w:t>
        <w:br/>
        <w:t>B.248dB</w:t>
        <w:br/>
        <w:t>C.89dB</w:t>
        <w:br/>
        <w:t>D.85dB</w:t>
        <w:br/>
        <w:br/>
        <w:t xml:space="preserve">【答案】：A </w:t>
      </w:r>
    </w:p>
    <w:p>
      <w:r>
        <w:t>105、某仓库容积为1000m3，梅雨季节时，所在地的室外计算干球温度为34℃，相对湿度为80%，现要求库内空气温度为30℃，相对湿度为50%，选用总风量为2000m3/h的除湿机除湿。已知，建筑和设备的散湿量为0.2kg/h，库内人员的散湿量为0.8kg/h，库内自然渗透的换气量为每小时一次，按标准大气压考虑，空气密度取1.2kg/m3时，除湿机出口空气的含湿量应为下列哪一项？</w:t>
        <w:br/>
        <w:t>A.</w:t>
        <w:br/>
        <w:t>B.</w:t>
        <w:br/>
        <w:t>C.</w:t>
        <w:br/>
        <w:t>D.</w:t>
        <w:br/>
        <w:br/>
        <w:t xml:space="preserve">【答案】：B </w:t>
      </w:r>
    </w:p>
    <w:p>
      <w:pPr>
        <w:sectPr w:rsidSect="00034616">
          <w:type w:val="nextPage"/>
          <w:pgSz w:w="12240" w:h="15840"/>
          <w:pgMar w:top="1440" w:right="1800" w:bottom="1440" w:left="1800" w:header="720" w:footer="720" w:gutter="0"/>
          <w:pgNumType w:start="36"/>
          <w:cols w:space="720"/>
          <w:titlePg w:val="0"/>
          <w:docGrid w:linePitch="360"/>
        </w:sectPr>
      </w:pPr>
      <w:r>
        <w:t>106、北京市某办公楼建筑面积为2000㎡，冬季采用空调供暖，室内设计温度为22℃，空调每天运行10h。空调供暖年耗热量为(  )。</w:t>
        <w:br/>
        <w:t>A.500～630GJ</w:t>
        <w:br/>
        <w:t>B.600～730GJ</w:t>
        <w:br/>
        <w:t>C.700～830GJ</w:t>
        <w:br/>
        <w:t>D.800～930GJ</w:t>
        <w:br/>
        <w:br/>
        <w:t xml:space="preserve">【答案】：A </w:t>
      </w:r>
    </w:p>
    <w:p>
      <w:r>
        <w:t>107、3个除尘器分别具有60%，70%和80%的全效率，当将它们串联使用时，效率为(  )除尘器应放在前级，串联后总效率为(  )。</w:t>
        <w:br/>
        <w:t>A.60%，97.6%</w:t>
        <w:br/>
        <w:t>B.60%，95.8%</w:t>
        <w:br/>
        <w:t>C.80%，97.6%</w:t>
        <w:br/>
        <w:t>D.80%，95.8%</w:t>
        <w:br/>
        <w:br/>
        <w:t xml:space="preserve">【答案】：A </w:t>
      </w:r>
    </w:p>
    <w:p>
      <w:r>
        <w:t>108、地下汽车停车库的建筑面积为4000㎡，净高度为4m，四个朝向外墙的窗井内可开启的外窗面积各为25㎡，比较合理的防排烟方案是(  )。</w:t>
        <w:br/>
        <w:t>A.可以采用自然排烟</w:t>
        <w:br/>
        <w:t>B.</w:t>
        <w:br/>
        <w:t>C.</w:t>
        <w:br/>
        <w:t>D.</w:t>
        <w:br/>
        <w:br/>
        <w:t xml:space="preserve">【答案】：D </w:t>
      </w:r>
    </w:p>
    <w:p>
      <w:pPr>
        <w:sectPr w:rsidSect="00034616">
          <w:type w:val="nextPage"/>
          <w:pgSz w:w="12240" w:h="15840"/>
          <w:pgMar w:top="1440" w:right="1800" w:bottom="1440" w:left="1800" w:header="720" w:footer="720" w:gutter="0"/>
          <w:pgNumType w:start="37"/>
          <w:cols w:space="720"/>
          <w:titlePg w:val="0"/>
          <w:docGrid w:linePitch="360"/>
        </w:sectPr>
      </w:pPr>
      <w:r>
        <w:t>109、北京地区某冷库底层的冷却间，设计温度为-2℃，一面邻外墙，外墙的热惰性指标为3.50已知：北京地区的夏季空调室外计算温度为33.2℃，夏季空调室外日平均计算温度为28.6℃；夏季空调最热月14：00的平均相对湿度为64%(对应露点温度为21.1℃)，夏季空调最热月的平均相对湿度为78%(对应露点温度为24.4℃)，试问该外墙的最小总热阻是下列哪一项？(  )</w:t>
        <w:br/>
        <w:t>A.0.20～0.23㎡·℃/W</w:t>
        <w:br/>
        <w:t>B.0.30～0.33㎡·℃/W</w:t>
        <w:br/>
        <w:t>C.0.36～0.39㎡·℃/W</w:t>
        <w:br/>
        <w:t>D.0.40～0.43㎡·℃/W</w:t>
        <w:br/>
        <w:br/>
        <w:t xml:space="preserve">【答案】：C </w:t>
      </w:r>
    </w:p>
    <w:p>
      <w:r>
        <w:t>110、6级洁净室建成后进行测试，测试粒径为≥0.5μm，每个采样点每次采样量为(  )。</w:t>
        <w:br/>
        <w:t>A.0.6L</w:t>
        <w:br/>
        <w:t>B.1.0L</w:t>
        <w:br/>
        <w:t>C.1.5L</w:t>
        <w:br/>
        <w:t>D.2.0L</w:t>
        <w:br/>
        <w:br/>
        <w:t xml:space="preserve">【答案】：D </w:t>
      </w:r>
    </w:p>
    <w:p>
      <w:r>
        <w:t>111、设计沈阳市某车站大厅的补风系统。若风机的总效率为55%，按照普通机械通风系统的节能要求，所选风机的最大全压值不应超过下列哪一项？</w:t>
        <w:br/>
        <w:t>A.600Pa</w:t>
        <w:br/>
        <w:t>B.634Pa</w:t>
        <w:br/>
        <w:t>C.703Pa</w:t>
        <w:br/>
        <w:t>D.750Pa</w:t>
        <w:br/>
        <w:br/>
        <w:t xml:space="preserve">【答案】：A </w:t>
      </w:r>
    </w:p>
    <w:p>
      <w:pPr>
        <w:sectPr w:rsidSect="00034616">
          <w:type w:val="nextPage"/>
          <w:pgSz w:w="12240" w:h="15840"/>
          <w:pgMar w:top="1440" w:right="1800" w:bottom="1440" w:left="1800" w:header="720" w:footer="720" w:gutter="0"/>
          <w:pgNumType w:start="38"/>
          <w:cols w:space="720"/>
          <w:titlePg w:val="0"/>
          <w:docGrid w:linePitch="360"/>
        </w:sectPr>
      </w:pPr>
      <w:r>
        <w:t>112、某低温热水地板辐射采暖，供回水温度为60/50℃，热用户与热水供热管网采用板式换热器连接，热网供回水温度为110/70℃，该用户采暖热负荷为3000kW，供水温度及供回水温差均采用最高值，换热器传热系数为3100W/(m.℃)，求采用逆流换热时，所需换热器的最小面积。</w:t>
        <w:br/>
        <w:t>A.23～25㎡</w:t>
        <w:br/>
        <w:t>B.30～32㎡</w:t>
        <w:br/>
        <w:t>C.36～38㎡</w:t>
        <w:br/>
        <w:t>D.40～42㎡</w:t>
        <w:br/>
        <w:br/>
        <w:t xml:space="preserve">【答案】：C </w:t>
      </w:r>
    </w:p>
    <w:p>
      <w:r>
        <w:t>113、某低温环境试验室的最低温度为-45℃，其相邻的控制室中有一个观察低温试验情况的观察窗，控制室的设计参数为：干球温度25℃，相对湿度60%，气压按101.3kPa计算，观察窗内、外表面的表面传热系数均按8W/(㎡·K)计算，为了以最低成本保证观察窗的观察效果，其传热系数应为(  )。</w:t>
        <w:br/>
        <w:t>A.2.00W/(㎡·K)</w:t>
        <w:br/>
        <w:t>B.0.95W/(㎡·K)</w:t>
        <w:br/>
        <w:t>C.0.50W/(㎡·K)</w:t>
        <w:br/>
        <w:t>D.0.30W/(㎡·K)</w:t>
        <w:br/>
        <w:br/>
        <w:t xml:space="preserve">【答案】：B </w:t>
      </w:r>
    </w:p>
    <w:p>
      <w:r>
        <w:t>114、某成品库库房体积为75m3，对室温无特殊要求；其围护结构内表面散湿量与设备等散湿量之和为0.9kg/h，人员散湿量为0.lkg/h，自然渗透换气量为每小时1次。采用风量为600IT13/h的除湿机进行除湿，试问除湿机出口空气的含湿量应为下列何值？已知：室外空气干球温度为32℃，湿球温度为28℃；室内空气温度约28℃，相对湿度不大于70%。</w:t>
        <w:br/>
        <w:t>A.12～12.9g/kg</w:t>
        <w:br/>
        <w:t>B.13～13.9g/kg</w:t>
        <w:br/>
        <w:t>C.14～14.9g/kg</w:t>
        <w:br/>
        <w:t>D.15～15.9g/kg</w:t>
        <w:br/>
        <w:br/>
        <w:t xml:space="preserve">【答案】：C </w:t>
      </w:r>
    </w:p>
    <w:p>
      <w:pPr>
        <w:sectPr w:rsidSect="00034616">
          <w:type w:val="nextPage"/>
          <w:pgSz w:w="12240" w:h="15840"/>
          <w:pgMar w:top="1440" w:right="1800" w:bottom="1440" w:left="1800" w:header="720" w:footer="720" w:gutter="0"/>
          <w:pgNumType w:start="39"/>
          <w:cols w:space="720"/>
          <w:titlePg w:val="0"/>
          <w:docGrid w:linePitch="360"/>
        </w:sectPr>
      </w:pPr>
      <w:r>
        <w:t>115、某建筑的设计采暖负荷为200kW，供回水温度为80℃/60℃，计算阻力损失为50kPA，其入口处外网的实际供回水压差为40kPA，则该建筑采暖系统的实际热水循环量应为(</w:t>
      </w:r>
      <w:r>
        <w:t xml:space="preserve"> </w:t>
      </w:r>
    </w:p>
    <w:p>
      <w:r>
        <w:t xml:space="preserve"> )kg/h。</w:t>
        <w:br/>
        <w:t>A.6550～6950</w:t>
        <w:br/>
        <w:t>B.7000～7450</w:t>
        <w:br/>
        <w:t>C.7500～8000</w:t>
        <w:br/>
        <w:t>D.8050～8550</w:t>
        <w:br/>
        <w:br/>
        <w:t>【答案】：C</w:t>
      </w:r>
      <w:r>
        <w:t xml:space="preserve"> </w:t>
      </w:r>
    </w:p>
    <w:p>
      <w:r>
        <w:t>116、某住宅楼16层、每层6户，每户卫生器具为低水箱冲落式坐便器、淋浴器、洗涤盆、洗脸盆、家用洗衣机各一个，排水共用一个出口，其排水设计秒流量为下列哪一项？(  )</w:t>
        <w:br/>
        <w:t>A.4.5～5.4L/s</w:t>
        <w:br/>
        <w:t>B.5.5～6.4L/s</w:t>
        <w:br/>
        <w:t>C.6.5～7.4L/s</w:t>
        <w:br/>
        <w:t>D.7.5～8.5L/s</w:t>
        <w:br/>
        <w:br/>
        <w:t xml:space="preserve">【答案】：C </w:t>
      </w:r>
    </w:p>
    <w:p>
      <w:r>
        <w:t>117、某防空地下室为二等人员掩蔽所(一个防护单元)，掩蔽人数N=415人，清洁新风量为5m3/(P.h)，滤毒新风量为2m3/(P.h)(滤毒风机风量为1000m3/h)，最小防毒通道有效容积为10m3，清洁区有效容积为1725m3，该掩蔽所设计的防毒通道的最小换气次数接近下列哪一项？</w:t>
        <w:br/>
        <w:t>A.200次/h</w:t>
        <w:br/>
        <w:t>B.93次/h</w:t>
        <w:br/>
        <w:t>C.76次/h</w:t>
        <w:br/>
        <w:t>D.40次/h</w:t>
        <w:br/>
        <w:br/>
        <w:t xml:space="preserve">【答案】：C </w:t>
      </w:r>
    </w:p>
    <w:p>
      <w:pPr>
        <w:sectPr w:rsidSect="00034616">
          <w:type w:val="nextPage"/>
          <w:pgSz w:w="12240" w:h="15840"/>
          <w:pgMar w:top="1440" w:right="1800" w:bottom="1440" w:left="1800" w:header="720" w:footer="720" w:gutter="0"/>
          <w:pgNumType w:start="40"/>
          <w:cols w:space="720"/>
          <w:titlePg w:val="0"/>
          <w:docGrid w:linePitch="360"/>
        </w:sectPr>
      </w:pPr>
    </w:p>
    <w:p>
      <w:r>
        <w:t>118、某通风系统的过滤器，可选择静电过滤器或袋式过滤器。已知：大气压为101.3kPa，空气温度为20℃。处理风量为3000m3/h，静电过滤器阻力为20Pa，耗电功率为20W；袋式过滤器阻力为120Pa。风机的全压效率为0.80，风机采用三角皮带传动(滚动轴承)。系统每年运行180天，每天运行10h。若不计电机的功率损耗，试从节能角度比较，静电过滤器比袋式过滤器年节电数值应是下列哪一项？</w:t>
        <w:br/>
        <w:t>A.110～125kWh</w:t>
        <w:br/>
        <w:t>B.140～155kWh</w:t>
        <w:br/>
        <w:t>C.160～185kWh</w:t>
        <w:br/>
        <w:t>D.195～210kWh</w:t>
        <w:br/>
        <w:br/>
        <w:t>【答案】：C</w:t>
      </w:r>
      <w:r>
        <w:t xml:space="preserve"> </w:t>
      </w:r>
    </w:p>
    <w:p>
      <w:r>
        <w:t>119、某民用建筑的全面通风系统，系统计算总风量为10000m3/h，系统计算总压力损失300Pa，当地大气压力为101.3kPa，假设空气温度为20℃。若选用风系统全压效率为0.65、机械效率为0.98，在选择确定通风机时，风机的配用电机容量至少应为下列何项？(风机风量按计算风量附加5%，风压按计算阻力附加10%)</w:t>
        <w:br/>
        <w:t>A.1.25～1.4kW</w:t>
        <w:br/>
        <w:t>B.1.45～1.50kW</w:t>
        <w:br/>
        <w:t>C.1.6～1.75kW</w:t>
        <w:br/>
        <w:t>D.1.85～2.OkW</w:t>
        <w:br/>
        <w:br/>
        <w:t xml:space="preserve">【答案】：D </w:t>
      </w:r>
    </w:p>
    <w:p>
      <w:r>
        <w:t>120、某乙类厂房，冬季工作区供暖计算温度15℃，厂房围护结构耗热量Q=313.1kW，厂房全面排风量L=42000m3/h；厂房采用集中热风采暖系统，设计送风量G=12kg/s，则该系统冬季的设计送风温度tjj应为下列何项？(注：当地标准大气压力，室内外空气密度取均为1.2kg/m3，空气比热容cp=1.011kj/(kg·℃)，冬季通风室外计算温度-10℃)</w:t>
        <w:br/>
        <w:t>A.40～41.9℃</w:t>
        <w:br/>
        <w:t>B.42～43.9℃</w:t>
        <w:br/>
        <w:t>C.44～45.9℃</w:t>
        <w:br/>
        <w:t>D.46～48.9℃</w:t>
        <w:br/>
        <w:br/>
        <w:t xml:space="preserve">【答案】：C </w:t>
      </w:r>
    </w:p>
    <w:p>
      <w:pPr>
        <w:sectPr w:rsidSect="00034616">
          <w:type w:val="nextPage"/>
          <w:pgSz w:w="12240" w:h="15840"/>
          <w:pgMar w:top="1440" w:right="1800" w:bottom="1440" w:left="1800" w:header="720" w:footer="720" w:gutter="0"/>
          <w:pgNumType w:start="41"/>
          <w:cols w:space="720"/>
          <w:titlePg w:val="0"/>
          <w:docGrid w:linePitch="360"/>
        </w:sectPr>
      </w:pPr>
    </w:p>
    <w:p>
      <w:r>
        <w:t>121、北京市某住宅区总建筑面积为36000㎡，供暖面积热指标为40W/㎡，室内计算温度18℃，供暖室外计算温度-9℃，通风室外计算温度-5℃，供暖期室外平均温度-1.6℃，供暖期129d，计算供暖年耗热量为(</w:t>
      </w:r>
      <w:r>
        <w:t xml:space="preserve"> </w:t>
      </w:r>
      <w:r>
        <w:t xml:space="preserve"> )。</w:t>
        <w:br/>
        <w:t>A.</w:t>
        <w:br/>
        <w:t>B.</w:t>
        <w:br/>
        <w:t>C.</w:t>
        <w:br/>
        <w:t>D.</w:t>
        <w:br/>
        <w:br/>
        <w:t>【答案】：A</w:t>
      </w:r>
      <w:r>
        <w:t xml:space="preserve"> </w:t>
      </w:r>
    </w:p>
    <w:p>
      <w:r>
        <w:t>122、某办公楼会议室采暖负荷为5500W，采用铸铁四柱640型散热器，采暖热水为85/60℃，会议室为独立环路。办公室进行围护结构节能改造后，该会议室的采暖热负荷降至3800W，若原设计的散热器片数与有关修正系数不变，要保持室内温度为18℃(不超过21℃)，供回水温度应是下列哪一项？</w:t>
        <w:br/>
        <w:t>A.75/55℃</w:t>
        <w:br/>
        <w:t>B.70/50℃</w:t>
        <w:br/>
        <w:t>C.65/45℃</w:t>
        <w:br/>
        <w:t>D.60/40℃</w:t>
        <w:br/>
        <w:br/>
        <w:t xml:space="preserve">【答案】：B </w:t>
      </w:r>
    </w:p>
    <w:p>
      <w:pPr>
        <w:sectPr w:rsidSect="00034616">
          <w:type w:val="nextPage"/>
          <w:pgSz w:w="12240" w:h="15840"/>
          <w:pgMar w:top="1440" w:right="1800" w:bottom="1440" w:left="1800" w:header="720" w:footer="720" w:gutter="0"/>
          <w:pgNumType w:start="42"/>
          <w:cols w:space="720"/>
          <w:titlePg w:val="0"/>
          <w:docGrid w:linePitch="360"/>
        </w:sectPr>
      </w:pPr>
      <w:r>
        <w:t>123、制冷量为1744.5kW的溴化锂吸收式冷水机组，系统采用冷却水先进入吸收器再进入冷凝器的串联形式，吸收器进、出水温度32℃/36.4℃，冷凝器进、出水温度36.4℃/40℃，已知发生器热负荷为2447.1kW，其冷却水流量为(  )。</w:t>
        <w:br/>
        <w:t>A.</w:t>
        <w:br/>
        <w:t>B.</w:t>
        <w:br/>
        <w:t>C.</w:t>
        <w:br/>
        <w:t>D.</w:t>
        <w:br/>
        <w:br/>
        <w:t xml:space="preserve">【答案】：A </w:t>
      </w:r>
    </w:p>
    <w:p>
      <w:r>
        <w:t>124、4000㎡的洁净室，高效空气过滤器的布满率为64.8%，如果过滤器的尺寸为1200mm×1200mm，试问需要的过滤器数量为下列何值？</w:t>
        <w:br/>
        <w:t>A.750台</w:t>
        <w:br/>
        <w:t>B.1500台</w:t>
        <w:br/>
        <w:t>C.1800台</w:t>
        <w:br/>
        <w:t>D.2160台</w:t>
        <w:br/>
        <w:br/>
        <w:t xml:space="preserve">【答案】：C </w:t>
      </w:r>
    </w:p>
    <w:p>
      <w:r>
        <w:t>125、某车间办公辅房采用上供下回式蒸汽供暖系统，蒸汽压力为0.02MPa，供暖设计热负荷为9kW，供汽水平干管的设计符合要求的是(  )。</w:t>
        <w:br/>
        <w:t>A.管径15mm，流速30m/s</w:t>
        <w:br/>
        <w:t>B.管径20mm，流速17m/s</w:t>
        <w:br/>
        <w:t>C.管径25mm，流速11m/s</w:t>
        <w:br/>
        <w:t>D.管径32mm，流速6m/s</w:t>
        <w:br/>
        <w:br/>
        <w:t xml:space="preserve">【答案】：D </w:t>
      </w:r>
    </w:p>
    <w:p>
      <w:pPr>
        <w:sectPr w:rsidSect="00034616">
          <w:type w:val="nextPage"/>
          <w:pgSz w:w="12240" w:h="15840"/>
          <w:pgMar w:top="1440" w:right="1800" w:bottom="1440" w:left="1800" w:header="720" w:footer="720" w:gutter="0"/>
          <w:pgNumType w:start="43"/>
          <w:cols w:space="720"/>
          <w:titlePg w:val="0"/>
          <w:docGrid w:linePitch="360"/>
        </w:sectPr>
      </w:pPr>
      <w:r>
        <w:t>126、已知一台通风兼排烟双速离心风机，低速时风机铭牌风量为12450m3／h，风压为431Pa。已知当地的大气压力为B=101.3kPa，现要求高温时排风量为17430m3／h，排气温度为270℃，若风机、电机及传动效率在内的风机总效率为0.52，求该配套风机的电机功率至少应为多少？</w:t>
        <w:br/>
        <w:t>A.4kW</w:t>
        <w:br/>
        <w:t>B.5.5kW</w:t>
        <w:br/>
        <w:t>C.11kW</w:t>
        <w:br/>
        <w:t>D.15kW</w:t>
        <w:br/>
        <w:br/>
        <w:t xml:space="preserve">【答案】：B </w:t>
      </w:r>
    </w:p>
    <w:p>
      <w:r>
        <w:t>127、制冷量为1744.5kW的溴化锂吸收式冷水机组，系统采用冷却水先进入吸收器再进入冷凝器的串联形式，吸收器进、出水温度32℃/36.4℃，冷凝器进、出水温度36.4℃/40℃，已知发生器热负荷为2447.1kW，其冷却水流量为(  )。</w:t>
        <w:br/>
        <w:t>A.</w:t>
        <w:br/>
        <w:t>B.</w:t>
        <w:br/>
        <w:t>C.</w:t>
        <w:br/>
        <w:t>D.</w:t>
        <w:br/>
        <w:br/>
        <w:t xml:space="preserve">【答案】：A </w:t>
      </w:r>
    </w:p>
    <w:p>
      <w:r>
        <w:t>128、有一工艺需求的净面积为120㎡(12m×10m)混合流洁净室，吊顶高度为3m，在6级环境中心设置18㎡(3m×6m)的5级垂直单向流洁净区，室内工作人员很少，室内热、湿负荷也很小。净化空调送风方案均采用FFU在吊顶布置，6级洁净区双侧沿长边方向布置下侧回风，5级洁净区采用垂吊围帘至工作区上方围挡，洁净室需求的粗效、中效空气过滤和冷、热湿处理由一台净化空调机组负担，温湿度控制元件设置在5级洁净区的工作区域内。该设计方案的净化空调机组总送风量宜选取(  )。</w:t>
        <w:br/>
        <w:t>A.</w:t>
        <w:br/>
        <w:t>B.</w:t>
        <w:br/>
        <w:t>C.</w:t>
        <w:br/>
        <w:t>D.</w:t>
        <w:br/>
        <w:br/>
        <w:t xml:space="preserve">【答案】：B </w:t>
      </w:r>
    </w:p>
    <w:p>
      <w:pPr>
        <w:sectPr w:rsidSect="00034616">
          <w:type w:val="nextPage"/>
          <w:pgSz w:w="12240" w:h="15840"/>
          <w:pgMar w:top="1440" w:right="1800" w:bottom="1440" w:left="1800" w:header="720" w:footer="720" w:gutter="0"/>
          <w:pgNumType w:start="44"/>
          <w:cols w:space="720"/>
          <w:titlePg w:val="0"/>
          <w:docGrid w:linePitch="360"/>
        </w:sectPr>
      </w:pPr>
      <w:r>
        <w:t>129、某车间采用全回风热风供暖，车间热负荷为101kW，室内设计温度为15℃。空气加热器热媒为110℃/70℃的热水，传热系数为40W/(㎡·K)。车间送风量为4kg/s。空气加热器的面积应为(</w:t>
      </w:r>
      <w:r>
        <w:t xml:space="preserve"> </w:t>
      </w:r>
    </w:p>
    <w:p>
      <w:r>
        <w:t xml:space="preserve"> )。</w:t>
        <w:br/>
        <w:t>A.48～53㎡</w:t>
        <w:br/>
        <w:t>B.40～45㎡</w:t>
        <w:br/>
        <w:t>C.50～55㎡</w:t>
        <w:br/>
        <w:t>D.30～35㎡</w:t>
        <w:br/>
        <w:br/>
        <w:t>【答案】：A</w:t>
      </w:r>
      <w:r>
        <w:t xml:space="preserve"> </w:t>
      </w:r>
    </w:p>
    <w:p>
      <w:r>
        <w:t>130、容量700人的会议室，室内空气温度为20℃，室外空气温度为16℃。每人总发热量为110W，其中潜热量为30W，外围护结构损耗热量为7000W，所需通风量为下列哪一项？(  )</w:t>
        <w:br/>
        <w:t>A.3～5kg/s</w:t>
        <w:br/>
        <w:t>B.11.5～12.5kg/s</w:t>
        <w:br/>
        <w:t>C.17～18kg/s</w:t>
        <w:br/>
        <w:t>D.50～52kg/s</w:t>
        <w:br/>
        <w:br/>
        <w:t xml:space="preserve">【答案】：B </w:t>
      </w:r>
    </w:p>
    <w:p>
      <w:r>
        <w:t>131、某空调水系统为一级泵系统，总冷负荷为13360kW，设置4台相同的离心式冷水机组，并设置4台相同的冷水泵，冷水的供回水温差为5℃，水泵扬程为36m，设计工作点的效率为75%，最大输冷距离为400m。下列说法中正确的是(  )。</w:t>
        <w:br/>
        <w:t>A.耗电输冷比ECR为0.0223，满足要求</w:t>
        <w:br/>
        <w:t>B.耗电输冷比ECR为0.0256，满足要求</w:t>
        <w:br/>
        <w:t>C.耗电输冷比ECR为0.0306，不满足要求</w:t>
        <w:br/>
        <w:t>D.耗电输冷比ECR为0.0323，不满足要求</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https://d.book118.com/758063024126006034</w:t>
        </w:r>
      </w:hyperlink>
    </w:p>
    <w:p/>
    <w:sectPr w:rsidSect="00034616">
      <w:type w:val="nextPage"/>
      <w:pgSz w:w="12240" w:h="15840"/>
      <w:pgMar w:top="1440" w:right="1800" w:bottom="1440" w:left="1800" w:header="720" w:footer="720" w:gutter="0"/>
      <w:pgNumType w:start="4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5806302412600603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