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高中新学期自我评价（34篇）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高中新学期自我评价（通用34篇）</w:t>
      </w:r>
      <w:r>
        <w:rPr>
          <w:lang w:eastAsia="zh-CN"/>
        </w:rPr>
        <w:br/>
      </w:r>
      <w:r>
        <w:rPr>
          <w:lang w:eastAsia="zh-CN"/>
        </w:rPr>
        <w:t xml:space="preserve">    高中新学期自我评价 篇1 </w:t>
      </w:r>
      <w:r>
        <w:rPr>
          <w:lang w:eastAsia="zh-CN"/>
        </w:rPr>
        <w:br/>
      </w:r>
      <w:r>
        <w:rPr>
          <w:lang w:eastAsia="zh-CN"/>
        </w:rPr>
        <w:t>　　高中一年级第一学期突出表现：</w:t>
      </w:r>
      <w:r>
        <w:rPr>
          <w:lang w:eastAsia="zh-CN"/>
        </w:rPr>
        <w:br/>
      </w:r>
      <w:r>
        <w:rPr>
          <w:lang w:eastAsia="zh-CN"/>
        </w:rPr>
        <w:t>　　在第一学期学习期间，认真完成了竞赛班和高中正常学习任务，并积极参加各项集体活动和学校组织的社会活动，学习能力和社会活动能力及交流能力逐步提高。我文静的性格变得热情开朗，善解人意，尊重师长，团结同学，待人接物稳重大方，社会交流意识和沟通等综合能力及自主意识得到了较大提高。我在第一学期，自强不息，顽强拼搏，保持一种积极向上的意识和心态。积极参加学校各类活动，为班集体做出自己的贡献。在本学期举办的运动会中积极参与200米，跳高项目。虽然没有取得优异的成绩，但是展现了自己顽强不息的拼搏精神。 取得了对手，朋友的尊重。</w:t>
      </w:r>
      <w:r>
        <w:rPr>
          <w:lang w:eastAsia="zh-CN"/>
        </w:rPr>
        <w:br/>
      </w:r>
      <w:r>
        <w:rPr>
          <w:lang w:eastAsia="zh-CN"/>
        </w:rPr>
        <w:t>　　自我评价：</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学习中，能取人之长，不断的向更加优秀的学生看齐，虚心向老师和同学请教，通过多种交流方式不断增强自己的学习能力，丰富自己的知识面，不断开拓自己的视野，更多的是发现自己的不足之处。如饥似渴地汲取着多学科知识的营养，一如既往的不断克服自身的不足和弱点，逐步完善自身的综合素质，提高学习的能力。生活态度积极，乐观向上，热情助人，爱好广泛，学习生活内容丰富多彩，不断克服自身弱点，追求完美，综合素养逐步提高。通过一年的锤炼和磨合，</w:t>
      </w:r>
      <w:r>
        <w:rPr>
          <w:lang w:eastAsia="zh-CN"/>
        </w:rPr>
        <w:t xml:space="preserve"> 良好的师生关系得到了巩固和提高，积极参加学校和班级组织的各项活动。社会活动表现，能积极参加学校组织的社会活动和劳动，合作意识强，作风民主，劳动观念强，富有同情心，社会责任感较强。</w:t>
      </w:r>
      <w:r>
        <w:rPr>
          <w:lang w:eastAsia="zh-CN"/>
        </w:rPr>
        <w:br/>
      </w:r>
      <w:r>
        <w:rPr>
          <w:lang w:eastAsia="zh-CN"/>
        </w:rPr>
        <w:t xml:space="preserve">    高中新学期自我评价 篇2 </w:t>
      </w:r>
      <w:r>
        <w:rPr>
          <w:lang w:eastAsia="zh-CN"/>
        </w:rPr>
        <w:br/>
      </w:r>
      <w:r>
        <w:rPr>
          <w:lang w:eastAsia="zh-CN"/>
        </w:rPr>
        <w:t>　　这个学期以来我总的是感觉我过得糊糊涂涂，好像都没有一点点比较精彩的事情发生。在任何课上，除了语文课和美术课、科学课上好像其他的课，都是比较不认真的。音乐课上，我岁然葫芦丝是免考，那并不代表我很认真老是在跟别人说话，只有到了最后几节课我还是比较认真的。在英语课上，我有时认真，有时不认真，大部分还是在玩。在体育课上，总是爱跟别人开玩笑，态度也不是太好，到了最后还把施米诺的脚给弄骨折了。在数学课上，虽说这是门正科，但是还是不好，回家作业都做的很不好，在课上，总是思想开小差到最后导致考试成绩不理想。过得糊里糊涂的</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的值日工作是擦两边的蓝窗台，说是这个工作其实我也不是每天在做，有时候甚至好几天都忘了。还导致我们班扣过分，只有最后的这几天里我是比较不会忘记的。还有每天我都是很晚很晚来到学校的，差不多都是7：50多分来到学校的，所以值日工作又有好几次都是没有一点时间的可以做的。特别是在星期三的时候有时特别晚，因为是我们组打扫包干区，所以我来到学校就不用去教室了，可以直接去包干区。我有时因为眼保健操不好好做，被提醒了好几次，所以钱被全清空。到了月底就只剩下一点钱了</w:t>
      </w:r>
      <w:r>
        <w:rPr>
          <w:lang w:eastAsia="zh-CN"/>
        </w:rPr>
        <w:br/>
      </w:r>
      <w:r>
        <w:rPr>
          <w:lang w:eastAsia="zh-CN"/>
        </w:rPr>
        <w:t>　　总之我就是感觉在这一个学期里我还是过得糊糊涂涂的，太爱讲废话，太爱管闲事特别不好</w:t>
      </w:r>
      <w:r>
        <w:rPr>
          <w:lang w:eastAsia="zh-CN"/>
        </w:rPr>
        <w:br/>
      </w:r>
      <w:r>
        <w:rPr>
          <w:lang w:eastAsia="zh-CN"/>
        </w:rPr>
        <w:t>　　获得的荣誉：全忘了，好像这一学期应该无。</w:t>
      </w:r>
      <w:r>
        <w:rPr>
          <w:lang w:eastAsia="zh-CN"/>
        </w:rPr>
        <w:br/>
      </w:r>
      <w:r>
        <w:rPr>
          <w:lang w:eastAsia="zh-CN"/>
        </w:rPr>
        <w:t xml:space="preserve">    高中新学期自我评价 篇3 </w:t>
      </w:r>
      <w:r>
        <w:rPr>
          <w:lang w:eastAsia="zh-CN"/>
        </w:rPr>
        <w:br/>
      </w:r>
      <w:r>
        <w:rPr>
          <w:lang w:eastAsia="zh-CN"/>
        </w:rPr>
        <w:t>　　本人的优点是诚实、热情、性格坚毅。本人认为诚信是立身之本，所以本人一直是以言出必行来要求自己的，答应别人的事一定按时完成，记得有好几次，同学或老师约了本人见面，本人答应以后必定按时到达指定约会地点，即使有急事也从不失约，给他们留下了深刻的映像。由于待人热情诚恳，所以从小学到高中一直与同学跟老师相处得很好，而且也很受周围同学的欢迎，与许多同学建立起深厚的友谊。在学习知识的同时，本人更懂得了，考虑问题应周到，这在本人的毕业论文设计中充分展示了出来。本人这个人有个特点，就是不喜欢虎头蛇尾，做事从来都是有始有终，就算再难的事也全力以赴，追求最好的结果，正因为如此，本人把自己的意志视为主要因素，相信只要有恒心铁棒就能磨成针。一个人最大的敌人不是别的什么人，而是他本身。这么多年来，本人一直都是在跟自己战，准确地说，是跟自己的意志战斗。现在回想起来，本人确实比以前坚毅了许多，但本人不会松懈下来的。以上这些优点，是本人今后立身处世的根本，本人应该继续保持，并不断以此鞭策自己奋发向上。</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本人个人认为自己最大的缺点就是喜欢一心两用甚至多用。急功近利，喜欢一口气学许多东西，但是贪多嚼不烂，即使最后都能学会，也已经搞得自己很疲劳。如今想想，这样其实并不好，正所谓贵在精而不在广。如果本人一段时期内专注于一种学问，不求博但求精，相信一定能更深刻的理解并掌握这门知识。自从本人发现自己有这个缺点跟问题后，本人常常警戒自己，步入社会后也不能一心两用。</w:t>
      </w:r>
      <w:r>
        <w:rPr>
          <w:lang w:eastAsia="zh-CN"/>
        </w:rPr>
        <w:br/>
      </w:r>
      <w:r>
        <w:rPr>
          <w:lang w:eastAsia="zh-CN"/>
        </w:rPr>
        <w:t>　　通过三年的高中生活，学到了很多知识，更重要的是有了较快掌握一种新事物的能力。思想变成熟了许多，性格更坚毅了。认识了许多同学跟老师，建立起友谊，并在与他们的交往中提升了自身素质，认清了自身的一些短处并尽力改正。社会实践能力也有很大提高，为将来的人生之路奠定了基础。</w:t>
      </w:r>
      <w:r>
        <w:rPr>
          <w:lang w:eastAsia="zh-CN"/>
        </w:rPr>
        <w:br/>
      </w:r>
      <w:r>
        <w:rPr>
          <w:lang w:eastAsia="zh-CN"/>
        </w:rPr>
        <w:t>　　三年的高中是我人生这条线上闪闪发光的一小段，它包含了汗水跟收获，为本人划平人生的线起着至关重要的作用。</w:t>
      </w:r>
      <w:r>
        <w:rPr>
          <w:lang w:eastAsia="zh-CN"/>
        </w:rPr>
        <w:br/>
      </w:r>
      <w:r>
        <w:rPr>
          <w:lang w:eastAsia="zh-CN"/>
        </w:rPr>
        <w:t xml:space="preserve">    高中新学期自我评价 篇4 </w:t>
      </w:r>
      <w:r>
        <w:rPr>
          <w:lang w:eastAsia="zh-CN"/>
        </w:rPr>
        <w:br/>
      </w:r>
      <w:r>
        <w:rPr>
          <w:lang w:eastAsia="zh-CN"/>
        </w:rPr>
        <w:t>　　在新学期，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r>
        <w:rPr>
          <w:lang w:eastAsia="zh-CN"/>
        </w:rPr>
        <w:br/>
      </w:r>
      <w:r>
        <w:rPr>
          <w:lang w:eastAsia="zh-CN"/>
        </w:rPr>
        <w:t>　　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r>
        <w:rPr>
          <w:lang w:eastAsia="zh-CN"/>
        </w:rPr>
        <w:br/>
      </w:r>
      <w:r>
        <w:rPr>
          <w:lang w:eastAsia="zh-CN"/>
        </w:rPr>
        <w:t>　　这几年，一直在追求人格的升华，注重自己的品行。我崇拜有巨大人格魅力的人，并一直希望自己也能做到。在大学生活中，我坚持着自我反省且努力的完善自己的人格。这几年，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r>
        <w:rPr>
          <w:lang w:eastAsia="zh-CN"/>
        </w:rPr>
        <w:br/>
      </w:r>
      <w:r>
        <w:rPr>
          <w:lang w:eastAsia="zh-CN"/>
        </w:rPr>
        <w:t xml:space="preserve">    高中新学期自我评价 篇5 </w:t>
      </w:r>
      <w:r>
        <w:rPr>
          <w:lang w:eastAsia="zh-CN"/>
        </w:rPr>
        <w:br/>
      </w:r>
      <w:r>
        <w:rPr>
          <w:lang w:eastAsia="zh-CN"/>
        </w:rPr>
        <w:t>　　各位同学们，大家好，我的名字叫。初次见面，想必大家对我还不是很熟悉。所以，下面我就为大家做一个简单的自我介绍。</w:t>
      </w:r>
      <w:r>
        <w:rPr>
          <w:lang w:eastAsia="zh-CN"/>
        </w:rPr>
        <w:br/>
      </w:r>
      <w:r>
        <w:rPr>
          <w:lang w:eastAsia="zh-CN"/>
        </w:rPr>
        <w:t>　　我今年__岁，生活在一个甜蜜的四口之家中，我的妈妈和爸爸同样都是老师，我的姐姐是一个品学兼优的学生今年在中学读高中一年级。</w:t>
      </w:r>
      <w:r>
        <w:rPr>
          <w:lang w:eastAsia="zh-CN"/>
        </w:rPr>
        <w:br/>
      </w:r>
      <w:r>
        <w:rPr>
          <w:lang w:eastAsia="zh-CN"/>
        </w:rPr>
        <w:t>　　我很爱笑，生性好动，是个开朗活泼的孩子。我酷爱体育运动，尤其是球类这一方面的。比如：足球、篮球、羽毛球、乒乓球。</w:t>
      </w:r>
      <w:r>
        <w:rPr>
          <w:lang w:eastAsia="zh-CN"/>
        </w:rPr>
        <w:br/>
      </w:r>
      <w:r>
        <w:rPr>
          <w:lang w:eastAsia="zh-CN"/>
        </w:rPr>
        <w:t>　　各位同学，既然我们分在了一个班级中，就应当在学习中相互交流，在生活中相互扶持帮助，我的目标是在几年后的中、高考中考出优异的成绩，为家人争光。可是，要想取得优异的成绩，就得付出艰辛的努力，为此，我将坚持不懈。朋友，让我们一起努力吧!</w:t>
      </w:r>
      <w:r>
        <w:rPr>
          <w:lang w:eastAsia="zh-CN"/>
        </w:rPr>
        <w:br/>
      </w:r>
      <w:r>
        <w:rPr>
          <w:lang w:eastAsia="zh-CN"/>
        </w:rPr>
        <w:t xml:space="preserve">    高中新学期自我评价 篇6 </w:t>
      </w:r>
      <w:r>
        <w:rPr>
          <w:lang w:eastAsia="zh-CN"/>
        </w:rPr>
        <w:br/>
      </w:r>
      <w:r>
        <w:rPr>
          <w:lang w:eastAsia="zh-CN"/>
        </w:rPr>
        <w:t>　　结束了假期的生活，马上又回到紧张但充实的学习中，环境的变化当然有一定时间的适应过程，而刚好用这段时间冷静的思考一下新的学期的新目标，总而为很好的过一个学期打下基矗</w:t>
      </w:r>
      <w:r>
        <w:rPr>
          <w:lang w:eastAsia="zh-CN"/>
        </w:rPr>
        <w:br/>
      </w:r>
      <w:r>
        <w:rPr>
          <w:lang w:eastAsia="zh-CN"/>
        </w:rPr>
        <w:t>　　在新的学期里，我们应该迎难而上，不避挫折。要将泪水和忧伤默默地埋藏在心底，要有勇气面对挫折，战胜挫折，不要畏难，不要害怕，因为挫折也是一笔财富。</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在新的.学期里，我们应该争分夺秒，只争朝夕。我们要向着我的梦想前进，让梦想成真。留下了汗水，但要无怨无悔。</w:t>
      </w:r>
      <w:r>
        <w:rPr>
          <w:lang w:eastAsia="zh-CN"/>
        </w:rPr>
        <w:br/>
      </w:r>
      <w:r>
        <w:rPr>
          <w:lang w:eastAsia="zh-CN"/>
        </w:rPr>
        <w:t>　　在新的学期里，我们应该乐观积极，永远向上。在前进的道路中，也许会有挫折，会有困难，但那不是我们哭泣的理由，不是我们叹息的原因，我们没有理由不好好爱惜我。</w:t>
      </w:r>
      <w:r>
        <w:rPr>
          <w:lang w:eastAsia="zh-CN"/>
        </w:rPr>
        <w:br/>
      </w:r>
      <w:r>
        <w:rPr>
          <w:lang w:eastAsia="zh-CN"/>
        </w:rPr>
        <w:t>　　在这新的学期，我们更应该树立正确的人生观，努力学习，积极上进，让汗水与泪水化作成功的结晶。</w:t>
      </w:r>
      <w:r>
        <w:rPr>
          <w:lang w:eastAsia="zh-CN"/>
        </w:rPr>
        <w:br/>
      </w:r>
      <w:r>
        <w:rPr>
          <w:lang w:eastAsia="zh-CN"/>
        </w:rPr>
        <w:t>　　我们顽强的拼搏，是为了曾经的梦想，我们留下的汗水，要结成金秋的硕果。学习紧张，我们更应该顽强奋斗;压力增大，我们更应努力学习。因为我们身上不仅寄托着父母望子成龙的殷切期望，更寄托着老师泱泱的情，深深的爱。</w:t>
      </w:r>
      <w:r>
        <w:rPr>
          <w:lang w:eastAsia="zh-CN"/>
        </w:rPr>
        <w:br/>
      </w:r>
      <w:r>
        <w:rPr>
          <w:lang w:eastAsia="zh-CN"/>
        </w:rPr>
        <w:t>　　胜利属于有准备的人，胜利更属于敢于拼搏的人，我相信，只要有了目标，只要付出汗水，最后一定会有丰富的收获!</w:t>
      </w:r>
      <w:r>
        <w:rPr>
          <w:lang w:eastAsia="zh-CN"/>
        </w:rPr>
        <w:br/>
      </w:r>
      <w:r>
        <w:rPr>
          <w:lang w:eastAsia="zh-CN"/>
        </w:rPr>
        <w:t xml:space="preserve">    高中新学期自我评价 篇7 </w:t>
      </w:r>
      <w:r>
        <w:rPr>
          <w:lang w:eastAsia="zh-CN"/>
        </w:rPr>
        <w:br/>
      </w:r>
      <w:r>
        <w:rPr>
          <w:lang w:eastAsia="zh-CN"/>
        </w:rPr>
        <w:t>　　本人品德兼优、性格开朗、热爱生活，有较强的实践能力和组织能力，学习之余，走出校门，本人珍惜每次锻炼的机会，与不同的人相处，让自己近距离地接触社会，感受人生，品味生活的酸甜苦辣。</w:t>
      </w:r>
      <w:r>
        <w:rPr>
          <w:lang w:eastAsia="zh-CN"/>
        </w:rPr>
        <w:br/>
      </w:r>
      <w:r>
        <w:rPr>
          <w:lang w:eastAsia="zh-CN"/>
        </w:rPr>
        <w:t>　　我自上高中一年级以来，在学校领导和老师的谆谆教导下，无论在德育、智育、体育等方面都有了的一定的进步。本学年我曾被评为__县优秀共青团员和县的三好学生。下面就是我一年来的具体表现，在这里就简单地作一个自我评价：</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德育方面。一年来，我严格、自觉地遵守社会公德和学校的规章制度，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r>
        <w:rPr>
          <w:lang w:eastAsia="zh-CN"/>
        </w:rPr>
        <w:br/>
      </w:r>
      <w:r>
        <w:rPr>
          <w:lang w:eastAsia="zh-CN"/>
        </w:rPr>
        <w:t>　　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r>
        <w:rPr>
          <w:lang w:eastAsia="zh-CN"/>
        </w:rPr>
        <w:br/>
      </w:r>
      <w:r>
        <w:rPr>
          <w:lang w:eastAsia="zh-CN"/>
        </w:rPr>
        <w:t>　　在体、美、劳方面。我十分重视体育课和劳动课，积极参加各项体育运动和劳动，不断地提高自己的身体健康水平，锻炼了自己的坚强意志，懂得了劳动能创造一切的道理,进一步培养和提高自己的审美能力。</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但我也有一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把自己优秀的地方发扬光大，做一名品学兼优的中学生。</w:t>
      </w:r>
      <w:r>
        <w:rPr>
          <w:lang w:eastAsia="zh-CN"/>
        </w:rPr>
        <w:br/>
      </w:r>
      <w:r>
        <w:rPr>
          <w:lang w:eastAsia="zh-CN"/>
        </w:rPr>
        <w:t>　　这是高中的第一年，新的环境新的生活，我每天都认真学习积极地生活，希望自己可以成为更强的人，</w:t>
      </w:r>
      <w:r>
        <w:rPr>
          <w:lang w:eastAsia="zh-CN"/>
        </w:rPr>
        <w:br/>
      </w:r>
      <w:r>
        <w:rPr>
          <w:lang w:eastAsia="zh-CN"/>
        </w:rPr>
        <w:t xml:space="preserve">    高中新学期自我评价 篇8 </w:t>
      </w:r>
      <w:r>
        <w:rPr>
          <w:lang w:eastAsia="zh-CN"/>
        </w:rPr>
        <w:br/>
      </w:r>
      <w:r>
        <w:rPr>
          <w:lang w:eastAsia="zh-CN"/>
        </w:rPr>
        <w:t>　　大家好,我叫,今年11岁,现读初一,就读三亚实验中学.初一(9)班.我比较喜欢蓝色,而最近学校强调天天都要穿校服,所以一直</w:t>
      </w:r>
      <w:r>
        <w:rPr>
          <w:lang w:eastAsia="zh-CN"/>
        </w:rPr>
        <w:br/>
      </w:r>
      <w:r>
        <w:rPr>
          <w:lang w:eastAsia="zh-CN"/>
        </w:rPr>
        <w:t>　　都没机会穿自己喜欢的衣服了.我的优点是:思考问题是比较专心,而且为人开朗.缺点嘛,就是非常粗心,考试时总看错题而导致非常后悔.记得有一件事,也是因为我的粗心引起的!</w:t>
      </w:r>
      <w:r>
        <w:rPr>
          <w:lang w:eastAsia="zh-CN"/>
        </w:rPr>
        <w:br/>
      </w:r>
      <w:r>
        <w:rPr>
          <w:lang w:eastAsia="zh-CN"/>
        </w:rPr>
        <w:t>　　有一天,我去了婶婶家,我正洗东西呢,妈妈叫我下楼拿东西,一上来,看到卫生间快成海洋了,原来是我出门时忘了关水龙头,咳,这都是因为我的粗心造成的,我什么时候才能改掉这个缺点呢?</w:t>
      </w:r>
      <w:r>
        <w:rPr>
          <w:lang w:eastAsia="zh-CN"/>
        </w:rPr>
        <w:br/>
      </w:r>
      <w:r>
        <w:rPr>
          <w:lang w:eastAsia="zh-CN"/>
        </w:rPr>
        <w:t xml:space="preserve">    高中新学期自我评价 篇9 </w:t>
      </w:r>
      <w:r>
        <w:rPr>
          <w:lang w:eastAsia="zh-CN"/>
        </w:rPr>
        <w:br/>
      </w:r>
      <w:r>
        <w:rPr>
          <w:lang w:eastAsia="zh-CN"/>
        </w:rPr>
        <w:t>　　在新的学期，新的环境下我们要重新开始，无论过去是失败还是成功。忘记以前的成功与失败，我们只需要把经验和教训铭刻于心。面对失败，让我们铭记一位老者说的话：一个人如果失败了，并不证明他永远完了;如果他认输了，并且退却了，那他才永远完了。</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新学期开始，应认真总结过去，千万不要骄傲，应该再新学期再接再厉，争取取得更好的成绩，取得更大的进步。应该振奋精神，争取迎头赶上。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r>
        <w:rPr>
          <w:lang w:eastAsia="zh-CN"/>
        </w:rPr>
        <w:br/>
      </w:r>
      <w:r>
        <w:rPr>
          <w:lang w:eastAsia="zh-CN"/>
        </w:rPr>
        <w:t>　　我衷心拥护中国共产党的领导，热爱蒸蒸日上、迈着改革步伐前进的社会主义祖国，用建设有中国特色的社会主义理论武装自己，逐步提高自己的政治思想觉悟，并向党组织递交了入党申请书。作为班长，我能以身作则，严于律己，在同学中树立了好榜样，并能团结好班委，处理好班级的一切事务，是老师的得力助手。高二年我们班被评为市优秀班级，这是全班同学共同努力的`结果，我为能生活在这样一个班级而自豪。三年来，我在组织能力、语言表达能力有了长足的进步。</w:t>
      </w:r>
      <w:r>
        <w:rPr>
          <w:lang w:eastAsia="zh-CN"/>
        </w:rPr>
        <w:br/>
      </w:r>
      <w:r>
        <w:rPr>
          <w:lang w:eastAsia="zh-CN"/>
        </w:rPr>
        <w:t>　　学习上，我有较强的自学能力，勤于钻研，肯思考，合理安排好学习时间，理解能力强，思维敏捷，对问题有独到的见解。学习中摸索出一套符合自己的学习方法，脚踏实地，循序渐进，精益求精，学习效率高。三年来学习成绩优异，半期考、期考等重大考试均居年段第一。在学科竞赛中也多次获奖，高一年荣获第四届全国中学生数学竞赛市三等奖;高二年获全国中学生化学竞赛厦门赛区表扬奖，高三获第十四届全国中学生物理竞赛省二等奖。积极参加体育锻炼，体育体锻达标擅打篮球。</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通过高中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r>
        <w:rPr>
          <w:lang w:eastAsia="zh-CN"/>
        </w:rPr>
        <w:br/>
      </w:r>
      <w:r>
        <w:rPr>
          <w:lang w:eastAsia="zh-CN"/>
        </w:rPr>
        <w:t xml:space="preserve">    高中新学期自我评价 篇10 </w:t>
      </w:r>
      <w:r>
        <w:rPr>
          <w:lang w:eastAsia="zh-CN"/>
        </w:rPr>
        <w:br/>
      </w:r>
      <w:r>
        <w:rPr>
          <w:lang w:eastAsia="zh-CN"/>
        </w:rPr>
        <w:t>　　步入大学,成为一名大学生.我又上了一个台阶,使我更靠近这个社会.大学里的导师,大学里的同学,大学里的人情世故,使我更加明确我在这个社会里的角色,塑造我身份的重要性.</w:t>
      </w:r>
      <w:r>
        <w:rPr>
          <w:lang w:eastAsia="zh-CN"/>
        </w:rPr>
        <w:br/>
      </w:r>
      <w:r>
        <w:rPr>
          <w:lang w:eastAsia="zh-CN"/>
        </w:rPr>
        <w:t>　　在这学期里,我感到在这个快节奏时代里生活的压力,感到不安.有时不知所措,为我担心,变的越来越不自信.知道我的性格很孩子气,给人感觉总是不成稳,大大咧咧.我也曾想过这些问题,却不知该怎样去改变我.</w:t>
      </w:r>
      <w:r>
        <w:rPr>
          <w:lang w:eastAsia="zh-CN"/>
        </w:rPr>
        <w:br/>
      </w:r>
      <w:r>
        <w:rPr>
          <w:lang w:eastAsia="zh-CN"/>
        </w:rPr>
        <w:t>　　以前总是在想离开校园后,踏上工作岗位,我该这样去做.总是在慢慢计划著我以后的路.到头来才发现计划赶不上变化.那一切都只是一纸空谈而已,眼前是珍惜现在良好的条件,努力努力再努力.</w:t>
      </w:r>
      <w:r>
        <w:rPr>
          <w:lang w:eastAsia="zh-CN"/>
        </w:rPr>
        <w:br/>
      </w:r>
      <w:r>
        <w:rPr>
          <w:lang w:eastAsia="zh-CN"/>
        </w:rPr>
        <w:t>　　踏进这个学期总是有人问我:"你打算去哪儿实习?" 我的回答总是"不知道."尽管这也是我常问身边同学的一个问题.不是我没有打算,而是那只能说是我现在奋斗的目标.我不愿太过去想这个问题,只要我现在朝著这个目标去奋斗就好.</w:t>
      </w:r>
      <w:r>
        <w:rPr>
          <w:lang w:eastAsia="zh-CN"/>
        </w:rPr>
        <w:br/>
      </w:r>
      <w:r>
        <w:rPr>
          <w:lang w:eastAsia="zh-CN"/>
        </w:rPr>
        <w:t>　　对于以后该怎样去做,我只能留下一句:"努力奋斗.yes,i do!"</w:t>
      </w:r>
      <w:r>
        <w:rPr>
          <w:lang w:eastAsia="zh-CN"/>
        </w:rPr>
        <w:br/>
      </w:r>
      <w:r>
        <w:rPr>
          <w:lang w:eastAsia="zh-CN"/>
        </w:rPr>
        <w:t xml:space="preserve">    高中新学期自我评价 篇11 </w:t>
      </w:r>
      <w:r>
        <w:rPr>
          <w:lang w:eastAsia="zh-CN"/>
        </w:rPr>
        <w:br/>
      </w:r>
      <w:r>
        <w:rPr>
          <w:lang w:eastAsia="zh-CN"/>
        </w:rPr>
        <w:t>　　好快，来到这个学校，这个班级，已整整一个月了!</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在我看来，初二四班是个和谐、幽默的大家庭。搞笑，热情的同学们，永远都只会为同学着想的老师们，他们的所作所为，都让我看在心底里，对于新来的我，是觉得如此的温馨，从不会感到寂寞!</w:t>
      </w:r>
      <w:r>
        <w:rPr>
          <w:lang w:eastAsia="zh-CN"/>
        </w:rPr>
        <w:br/>
      </w:r>
      <w:r>
        <w:rPr>
          <w:lang w:eastAsia="zh-CN"/>
        </w:rPr>
        <w:t>　　让我上的第一堂的展示课，对于我来说是如此的陌生，但对于同学们：积极的参与，积极为自己小组想办法。让我看出来，同学们是多么的团结，尤其是心理课，更加的突出了同学们的积极和团结。让我深深爱上了初二四班这个大家庭，我更加感觉到，从我踏进四班开始，我们就是一家人!</w:t>
      </w:r>
      <w:r>
        <w:rPr>
          <w:lang w:eastAsia="zh-CN"/>
        </w:rPr>
        <w:br/>
      </w:r>
      <w:r>
        <w:rPr>
          <w:lang w:eastAsia="zh-CN"/>
        </w:rPr>
        <w:t>　　就是因为我知道我是新生，什么都不懂，所以，更加努力的想融入这个大家庭当中。可是从零开始，学习要倍加努力!</w:t>
      </w:r>
      <w:r>
        <w:rPr>
          <w:lang w:eastAsia="zh-CN"/>
        </w:rPr>
        <w:br/>
      </w:r>
      <w:r>
        <w:rPr>
          <w:lang w:eastAsia="zh-CN"/>
        </w:rPr>
        <w:t>　　对于家长，我总是很倔强，以前是自己不懂事，而现在我必须面对现实：我长大了，应孝顺父母;我长大了，不能再让父母呵护了，而应该对父母做些事了!而不是在一直依靠父母下去!</w:t>
      </w:r>
      <w:r>
        <w:rPr>
          <w:lang w:eastAsia="zh-CN"/>
        </w:rPr>
        <w:br/>
      </w:r>
      <w:r>
        <w:rPr>
          <w:lang w:eastAsia="zh-CN"/>
        </w:rPr>
        <w:t>　　我会尽快融入初二四班，会更快的改掉自己的不足，我会尽可能的做一个乖学生，让老师、家长满意的学生!</w:t>
      </w:r>
      <w:r>
        <w:rPr>
          <w:lang w:eastAsia="zh-CN"/>
        </w:rPr>
        <w:br/>
      </w:r>
      <w:r>
        <w:rPr>
          <w:lang w:eastAsia="zh-CN"/>
        </w:rPr>
        <w:t>　　我会永远成为初二四班中的一份子，永远……</w:t>
      </w:r>
      <w:r>
        <w:rPr>
          <w:lang w:eastAsia="zh-CN"/>
        </w:rPr>
        <w:br/>
      </w:r>
      <w:r>
        <w:rPr>
          <w:lang w:eastAsia="zh-CN"/>
        </w:rPr>
        <w:t xml:space="preserve">    高中新学期自我评价 篇12 </w:t>
      </w:r>
      <w:r>
        <w:rPr>
          <w:lang w:eastAsia="zh-CN"/>
        </w:rPr>
        <w:br/>
      </w:r>
      <w:r>
        <w:rPr>
          <w:lang w:eastAsia="zh-CN"/>
        </w:rPr>
        <w:t>　　我叫，今年十六岁，刚上高二。</w:t>
      </w:r>
      <w:r>
        <w:rPr>
          <w:lang w:eastAsia="zh-CN"/>
        </w:rPr>
        <w:br/>
      </w:r>
      <w:r>
        <w:rPr>
          <w:lang w:eastAsia="zh-CN"/>
        </w:rPr>
        <w:t>　　我在北京市中上学，我的优点就是爱动，每天早上我都到外面锻炼，跑跑步，玩玩单杠等， 所以，我在学校的体育特别好，我的学习也是不可质疑的，数学考试从来没下过90分，我的英语也不错。所以，我的脸上总是洋溢者喜悦的表情。</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我的缺点就是不会打篮球，也不知到是怎么一回事，就是不喜欢。</w:t>
      </w:r>
      <w:r>
        <w:rPr>
          <w:lang w:eastAsia="zh-CN"/>
        </w:rPr>
        <w:br/>
      </w:r>
      <w:r>
        <w:rPr>
          <w:lang w:eastAsia="zh-CN"/>
        </w:rPr>
        <w:t>　　这就是我，只要一见到我，我总是笑，我会热情的和你打招呼，来吧!</w:t>
      </w:r>
      <w:r>
        <w:rPr>
          <w:lang w:eastAsia="zh-CN"/>
        </w:rPr>
        <w:br/>
      </w:r>
      <w:r>
        <w:rPr>
          <w:lang w:eastAsia="zh-CN"/>
        </w:rPr>
        <w:t xml:space="preserve">    高中新学期自我评价 篇13 </w:t>
      </w:r>
      <w:r>
        <w:rPr>
          <w:lang w:eastAsia="zh-CN"/>
        </w:rPr>
        <w:br/>
      </w:r>
      <w:r>
        <w:rPr>
          <w:lang w:eastAsia="zh-CN"/>
        </w:rPr>
        <w:t>　　尊敬的老师，亲爱的同学们，大家好!</w:t>
      </w:r>
      <w:r>
        <w:rPr>
          <w:lang w:eastAsia="zh-CN"/>
        </w:rPr>
        <w:br/>
      </w:r>
      <w:r>
        <w:rPr>
          <w:lang w:eastAsia="zh-CN"/>
        </w:rPr>
        <w:t>　　我叫，今年十二岁，生日是四月十七日，可爱的白羊座，万能的O型血，我毕业于利辛县实验小学。</w:t>
      </w:r>
      <w:r>
        <w:rPr>
          <w:lang w:eastAsia="zh-CN"/>
        </w:rPr>
        <w:br/>
      </w:r>
      <w:r>
        <w:rPr>
          <w:lang w:eastAsia="zh-CN"/>
        </w:rPr>
        <w:t>　　我是那种静如处女，动如脱兔的类型，鼻梁上架着一副眼镜，哎!都是电脑惹的祸啊!我个子不算高，不过短小精悍，浓缩就是精华嘛!</w:t>
      </w:r>
      <w:r>
        <w:rPr>
          <w:lang w:eastAsia="zh-CN"/>
        </w:rPr>
        <w:br/>
      </w:r>
      <w:r>
        <w:rPr>
          <w:lang w:eastAsia="zh-CN"/>
        </w:rPr>
        <w:t>　　我的成绩嘛，小学在班上还不错喽，多次获得各科奖项，曾任班长、中队长、大队委和副大队长，也是老师的得意弟子，然而这都已成为过去。在现今这个高手云集的班级里，我已感到了压力。不过我相信，压力就是动力，我一定会努力加油的!</w:t>
      </w:r>
      <w:r>
        <w:rPr>
          <w:lang w:eastAsia="zh-CN"/>
        </w:rPr>
        <w:br/>
      </w:r>
      <w:r>
        <w:rPr>
          <w:lang w:eastAsia="zh-CN"/>
        </w:rPr>
        <w:t>　　我喜欢体育，爱跑步、跳绳和乒乓球，小学还多次在运动会上获奖;我经常参加学校组织的各类活动，表现也比较好，很多时候，都被当成榜样。</w:t>
      </w:r>
      <w:r>
        <w:rPr>
          <w:lang w:eastAsia="zh-CN"/>
        </w:rPr>
        <w:br/>
      </w:r>
      <w:r>
        <w:rPr>
          <w:lang w:eastAsia="zh-CN"/>
        </w:rPr>
        <w:t>　　以前班上的同学和朋友都上了各自不同的中学，到水二中的很少。所以，在新的环境中，我相信我会认识更多的新朋友，希望大家也能愿意和我交朋友。</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通过我的描述，相信大家对我有所了解了吧，在接下来的三年的学习期间，希望我们愉快相处。</w:t>
      </w:r>
      <w:r>
        <w:rPr>
          <w:lang w:eastAsia="zh-CN"/>
        </w:rPr>
        <w:br/>
      </w:r>
      <w:r>
        <w:rPr>
          <w:lang w:eastAsia="zh-CN"/>
        </w:rPr>
        <w:t xml:space="preserve">    高中新学期自我评价 篇14 </w:t>
      </w:r>
      <w:r>
        <w:rPr>
          <w:lang w:eastAsia="zh-CN"/>
        </w:rPr>
        <w:br/>
      </w:r>
      <w:r>
        <w:rPr>
          <w:lang w:eastAsia="zh-CN"/>
        </w:rPr>
        <w:t>　　在学期一开始，离别愁绪就笼罩了我们；在我们还来不及伤感时，就要开始忙于论题大纲，材料册，开题报告；收集论文资料；选出参考文献6767踏入社会的步子越临近，越感到自己的知识储备不够，于是选择把大四当高三过，在大学的最后一年洒下奋力拼搏的汗水，也为自己赢一个更从容的明天。</w:t>
      </w:r>
      <w:r>
        <w:rPr>
          <w:lang w:eastAsia="zh-CN"/>
        </w:rPr>
        <w:br/>
      </w:r>
      <w:r>
        <w:rPr>
          <w:lang w:eastAsia="zh-CN"/>
        </w:rPr>
        <w:t>　　学习上，我继续着大三学年的学习劲头，除了成为图书馆的常客外，平时在宿舍也会利用电脑浏览或搜索一些有关学习的资料。除了学习，平时有时间也会多看看书，扩大自己的知识面，增强自己的竞争力。不过可能由于或复习的效率有效性不高，期末考试没有取得自己期待中的成绩。但是，我相信我会在总结中继续成长的。</w:t>
      </w:r>
      <w:r>
        <w:rPr>
          <w:lang w:eastAsia="zh-CN"/>
        </w:rPr>
        <w:br/>
      </w:r>
      <w:r>
        <w:rPr>
          <w:lang w:eastAsia="zh-CN"/>
        </w:rPr>
        <w:t>　　工作上，学院组织了我们广交会的实习，而我有幸成为其中的一员。作为办公室助理的一份子，我的工作不仅是负责好同学们的后勤保障，同时对于会馆的统筹组织也需要出谋划策。广交会期间解决很多困难，认识了很多朋友，最主要的是学习了很多校园不能学到的为人处事。另外，作为班里的团支书，组织了两次有意义的团日活动，深得同学们的好评，不过在一些组织安排的细节上始终还有一些不完善的地方有待改进。</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r>
        <w:rPr>
          <w:lang w:eastAsia="zh-CN"/>
        </w:rPr>
        <w:br/>
      </w:r>
      <w:r>
        <w:rPr>
          <w:lang w:eastAsia="zh-CN"/>
        </w:rPr>
        <w:t>　　当我面临有所选择的时候，我开始审视和评估自己的兴趣跟能力并规划可能还很飘渺的职业生涯了。现代企业管理地开放性和灵活性也让我有了去公司实习的机会。于是我先去了公司实习。几个月的实习确实让我学到了许多实践性很强的东西，也让我对社会有了更深入地认识。这些对我从一个“校园人”向一个“社会人”、“企业人”转变是非常有帮助的。</w:t>
      </w:r>
      <w:r>
        <w:rPr>
          <w:lang w:eastAsia="zh-CN"/>
        </w:rPr>
        <w:br/>
      </w:r>
      <w:r>
        <w:rPr>
          <w:lang w:eastAsia="zh-CN"/>
        </w:rPr>
        <w:t>　　大学生活即将到来，今后的路需要我一步一个脚印往前走。我唯有不断学习、拼搏，方能克服障碍，开拓美好前程。</w:t>
      </w:r>
      <w:r>
        <w:rPr>
          <w:lang w:eastAsia="zh-CN"/>
        </w:rPr>
        <w:br/>
      </w:r>
      <w:r>
        <w:rPr>
          <w:lang w:eastAsia="zh-CN"/>
        </w:rPr>
        <w:t xml:space="preserve">    高中新学期自我评价 篇15 </w:t>
      </w:r>
      <w:r>
        <w:rPr>
          <w:lang w:eastAsia="zh-CN"/>
        </w:rPr>
        <w:br/>
      </w:r>
      <w:r>
        <w:rPr>
          <w:lang w:eastAsia="zh-CN"/>
        </w:rPr>
        <w:t>　　大一这个学期是满满当当的一个学期，在这个学期里，我逐渐的融入了大学的这个大集体，并且对将来的学习制定了一个个计划，在其他方面也立下了一些目标。所以在这个学期里，我不仅完成了自己的学习任务，也完成了对自我的一些提升。在此我想对自己这个学期进行一次自我评价。</w:t>
      </w:r>
      <w:r>
        <w:rPr>
          <w:lang w:eastAsia="zh-CN"/>
        </w:rPr>
        <w:br/>
      </w:r>
    </w:p>
    <w:p w:rsidR="001B1F19" w14:textId="27C3F48A">
      <w:pPr>
        <w:rPr>
          <w:lang w:eastAsia="zh-CN"/>
        </w:rPr>
      </w:pPr>
      <w:r>
        <w:rPr>
          <w:lang w:eastAsia="zh-CN"/>
        </w:rPr>
        <w:t>　　这个学期里，首先我执行的一部分是提升自己的适应能力。大一刚进来的时候我完全融入不了这个这个环境当中。大学和高中真的天壤之别，我还没有完全适应这样的作息规律，所以第一个学期我是在慢慢的适应当中度过的。这个学期我对学校的适应能力就增强了一些。紧接着就开始在学业上下功夫了。第一个学期的时候我期末考试是班内前十名，到了这个学期，我开始往前三名进攻了，并且获得了一些还算不错的成绩。总而言之，这个学期自己对学业方面还是有一定的收获的。</w:t>
      </w:r>
      <w:r>
        <w:rPr>
          <w:lang w:eastAsia="zh-CN"/>
        </w:rPr>
        <w:br/>
      </w:r>
      <w:r>
        <w:rPr>
          <w:lang w:eastAsia="zh-CN"/>
        </w:rPr>
        <w:t>　　除了学习之外，我对自己的兴趣爱好也有了一些向往了。我开始注重自己多方面的发展，比如参加社团，加入了团学联，以多个渠道去提升自己的.能力，借助不同的平台去升华自己。一个人想要真正的成长起来，如果一成不变是永远不够的，只有自己想办法去做事情了，才有可能真的有所成长，才不会浪费这段艰苦奋斗的时光。抱着一个目标，前方的灯光就会永远在眼里闪耀，怀着一份自信，道路就永远花开遍地。</w:t>
      </w:r>
      <w:r>
        <w:rPr>
          <w:lang w:eastAsia="zh-CN"/>
        </w:rPr>
        <w:br/>
      </w:r>
      <w:r>
        <w:rPr>
          <w:lang w:eastAsia="zh-CN"/>
        </w:rPr>
        <w:t>　　其实我真的很感谢这个学期，这个学期让我明白了能够在大学是一件很可贵的事情，也让我逐渐明白了我现在所拥有的一切很多人都不曾拥有，要对自己的当下感到满足，也要对未来继续充满期待，因为我慢慢填充的是我自己的人生，我慢慢在丰盈的，是我自己的生活。或许现在我仍然很年轻，仍然还有很多方面需要去提升，但是我坚信，只要我有了足够强大的内心，将来面对一切时我都会淡然，都会从容以对。我希望自己可以成为这样的一个人，我也希望自己能够做一个能给他人满意的人。</w:t>
      </w:r>
      <w:r>
        <w:rPr>
          <w:lang w:eastAsia="zh-CN"/>
        </w:rPr>
        <w:br/>
      </w:r>
      <w:r>
        <w:rPr>
          <w:lang w:eastAsia="zh-CN"/>
        </w:rPr>
        <w:t>　　生活，就是不断的取悦自己，取悦他人。学习，是我取悦自己的一部分，也是能够取悦他人的一部分。或许这样说的确很俗气，但是不能否认的，这就是现实。真实的活着，才是给自己排除忧虑的方法，我也会在学习的道路上继续保持一份真实，坚持下去，努力下去。</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https://d.book118.com/758063062047006044</w:t>
        </w:r>
      </w:hyperlink>
    </w:p>
    <w:p w:rsidR="001B1F19">
      <w:pPr>
        <w:rPr>
          <w:lang w:eastAsia="zh-CN"/>
        </w:rPr>
      </w:pPr>
    </w:p>
    <w:sectPr>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58063062047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