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汽车销售工作计划简单（33篇）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汽车销售工作计划简单（精选33篇）</w:t>
      </w:r>
      <w:r>
        <w:rPr>
          <w:lang w:eastAsia="zh-CN"/>
        </w:rPr>
        <w:br/>
      </w:r>
      <w:r>
        <w:rPr>
          <w:lang w:eastAsia="zh-CN"/>
        </w:rPr>
        <w:t xml:space="preserve">    汽车销售工作计划简单 篇1 </w:t>
      </w:r>
      <w:r>
        <w:rPr>
          <w:lang w:eastAsia="zh-CN"/>
        </w:rPr>
        <w:br/>
      </w:r>
      <w:r>
        <w:rPr>
          <w:lang w:eastAsia="zh-CN"/>
        </w:rPr>
        <w:t>　　20__年3月入职大众销售店，到现在已经工作一年零四个月。在这一段时间的工作中，我积累了对汽车销售的初步认识，深刻认识到汽车销售不是单纯的销售产品，而是通过各种市场分析、产品了解、售后服务的全过程系统。所以要做好汽车销售，一定要经过周密的策划。</w:t>
      </w:r>
      <w:r>
        <w:rPr>
          <w:lang w:eastAsia="zh-CN"/>
        </w:rPr>
        <w:br/>
      </w:r>
      <w:r>
        <w:rPr>
          <w:lang w:eastAsia="zh-CN"/>
        </w:rPr>
        <w:t>　　现就大众销售店下半年的工作计划做如下规划:</w:t>
      </w:r>
      <w:r>
        <w:rPr>
          <w:lang w:eastAsia="zh-CN"/>
        </w:rPr>
        <w:br/>
      </w:r>
      <w:r>
        <w:rPr>
          <w:lang w:eastAsia="zh-CN"/>
        </w:rPr>
        <w:t>　　1、市场分析。在充分了解市场情况的前提下，抓住产品的卖点，赢得特定的消费群体，结合售前售后服务赢得市场。</w:t>
      </w:r>
      <w:r>
        <w:rPr>
          <w:lang w:eastAsia="zh-CN"/>
        </w:rPr>
        <w:br/>
      </w:r>
      <w:r>
        <w:rPr>
          <w:lang w:eastAsia="zh-CN"/>
        </w:rPr>
        <w:t>　　2.客户管理。就是对发展起来的客户进行跟进，妥善处理客户信息，了解他们的消费感受，与他们长期保持联系，带动他们潜在的购物机会。</w:t>
      </w:r>
      <w:r>
        <w:rPr>
          <w:lang w:eastAsia="zh-CN"/>
        </w:rPr>
        <w:br/>
      </w:r>
      <w:r>
        <w:rPr>
          <w:lang w:eastAsia="zh-CN"/>
        </w:rPr>
        <w:t>　　3.销售任务。每个销售季度制定一个销售任务，销售店每季度要完成销售任务。</w:t>
      </w:r>
      <w:r>
        <w:rPr>
          <w:lang w:eastAsia="zh-CN"/>
        </w:rPr>
        <w:br/>
      </w:r>
      <w:r>
        <w:rPr>
          <w:lang w:eastAsia="zh-CN"/>
        </w:rPr>
        <w:t>　　4.绩效考核。营销绩效考核可分为年度绩效考核、季度绩效考核和月度绩效考核。每一次绩效考核都让店员对自己的绩效有了深刻的认识，充分激发了他们的工作热情。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5.工作总结。做季度销售总结。总结每个阶段工作的优缺点，扬长避短，查漏补缺，不断提升销量。</w:t>
      </w:r>
      <w:r>
        <w:rPr>
          <w:lang w:eastAsia="zh-CN"/>
        </w:rPr>
        <w:br/>
      </w:r>
      <w:r>
        <w:rPr>
          <w:lang w:eastAsia="zh-CN"/>
        </w:rPr>
        <w:t>　　总的来说，大众销售店下半年的工作计划大致如此。</w:t>
      </w:r>
      <w:r>
        <w:rPr>
          <w:lang w:eastAsia="zh-CN"/>
        </w:rPr>
        <w:br/>
      </w:r>
      <w:r>
        <w:rPr>
          <w:lang w:eastAsia="zh-CN"/>
        </w:rPr>
        <w:t xml:space="preserve">    汽车销售工作计划简单 篇2 </w:t>
      </w:r>
      <w:r>
        <w:rPr>
          <w:lang w:eastAsia="zh-CN"/>
        </w:rPr>
        <w:br/>
      </w:r>
      <w:r>
        <w:rPr>
          <w:lang w:eastAsia="zh-CN"/>
        </w:rPr>
        <w:t>　　（一）细分目标市场，大力开展多层次立体化的营销推广活动。</w:t>
      </w:r>
      <w:r>
        <w:rPr>
          <w:lang w:eastAsia="zh-CN"/>
        </w:rPr>
        <w:br/>
      </w:r>
      <w:r>
        <w:rPr>
          <w:lang w:eastAsia="zh-CN"/>
        </w:rPr>
        <w:t>　　__部门负责的客户大体上可以分为四类，即现金管理客户、公司无贷户和电子银行客户客户。结合全年的发展目标，坚持以市场为导向，以客户为中心，以账户为基础，抓大不放小，采劝确保稳住大客户，努力转变小客户，积极拓展新客户”的策略，制定详营销计划，在全公司开展系列的媒体宣传、网点销售、大型产品推介会、重点客户上门推介、组织投标和集中营销活动等，形成持续的市场推广攻势。</w:t>
      </w:r>
      <w:r>
        <w:rPr>
          <w:lang w:eastAsia="zh-CN"/>
        </w:rPr>
        <w:br/>
      </w:r>
      <w:r>
        <w:rPr>
          <w:lang w:eastAsia="zh-CN"/>
        </w:rPr>
        <w:t>　　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深入开发公司无贷户市常中小企业无贷户，这也是我行的基础客户，并为资产业务、中间业务发展提供重要来源。20__年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__年要努力实现新开对公结算账户：户，结算账户净增长272430户。</w:t>
      </w:r>
      <w:r>
        <w:rPr>
          <w:lang w:eastAsia="zh-CN"/>
        </w:rPr>
        <w:br/>
      </w:r>
      <w:r>
        <w:rPr>
          <w:lang w:eastAsia="zh-CN"/>
        </w:rPr>
        <w:t>　　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r>
        <w:rPr>
          <w:lang w:eastAsia="zh-CN"/>
        </w:rPr>
        <w:br/>
      </w:r>
      <w:r>
        <w:rPr>
          <w:lang w:eastAsia="zh-CN"/>
        </w:rPr>
        <w:t>　　（二）加强服务渠道管理，深入开展“结算优质服务年”活动。</w:t>
      </w:r>
      <w:r>
        <w:rPr>
          <w:lang w:eastAsia="zh-CN"/>
        </w:rPr>
        <w:br/>
      </w:r>
      <w:r>
        <w:rPr>
          <w:lang w:eastAsia="zh-CN"/>
        </w:rPr>
        <w:t>　　客户资源是全公司至关重要的资源，对公客户是全公司的优质客户和潜力客户，要利用对公统一视图系统，在全面提供优质服务的基础上，进一步体现个性化、多样化的服务。</w:t>
      </w:r>
      <w:r>
        <w:rPr>
          <w:lang w:eastAsia="zh-CN"/>
        </w:rPr>
        <w:br/>
      </w:r>
      <w:r>
        <w:rPr>
          <w:lang w:eastAsia="zh-CN"/>
        </w:rPr>
        <w:t>　　要建设好三个渠道：</w:t>
      </w:r>
      <w:r>
        <w:rPr>
          <w:lang w:eastAsia="zh-CN"/>
        </w:rPr>
        <w:br/>
      </w:r>
      <w:r>
        <w:rPr>
          <w:lang w:eastAsia="zh-CN"/>
        </w:rPr>
        <w:t>　　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r>
        <w:rPr>
          <w:lang w:eastAsia="zh-CN"/>
        </w:rPr>
        <w:br/>
      </w:r>
      <w:r>
        <w:rPr>
          <w:lang w:eastAsia="zh-CN"/>
        </w:rPr>
        <w:t>　　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w:t>
      </w:r>
      <w:r>
        <w:rPr>
          <w:lang w:eastAsia="zh-CN"/>
        </w:rPr>
        <w:br/>
      </w:r>
      <w:r>
        <w:rPr>
          <w:lang w:eastAsia="zh-CN"/>
        </w:rPr>
        <w:t>　　及时为客户解决在使用我行电子银行产品过程中遇到的问题，并适时将电子银行新产品推荐给客户，提高“动户率”和客户使用率。</w:t>
      </w:r>
      <w:r>
        <w:rPr>
          <w:lang w:eastAsia="zh-CN"/>
        </w:rPr>
        <w:br/>
      </w:r>
      <w:r>
        <w:rPr>
          <w:lang w:eastAsia="zh-CN"/>
        </w:rPr>
        <w:t>　　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__部门服务质量，实现全公司又好又快地发展目标。</w:t>
      </w:r>
      <w:r>
        <w:rPr>
          <w:lang w:eastAsia="zh-CN"/>
        </w:rPr>
        <w:br/>
      </w:r>
      <w:r>
        <w:rPr>
          <w:lang w:eastAsia="zh-CN"/>
        </w:rPr>
        <w:t>　　（三）加快产品创新步伐，加大新产品推广应用力度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r>
        <w:rPr>
          <w:lang w:eastAsia="zh-CN"/>
        </w:rPr>
        <w:br/>
      </w:r>
      <w:r>
        <w:rPr>
          <w:lang w:eastAsia="zh-CN"/>
        </w:rPr>
        <w:t>　　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r>
        <w:rPr>
          <w:lang w:eastAsia="zh-CN"/>
        </w:rPr>
        <w:br/>
      </w:r>
      <w:r>
        <w:rPr>
          <w:lang w:eastAsia="zh-CN"/>
        </w:rPr>
        <w:t xml:space="preserve">    汽车销售工作计划简单 篇3 </w:t>
      </w:r>
      <w:r>
        <w:rPr>
          <w:lang w:eastAsia="zh-CN"/>
        </w:rPr>
        <w:br/>
      </w:r>
      <w:r>
        <w:rPr>
          <w:lang w:eastAsia="zh-CN"/>
        </w:rPr>
        <w:t>　　总结去年的汽车销售情况，虽然刚刚好完成了年初制定的销售计划，但是分析去年市场以后我觉得做得还不够好。因此，在新的一年里，我制定今年汽车销售人员个人工作计划如下：</w:t>
      </w:r>
      <w:r>
        <w:rPr>
          <w:lang w:eastAsia="zh-CN"/>
        </w:rPr>
        <w:br/>
      </w:r>
      <w:r>
        <w:rPr>
          <w:lang w:eastAsia="zh-CN"/>
        </w:rPr>
        <w:t>　　1、销售顾问培训：</w:t>
      </w:r>
      <w:r>
        <w:rPr>
          <w:lang w:eastAsia="zh-CN"/>
        </w:rPr>
        <w:br/>
      </w:r>
      <w:r>
        <w:rPr>
          <w:lang w:eastAsia="zh-CN"/>
        </w:rPr>
        <w:t>　　在销售顾问的培训上多花些时间，现在销售员业务知识和谈话技巧明显不够优秀，直接的限制到销售部业绩增长，20__年的销售顾问的培训是重点，除按计划每月进行一次业务培训以外，按需要多适当增加培训次数，特别针对不同职业客户对车型的选择上得多下功夫研究，这在培训中应作重点。</w:t>
      </w:r>
      <w:r>
        <w:rPr>
          <w:lang w:eastAsia="zh-CN"/>
        </w:rPr>
        <w:br/>
      </w:r>
      <w:r>
        <w:rPr>
          <w:lang w:eastAsia="zh-CN"/>
        </w:rPr>
        <w:t>　　2、销售核心流程：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经理常教导大家的话。在20__年的工作中我们将深入贯彻销售核心流程，把每一个流程细节做好，相信这是完成全年任务的又一保障。</w:t>
      </w:r>
      <w:r>
        <w:rPr>
          <w:lang w:eastAsia="zh-CN"/>
        </w:rPr>
        <w:br/>
      </w:r>
      <w:r>
        <w:rPr>
          <w:lang w:eastAsia="zh-CN"/>
        </w:rPr>
        <w:t>　　3、提高销售市场占有率：</w:t>
      </w:r>
      <w:r>
        <w:rPr>
          <w:lang w:eastAsia="zh-CN"/>
        </w:rPr>
        <w:br/>
      </w:r>
      <w:r>
        <w:rPr>
          <w:lang w:eastAsia="zh-CN"/>
        </w:rPr>
        <w:t>　　（1）现在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（2）通过对销售顾问的培训对竞争品牌的学习提高市场的占有率。</w:t>
      </w:r>
      <w:r>
        <w:rPr>
          <w:lang w:eastAsia="zh-CN"/>
        </w:rPr>
        <w:br/>
      </w:r>
      <w:r>
        <w:rPr>
          <w:lang w:eastAsia="zh-CN"/>
        </w:rPr>
        <w:t>　　（3）结合市场部对公司和汽车品牌进行有力的宣传，提高消费者的知名度和对车的认知度。</w:t>
      </w:r>
      <w:r>
        <w:rPr>
          <w:lang w:eastAsia="zh-CN"/>
        </w:rPr>
        <w:br/>
      </w:r>
      <w:r>
        <w:rPr>
          <w:lang w:eastAsia="zh-CN"/>
        </w:rPr>
        <w:t>　　（4）当好一个称职的展厅经理，做到销售部带队的作用，做好公司的排头兵。发扬团队精神，帮助他们做好本职工作完成公司下达的各项任务。</w:t>
      </w:r>
      <w:r>
        <w:rPr>
          <w:lang w:eastAsia="zh-CN"/>
        </w:rPr>
        <w:br/>
      </w:r>
      <w:r>
        <w:rPr>
          <w:lang w:eastAsia="zh-CN"/>
        </w:rPr>
        <w:t>　　新一年我们团队的汽车销售工作计划以上三点都已列出。在工作中我会做好自己并带领好团队去克服种种困难，为公司的效益尽到最大的努力。</w:t>
      </w:r>
      <w:r>
        <w:rPr>
          <w:lang w:eastAsia="zh-CN"/>
        </w:rPr>
        <w:br/>
      </w:r>
      <w:r>
        <w:rPr>
          <w:lang w:eastAsia="zh-CN"/>
        </w:rPr>
        <w:t xml:space="preserve">    汽车销售工作计划简单 篇4 </w:t>
      </w:r>
      <w:r>
        <w:rPr>
          <w:lang w:eastAsia="zh-CN"/>
        </w:rPr>
        <w:br/>
      </w:r>
      <w:r>
        <w:rPr>
          <w:lang w:eastAsia="zh-CN"/>
        </w:rPr>
        <w:t>　　随着__区市场逐渐发展成熟，竞争日益激烈，机遇与考验并存。20__销售工作仍将是咱们公司的工作重点，面对先期投入，正视现有市场，作为我山东区销售经理，我创业激情高涨，信心百倍，又深感责任重大。</w:t>
      </w:r>
      <w:r>
        <w:rPr>
          <w:lang w:eastAsia="zh-CN"/>
        </w:rPr>
        <w:br/>
      </w:r>
      <w:r>
        <w:rPr>
          <w:lang w:eastAsia="zh-CN"/>
        </w:rPr>
        <w:t>　　着眼公司当前，兼顾未来发展。20__年，在总经理的领导下，在销售工作中我坚持做到：突出重点维护现有市场，把握时机开发潜在客户，注重销售细节，强化优质服务，稳固和提高市场占有率，积极争取圆满完成销售任务。</w:t>
      </w:r>
      <w:r>
        <w:rPr>
          <w:lang w:eastAsia="zh-CN"/>
        </w:rPr>
        <w:br/>
      </w:r>
      <w:r>
        <w:rPr>
          <w:lang w:eastAsia="zh-CN"/>
        </w:rPr>
        <w:t>　　一、销量指标：</w:t>
      </w:r>
      <w:r>
        <w:rPr>
          <w:lang w:eastAsia="zh-CN"/>
        </w:rPr>
        <w:br/>
      </w:r>
      <w:r>
        <w:rPr>
          <w:lang w:eastAsia="zh-CN"/>
        </w:rPr>
        <w:t>　　至20__年12月31日，__区销售任务5600万元，销售目标7000万元</w:t>
      </w:r>
      <w:r>
        <w:rPr>
          <w:lang w:eastAsia="zh-CN"/>
        </w:rPr>
        <w:br/>
      </w:r>
      <w:r>
        <w:rPr>
          <w:lang w:eastAsia="zh-CN"/>
        </w:rPr>
        <w:t>　　二、计划拟定：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1、年初拟定《年度销售总体计划》；</w:t>
      </w:r>
      <w:r>
        <w:rPr>
          <w:lang w:eastAsia="zh-CN"/>
        </w:rPr>
        <w:br/>
      </w:r>
      <w:r>
        <w:rPr>
          <w:lang w:eastAsia="zh-CN"/>
        </w:rPr>
        <w:t>　　2、年终拟定《年度销售总结》；</w:t>
      </w:r>
      <w:r>
        <w:rPr>
          <w:lang w:eastAsia="zh-CN"/>
        </w:rPr>
        <w:br/>
      </w:r>
      <w:r>
        <w:rPr>
          <w:lang w:eastAsia="zh-CN"/>
        </w:rPr>
        <w:t>　　3、月初拟定《月销售计划表》和《月访客户计划表》；</w:t>
      </w:r>
      <w:r>
        <w:rPr>
          <w:lang w:eastAsia="zh-CN"/>
        </w:rPr>
        <w:br/>
      </w:r>
      <w:r>
        <w:rPr>
          <w:lang w:eastAsia="zh-CN"/>
        </w:rPr>
        <w:t>　　4、月末拟定《月销售统计表》和《月访客户统计表》；</w:t>
      </w:r>
      <w:r>
        <w:rPr>
          <w:lang w:eastAsia="zh-CN"/>
        </w:rPr>
        <w:br/>
      </w:r>
      <w:r>
        <w:rPr>
          <w:lang w:eastAsia="zh-CN"/>
        </w:rPr>
        <w:t>　　三、客户分类：</w:t>
      </w:r>
      <w:r>
        <w:rPr>
          <w:lang w:eastAsia="zh-CN"/>
        </w:rPr>
        <w:br/>
      </w:r>
      <w:r>
        <w:rPr>
          <w:lang w:eastAsia="zh-CN"/>
        </w:rPr>
        <w:t>　　根据16年度销售额度，对市场进行细分化，将现有客户分为VIP用户、一级用户、二级用户和其它用户四大类，并对各级用户进行全面分析。</w:t>
      </w:r>
      <w:r>
        <w:rPr>
          <w:lang w:eastAsia="zh-CN"/>
        </w:rPr>
        <w:br/>
      </w:r>
      <w:r>
        <w:rPr>
          <w:lang w:eastAsia="zh-CN"/>
        </w:rPr>
        <w:t>　　四、实施措施：</w:t>
      </w:r>
      <w:r>
        <w:rPr>
          <w:lang w:eastAsia="zh-CN"/>
        </w:rPr>
        <w:br/>
      </w:r>
      <w:r>
        <w:rPr>
          <w:lang w:eastAsia="zh-CN"/>
        </w:rPr>
        <w:t>　　1、技术交流：</w:t>
      </w:r>
      <w:r>
        <w:rPr>
          <w:lang w:eastAsia="zh-CN"/>
        </w:rPr>
        <w:br/>
      </w:r>
      <w:r>
        <w:rPr>
          <w:lang w:eastAsia="zh-CN"/>
        </w:rPr>
        <w:t>　　（1）本年度针对VIP客户的技术部、售后服务部开展一次技术交流研讨会；</w:t>
      </w:r>
      <w:r>
        <w:rPr>
          <w:lang w:eastAsia="zh-CN"/>
        </w:rPr>
        <w:br/>
      </w:r>
      <w:r>
        <w:rPr>
          <w:lang w:eastAsia="zh-CN"/>
        </w:rPr>
        <w:t>　　（2）参加相关行业展会两次，其中展会期间安排一场大型联谊座谈会；</w:t>
      </w:r>
      <w:r>
        <w:rPr>
          <w:lang w:eastAsia="zh-CN"/>
        </w:rPr>
        <w:br/>
      </w:r>
      <w:r>
        <w:rPr>
          <w:lang w:eastAsia="zh-CN"/>
        </w:rPr>
        <w:t>　　2、客户回访：</w:t>
      </w:r>
      <w:r>
        <w:rPr>
          <w:lang w:eastAsia="zh-CN"/>
        </w:rPr>
        <w:br/>
      </w:r>
      <w:r>
        <w:rPr>
          <w:lang w:eastAsia="zh-CN"/>
        </w:rPr>
        <w:t>　　目前在国内市场上流通的相似品牌有七八种之多，与我司品牌相当的有三四种，技术方面不相上下，竞争愈来愈激烈，已构成市场威胁。为稳固和拓展市场，务必加强与客户的交流，协调与客户、直接用户之间的关系。</w:t>
      </w:r>
      <w:r>
        <w:rPr>
          <w:lang w:eastAsia="zh-CN"/>
        </w:rPr>
        <w:br/>
      </w:r>
      <w:r>
        <w:rPr>
          <w:lang w:eastAsia="zh-CN"/>
        </w:rPr>
        <w:t>　　（1）为与客户加强信息交流，增近感情，对VIP客户每月拜访一次；对一级客户每两月拜访一次；对于二级客户根据实际情况另行安排拜访时间；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（2）适应把握形势，销售工作已不仅仅是销货到咱们的客户方即为结束，还要帮助客户出货，帮助客户做直接用户的工作，这项工作列入我07年工作重点。</w:t>
      </w:r>
      <w:r>
        <w:rPr>
          <w:lang w:eastAsia="zh-CN"/>
        </w:rPr>
        <w:br/>
      </w:r>
      <w:r>
        <w:rPr>
          <w:lang w:eastAsia="zh-CN"/>
        </w:rPr>
        <w:t>　　3、网络检索：</w:t>
      </w:r>
      <w:r>
        <w:rPr>
          <w:lang w:eastAsia="zh-CN"/>
        </w:rPr>
        <w:br/>
      </w:r>
      <w:r>
        <w:rPr>
          <w:lang w:eastAsia="zh-CN"/>
        </w:rPr>
        <w:t>　　充分发挥我司网站及网络资源，通过信息检索发现掌握销售信息。</w:t>
      </w:r>
      <w:r>
        <w:rPr>
          <w:lang w:eastAsia="zh-CN"/>
        </w:rPr>
        <w:br/>
      </w:r>
      <w:r>
        <w:rPr>
          <w:lang w:eastAsia="zh-CN"/>
        </w:rPr>
        <w:t>　　4、售后协调：</w:t>
      </w:r>
      <w:r>
        <w:rPr>
          <w:lang w:eastAsia="zh-CN"/>
        </w:rPr>
        <w:br/>
      </w:r>
      <w:r>
        <w:rPr>
          <w:lang w:eastAsia="zh-CN"/>
        </w:rPr>
        <w:t>　　目前情况下，我公司仍然以贸易为主，“卖产品不如卖服务”，在下一步工作中，咱们要增强责任感，不断强化优质服务。</w:t>
      </w:r>
      <w:r>
        <w:rPr>
          <w:lang w:eastAsia="zh-CN"/>
        </w:rPr>
        <w:br/>
      </w:r>
      <w:r>
        <w:rPr>
          <w:lang w:eastAsia="zh-CN"/>
        </w:rPr>
        <w:t>　　用户使用咱们的产品如同享受咱们提供的服务，从稳固市场、长远合作的角度，咱们务必强化为客户负责的意识，把握每一次与用户接触的机会，提供热情详细周到的售后服务，给公司增加一个制胜的筹码。</w:t>
      </w:r>
      <w:r>
        <w:rPr>
          <w:lang w:eastAsia="zh-CN"/>
        </w:rPr>
        <w:br/>
      </w:r>
      <w:r>
        <w:rPr>
          <w:lang w:eastAsia="zh-CN"/>
        </w:rPr>
        <w:t>　　本年度我将严格遵守公司各项规章制度，加强业务学习，提高业务水平，努力完成销售任务。挑战已经到来，既然选择了远方，何畏风雨兼程，我相信：用心一定能赢得精彩！</w:t>
      </w:r>
      <w:r>
        <w:rPr>
          <w:lang w:eastAsia="zh-CN"/>
        </w:rPr>
        <w:br/>
      </w:r>
      <w:r>
        <w:rPr>
          <w:lang w:eastAsia="zh-CN"/>
        </w:rPr>
        <w:t>　　20__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r>
        <w:rPr>
          <w:lang w:eastAsia="zh-CN"/>
        </w:rPr>
        <w:br/>
      </w:r>
      <w:r>
        <w:rPr>
          <w:lang w:eastAsia="zh-CN"/>
        </w:rPr>
        <w:t>　　在20__工作中，预计主要完成工作内容如下：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1、根据客户订单及时制定和修改发货计划；负责发货计划的过程监控和具体实施；发货订舱以及相关事务的协调，保证产品的正常发货，并及时向领导反映过程情况。</w:t>
      </w:r>
      <w:r>
        <w:rPr>
          <w:lang w:eastAsia="zh-CN"/>
        </w:rPr>
        <w:br/>
      </w:r>
      <w:r>
        <w:rPr>
          <w:lang w:eastAsia="zh-CN"/>
        </w:rPr>
        <w:t>　　2、对国外客户的信息收集、及时传递、及时处理，如：图纸、PPAP信息反馈等等；并及时了解国际机械制造市场和外汇市场的消息，为公司的发展壮大提供信息支持。</w:t>
      </w:r>
      <w:r>
        <w:rPr>
          <w:lang w:eastAsia="zh-CN"/>
        </w:rPr>
        <w:br/>
      </w:r>
      <w:r>
        <w:rPr>
          <w:lang w:eastAsia="zh-CN"/>
        </w:rPr>
        <w:t>　　3、按时完成全部发货所需要单据的缮制和交付和给客户单据的交付，包括发货单、装箱单、商业发票、运输合同、运输声明、原产地证等等。</w:t>
      </w:r>
      <w:r>
        <w:rPr>
          <w:lang w:eastAsia="zh-CN"/>
        </w:rPr>
        <w:br/>
      </w:r>
      <w:r>
        <w:rPr>
          <w:lang w:eastAsia="zh-CN"/>
        </w:rPr>
        <w:t>　　4、及时就发货所涉及的相关事务与客户有效沟通。</w:t>
      </w:r>
      <w:r>
        <w:rPr>
          <w:lang w:eastAsia="zh-CN"/>
        </w:rPr>
        <w:br/>
      </w:r>
      <w:r>
        <w:rPr>
          <w:lang w:eastAsia="zh-CN"/>
        </w:rPr>
        <w:t>　　5、参与公司新产品项目的生产评估和实施过程监控。如发放新产品评审图纸和进展过程跟踪。</w:t>
      </w:r>
      <w:r>
        <w:rPr>
          <w:lang w:eastAsia="zh-CN"/>
        </w:rPr>
        <w:br/>
      </w:r>
      <w:r>
        <w:rPr>
          <w:lang w:eastAsia="zh-CN"/>
        </w:rPr>
        <w:t>　　6、准确完成统计月度出口明细、月度应收汇明细，并和财务对帐。</w:t>
      </w:r>
      <w:r>
        <w:rPr>
          <w:lang w:eastAsia="zh-CN"/>
        </w:rPr>
        <w:br/>
      </w:r>
      <w:r>
        <w:rPr>
          <w:lang w:eastAsia="zh-CN"/>
        </w:rPr>
        <w:t>　　7、向国外客户催要应付款项，包括在WEBEDI生成ASN和发票，制作纸质收汇单据等，及时回款，对未达帐项积极负责。</w:t>
      </w:r>
      <w:r>
        <w:rPr>
          <w:lang w:eastAsia="zh-CN"/>
        </w:rPr>
        <w:br/>
      </w:r>
      <w:r>
        <w:rPr>
          <w:lang w:eastAsia="zh-CN"/>
        </w:rPr>
        <w:t xml:space="preserve">    汽车销售工作计划简单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面对20__下半年这充满激情奋进的半年。相信机遇与挑战共存，我期盼20__也是一个收获的一年，这是我们整个销售团队共同期待并时刻准备与之奋斗的结果。一份耕耘一份收获，这半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r>
        <w:rPr>
          <w:lang w:eastAsia="zh-CN"/>
        </w:rPr>
        <w:br/>
      </w:r>
      <w:r>
        <w:rPr>
          <w:lang w:eastAsia="zh-CN"/>
        </w:rPr>
        <w:t>　　在新的半年里销售人员个人工作计划如下：</w:t>
      </w:r>
      <w:r>
        <w:rPr>
          <w:lang w:eastAsia="zh-CN"/>
        </w:rPr>
        <w:br/>
      </w:r>
      <w:r>
        <w:rPr>
          <w:lang w:eastAsia="zh-CN"/>
        </w:rPr>
        <w:t>　　1、销售顾问培训：</w:t>
      </w:r>
      <w:r>
        <w:rPr>
          <w:lang w:eastAsia="zh-CN"/>
        </w:rPr>
        <w:br/>
      </w:r>
      <w:r>
        <w:rPr>
          <w:lang w:eastAsia="zh-CN"/>
        </w:rPr>
        <w:t>　　在销售顾问的培训上多下功夫，现在销售员业务知识明显匮乏，直接的影响销售部的业绩，某某年的销售顾问的培训是重点，除按计划每月一次培训以外，按需要多增加培训，特别针对不同时期竞争车型上得多下功夫研究，这在培训中应作重点。</w:t>
      </w:r>
      <w:r>
        <w:rPr>
          <w:lang w:eastAsia="zh-CN"/>
        </w:rPr>
        <w:br/>
      </w:r>
      <w:r>
        <w:rPr>
          <w:lang w:eastAsia="zh-CN"/>
        </w:rPr>
        <w:t>　　2、销售核心流程：</w:t>
      </w:r>
      <w:r>
        <w:rPr>
          <w:lang w:eastAsia="zh-CN"/>
        </w:rPr>
        <w:br/>
      </w:r>
      <w:r>
        <w:rPr>
          <w:lang w:eastAsia="zh-CN"/>
        </w:rPr>
        <w:t>　　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08年的工作中我们将深入贯彻销售核心流程，把每一个流程细节做好，相信这是完成全年任务的又一保障。</w:t>
      </w:r>
      <w:r>
        <w:rPr>
          <w:lang w:eastAsia="zh-CN"/>
        </w:rPr>
        <w:br/>
      </w:r>
      <w:r>
        <w:rPr>
          <w:lang w:eastAsia="zh-CN"/>
        </w:rPr>
        <w:t>　　3、提高销售市场占有率：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⑴现在几家汽车经销商最有影响的“百事达”“商社”对车的销售够成一定的威胁，在某某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r>
        <w:rPr>
          <w:lang w:eastAsia="zh-CN"/>
        </w:rPr>
        <w:br/>
      </w:r>
      <w:r>
        <w:rPr>
          <w:lang w:eastAsia="zh-CN"/>
        </w:rPr>
        <w:t>　　⑵通过对销售顾问的培训对竞争品牌的学习提高市场的占有率。</w:t>
      </w:r>
      <w:r>
        <w:rPr>
          <w:lang w:eastAsia="zh-CN"/>
        </w:rPr>
        <w:br/>
      </w:r>
      <w:r>
        <w:rPr>
          <w:lang w:eastAsia="zh-CN"/>
        </w:rPr>
        <w:t>　　⑶结合市场部对公司和汽车品牌进行有力的宣传，提高消费者的知名度和对车的认知度当好一个称职的展厅经理，做到销售部带队的作用，做好公司的排头兵。发扬团队精神，帮助他们做好本职工作完成公司下达的各项任务。</w:t>
      </w:r>
      <w:r>
        <w:rPr>
          <w:lang w:eastAsia="zh-CN"/>
        </w:rPr>
        <w:br/>
      </w:r>
      <w:r>
        <w:rPr>
          <w:lang w:eastAsia="zh-CN"/>
        </w:rPr>
        <w:t>　　新一年我们团队的汽车销售工作计划以上三点都已列出。在工作中我会做好自己并带领好团队去克服种种困难，为公司的效益尽到最大的努力。</w:t>
      </w:r>
      <w:r>
        <w:rPr>
          <w:lang w:eastAsia="zh-CN"/>
        </w:rPr>
        <w:br/>
      </w:r>
      <w:r>
        <w:rPr>
          <w:lang w:eastAsia="zh-CN"/>
        </w:rPr>
        <w:t xml:space="preserve">    汽车销售工作计划简单 篇6 </w:t>
      </w:r>
      <w:r>
        <w:rPr>
          <w:lang w:eastAsia="zh-CN"/>
        </w:rPr>
        <w:br/>
      </w:r>
      <w:r>
        <w:rPr>
          <w:lang w:eastAsia="zh-CN"/>
        </w:rPr>
        <w:t>　　1、销售顾问培训：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销售顾问的培训上多下功夫，现在销售员业务知识明显匮乏，直接的影响销售部的业绩，__年的销售顾问的培训是重点，除按计划每月一次培训以外，按需要多增加培训，特别针对不同时期竞争车型上得多下功夫研究，这在培训中应作重点。</w:t>
      </w:r>
      <w:r>
        <w:rPr>
          <w:lang w:eastAsia="zh-CN"/>
        </w:rPr>
        <w:br/>
      </w:r>
      <w:r>
        <w:rPr>
          <w:lang w:eastAsia="zh-CN"/>
        </w:rPr>
        <w:t>　　2、销售核心流程：</w:t>
      </w:r>
      <w:r>
        <w:rPr>
          <w:lang w:eastAsia="zh-CN"/>
        </w:rPr>
        <w:br/>
      </w:r>
      <w:r>
        <w:rPr>
          <w:lang w:eastAsia="zh-CN"/>
        </w:rPr>
        <w:t>　　完整运用核心流程，上海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邓经理常教导大家的话。在__年的工作中我们将深入贯彻上海大众销售核心流程，把每一个流程细节做好，相信这是完成全年任务的又一保障。</w:t>
      </w:r>
      <w:r>
        <w:rPr>
          <w:lang w:eastAsia="zh-CN"/>
        </w:rPr>
        <w:br/>
      </w:r>
      <w:r>
        <w:rPr>
          <w:lang w:eastAsia="zh-CN"/>
        </w:rPr>
        <w:t>　　3、提高销售市场占有率：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⑴、现在万州的几家汽车经销商最有影响的“百事达”“商社”对大众车的销售够成一定的威胁，在__年就有一些客户到这两家公司购了大众车。总结原因主要问题是价格因素。价格问题是我们同客户产生矛盾的一个共同点，其他公司在销售大众车是没有优势的，他们唯一有的优势是价格。再看我们在销售大众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优惠、销售顾问的专业性（更好的使用了解车辆）、公司的诚信度、公司的人员的良好印象等密切相关，这些客户担心的因素，也是其他经销商没有的，同时也将成为我们的优势。</w:t>
      </w:r>
      <w:r>
        <w:rPr>
          <w:lang w:eastAsia="zh-CN"/>
        </w:rPr>
        <w:br/>
      </w:r>
      <w:r>
        <w:rPr>
          <w:lang w:eastAsia="zh-CN"/>
        </w:rPr>
        <w:t>　　⑵、通过对销售顾问的培训对竞争品牌的学习提高市场的占有率。</w:t>
      </w:r>
      <w:r>
        <w:rPr>
          <w:lang w:eastAsia="zh-CN"/>
        </w:rPr>
        <w:br/>
      </w:r>
      <w:r>
        <w:rPr>
          <w:lang w:eastAsia="zh-CN"/>
        </w:rPr>
        <w:t>　　⑶、结合市场部对公司和上海大众品牌进行有力的宣传，提高消费者的知名度和对大众车的认知度。</w:t>
      </w:r>
      <w:r>
        <w:rPr>
          <w:lang w:eastAsia="zh-CN"/>
        </w:rPr>
        <w:br/>
      </w:r>
      <w:r>
        <w:rPr>
          <w:lang w:eastAsia="zh-CN"/>
        </w:rPr>
        <w:t>　　3、当好一个称职的展厅经理，做到销售部带队的作用，做好公司的排头兵。发扬团队精神，帮助他们做好本职工作完成公司下达的各项任务。</w:t>
      </w:r>
      <w:r>
        <w:rPr>
          <w:lang w:eastAsia="zh-CN"/>
        </w:rPr>
        <w:br/>
      </w:r>
      <w:r>
        <w:rPr>
          <w:lang w:eastAsia="zh-CN"/>
        </w:rPr>
        <w:t>　　以上就是我这一年的工作计划，工作中总会有各种各样的困难，我会向领导请示，向同事探讨，共同努力克服。为公司做出自己最大的贡献。</w:t>
      </w:r>
      <w:r>
        <w:rPr>
          <w:lang w:eastAsia="zh-CN"/>
        </w:rPr>
        <w:br/>
      </w:r>
      <w:r>
        <w:rPr>
          <w:lang w:eastAsia="zh-CN"/>
        </w:rPr>
        <w:t xml:space="preserve">    汽车销售工作计划简单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随着经济全球化的深入发展，世界汽车产业的格局面临深刻的变革与调整，而20__年以美国次贷危机为代表的全球性金融危机的发生使全球汽车产业进入寒冬，包括日本丰田汽车公司在内的全球各主要汽车生产商面临新一轮汽车生产方式和营销模式的变革与创新的机遇和挑战。20__年丰田汽车召回无疑给丰田汽车公司的发展带来新的挑战，但尽管如此20__年丰田汽车公司一度取代美国通用汽车公司成为全球产销量第一的汽车生产集团。在这辉煌背后得益于丰田汽车公司独特的精益生产管理方式和完善的市场营销管理模式。为了充分了解丰田汽车公司独特的市场营销模式及丰田汽车公司在产品策划、产品定价策划、产品推广策划、产品渠道策划等方面的独特性，组织开展一次关于丰田品牌汽车营销模式策划，从中汲取丰田汽车公司发展的成功经验，探索中国自主汽车品牌发展的新模式，实现中国自主品牌汽车的迅猛发展，具有重要的现实和战略意义。</w:t>
      </w:r>
      <w:r>
        <w:rPr>
          <w:lang w:eastAsia="zh-CN"/>
        </w:rPr>
        <w:br/>
      </w:r>
      <w:r>
        <w:rPr>
          <w:lang w:eastAsia="zh-CN"/>
        </w:rPr>
        <w:t>　　一、丰田汽车品牌简介</w:t>
      </w:r>
      <w:r>
        <w:rPr>
          <w:lang w:eastAsia="zh-CN"/>
        </w:rPr>
        <w:br/>
      </w:r>
      <w:r>
        <w:rPr>
          <w:lang w:eastAsia="zh-CN"/>
        </w:rPr>
        <w:t>　　丰田公司是目前世界最大的汽车工业公司，日本最大的汽车公司，于1937年成立于日本爱知县丰田市，20__年日本丰田汽车公司一度取代美国通用汽车公司成为世界最大的汽车制造商，丰田汽车公司的新事业立足于汽车开发、生产、销售、服务等各个阶段所积累的技术与经验。“从汽车出发”在这个坚强的理念指引下，丰田提出“确立继汽车之后、面向21世纪的新兴产业的目标”并正在为创造更丰富多彩的未来，积极开拓新的业务领域和系统产品。丰田公司的经营理念是：开放公平、努力成为有信于社会的汽车企业，提供安全、环保的产品，创造更加富裕的社会，发挥个人创造力和强有力的团队精神的企业作风，以开放型的业务关系为基础实现稳定成长和共同繁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二、丰田品牌策划背景</w:t>
      </w:r>
      <w:r>
        <w:rPr>
          <w:lang w:eastAsia="zh-CN"/>
        </w:rPr>
        <w:br/>
      </w:r>
      <w:r>
        <w:rPr>
          <w:lang w:eastAsia="zh-CN"/>
        </w:rPr>
        <w:t>　　丰田汽车作为国际著名的汽车品牌，在全球汽车市场占有的重要的市场份额，然而20__年丰田汽车公司汽车“召回门”事件的发生使丰田品牌汽车市场的发展前景面临巨大的现实挑战，本丰田品牌汽车策划方案将立足于全球汽车市场这一大的市场背景和丰田汽车公司汽车“召回门”事件的现实背景下对丰田汽车的品牌市场营销模式进行探索和策划，重新树立丰田汽车品牌的社会影响力和形象。</w:t>
      </w:r>
      <w:r>
        <w:rPr>
          <w:lang w:eastAsia="zh-CN"/>
        </w:rPr>
        <w:br/>
      </w:r>
      <w:r>
        <w:rPr>
          <w:lang w:eastAsia="zh-CN"/>
        </w:rPr>
        <w:t>　　三、丰田品牌汽市场前景调查</w:t>
      </w:r>
      <w:r>
        <w:rPr>
          <w:lang w:eastAsia="zh-CN"/>
        </w:rPr>
        <w:br/>
      </w:r>
      <w:r>
        <w:rPr>
          <w:lang w:eastAsia="zh-CN"/>
        </w:rPr>
        <w:t>　　(一)、调查问卷概况</w:t>
      </w:r>
      <w:r>
        <w:rPr>
          <w:lang w:eastAsia="zh-CN"/>
        </w:rPr>
        <w:br/>
      </w:r>
      <w:r>
        <w:rPr>
          <w:lang w:eastAsia="zh-CN"/>
        </w:rPr>
        <w:t>　　为了充分了解丰田汽车“召回门”事件对丰田汽车品牌的社会认知度影响和了解广大青年汽车消费者的汽车消费习惯，我们小组以罗定职业技术学院全体师生为主要调查对象，采用随机发放问卷调查的方式，随机发放调查问卷60份，有效回收调查问卷60份，回收率达100%.经过对调查数据的分析整理我们得出如下重要结论(1)丰田汽车在中国汽车消费市场前景广阔，消费群体结构呈现年轻化趋势;(2)汽车售后服务的质量水平已经成为影响人们购车的关键因素，建立完善的汽车售后服务体系已经成为丰田汽车提升竞争力的关键一环。(3)丰田汽车“召回门”事件的社会影响较大，重新塑造丰田汽车的社会品牌形象已经成为丰田汽车公司扩大市场份额的重要手段。</w:t>
      </w:r>
      <w:r>
        <w:rPr>
          <w:lang w:eastAsia="zh-CN"/>
        </w:rPr>
        <w:br/>
      </w:r>
      <w:r>
        <w:rPr>
          <w:lang w:eastAsia="zh-CN"/>
        </w:rPr>
        <w:t>　　(二)、丰田汽车营销环境分析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2.1宏观环境分析</w:t>
      </w:r>
      <w:r>
        <w:rPr>
          <w:lang w:eastAsia="zh-CN"/>
        </w:rPr>
        <w:br/>
      </w:r>
      <w:r>
        <w:rPr>
          <w:lang w:eastAsia="zh-CN"/>
        </w:rPr>
        <w:t>　　(1)20__年是中国十二五规划的关键之年，同时也是包括丰田在内的世界各主要汽车生产制造商扩大在华汽车市场份额的机遇一年，随着国家宏观经济政策的总基调和支持汽车产业发展的政策总基调的不变，与此同时汽车三包政策、新能源汽车发展新政策等一系列汽车新政的推出必将给中国汽车市场发展带来新的发展条件，丰田汽车公司应充分把握这新的历史发展机遇，实现丰田汽车公司在中国市场的快速发展。</w:t>
      </w:r>
      <w:r>
        <w:rPr>
          <w:lang w:eastAsia="zh-CN"/>
        </w:rPr>
        <w:br/>
      </w:r>
      <w:r>
        <w:rPr>
          <w:lang w:eastAsia="zh-CN"/>
        </w:rPr>
        <w:t>　　(2)市场消费潜力：从市场消费潜力层面看，维持我国汽车消费快速发展的基本因素没有改变，人们生活水平的提高使得中国汽车消费市场的增幅在空间上将呈现二、三线城市乃至四、五线城市的增幅超过一线城市的汽车消费增幅，汽车消费市场潜力广阔。</w:t>
      </w:r>
      <w:r>
        <w:rPr>
          <w:lang w:eastAsia="zh-CN"/>
        </w:rPr>
        <w:br/>
      </w:r>
      <w:r>
        <w:rPr>
          <w:lang w:eastAsia="zh-CN"/>
        </w:rPr>
        <w:t>　　(3)人口环境：中国作为世界性人口大国，同时随着中国人们生活水平的不断提高人们对家庭轿车的需求量巨大，另外丰田汽车进入中国汽车市场的时间比较晚，因此汽车市场前景广阔。</w:t>
      </w:r>
      <w:r>
        <w:rPr>
          <w:lang w:eastAsia="zh-CN"/>
        </w:rPr>
        <w:br/>
      </w:r>
      <w:r>
        <w:rPr>
          <w:lang w:eastAsia="zh-CN"/>
        </w:rPr>
        <w:t>　　(4)国际环境：20__年国际金融危机使全球汽车市场萎缩，世界各主要汽车制造商纷纷扩大在中国汽车市场的份额，丰田汽车公司应把握难得的机遇，加快自身发展。</w:t>
      </w:r>
      <w:r>
        <w:rPr>
          <w:lang w:eastAsia="zh-CN"/>
        </w:rPr>
        <w:br/>
      </w:r>
      <w:r>
        <w:rPr>
          <w:lang w:eastAsia="zh-CN"/>
        </w:rPr>
        <w:t>　　四、丰田品牌SWOT分析</w:t>
      </w:r>
      <w:r>
        <w:rPr>
          <w:lang w:eastAsia="zh-CN"/>
        </w:rPr>
        <w:br/>
      </w:r>
      <w:r>
        <w:rPr>
          <w:lang w:eastAsia="zh-CN"/>
        </w:rPr>
        <w:t>　　丰田汽车市场在各个领域都有自己的市场份额，对于现在不同的人的不同消费能力，丰田汽车都可满足低、中、高市场的不同选择。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4.1品牌优势</w:t>
      </w:r>
      <w:r>
        <w:rPr>
          <w:lang w:eastAsia="zh-CN"/>
        </w:rPr>
        <w:br/>
      </w:r>
      <w:r>
        <w:rPr>
          <w:lang w:eastAsia="zh-CN"/>
        </w:rPr>
        <w:t>　　丰田汽车的优势很多，因为日系车是公认的人性化，日系车在人性化、舒适性、安全性等方面都做得十分出色，特别是外观的设计，非常符合国人的审美观念，深得消费者的认可。</w:t>
      </w:r>
      <w:r>
        <w:rPr>
          <w:lang w:eastAsia="zh-CN"/>
        </w:rPr>
        <w:br/>
      </w:r>
      <w:r>
        <w:rPr>
          <w:lang w:eastAsia="zh-CN"/>
        </w:rPr>
        <w:t>　　4.2品牌劣势</w:t>
      </w:r>
      <w:r>
        <w:rPr>
          <w:lang w:eastAsia="zh-CN"/>
        </w:rPr>
        <w:br/>
      </w:r>
      <w:r>
        <w:rPr>
          <w:lang w:eastAsia="zh-CN"/>
        </w:rPr>
        <w:t>　　丰田汽车一直在国人心中都有较好的形象，从卡罗拉、佳美等车型90年代进入中国市场时就受到消费者的喜爱和一致好评。但最近这几年随着日本车质量的下降，最加上德系四剑客奥迪、大众、奔驰、宝马抢占中国市场份额，国产汽车的崛起使得丰田汽车中国市场的整体市场份额下降。</w:t>
      </w:r>
      <w:r>
        <w:rPr>
          <w:lang w:eastAsia="zh-CN"/>
        </w:rPr>
        <w:br/>
      </w:r>
      <w:r>
        <w:rPr>
          <w:lang w:eastAsia="zh-CN"/>
        </w:rPr>
        <w:t>　　4.3品牌机会</w:t>
      </w:r>
      <w:r>
        <w:rPr>
          <w:lang w:eastAsia="zh-CN"/>
        </w:rPr>
        <w:br/>
      </w:r>
      <w:r>
        <w:rPr>
          <w:lang w:eastAsia="zh-CN"/>
        </w:rPr>
        <w:t>　　丰田汽车品牌虽然比不上奔驰、宝马，但它以其出色的性能、人性化、价格优势在竞争激烈的中国汽车市场占有一席之地。</w:t>
      </w:r>
      <w:r>
        <w:rPr>
          <w:lang w:eastAsia="zh-CN"/>
        </w:rPr>
        <w:br/>
      </w:r>
      <w:r>
        <w:rPr>
          <w:lang w:eastAsia="zh-CN"/>
        </w:rPr>
        <w:t>　　4.4品牌威胁</w:t>
      </w:r>
      <w:r>
        <w:rPr>
          <w:lang w:eastAsia="zh-CN"/>
        </w:rPr>
        <w:br/>
      </w:r>
      <w:r>
        <w:rPr>
          <w:lang w:eastAsia="zh-CN"/>
        </w:rPr>
        <w:t>　　人们想起丰田这一日系汽车品牌就会联想到日系车的质量相对于德系车有所劣势，影响到汽车消费者的消费行为。同时随着德系车在中国汽车市场的份额也增加丰田汽车的竞争压力。</w:t>
      </w:r>
      <w:r>
        <w:rPr>
          <w:lang w:eastAsia="zh-CN"/>
        </w:rPr>
        <w:br/>
      </w:r>
      <w:r>
        <w:rPr>
          <w:lang w:eastAsia="zh-CN"/>
        </w:rPr>
        <w:t>　　五、品牌技术优势</w:t>
      </w:r>
      <w:r>
        <w:rPr>
          <w:lang w:eastAsia="zh-CN"/>
        </w:rPr>
        <w:br/>
      </w:r>
      <w:r>
        <w:rPr>
          <w:lang w:eastAsia="zh-CN"/>
        </w:rPr>
        <w:t>　　5.1采用双VVT-发动机</w:t>
      </w:r>
      <w:r>
        <w:rPr>
          <w:lang w:eastAsia="zh-CN"/>
        </w:rPr>
        <w:br/>
      </w:r>
      <w:r>
        <w:rPr>
          <w:lang w:eastAsia="zh-CN"/>
        </w:rPr>
        <w:t>　　采用双VVT-i发动机，可以根据汽车发动机转速等汽车行驶状况信号，通过计算机对汽车燃油喷射量和喷射时间的准确控制，以实现汽车大扭矩输出和低燃油排放。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5.2 采用GOA车身</w:t>
      </w:r>
      <w:r>
        <w:rPr>
          <w:lang w:eastAsia="zh-CN"/>
        </w:rPr>
        <w:br/>
      </w:r>
      <w:r>
        <w:rPr>
          <w:lang w:eastAsia="zh-CN"/>
        </w:rPr>
        <w:t>　　独有的GOA车身，可以在汽车发生碰撞时有效吸收车身碰撞能量，有效分散车身碰撞能量，实现对驾乘人员的安全保护，实现汽车高水准的安全性能。</w:t>
      </w:r>
      <w:r>
        <w:rPr>
          <w:lang w:eastAsia="zh-CN"/>
        </w:rPr>
        <w:br/>
      </w:r>
      <w:r>
        <w:rPr>
          <w:lang w:eastAsia="zh-CN"/>
        </w:rPr>
        <w:t>　　六、竞争对手营销状况分析</w:t>
      </w:r>
      <w:r>
        <w:rPr>
          <w:lang w:eastAsia="zh-CN"/>
        </w:rPr>
        <w:br/>
      </w:r>
      <w:r>
        <w:rPr>
          <w:lang w:eastAsia="zh-CN"/>
        </w:rPr>
        <w:t>　　丰田汽车进入中国市场的时间比较晚，在中国汽车市场主要的的竞争汽车品牌有本田、通用等，下面我就广州本田的汽车营销策略进行分析</w:t>
      </w:r>
      <w:r>
        <w:rPr>
          <w:lang w:eastAsia="zh-CN"/>
        </w:rPr>
        <w:br/>
      </w:r>
      <w:r>
        <w:rPr>
          <w:lang w:eastAsia="zh-CN"/>
        </w:rPr>
        <w:t>　　广州本田以“超期望值服务”为市场营销理念，以“4S营销模式为基础，以“4P服务策略”为主要内容，这是它在中高档汽车取得竞争优势的关键;但随着广州本田产能的扩大和汽车市场竞争的加剧，广州本田公司及时调整汽车营销策略，采取差异化的营销策略，加强营销成本控制，加速营销创新，更加注重汽车后市场的开发与管理。</w:t>
      </w:r>
      <w:r>
        <w:rPr>
          <w:lang w:eastAsia="zh-CN"/>
        </w:rPr>
        <w:br/>
      </w:r>
      <w:r>
        <w:rPr>
          <w:lang w:eastAsia="zh-CN"/>
        </w:rPr>
        <w:t>　　广州本田的营销模式可以按“三个要素”进行概述。营销理念：广州本田主要营销理念是以用户满意为中心，好的产品加上好的服务实现客户满意;营销组织：广州本田选择专营店模式，这是一种以“四位一体”为核心的汽车特许经营模式;营销策略：4P策略+服务策略。</w:t>
      </w:r>
      <w:r>
        <w:rPr>
          <w:lang w:eastAsia="zh-CN"/>
        </w:rPr>
        <w:br/>
      </w:r>
      <w:r>
        <w:rPr>
          <w:lang w:eastAsia="zh-CN"/>
        </w:rPr>
        <w:t>　　七、丰田品牌汽车组合营销策略分析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丰田汽车公司的营销组合策略是以消费者的需求为导向，以提高顾客满意度为产品营销策略选择的根本立足点和出发点，时刻与顾客保持关联，开发出顾客需要的产品。丰田汽车公司的营销组合策略的内容包含产品组合策略、产品定价策略、产品推广策略和产品销售渠道策略。丰田汽车公司经过长期的发展在中国形成了以一汽丰田、广州丰田、雷克萨斯等三大产品销售体系，下面我以广汽车丰田凯美瑞为例子分析一下丰田汽车公司的组合营销策略</w:t>
      </w:r>
      <w:r>
        <w:rPr>
          <w:lang w:eastAsia="zh-CN"/>
        </w:rPr>
        <w:br/>
      </w:r>
      <w:r>
        <w:rPr>
          <w:lang w:eastAsia="zh-CN"/>
        </w:rPr>
        <w:t>　　八、丰田凯美瑞汽车品牌简介</w:t>
      </w:r>
      <w:r>
        <w:rPr>
          <w:lang w:eastAsia="zh-CN"/>
        </w:rPr>
        <w:br/>
      </w:r>
      <w:r>
        <w:rPr>
          <w:lang w:eastAsia="zh-CN"/>
        </w:rPr>
        <w:t>　　广汽丰田凯美瑞是丰田汽车公司为进一步应对以本田雅阁为代表的全球各主要汽车制造商在中高级轿车市场的强势竞争，扩大在中高级轿车市场份额而推出的一款中高级轿车。丰田凯美瑞自20__年推出以来一直成为中高级轿车市场的佼佼者，成为全球中高级轿车市场的热销车型，市场前景广阔。</w:t>
      </w:r>
      <w:r>
        <w:rPr>
          <w:lang w:eastAsia="zh-CN"/>
        </w:rPr>
        <w:br/>
      </w:r>
      <w:r>
        <w:rPr>
          <w:lang w:eastAsia="zh-CN"/>
        </w:rPr>
        <w:t>　　(一)、丰田凯美瑞市场前景分析</w:t>
      </w:r>
      <w:r>
        <w:rPr>
          <w:lang w:eastAsia="zh-CN"/>
        </w:rPr>
        <w:br/>
      </w:r>
      <w:r>
        <w:rPr>
          <w:lang w:eastAsia="zh-CN"/>
        </w:rPr>
        <w:t>　　经济因素: 20__年是中国十二五规划的关键之年，也是全球经济复苏的机遇之年，随着汽车新政的推出必将带来中国中高级轿车市场新一轮的发展机遇，广汽丰田凯美瑞作为中高级轿车市场中的佼佼者应把握难得的市场机遇努力实现自身发展。</w:t>
      </w:r>
      <w:r>
        <w:rPr>
          <w:lang w:eastAsia="zh-CN"/>
        </w:rPr>
        <w:br/>
      </w:r>
      <w:r>
        <w:rPr>
          <w:lang w:eastAsia="zh-CN"/>
        </w:rPr>
        <w:t>　　人口因素：中国作为世界性的人口大国，汽车市场需求潜力巨大，同时随着人们生活水平的提高，汽车消费观念的改变，人们购车的主要出发点已经有生活代步性逐渐变为生活享受型和身份象征型等多元汽车消费观，作为中高级轿车市场的代表丰田凯美瑞的市场消费潜力巨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技术因素：作为丰田汽车公司旗下中高级轿车的品牌车型，丰田凯美瑞是丰田汽车技术的结晶品牌，凭借其独特的丰田品牌血统和全面领先的技术优势必将成为中高级轿车市场中的佼佼者。</w:t>
      </w:r>
      <w:r>
        <w:rPr>
          <w:lang w:eastAsia="zh-CN"/>
        </w:rPr>
        <w:br/>
      </w:r>
      <w:r>
        <w:rPr>
          <w:lang w:eastAsia="zh-CN"/>
        </w:rPr>
        <w:t>　　(二)、凯美瑞汽车SWOT分析</w:t>
      </w:r>
      <w:r>
        <w:rPr>
          <w:lang w:eastAsia="zh-CN"/>
        </w:rPr>
        <w:br/>
      </w:r>
      <w:r>
        <w:rPr>
          <w:lang w:eastAsia="zh-CN"/>
        </w:rPr>
        <w:t>　　广汽丰田凯美瑞自20__年上市以来一直成为丰田汽车中高级轿车市场的热销车型。其凭着稳重大气的外观、宽敞的车内空间、做工精致的内饰、丰富的汽车配置和乘坐的舒适性、运行的平稳性等诸多亮点成为同级轿车市场竞争的佼佼者。</w:t>
      </w:r>
      <w:r>
        <w:rPr>
          <w:lang w:eastAsia="zh-CN"/>
        </w:rPr>
        <w:br/>
      </w:r>
      <w:r>
        <w:rPr>
          <w:lang w:eastAsia="zh-CN"/>
        </w:rPr>
        <w:t>　　2.1.优势分析</w:t>
      </w:r>
      <w:r>
        <w:rPr>
          <w:lang w:eastAsia="zh-CN"/>
        </w:rPr>
        <w:br/>
      </w:r>
      <w:r>
        <w:rPr>
          <w:lang w:eastAsia="zh-CN"/>
        </w:rPr>
        <w:t>　　2.1.1.技术优势</w:t>
      </w:r>
      <w:r>
        <w:rPr>
          <w:lang w:eastAsia="zh-CN"/>
        </w:rPr>
        <w:br/>
      </w:r>
      <w:r>
        <w:rPr>
          <w:lang w:eastAsia="zh-CN"/>
        </w:rPr>
        <w:t>　　丰田凯美瑞作为中高级轿车市场的佼佼者，凭借其技术优势抢占市场，丰田凯美瑞采用双VVT—i发动机在提供强劲动力的同时兼顾燃油经济性，充分实现高动力输出、低燃油排放的双重目标。</w:t>
      </w:r>
      <w:r>
        <w:rPr>
          <w:lang w:eastAsia="zh-CN"/>
        </w:rPr>
        <w:br/>
      </w:r>
      <w:r>
        <w:rPr>
          <w:lang w:eastAsia="zh-CN"/>
        </w:rPr>
        <w:t>　　2.1.2成本优势</w:t>
      </w:r>
      <w:r>
        <w:rPr>
          <w:lang w:eastAsia="zh-CN"/>
        </w:rPr>
        <w:br/>
      </w:r>
      <w:r>
        <w:rPr>
          <w:lang w:eastAsia="zh-CN"/>
        </w:rPr>
        <w:t>　　丰田凯美瑞作为丰田汽车旗下的品牌，其生产研发的平台建立在丰田汽车公司的精益化生产方式的基础之上，充分做到了产品开发成本的最小化和产品利益的最大化。</w:t>
      </w:r>
      <w:r>
        <w:rPr>
          <w:lang w:eastAsia="zh-CN"/>
        </w:rPr>
        <w:br/>
      </w:r>
      <w:r>
        <w:rPr>
          <w:lang w:eastAsia="zh-CN"/>
        </w:rPr>
        <w:t>　　2.1.3服务网络优势</w:t>
      </w:r>
      <w:r>
        <w:rPr>
          <w:lang w:eastAsia="zh-CN"/>
        </w:rPr>
        <w:br/>
      </w:r>
      <w:r>
        <w:rPr>
          <w:lang w:eastAsia="zh-CN"/>
        </w:rPr>
        <w:t>　　丰田凯美瑞具有独立而又完善的产品销售服务网络，以实现顾客购买服务便利化为根本出发点，形成凯美瑞汽车独特的服务网络优势</w:t>
      </w:r>
      <w:r>
        <w:rPr>
          <w:lang w:eastAsia="zh-CN"/>
        </w:rPr>
        <w:br/>
      </w:r>
      <w:r>
        <w:rPr>
          <w:lang w:eastAsia="zh-CN"/>
        </w:rPr>
        <w:t>　　2.2.劣势分析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丰田凯美瑞汽车在具有技术、成本、服务等多重竞争优势的同时当然在外观、乘坐空间等方面有待完善，这也使丰田凯美瑞汽车在竞争中处于不利地位。</w:t>
      </w:r>
      <w:r>
        <w:rPr>
          <w:lang w:eastAsia="zh-CN"/>
        </w:rPr>
        <w:br/>
      </w:r>
      <w:r>
        <w:rPr>
          <w:lang w:eastAsia="zh-CN"/>
        </w:rPr>
        <w:t>　　2.3.机遇分析</w:t>
      </w:r>
      <w:r>
        <w:rPr>
          <w:lang w:eastAsia="zh-CN"/>
        </w:rPr>
        <w:br/>
      </w:r>
      <w:r>
        <w:rPr>
          <w:lang w:eastAsia="zh-CN"/>
        </w:rPr>
        <w:t>　　丰田凯美瑞作为中高级轿车的杰出代表，在激烈的中高级轿车市场的竞争中具有产品成长空间大、汽车节能技术成熟、中高端汽车市场经验丰富、品牌客户忠诚度高等难得发展机遇和自身优势，应把握机遇，促进发展。</w:t>
      </w:r>
      <w:r>
        <w:rPr>
          <w:lang w:eastAsia="zh-CN"/>
        </w:rPr>
        <w:br/>
      </w:r>
      <w:r>
        <w:rPr>
          <w:lang w:eastAsia="zh-CN"/>
        </w:rPr>
        <w:t>　　2.4.挑战分析</w:t>
      </w:r>
      <w:r>
        <w:rPr>
          <w:lang w:eastAsia="zh-CN"/>
        </w:rPr>
        <w:br/>
      </w:r>
      <w:r>
        <w:rPr>
          <w:lang w:eastAsia="zh-CN"/>
        </w:rPr>
        <w:t>　　丰田汽车公司进入中国中高端汽车市场的时间较晚，以东风日产天籁、广州本田雅阁为主要竞争对手的强势进驻使得丰田凯美瑞汽车在中高端汽车市场的地位受到一定的挑战。</w:t>
      </w:r>
      <w:r>
        <w:rPr>
          <w:lang w:eastAsia="zh-CN"/>
        </w:rPr>
        <w:br/>
      </w:r>
      <w:r>
        <w:rPr>
          <w:lang w:eastAsia="zh-CN"/>
        </w:rPr>
        <w:t>　　(三)、一汽丰田凯美瑞的产品市场定位</w:t>
      </w:r>
      <w:r>
        <w:rPr>
          <w:lang w:eastAsia="zh-CN"/>
        </w:rPr>
        <w:br/>
      </w:r>
      <w:r>
        <w:rPr>
          <w:lang w:eastAsia="zh-CN"/>
        </w:rPr>
        <w:t>　　一汽丰田凯美瑞20__年6月上市至今，取得了辉煌的成绩，如今凯美瑞已经成为丰田中国中级轿车市场的热销车型。凯美瑞的成功不仅仅依靠产品、价格的优势而是建立在丰田中国战略整体成功的基础之上，建立在凯美瑞准确的产品市场定位。</w:t>
      </w:r>
      <w:r>
        <w:rPr>
          <w:lang w:eastAsia="zh-CN"/>
        </w:rPr>
        <w:br/>
      </w:r>
      <w:r>
        <w:rPr>
          <w:lang w:eastAsia="zh-CN"/>
        </w:rPr>
        <w:t>　　3.1.以共性带动个性的产品定位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以“创造中高级轿车全新标准”为理念开发的凯美瑞拥有高贵、优雅和动感的外形、舒适的内部空间、充沛的动力、同级别轿车中最高的环保和安全标准以及人性化的高科技配置。驾驶室内有足够的空间，设计上在兼顾乘坐舒适性的同时，在内饰材料选用、设计上尽可能体现高档;在动力方面，凯美瑞采用直列四缸16气门VVT—i发动机，在中低速时能提供充足的扭矩，在高速时又可提供强劲的动力，同时保证了燃油经济性。在安全性方面，作为中高级轿车ABS+EBD是凯美瑞所有款式的标准配置，并采用丰田碰撞吸能GOA车身，综上分析凯美瑞具有所有中高级轿车的特质。凯美瑞与同级轿车相比在产品层面最大的优势就是产品生产设计的全面均衡，既要达到稳定的质量、性能、安静。舒适、油耗低、空间大的设计目标。凯美瑞的定位是一款公私兼顾、综合性能好、适合各种场合的车型。</w:t>
      </w:r>
      <w:r>
        <w:rPr>
          <w:lang w:eastAsia="zh-CN"/>
        </w:rPr>
        <w:br/>
      </w:r>
      <w:r>
        <w:rPr>
          <w:lang w:eastAsia="zh-CN"/>
        </w:rPr>
        <w:t>　　3.2.凯美瑞汽车的目标消费群体分析</w:t>
      </w:r>
      <w:r>
        <w:rPr>
          <w:lang w:eastAsia="zh-CN"/>
        </w:rPr>
        <w:br/>
      </w:r>
      <w:r>
        <w:rPr>
          <w:lang w:eastAsia="zh-CN"/>
        </w:rPr>
        <w:t>　　丰田凯美瑞汽车作为一款公私兼用的中高端轿车，其主要的目标消费群体定位于具有稳定的事业基础和稳定的收入水平，具有中高端汽车消费能力和欲望的都市白领和成功的商务人士。</w:t>
      </w:r>
      <w:r>
        <w:rPr>
          <w:lang w:eastAsia="zh-CN"/>
        </w:rPr>
        <w:br/>
      </w:r>
      <w:r>
        <w:rPr>
          <w:lang w:eastAsia="zh-CN"/>
        </w:rPr>
        <w:t>　　3.3.凯美瑞汽车的定价策略</w:t>
      </w:r>
      <w:r>
        <w:rPr>
          <w:lang w:eastAsia="zh-CN"/>
        </w:rPr>
        <w:br/>
      </w:r>
      <w:r>
        <w:rPr>
          <w:lang w:eastAsia="zh-CN"/>
        </w:rPr>
        <w:t>　　汽车产品定价应主要考虑三个方面的因素，第一：要根据产品的市场定位来定价，确保完成预期的销售目标;第二：在确保企业可获利的前提下合理定价;第三：要充分考虑市场消费者的价格预期。丰田凯美瑞的主要竞争车型有日产天籁和本田雅阁。据有关资料宣示日产天籁和本田雅阁在同级别同排量车型中定价的区间都比丰田凯美瑞偏高。在综合各方面的因素后，我们小组决定丰田凯美瑞汽车采用尾数定价策略，这个定价策略充分考虑了广大消费者的心理承受能力，同时又确保凯美瑞汽车在同级轿车市场竞争中具有价格优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3.4.凯美瑞汽车的品牌推广策划</w:t>
      </w:r>
      <w:r>
        <w:rPr>
          <w:lang w:eastAsia="zh-CN"/>
        </w:rPr>
        <w:br/>
      </w:r>
      <w:r>
        <w:rPr>
          <w:lang w:eastAsia="zh-CN"/>
        </w:rPr>
        <w:t>　　策划目标：通过综合运用多种品牌推广手段，大力宣传丰田凯美瑞汽车高贵、优雅的产品形象，树立其品牌知名度，增强其市场竞争力，扩大其在中高级汽车市场的份额。</w:t>
      </w:r>
      <w:r>
        <w:rPr>
          <w:lang w:eastAsia="zh-CN"/>
        </w:rPr>
        <w:br/>
      </w:r>
      <w:r>
        <w:rPr>
          <w:lang w:eastAsia="zh-CN"/>
        </w:rPr>
        <w:t>　　推广策划：综合运用电视、广播、报纸、杂志、户外广告、专业汽车网站等媒体定时定期地发布丰田凯美瑞的相关信息。充分发挥汽车嘉年华、北京、上海、广州等三地定期举行的国际汽车展这一社会公共平台，扩大丰田凯美瑞汽车的影响力。定期开展多种形式的营业推广活动如降价促销、汽车经销商销售激励等，努力拓宽凯美瑞汽车的销售渠道增加汽车销量。</w:t>
      </w:r>
      <w:r>
        <w:rPr>
          <w:lang w:eastAsia="zh-CN"/>
        </w:rPr>
        <w:br/>
      </w:r>
      <w:r>
        <w:rPr>
          <w:lang w:eastAsia="zh-CN"/>
        </w:rPr>
        <w:t>　　3.5.凯美瑞汽车的销售渠道策划</w:t>
      </w:r>
      <w:r>
        <w:rPr>
          <w:lang w:eastAsia="zh-CN"/>
        </w:rPr>
        <w:br/>
      </w:r>
      <w:r>
        <w:rPr>
          <w:lang w:eastAsia="zh-CN"/>
        </w:rPr>
        <w:t>　　凯美瑞汽车实行扁平化的汽车销售渠道，实现其销售渠道的独立性。为此应在北京、上海、广州等一线城市建立完善的丰田凯美瑞销售渠道，实行汽车特许经销商的汽车销售渠道模式。</w:t>
      </w:r>
      <w:r>
        <w:rPr>
          <w:lang w:eastAsia="zh-CN"/>
        </w:rPr>
        <w:br/>
      </w:r>
      <w:r>
        <w:rPr>
          <w:lang w:eastAsia="zh-CN"/>
        </w:rPr>
        <w:t>　　整合汽车销售渠道，集中管理，提高销售渠道运行速度。在国内主要城市设立分支机构，统一管理丰田凯美瑞汽车的地区销售渠道，减少地区销售渠道冲突，扩大凯美瑞汽车销量。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丰田汽车品牌作为国际性的汽车品牌，在中国汽车市场占有重要的市场地位，汽车消费市场广阔，丰田汽车在中国低、中、高汽车市场都具有一定的市场份额。广汽丰田凯美瑞作为中高级轿车市场中的热点车型。其汽车销量的提升得益于其精准的产品市场定位、合理的产品定价策略、完善的产品推广策和产品渠道策划。我们小组以丰田汽车品牌调查为策划依据，以广汽丰田凯美瑞为策划对象，从凯美瑞汽车的产品市场定位、产品定价、产品推广、产品销售渠道等方面进行策划，期望能够实现凯美瑞汽车市场份额的最大化</w:t>
      </w:r>
      <w:r>
        <w:rPr>
          <w:lang w:eastAsia="zh-CN"/>
        </w:rPr>
        <w:br/>
      </w:r>
      <w:r>
        <w:rPr>
          <w:lang w:eastAsia="zh-CN"/>
        </w:rPr>
        <w:t xml:space="preserve">    汽车销售工作计划简单 篇8 </w:t>
      </w:r>
      <w:r>
        <w:rPr>
          <w:lang w:eastAsia="zh-CN"/>
        </w:rPr>
        <w:br/>
      </w:r>
      <w:r>
        <w:rPr>
          <w:lang w:eastAsia="zh-CN"/>
        </w:rPr>
        <w:t>　　一、我们可以和驾校合作，通过我们学车网报名成功学车的学员，在我们网站买车，能够优惠，优惠比例后续再讨论。也可以和一些跟我们本来不合作的驾校合作，通过驾校这边到我们网站买车，优惠力度等等。</w:t>
      </w:r>
      <w:r>
        <w:rPr>
          <w:lang w:eastAsia="zh-CN"/>
        </w:rPr>
        <w:br/>
      </w:r>
      <w:r>
        <w:rPr>
          <w:lang w:eastAsia="zh-CN"/>
        </w:rPr>
        <w:t>　　二、在我们网站首页和各个城市分站等页面上大力推广卖车业务，并且前期肯定有比较大的优惠力度，才能吸引用户。</w:t>
      </w:r>
      <w:r>
        <w:rPr>
          <w:lang w:eastAsia="zh-CN"/>
        </w:rPr>
        <w:br/>
      </w:r>
      <w:r>
        <w:rPr>
          <w:lang w:eastAsia="zh-CN"/>
        </w:rPr>
        <w:t>　　三、跟一些我们合作的网站、传媒互换软文，竭力推广我们汽车板块，也可以到如：中华网、凤凰网等这些网站发文章宣传我们。</w:t>
      </w:r>
      <w:r>
        <w:rPr>
          <w:lang w:eastAsia="zh-CN"/>
        </w:rPr>
        <w:br/>
      </w:r>
      <w:r>
        <w:rPr>
          <w:lang w:eastAsia="zh-CN"/>
        </w:rPr>
        <w:t>　　四、寻找一些地方型的社区网站，跟他们合作。</w:t>
      </w:r>
      <w:r>
        <w:rPr>
          <w:lang w:eastAsia="zh-CN"/>
        </w:rPr>
        <w:br/>
      </w:r>
      <w:r>
        <w:rPr>
          <w:lang w:eastAsia="zh-CN"/>
        </w:rPr>
        <w:t>　　五、网站不定期做促销优惠活动，拉近客户关系，使客户知道我们网站的汽车价格优势。</w:t>
      </w:r>
      <w:r>
        <w:rPr>
          <w:lang w:eastAsia="zh-CN"/>
        </w:rPr>
        <w:br/>
      </w:r>
      <w:r>
        <w:rPr>
          <w:lang w:eastAsia="zh-CN"/>
        </w:rPr>
        <w:t>　　六、跟一些汽车保险公司合作如：平安保险等，拿到一些优惠的互惠互利的保险价格，对我们来说应该也是一种优势。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七、业务，就是销售，然后是销售培训，在销售培训上多下功夫，熟悉掌握自己所卖的车型构造，性能，价格与竞争车型的优略比较分析。如果销售员的业务知识明显匮乏，直接影响销售部的业绩，现在产品技术更新很快，不培训就等与落后，对用户的疑问不能解答，直接影响销售。在销售与培训过程中，及时发现问题，及时解决。快速提高销售员的能力。</w:t>
      </w:r>
      <w:r>
        <w:rPr>
          <w:lang w:eastAsia="zh-CN"/>
        </w:rPr>
        <w:br/>
      </w:r>
      <w:r>
        <w:rPr>
          <w:lang w:eastAsia="zh-CN"/>
        </w:rPr>
        <w:t>　　八、售前售后服务，客户买汽车肯定是希望简便简洁，没有人会愿意花钱买罪受的，所以我们要提高市场占有率，所以我们要把用户的真正的需求和担心无外乎就是：整车的质量保障、有完善的售后服务、售后的索赔、售后维修的优惠、销售人员的专业性，公司的诚信度、公司的人员的良好印象等落实到实处。我相信我们应该能够成功。</w:t>
      </w:r>
      <w:r>
        <w:rPr>
          <w:lang w:eastAsia="zh-CN"/>
        </w:rPr>
        <w:br/>
      </w:r>
      <w:r>
        <w:rPr>
          <w:lang w:eastAsia="zh-CN"/>
        </w:rPr>
        <w:t xml:space="preserve">    汽车销售工作计划简单 篇9 </w:t>
      </w:r>
      <w:r>
        <w:rPr>
          <w:lang w:eastAsia="zh-CN"/>
        </w:rPr>
        <w:br/>
      </w:r>
      <w:r>
        <w:rPr>
          <w:lang w:eastAsia="zh-CN"/>
        </w:rPr>
        <w:t>　　一、工作目标</w:t>
      </w:r>
      <w:r>
        <w:rPr>
          <w:lang w:eastAsia="zh-CN"/>
        </w:rPr>
        <w:br/>
      </w:r>
      <w:r>
        <w:rPr>
          <w:lang w:eastAsia="zh-CN"/>
        </w:rPr>
        <w:t>　　20__年我个人计划回款100万元以上，保持增长345.9%，预计第一季度完成15万元回款，第二季度25万元回款，第三季度回款30万元，第四季度30万元，_市内终端用户预计扩增至150家，分销商增到70家。</w:t>
      </w:r>
      <w:r>
        <w:rPr>
          <w:lang w:eastAsia="zh-CN"/>
        </w:rPr>
        <w:br/>
      </w:r>
      <w:r>
        <w:rPr>
          <w:lang w:eastAsia="zh-CN"/>
        </w:rPr>
        <w:t>　　二、工作措施：</w:t>
      </w:r>
      <w:r>
        <w:rPr>
          <w:lang w:eastAsia="zh-CN"/>
        </w:rPr>
        <w:br/>
      </w:r>
      <w:r>
        <w:rPr>
          <w:lang w:eastAsia="zh-CN"/>
        </w:rPr>
        <w:t>　　1.对经销商的管理</w:t>
      </w:r>
      <w:r>
        <w:rPr>
          <w:lang w:eastAsia="zh-CN"/>
        </w:rPr>
        <w:br/>
      </w:r>
      <w:r>
        <w:rPr>
          <w:lang w:eastAsia="zh-CN"/>
        </w:rPr>
        <w:t>　　定期检查核实经销高的产品库存，配合公司发货时间及物流工作，确保经销商的库存在短期内消化，不出现积压产品及断货现象，同时协调好各分销商的渠道，有销售网络重叠现象的，避免引起产品价格战。</w:t>
      </w:r>
      <w:r>
        <w:rPr>
          <w:lang w:eastAsia="zh-CN"/>
        </w:rPr>
        <w:br/>
      </w:r>
      <w:r>
        <w:rPr>
          <w:lang w:eastAsia="zh-CN"/>
        </w:rPr>
        <w:t>　　2.解决产品冲货、窜货问题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r>
        <w:rPr>
          <w:lang w:eastAsia="zh-CN"/>
        </w:rPr>
        <w:br/>
      </w:r>
      <w:r>
        <w:rPr>
          <w:lang w:eastAsia="zh-CN"/>
        </w:rPr>
        <w:t>　　3.销售渠道下沉</w:t>
      </w:r>
      <w:r>
        <w:rPr>
          <w:lang w:eastAsia="zh-CN"/>
        </w:rPr>
        <w:br/>
      </w:r>
      <w:r>
        <w:rPr>
          <w:lang w:eastAsia="zh-CN"/>
        </w:rPr>
        <w:t>　　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r>
        <w:rPr>
          <w:lang w:eastAsia="zh-CN"/>
        </w:rPr>
        <w:br/>
      </w:r>
      <w:r>
        <w:rPr>
          <w:lang w:eastAsia="zh-CN"/>
        </w:rPr>
        <w:t>　　三、目标市场：</w:t>
      </w:r>
      <w:r>
        <w:rPr>
          <w:lang w:eastAsia="zh-CN"/>
        </w:rPr>
        <w:br/>
      </w:r>
      <w:r>
        <w:rPr>
          <w:lang w:eastAsia="zh-CN"/>
        </w:rPr>
        <w:t>　　我将对、马、等苏中、苏北、及_局部市场进行开发，搜罗并设立特约经销商，享有与经销商同样的经销政策，实行自然销售，特殊区域可视情况而定，是否增派销售人员。</w:t>
      </w:r>
      <w:r>
        <w:rPr>
          <w:lang w:eastAsia="zh-CN"/>
        </w:rPr>
        <w:br/>
      </w:r>
      <w:r>
        <w:rPr>
          <w:lang w:eastAsia="zh-CN"/>
        </w:rPr>
        <w:t>　　(一)重点促销产品：</w:t>
      </w:r>
      <w:r>
        <w:rPr>
          <w:lang w:eastAsia="zh-CN"/>
        </w:rPr>
        <w:br/>
      </w:r>
      <w:r>
        <w:rPr>
          <w:lang w:eastAsia="zh-CN"/>
        </w:rPr>
        <w:t>　　鸡汁和果汁在20__年将被重点推广，两个产品的消化周期短，但在市场竞争方面优势不明显，准备将相应消化周期长的寿司醋、芥末油，辣椒油等停止促销，从而补贴鸡汁和果汁产品的促销，能起到重点产品的增量效果。</w:t>
      </w:r>
      <w:r>
        <w:rPr>
          <w:lang w:eastAsia="zh-CN"/>
        </w:rPr>
        <w:br/>
      </w:r>
      <w:r>
        <w:rPr>
          <w:lang w:eastAsia="zh-CN"/>
        </w:rPr>
        <w:t>　　(二)销售队伍人力资源管理：</w:t>
      </w:r>
      <w:r>
        <w:rPr>
          <w:lang w:eastAsia="zh-CN"/>
        </w:rPr>
        <w:br/>
      </w:r>
      <w:r>
        <w:rPr>
          <w:lang w:eastAsia="zh-CN"/>
        </w:rPr>
        <w:t>　　1.人员定岗</w:t>
      </w:r>
      <w:r>
        <w:rPr>
          <w:lang w:eastAsia="zh-CN"/>
        </w:rPr>
        <w:br/>
      </w:r>
      <w:r>
        <w:rPr>
          <w:lang w:eastAsia="zh-CN"/>
        </w:rPr>
        <w:t>　　_办固定人数5人，终端4人，流通1人，准备从终端调派1人兼跑流通市场，而原负责流通的人员兼跑省内周边城市，开拓空白市场。</w:t>
      </w:r>
      <w:r>
        <w:rPr>
          <w:lang w:eastAsia="zh-CN"/>
        </w:rPr>
        <w:br/>
      </w:r>
      <w:r>
        <w:rPr>
          <w:lang w:eastAsia="zh-CN"/>
        </w:rPr>
        <w:t>　　2.人员体系内部协调运作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r>
        <w:rPr>
          <w:lang w:eastAsia="zh-CN"/>
        </w:rPr>
        <w:br/>
      </w:r>
      <w:r>
        <w:rPr>
          <w:lang w:eastAsia="zh-CN"/>
        </w:rPr>
        <w:t>　　3.关键岗位定义，技能及能力要求</w:t>
      </w:r>
      <w:r>
        <w:rPr>
          <w:lang w:eastAsia="zh-CN"/>
        </w:rPr>
        <w:br/>
      </w:r>
      <w:r>
        <w:rPr>
          <w:lang w:eastAsia="zh-CN"/>
        </w:rPr>
        <w:t>　　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r>
        <w:rPr>
          <w:lang w:eastAsia="zh-CN"/>
        </w:rPr>
        <w:br/>
      </w:r>
      <w:r>
        <w:rPr>
          <w:lang w:eastAsia="zh-CN"/>
        </w:rPr>
        <w:t>　　4.培训</w:t>
      </w:r>
      <w:r>
        <w:rPr>
          <w:lang w:eastAsia="zh-CN"/>
        </w:rPr>
        <w:br/>
      </w:r>
      <w:r>
        <w:rPr>
          <w:lang w:eastAsia="zh-CN"/>
        </w:rPr>
        <w:t>　　给予全体办事处人员进行定期的培训，在销售技巧及谈判过程上进行实战的演习。</w:t>
      </w:r>
      <w:r>
        <w:rPr>
          <w:lang w:eastAsia="zh-CN"/>
        </w:rPr>
        <w:br/>
      </w:r>
      <w:r>
        <w:rPr>
          <w:lang w:eastAsia="zh-CN"/>
        </w:rPr>
        <w:t>　　正视现有市场，我创业激情高涨，信息倍增，与此同时，又感责任重大。在接下来的销售工作中，我会更加积极进取，用心努力的去做好每一件事情，不管是个人还是整个销售团队的销售业绩，会争取做到。</w:t>
      </w:r>
      <w:r>
        <w:rPr>
          <w:lang w:eastAsia="zh-CN"/>
        </w:rPr>
        <w:br/>
      </w:r>
      <w:r>
        <w:rPr>
          <w:lang w:eastAsia="zh-CN"/>
        </w:rPr>
        <w:t>　　我对今后的工作计划写于书面并铭记心中，如下：</w:t>
      </w:r>
      <w:r>
        <w:rPr>
          <w:lang w:eastAsia="zh-CN"/>
        </w:rPr>
        <w:br/>
      </w:r>
      <w:r>
        <w:rPr>
          <w:lang w:eastAsia="zh-CN"/>
        </w:rPr>
        <w:t>　　　　一、销量指标</w:t>
      </w:r>
      <w:r>
        <w:rPr>
          <w:lang w:eastAsia="zh-CN"/>
        </w:rPr>
        <w:br/>
      </w:r>
      <w:r>
        <w:rPr>
          <w:lang w:eastAsia="zh-CN"/>
        </w:rPr>
        <w:t>　　带领团队努力完成领导给予的当月销售计划、目标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二、监督，管理销售展厅和销售人员的日常销售工作</w:t>
      </w:r>
      <w:r>
        <w:rPr>
          <w:lang w:eastAsia="zh-CN"/>
        </w:rPr>
        <w:br/>
      </w:r>
      <w:r>
        <w:rPr>
          <w:lang w:eastAsia="zh-CN"/>
        </w:rPr>
        <w:t>　　1、仪表着装：统一工作服并佩戴胸卡</w:t>
      </w:r>
      <w:r>
        <w:rPr>
          <w:lang w:eastAsia="zh-CN"/>
        </w:rPr>
        <w:br/>
      </w:r>
      <w:r>
        <w:rPr>
          <w:lang w:eastAsia="zh-CN"/>
        </w:rPr>
        <w:t>　　2、展厅整洁：每天定期检查展厅车辆，谈判桌的整洁状况。</w:t>
      </w:r>
      <w:r>
        <w:rPr>
          <w:lang w:eastAsia="zh-CN"/>
        </w:rPr>
        <w:br/>
      </w:r>
      <w:r>
        <w:rPr>
          <w:lang w:eastAsia="zh-CN"/>
        </w:rPr>
        <w:t>　　3、展厅前台接待：如值勤人员有特殊原因离岗，需找到替代人员，替代人员承担所有前台值勤的责任。</w:t>
      </w:r>
      <w:r>
        <w:rPr>
          <w:lang w:eastAsia="zh-CN"/>
        </w:rPr>
        <w:br/>
      </w:r>
      <w:r>
        <w:rPr>
          <w:lang w:eastAsia="zh-CN"/>
        </w:rPr>
        <w:t>　　4、销售人员的日常工作:，对于销售人员的客户级别定位和三表两卡的回访度进行定期抽查，对销售员的销售流程进行勘察.对销售人员每天的工作任务和需要完成的任务进行协调，如上牌时间和厂家出现的政策变动等.随时处理展厅突发情况，必要时上报销售经理。</w:t>
      </w:r>
      <w:r>
        <w:rPr>
          <w:lang w:eastAsia="zh-CN"/>
        </w:rPr>
        <w:br/>
      </w:r>
      <w:r>
        <w:rPr>
          <w:lang w:eastAsia="zh-CN"/>
        </w:rPr>
        <w:t>　　三、配合市场部，做好销售拓展和市场推广工作</w:t>
      </w:r>
      <w:r>
        <w:rPr>
          <w:lang w:eastAsia="zh-CN"/>
        </w:rPr>
        <w:br/>
      </w:r>
      <w:r>
        <w:rPr>
          <w:lang w:eastAsia="zh-CN"/>
        </w:rPr>
        <w:t>　　1、对市场部发出来的市场活动进行协调，如外出拍照片等。</w:t>
      </w:r>
      <w:r>
        <w:rPr>
          <w:lang w:eastAsia="zh-CN"/>
        </w:rPr>
        <w:br/>
      </w:r>
      <w:r>
        <w:rPr>
          <w:lang w:eastAsia="zh-CN"/>
        </w:rPr>
        <w:t>　　2、在销售人员不值班的情况下，可以沟通市场部进行外出市场开拓，由市场部定点，出外发单片。</w:t>
      </w:r>
      <w:r>
        <w:rPr>
          <w:lang w:eastAsia="zh-CN"/>
        </w:rPr>
        <w:br/>
      </w:r>
      <w:r>
        <w:rPr>
          <w:lang w:eastAsia="zh-CN"/>
        </w:rPr>
        <w:t>　　四、掌握库存，配合销售经理做好销售需求计划</w:t>
      </w:r>
      <w:r>
        <w:rPr>
          <w:lang w:eastAsia="zh-CN"/>
        </w:rPr>
        <w:br/>
      </w:r>
      <w:r>
        <w:rPr>
          <w:lang w:eastAsia="zh-CN"/>
        </w:rPr>
        <w:t>　　每天对于销售人员的交车，资料交接，开票，做保险等进行盘查。下班前上报销售经理登记。对于时间过长车辆对销售人员进行通报，重点销售;配合销售经理对每礼拜一从厂家订购的车型，颜色进行建议。</w:t>
      </w:r>
      <w:r>
        <w:rPr>
          <w:lang w:eastAsia="zh-CN"/>
        </w:rPr>
        <w:br/>
      </w:r>
      <w:r>
        <w:rPr>
          <w:lang w:eastAsia="zh-CN"/>
        </w:rPr>
        <w:t>　　五、协助销售经理做好销售人员的培训计划，并组织实施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由于现阶段的合并，销售员对于业务知识明显匮乏，直接影响销售业绩。下阶段销售员的知识培训是重中之重，除公司计划培训项目外，暂时采用瑞风、同悦两两互助形式，对于车型的价格、配置、竞品车型、销售话术等实行模拟对话，尽快熟悉车型。对于出现的.问题在进行针对性培训。</w:t>
      </w:r>
      <w:r>
        <w:rPr>
          <w:lang w:eastAsia="zh-CN"/>
        </w:rPr>
        <w:br/>
      </w:r>
      <w:r>
        <w:rPr>
          <w:lang w:eastAsia="zh-CN"/>
        </w:rPr>
        <w:t>　　当然，所有的计划在此都是纸上谈兵，俗话说，实践是检验真理的标准，在今后的工作中，我定当努力将这些计划付诸于实践中，带领团队一起，在情况下完成领导下达的任务。</w:t>
      </w:r>
      <w:r>
        <w:rPr>
          <w:lang w:eastAsia="zh-CN"/>
        </w:rPr>
        <w:br/>
      </w:r>
      <w:r>
        <w:rPr>
          <w:lang w:eastAsia="zh-CN"/>
        </w:rPr>
        <w:t xml:space="preserve">    汽车销售工作计划简单 篇10 </w:t>
      </w:r>
      <w:r>
        <w:rPr>
          <w:lang w:eastAsia="zh-CN"/>
        </w:rPr>
        <w:br/>
      </w:r>
      <w:r>
        <w:rPr>
          <w:lang w:eastAsia="zh-CN"/>
        </w:rPr>
        <w:t>　　就在转眼间，我来到4S店已经三个月了。在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r>
        <w:rPr>
          <w:lang w:eastAsia="zh-CN"/>
        </w:rPr>
        <w:br/>
      </w:r>
      <w:r>
        <w:rPr>
          <w:lang w:eastAsia="zh-CN"/>
        </w:rPr>
        <w:t>　　这三个月时间，我不仅仅学会了基础的汽车知识，同时也对自己的品牌有了更深入的了解，使我深深的爱上了自己所从事的工作，自己所销售的汽车。在我心里只有热爱自己的岗位才能做好本职工作。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r>
        <w:rPr>
          <w:lang w:eastAsia="zh-CN"/>
        </w:rPr>
        <w:br/>
      </w:r>
      <w:r>
        <w:rPr>
          <w:lang w:eastAsia="zh-CN"/>
        </w:rPr>
        <w:t>　　现在的汽车销售市场竞争的日益激烈，摆在所有销售人员面前的是-平稳与磨砺并存，希望与机遇并存，成功与失败并存的局面，所以拥有一个积极向上的心态是非常重要的。</w:t>
      </w:r>
      <w:r>
        <w:rPr>
          <w:lang w:eastAsia="zh-CN"/>
        </w:rPr>
        <w:br/>
      </w:r>
      <w:r>
        <w:rPr>
          <w:lang w:eastAsia="zh-CN"/>
        </w:rPr>
        <w:t>　　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r>
        <w:rPr>
          <w:lang w:eastAsia="zh-CN"/>
        </w:rPr>
        <w:br/>
      </w:r>
      <w:r>
        <w:rPr>
          <w:lang w:eastAsia="zh-CN"/>
        </w:rPr>
        <w:t>　　现存的缺点：</w:t>
      </w:r>
      <w:r>
        <w:rPr>
          <w:lang w:eastAsia="zh-CN"/>
        </w:rPr>
        <w:br/>
      </w:r>
      <w:r>
        <w:rPr>
          <w:lang w:eastAsia="zh-CN"/>
        </w:rPr>
        <w:t>　　对于市场的了解还是不够深入，对专业知识掌握的还是不够充分，在与客户的沟通过程中，缺乏经验。</w:t>
      </w:r>
      <w:r>
        <w:rPr>
          <w:lang w:eastAsia="zh-CN"/>
        </w:rPr>
        <w:br/>
      </w:r>
      <w:r>
        <w:rPr>
          <w:lang w:eastAsia="zh-CN"/>
        </w:rPr>
        <w:t>　　在销售工作中也有急于成交的表现，不但影响了自己销售业务的开展，也打击了自己的自信心。我想在以后的工作中会摒弃这些不良的做法，并积极学习，请教老销售员业务知识，尽快提高自己的销售技能。</w:t>
      </w:r>
      <w:r>
        <w:rPr>
          <w:lang w:eastAsia="zh-CN"/>
        </w:rPr>
        <w:br/>
      </w:r>
      <w:r>
        <w:rPr>
          <w:lang w:eastAsia="zh-CN"/>
        </w:rPr>
        <w:t>　　下半年工作计划</w:t>
      </w:r>
      <w:r>
        <w:rPr>
          <w:lang w:eastAsia="zh-CN"/>
        </w:rPr>
        <w:br/>
      </w:r>
      <w:r>
        <w:rPr>
          <w:lang w:eastAsia="zh-CN"/>
        </w:rPr>
        <w:t>　　在公司在发展过程中，我认为要成为一名合格的销售员，首先要调整自己的理念，和公司统一思想、统一目标，明确公司的发展方向，才能充分溶入到公司的发展当中，才能更加有条不紊的开展工作。以下是我20--年的工作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1.继续学习汽车的基础知识，并准确掌握市场动态各种同类竞争品牌的动态和新款车型。实时掌握汽车业的发展方向。</w:t>
      </w:r>
      <w:r>
        <w:rPr>
          <w:lang w:eastAsia="zh-CN"/>
        </w:rPr>
        <w:br/>
      </w:r>
      <w:r>
        <w:rPr>
          <w:lang w:eastAsia="zh-CN"/>
        </w:rPr>
        <w:t>　　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r>
        <w:rPr>
          <w:lang w:eastAsia="zh-CN"/>
        </w:rPr>
        <w:br/>
      </w:r>
      <w:r>
        <w:rPr>
          <w:lang w:eastAsia="zh-CN"/>
        </w:rPr>
        <w:t>　　3.努力完成现定任务量，在公司规定的任务上，要给自己压力，要给自己设定任务。不仅仅要努力完成公司的任务，同事也完成自己给自己设定的任务。我相信有压力才有动力。</w:t>
      </w:r>
      <w:r>
        <w:rPr>
          <w:lang w:eastAsia="zh-CN"/>
        </w:rPr>
        <w:br/>
      </w:r>
      <w:r>
        <w:rPr>
          <w:lang w:eastAsia="zh-CN"/>
        </w:rPr>
        <w:t>　　4.对于日常的本职工作认真去完成，切不可偷懒，投机取巧。</w:t>
      </w:r>
      <w:r>
        <w:rPr>
          <w:lang w:eastAsia="zh-CN"/>
        </w:rPr>
        <w:br/>
      </w:r>
      <w:r>
        <w:rPr>
          <w:lang w:eastAsia="zh-CN"/>
        </w:rPr>
        <w:t>　　5.在业余时间多学习一些成功的销售经验，最后为自己所用。</w:t>
      </w:r>
      <w:r>
        <w:rPr>
          <w:lang w:eastAsia="zh-CN"/>
        </w:rPr>
        <w:br/>
      </w:r>
      <w:r>
        <w:rPr>
          <w:lang w:eastAsia="zh-CN"/>
        </w:rPr>
        <w:t>　　6.在工作中做到，胜骄败不馁，不可好大喜功，要做到一步一个脚印，踏踏实实的去做好工作，完成任务。</w:t>
      </w:r>
      <w:r>
        <w:rPr>
          <w:lang w:eastAsia="zh-CN"/>
        </w:rPr>
        <w:br/>
      </w:r>
      <w:r>
        <w:rPr>
          <w:lang w:eastAsia="zh-CN"/>
        </w:rPr>
        <w:t>　　7.意识上，无论在销售还是汽车产品知识的学习上，摒弃自私、强势、懒惰的性情，用积极向上的心态，学习他人的长处，学会谦虚，学会与上司、朋友、同事更加融洽的相处。</w:t>
      </w:r>
      <w:r>
        <w:rPr>
          <w:lang w:eastAsia="zh-CN"/>
        </w:rPr>
        <w:br/>
      </w:r>
      <w:r>
        <w:rPr>
          <w:lang w:eastAsia="zh-CN"/>
        </w:rPr>
        <w:t>　　每日工作</w:t>
      </w:r>
      <w:r>
        <w:rPr>
          <w:lang w:eastAsia="zh-CN"/>
        </w:rPr>
        <w:br/>
      </w:r>
      <w:r>
        <w:rPr>
          <w:lang w:eastAsia="zh-CN"/>
        </w:rPr>
        <w:t>　　1.卫生工作，办公室，展厅值班都要认真完成。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2.每日至少回访和跟踪2到3个潜在客户，并及时跟新客户需求。</w:t>
      </w:r>
      <w:r>
        <w:rPr>
          <w:lang w:eastAsia="zh-CN"/>
        </w:rPr>
        <w:br/>
      </w:r>
      <w:r>
        <w:rPr>
          <w:lang w:eastAsia="zh-CN"/>
        </w:rPr>
        <w:t>　　3.每日做好门迎工作，登记集客信息。</w:t>
      </w:r>
      <w:r>
        <w:rPr>
          <w:lang w:eastAsia="zh-CN"/>
        </w:rPr>
        <w:br/>
      </w:r>
      <w:r>
        <w:rPr>
          <w:lang w:eastAsia="zh-CN"/>
        </w:rPr>
        <w:t>　　4.每日自己给自己做个，回想一下每天的工作是否有没做好的，是否需要改正。</w:t>
      </w:r>
      <w:r>
        <w:rPr>
          <w:lang w:eastAsia="zh-CN"/>
        </w:rPr>
        <w:br/>
      </w:r>
      <w:r>
        <w:rPr>
          <w:lang w:eastAsia="zh-CN"/>
        </w:rPr>
        <w:t>　　5.了解实时汽车行业信息，同类竞争品牌动态。知己知彼，方能百战百胜。</w:t>
      </w:r>
      <w:r>
        <w:rPr>
          <w:lang w:eastAsia="zh-CN"/>
        </w:rPr>
        <w:br/>
      </w:r>
      <w:r>
        <w:rPr>
          <w:lang w:eastAsia="zh-CN"/>
        </w:rPr>
        <w:t>　　每周工作</w:t>
      </w:r>
      <w:r>
        <w:rPr>
          <w:lang w:eastAsia="zh-CN"/>
        </w:rPr>
        <w:br/>
      </w:r>
      <w:r>
        <w:rPr>
          <w:lang w:eastAsia="zh-CN"/>
        </w:rPr>
        <w:t>　　1.查看潜在客户，看是否有需要跟进的客户。整理每位客户的信息。</w:t>
      </w:r>
      <w:r>
        <w:rPr>
          <w:lang w:eastAsia="zh-CN"/>
        </w:rPr>
        <w:br/>
      </w:r>
      <w:r>
        <w:rPr>
          <w:lang w:eastAsia="zh-CN"/>
        </w:rPr>
        <w:t>　　2.查看自己的任务完成了多少，还差多少量。下周给自己多少任务。</w:t>
      </w:r>
      <w:r>
        <w:rPr>
          <w:lang w:eastAsia="zh-CN"/>
        </w:rPr>
        <w:br/>
      </w:r>
      <w:r>
        <w:rPr>
          <w:lang w:eastAsia="zh-CN"/>
        </w:rPr>
        <w:t>　　月工作任务</w:t>
      </w:r>
      <w:r>
        <w:rPr>
          <w:lang w:eastAsia="zh-CN"/>
        </w:rPr>
        <w:br/>
      </w:r>
      <w:r>
        <w:rPr>
          <w:lang w:eastAsia="zh-CN"/>
        </w:rPr>
        <w:t>　　1.总结当月的客户成交量，客户战败原因。</w:t>
      </w:r>
      <w:r>
        <w:rPr>
          <w:lang w:eastAsia="zh-CN"/>
        </w:rPr>
        <w:br/>
      </w:r>
      <w:r>
        <w:rPr>
          <w:lang w:eastAsia="zh-CN"/>
        </w:rPr>
        <w:t>　　2.总结当月自己的过失和做的比较好的地方。</w:t>
      </w:r>
      <w:r>
        <w:rPr>
          <w:lang w:eastAsia="zh-CN"/>
        </w:rPr>
        <w:br/>
      </w:r>
      <w:r>
        <w:rPr>
          <w:lang w:eastAsia="zh-CN"/>
        </w:rPr>
        <w:t>　　3.制定下个月自己给自己的任务和工作计划。</w:t>
      </w:r>
      <w:r>
        <w:rPr>
          <w:lang w:eastAsia="zh-CN"/>
        </w:rPr>
        <w:br/>
      </w:r>
      <w:r>
        <w:rPr>
          <w:lang w:eastAsia="zh-CN"/>
        </w:rPr>
        <w:t>　　在最后，感谢公司给我一个展示自我能力的平台，我会严格遵守职业操守，朝着优秀员工的方向勇往直前。碰到困难不屈不挠，取其精华，去其糟粕，和公司的其他同事团结协作，让团队精神战胜一切。</w:t>
      </w:r>
      <w:r>
        <w:rPr>
          <w:lang w:eastAsia="zh-CN"/>
        </w:rPr>
        <w:br/>
      </w:r>
      <w:r>
        <w:rPr>
          <w:lang w:eastAsia="zh-CN"/>
        </w:rPr>
        <w:t xml:space="preserve">    汽车销售工作计划简单 篇11 </w:t>
      </w:r>
      <w:r>
        <w:rPr>
          <w:lang w:eastAsia="zh-CN"/>
        </w:rPr>
        <w:br/>
      </w:r>
      <w:r>
        <w:rPr>
          <w:lang w:eastAsia="zh-CN"/>
        </w:rPr>
        <w:t>　　一、整装待发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作为即将开始的新的下半年的工作，这是一段新的工作之路，怎么能带着“牵挂”上路？我必须要在开始的时候，将上半年的剩余的杂事都清理干净，在后面以一个全新的状态来参加工作，这样才能不带牵挂的进行下半年的工作。</w:t>
      </w:r>
      <w:r>
        <w:rPr>
          <w:lang w:eastAsia="zh-CN"/>
        </w:rPr>
        <w:br/>
      </w:r>
      <w:r>
        <w:rPr>
          <w:lang w:eastAsia="zh-CN"/>
        </w:rPr>
        <w:t>　　二、个人方面的修整</w:t>
      </w:r>
      <w:r>
        <w:rPr>
          <w:lang w:eastAsia="zh-CN"/>
        </w:rPr>
        <w:br/>
      </w:r>
      <w:r>
        <w:rPr>
          <w:lang w:eastAsia="zh-CN"/>
        </w:rPr>
        <w:t>　　在上半年的工作中，我学到的东西可不仅仅是工作中的经验和技巧而已，通过对自我的反省以及在工作中的观察，我找到了许多自己在平时工作上没有做好的地方，并在之后的工作中不断的重复着改正和寻找的工作。</w:t>
      </w:r>
      <w:r>
        <w:rPr>
          <w:lang w:eastAsia="zh-CN"/>
        </w:rPr>
        <w:br/>
      </w:r>
      <w:r>
        <w:rPr>
          <w:lang w:eastAsia="zh-CN"/>
        </w:rPr>
        <w:t>　　截止到目前，我任然有许多的地方没有改好，虽然我知道想要将自己的错误都改正，成为一个完美的人是不可能的，但是只要坚持去改变，我总会变得更加的出色！在下半年里，我会继续坚持着这份工作，让自己更加靠近理想的自己，也让我的工作能力更上一层楼。</w:t>
      </w:r>
      <w:r>
        <w:rPr>
          <w:lang w:eastAsia="zh-CN"/>
        </w:rPr>
        <w:br/>
      </w:r>
      <w:r>
        <w:rPr>
          <w:lang w:eastAsia="zh-CN"/>
        </w:rPr>
        <w:t>　　三、工作方面</w:t>
      </w:r>
      <w:r>
        <w:rPr>
          <w:lang w:eastAsia="zh-CN"/>
        </w:rPr>
        <w:br/>
      </w:r>
      <w:r>
        <w:rPr>
          <w:lang w:eastAsia="zh-CN"/>
        </w:rPr>
        <w:t>　　在工作上，我首先需要好好的对自己做好心态方面的调整。在上半年的工作中，我发现面对现在的顾客，过去的销售方式已经不是特别适合了，我需要转变我现在的销售方式，要去学会迎合顾客的要求，试着在下半年改变自己的销售风格。</w:t>
      </w:r>
      <w:r>
        <w:rPr>
          <w:lang w:eastAsia="zh-CN"/>
        </w:rPr>
        <w:br/>
      </w:r>
      <w:r>
        <w:rPr>
          <w:lang w:eastAsia="zh-CN"/>
        </w:rPr>
        <w:t>　　同时，也不要忘了像那些业绩高的同事们去学习、讨论。他们能做的比我好，一定是有什么原因的，为了做好，我也要去试着去向这个方向改变。</w:t>
      </w:r>
      <w:r>
        <w:rPr>
          <w:lang w:eastAsia="zh-CN"/>
        </w:rPr>
        <w:br/>
      </w:r>
      <w:r>
        <w:rPr>
          <w:lang w:eastAsia="zh-CN"/>
        </w:rPr>
        <w:t>　　四、结束语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下半年，我会继续在梦想的道路上继续努力，但是也不要在努力的方向上忘记了自己前进的目标。努力朝着目标前进之前，不要忘记对自己订下前进的方向。</w:t>
      </w:r>
      <w:r>
        <w:rPr>
          <w:lang w:eastAsia="zh-CN"/>
        </w:rPr>
        <w:br/>
      </w:r>
      <w:r>
        <w:rPr>
          <w:lang w:eastAsia="zh-CN"/>
        </w:rPr>
        <w:t xml:space="preserve">    汽车销售工作计划简单 篇12 </w:t>
      </w:r>
      <w:r>
        <w:rPr>
          <w:lang w:eastAsia="zh-CN"/>
        </w:rPr>
        <w:br/>
      </w:r>
      <w:r>
        <w:rPr>
          <w:lang w:eastAsia="zh-CN"/>
        </w:rPr>
        <w:t>　　一、加强对销售工作的认识</w:t>
      </w:r>
      <w:r>
        <w:rPr>
          <w:lang w:eastAsia="zh-CN"/>
        </w:rPr>
        <w:br/>
      </w:r>
      <w:r>
        <w:rPr>
          <w:lang w:eastAsia="zh-CN"/>
        </w:rPr>
        <w:t>　　1、市场分析，根据市场容量和个人能力，客观、科学的制定出销售任务。</w:t>
      </w:r>
      <w:r>
        <w:rPr>
          <w:lang w:eastAsia="zh-CN"/>
        </w:rPr>
        <w:br/>
      </w:r>
      <w:r>
        <w:rPr>
          <w:lang w:eastAsia="zh-CN"/>
        </w:rPr>
        <w:t>　　2、适时作出工作计划，制定出月计划和周计划。并定期与业务相关人员会议沟通，确保各专业负责人及时跟进。</w:t>
      </w:r>
      <w:r>
        <w:rPr>
          <w:lang w:eastAsia="zh-CN"/>
        </w:rPr>
        <w:br/>
      </w:r>
      <w:r>
        <w:rPr>
          <w:lang w:eastAsia="zh-CN"/>
        </w:rPr>
        <w:t>　　3、注重绩效管理，对绩效计划、绩效执行、绩效评估进行全程的关注与跟踪。</w:t>
      </w:r>
      <w:r>
        <w:rPr>
          <w:lang w:eastAsia="zh-CN"/>
        </w:rPr>
        <w:br/>
      </w:r>
      <w:r>
        <w:rPr>
          <w:lang w:eastAsia="zh-CN"/>
        </w:rPr>
        <w:t>　　4、目标市场定位，区分大客户与一般客户，分别对待，加强对大客户的沟通与合作，用相同的时间赢取的市场份额。</w:t>
      </w:r>
      <w:r>
        <w:rPr>
          <w:lang w:eastAsia="zh-CN"/>
        </w:rPr>
        <w:br/>
      </w:r>
      <w:r>
        <w:rPr>
          <w:lang w:eastAsia="zh-CN"/>
        </w:rPr>
        <w:t>　　5、不断学习行业新知识，新产品，为客户带来实用的资讯，更好为客户服务。并结识汽车各行业各档次的优秀产品提供商，以备客户需要时能及时作好项目配合，并可以和同行分享行业人脉和项目信息，达到多赢。</w:t>
      </w:r>
      <w:r>
        <w:rPr>
          <w:lang w:eastAsia="zh-CN"/>
        </w:rPr>
        <w:br/>
      </w:r>
      <w:r>
        <w:rPr>
          <w:lang w:eastAsia="zh-CN"/>
        </w:rPr>
        <w:t>　　6、先友后单，与客户发展良好的友谊，处处为客户着想，把客户当成自己的好朋友，达到思想和情感上的交融。</w:t>
      </w:r>
      <w:r>
        <w:rPr>
          <w:lang w:eastAsia="zh-CN"/>
        </w:rPr>
        <w:br/>
      </w:r>
      <w:r>
        <w:rPr>
          <w:lang w:eastAsia="zh-CN"/>
        </w:rPr>
        <w:t>　　7、对客户不能有隐瞒和欺骗，答应客户的承诺要及时兑现，讲诚信不仅是经商之本，也是为人之本。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8、努力保持友好的同事关系，善待同事，确保各部门在项目实施中各项职能的顺利执行。</w:t>
      </w:r>
      <w:r>
        <w:rPr>
          <w:lang w:eastAsia="zh-CN"/>
        </w:rPr>
        <w:br/>
      </w:r>
      <w:r>
        <w:rPr>
          <w:lang w:eastAsia="zh-CN"/>
        </w:rPr>
        <w:t>　　二、销售工作具体量化任务</w:t>
      </w:r>
      <w:r>
        <w:rPr>
          <w:lang w:eastAsia="zh-CN"/>
        </w:rPr>
        <w:br/>
      </w:r>
      <w:r>
        <w:rPr>
          <w:lang w:eastAsia="zh-CN"/>
        </w:rPr>
        <w:t>　　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r>
        <w:rPr>
          <w:lang w:eastAsia="zh-CN"/>
        </w:rPr>
        <w:br/>
      </w:r>
      <w:r>
        <w:rPr>
          <w:lang w:eastAsia="zh-CN"/>
        </w:rPr>
        <w:t>　　2、见客户之前要多了解客户的主营业务和潜在需求，先了解决策人的个人爱好，准备一些有对方感兴趣的话题，并为客户提供针对性的解决方案。</w:t>
      </w:r>
      <w:r>
        <w:rPr>
          <w:lang w:eastAsia="zh-CN"/>
        </w:rPr>
        <w:br/>
      </w:r>
      <w:r>
        <w:rPr>
          <w:lang w:eastAsia="zh-CN"/>
        </w:rPr>
        <w:t>　　3、从招标网或其他渠道多搜集些项目信息供工程商投标参考，并为工程商出谋划策，配合工程商技术和商务上的项目运作。</w:t>
      </w:r>
      <w:r>
        <w:rPr>
          <w:lang w:eastAsia="zh-CN"/>
        </w:rPr>
        <w:br/>
      </w:r>
      <w:r>
        <w:rPr>
          <w:lang w:eastAsia="zh-CN"/>
        </w:rPr>
        <w:t>　　4、做好每天的工作记录，以备遗忘重要事项，并标注重要未办理事项。</w:t>
      </w:r>
      <w:r>
        <w:rPr>
          <w:lang w:eastAsia="zh-CN"/>
        </w:rPr>
        <w:br/>
      </w:r>
      <w:r>
        <w:rPr>
          <w:lang w:eastAsia="zh-CN"/>
        </w:rPr>
        <w:t>　　5、填写项目跟踪表，根据项目进度：前期设计、投标、深化设计、备货执行、验收等跟进，并完成各阶段工作。</w:t>
      </w:r>
      <w:r>
        <w:rPr>
          <w:lang w:eastAsia="zh-CN"/>
        </w:rPr>
        <w:br/>
      </w:r>
      <w:r>
        <w:rPr>
          <w:lang w:eastAsia="zh-CN"/>
        </w:rPr>
        <w:t>　　6、前期设计的项目重点跟进，至少一周回访一次客户，必要时配合工程商做业主的工作，其他阶段跟踪的项目至少二周回访一次。工程商投标日期及项目进展重要日期需谨记，并及时跟进和回访。</w:t>
      </w:r>
      <w:r>
        <w:rPr>
          <w:lang w:eastAsia="zh-CN"/>
        </w:rPr>
        <w:br/>
      </w:r>
      <w:r>
        <w:rPr>
          <w:lang w:eastAsia="zh-CN"/>
        </w:rPr>
        <w:t>　　7、前期设计阶段主动争取参与项目绘图和方案设计，为工程商解决本专业的设计工作。</w:t>
      </w:r>
      <w:r>
        <w:rPr>
          <w:lang w:eastAsia="zh-CN"/>
        </w:rPr>
        <w:br/>
      </w:r>
      <w:r>
        <w:rPr>
          <w:lang w:eastAsia="zh-CN"/>
        </w:rPr>
        <w:t>　　8、投标过程中，提前两天整理好相应的商务文件，快递或送到工程商手上，以防止有任何遗漏和错误。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9、投标结束，及时回访客户，询问投标结果。中标后主动要求深化设计，帮工程商承担全部或部份设计工作，准备施工所需图纸。</w:t>
      </w:r>
      <w:r>
        <w:rPr>
          <w:lang w:eastAsia="zh-CN"/>
        </w:rPr>
        <w:br/>
      </w:r>
      <w:r>
        <w:rPr>
          <w:lang w:eastAsia="zh-CN"/>
        </w:rPr>
        <w:t>　　10、争取早日与工程商签订供货合同，并收取预付款，提前安排备货，以最快的供应时间响应工程商的需求，争取早日回款。</w:t>
      </w:r>
      <w:r>
        <w:rPr>
          <w:lang w:eastAsia="zh-CN"/>
        </w:rPr>
        <w:br/>
      </w:r>
      <w:r>
        <w:rPr>
          <w:lang w:eastAsia="zh-CN"/>
        </w:rPr>
        <w:t>　　11、货到现场，等工程安装完设备，申请技术部安排调试人员到现场调试。</w:t>
      </w:r>
      <w:r>
        <w:rPr>
          <w:lang w:eastAsia="zh-CN"/>
        </w:rPr>
        <w:br/>
      </w:r>
      <w:r>
        <w:rPr>
          <w:lang w:eastAsia="zh-CN"/>
        </w:rPr>
        <w:t>　　12、提前准备验收文档，验收完成后及时收款，保证良好的资金周转率。</w:t>
      </w:r>
      <w:r>
        <w:rPr>
          <w:lang w:eastAsia="zh-CN"/>
        </w:rPr>
        <w:br/>
      </w:r>
      <w:r>
        <w:rPr>
          <w:lang w:eastAsia="zh-CN"/>
        </w:rPr>
        <w:t>　　三、销售与生活兼顾，快乐地工作</w:t>
      </w:r>
      <w:r>
        <w:rPr>
          <w:lang w:eastAsia="zh-CN"/>
        </w:rPr>
        <w:br/>
      </w:r>
      <w:r>
        <w:rPr>
          <w:lang w:eastAsia="zh-CN"/>
        </w:rPr>
        <w:t>　　1、定期组织同行举办沙龙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r>
        <w:rPr>
          <w:lang w:eastAsia="zh-CN"/>
        </w:rPr>
        <w:br/>
      </w:r>
      <w:r>
        <w:rPr>
          <w:lang w:eastAsia="zh-CN"/>
        </w:rPr>
        <w:t>　　2、对于老客户和固定客户，经常保持联系，在时间和条件允许时，送一些小礼物或宴请客户，当然宴请不是目的，重在沟通，可以增进彼此的感情，更好的交流。</w:t>
      </w:r>
      <w:r>
        <w:rPr>
          <w:lang w:eastAsia="zh-CN"/>
        </w:rPr>
        <w:br/>
      </w:r>
      <w:r>
        <w:rPr>
          <w:lang w:eastAsia="zh-CN"/>
        </w:rPr>
        <w:t>　　3、利用下班时间和周末参加一些学习，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的贡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xml:space="preserve">    汽车销售工作计划简单 篇13 </w:t>
      </w:r>
      <w:r>
        <w:rPr>
          <w:lang w:eastAsia="zh-CN"/>
        </w:rPr>
        <w:br/>
      </w:r>
      <w:r>
        <w:rPr>
          <w:lang w:eastAsia="zh-CN"/>
        </w:rPr>
        <w:t>　　__年，将继续严格遵守这样的工作思路：在公司领导的带领下，参与公司战略性持续改进活动，及时准确做好销售部的日常工作，对日常销售计划的执行情况进行协调、平衡和跟踪;完成对客户的产品按时交付和后续对客户的跟踪，继续开发新客户，及时完成公司产销的各项任务。</w:t>
      </w:r>
      <w:r>
        <w:rPr>
          <w:lang w:eastAsia="zh-CN"/>
        </w:rPr>
        <w:br/>
      </w:r>
      <w:r>
        <w:rPr>
          <w:lang w:eastAsia="zh-CN"/>
        </w:rPr>
        <w:t>　　__年的计划如下：</w:t>
      </w:r>
      <w:r>
        <w:rPr>
          <w:lang w:eastAsia="zh-CN"/>
        </w:rPr>
        <w:br/>
      </w:r>
      <w:r>
        <w:rPr>
          <w:lang w:eastAsia="zh-CN"/>
        </w:rPr>
        <w:t>　　一;对于老客户，和固定客户，要经常保持联系，在有时间有条件的情况下，送一些小礼物，好稳定与客户关系。</w:t>
      </w:r>
      <w:r>
        <w:rPr>
          <w:lang w:eastAsia="zh-CN"/>
        </w:rPr>
        <w:br/>
      </w:r>
      <w:r>
        <w:rPr>
          <w:lang w:eastAsia="zh-CN"/>
        </w:rPr>
        <w:t>　　二;在拥有老客户的同时还要不断从各渠道获得更多潜在客户信息。三;要有好业绩就得加强业务学习，开拓视野，丰富知识，采取多样化形式，把学业务与交流技能向结合。</w:t>
      </w:r>
      <w:r>
        <w:rPr>
          <w:lang w:eastAsia="zh-CN"/>
        </w:rPr>
        <w:br/>
      </w:r>
      <w:r>
        <w:rPr>
          <w:lang w:eastAsia="zh-CN"/>
        </w:rPr>
        <w:t>　　四;今年对自己有以下要求</w:t>
      </w:r>
      <w:r>
        <w:rPr>
          <w:lang w:eastAsia="zh-CN"/>
        </w:rPr>
        <w:br/>
      </w:r>
      <w:r>
        <w:rPr>
          <w:lang w:eastAsia="zh-CN"/>
        </w:rPr>
        <w:t>　　1：一周一小结，每月一大结，看看有哪些工作上的失误，及时改正下次不要再犯。</w:t>
      </w:r>
      <w:r>
        <w:rPr>
          <w:lang w:eastAsia="zh-CN"/>
        </w:rPr>
        <w:br/>
      </w:r>
      <w:r>
        <w:rPr>
          <w:lang w:eastAsia="zh-CN"/>
        </w:rPr>
        <w:t>　　2：邀约客户之前要多了解客户的状态和需求，再做好准备工作才有可能不会丢失这个客户。</w:t>
      </w:r>
      <w:r>
        <w:rPr>
          <w:lang w:eastAsia="zh-CN"/>
        </w:rPr>
        <w:br/>
      </w:r>
      <w:r>
        <w:rPr>
          <w:lang w:eastAsia="zh-CN"/>
        </w:rPr>
        <w:t>　　3：对客户不能有隐瞒和欺骗，这样不会有忠诚的客户。</w:t>
      </w:r>
      <w:r>
        <w:rPr>
          <w:lang w:eastAsia="zh-CN"/>
        </w:rPr>
        <w:br/>
      </w:r>
      <w:r>
        <w:rPr>
          <w:lang w:eastAsia="zh-CN"/>
        </w:rPr>
        <w:t>　　4：要不断加强业务方面的学习，多看书，上网查阅相关资料，与同事们交流，向他们学习更好的方式方法。</w:t>
      </w:r>
      <w:r>
        <w:rPr>
          <w:lang w:eastAsia="zh-CN"/>
        </w:rPr>
        <w:br/>
      </w:r>
      <w:r>
        <w:rPr>
          <w:lang w:eastAsia="zh-CN"/>
        </w:rPr>
        <w:t>　　5：对所有客户的工作态度都要一样，但不能太低三下气。给客户一好印象，为公司树立更好的形象。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6：客户遇到问题，不能置之不理一定要尽全力帮助他们解决。要先做人再做生意，让客户相信我们的工作实力，才能更好的完成任务。</w:t>
      </w:r>
      <w:r>
        <w:rPr>
          <w:lang w:eastAsia="zh-CN"/>
        </w:rPr>
        <w:br/>
      </w:r>
      <w:r>
        <w:rPr>
          <w:lang w:eastAsia="zh-CN"/>
        </w:rPr>
        <w:t>　　7：自信是非常重要的。要经常对自己说你是最好的，你是独一无二的。拥有健康乐观积极向上的工作态度才能更好的完成任务。</w:t>
      </w:r>
      <w:r>
        <w:rPr>
          <w:lang w:eastAsia="zh-CN"/>
        </w:rPr>
        <w:br/>
      </w:r>
      <w:r>
        <w:rPr>
          <w:lang w:eastAsia="zh-CN"/>
        </w:rPr>
        <w:t>　　8：和公司其他员工要有良好的沟通，有团队意识，多交流，多探讨，才能不断增长业务技能。</w:t>
      </w:r>
      <w:r>
        <w:rPr>
          <w:lang w:eastAsia="zh-CN"/>
        </w:rPr>
        <w:br/>
      </w:r>
      <w:r>
        <w:rPr>
          <w:lang w:eastAsia="zh-CN"/>
        </w:rPr>
        <w:t>　　以上就是我这一年的工作计划，工作中总会有各种各样的困难，我会向领导请示，向同事探讨，共同努力克服。为公司做出自己最大的贡献。</w:t>
      </w:r>
      <w:r>
        <w:rPr>
          <w:lang w:eastAsia="zh-CN"/>
        </w:rPr>
        <w:br/>
      </w:r>
      <w:r>
        <w:rPr>
          <w:lang w:eastAsia="zh-CN"/>
        </w:rPr>
        <w:t xml:space="preserve">    汽车销售工作计划简单 篇14 </w:t>
      </w:r>
      <w:r>
        <w:rPr>
          <w:lang w:eastAsia="zh-CN"/>
        </w:rPr>
        <w:br/>
      </w:r>
      <w:r>
        <w:rPr>
          <w:lang w:eastAsia="zh-CN"/>
        </w:rPr>
        <w:t>　　回首，看看今年的一年，我都不知道自己做了什么，居然今年的营业额没有完成，还差70多万，心里真是不好受，对自己做个检讨，对今年的所有事情，做个归纳。</w:t>
      </w:r>
      <w:r>
        <w:rPr>
          <w:lang w:eastAsia="zh-CN"/>
        </w:rPr>
        <w:br/>
      </w:r>
      <w:r>
        <w:rPr>
          <w:lang w:eastAsia="zh-CN"/>
        </w:rPr>
        <w:t>　　一，我认为今年业绩没有完成的原因是以下三点：</w:t>
      </w:r>
      <w:r>
        <w:rPr>
          <w:lang w:eastAsia="zh-CN"/>
        </w:rPr>
        <w:br/>
      </w:r>
      <w:r>
        <w:rPr>
          <w:lang w:eastAsia="zh-CN"/>
        </w:rPr>
        <w:t>　　1.市场力度不够强，以至于现在唐山大企业中好多客户都还没接触过，没有合同产生!没有达到预期效果!</w:t>
      </w:r>
      <w:r>
        <w:rPr>
          <w:lang w:eastAsia="zh-CN"/>
        </w:rPr>
        <w:br/>
      </w:r>
      <w:r>
        <w:rPr>
          <w:lang w:eastAsia="zh-CN"/>
        </w:rPr>
        <w:t>　　2.个人做事风格不够勤奋.不能做到坚持到最后，特别是最近今年四至八月份，拜访量特别不理想!</w:t>
      </w:r>
      <w:r>
        <w:rPr>
          <w:lang w:eastAsia="zh-CN"/>
        </w:rPr>
        <w:br/>
      </w:r>
      <w:r>
        <w:rPr>
          <w:lang w:eastAsia="zh-CN"/>
        </w:rPr>
        <w:t>　　3.在工作和生活中，与人沟通时，说话的方式、方法有待进一步改进。</w:t>
      </w:r>
      <w:r>
        <w:rPr>
          <w:lang w:eastAsia="zh-CN"/>
        </w:rPr>
        <w:br/>
      </w:r>
      <w:r>
        <w:rPr>
          <w:lang w:eastAsia="zh-CN"/>
        </w:rPr>
        <w:t>　　二，工作计划：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r>
        <w:rPr>
          <w:lang w:eastAsia="zh-CN"/>
        </w:rPr>
        <w:br/>
      </w:r>
      <w:r>
        <w:rPr>
          <w:lang w:eastAsia="zh-CN"/>
        </w:rPr>
        <w:t>　　业绩代表过去，并不是代表过去就没事了。要以过去的不足和问题来鞭策自己，让自己在新的时间里有更好的突破!为了明年的工作能上升一个层次，给自己制定计划如下：</w:t>
      </w:r>
      <w:r>
        <w:rPr>
          <w:lang w:eastAsia="zh-CN"/>
        </w:rPr>
        <w:br/>
      </w:r>
      <w:r>
        <w:rPr>
          <w:lang w:eastAsia="zh-CN"/>
        </w:rPr>
        <w:t>　　三个大部分：</w:t>
      </w:r>
      <w:r>
        <w:rPr>
          <w:lang w:eastAsia="zh-CN"/>
        </w:rPr>
        <w:br/>
      </w:r>
      <w:r>
        <w:rPr>
          <w:lang w:eastAsia="zh-CN"/>
        </w:rPr>
        <w:t>　　1.对于老客户，和固定客户，要经常保持联系，在有时间有条件的情况下，送一些小礼物或宴请客户，好稳定与客户关系。</w:t>
      </w:r>
      <w:r>
        <w:rPr>
          <w:lang w:eastAsia="zh-CN"/>
        </w:rPr>
        <w:br/>
      </w:r>
      <w:r>
        <w:rPr>
          <w:lang w:eastAsia="zh-CN"/>
        </w:rPr>
        <w:t>　　2.在拥有老客户的同时还要不断从各种媒体获得更多客户信息。</w:t>
      </w:r>
      <w:r>
        <w:rPr>
          <w:lang w:eastAsia="zh-CN"/>
        </w:rPr>
        <w:br/>
      </w:r>
      <w:r>
        <w:rPr>
          <w:lang w:eastAsia="zh-CN"/>
        </w:rPr>
        <w:t>　　3.要有好业绩就得加强业务学习，开拓视野，丰富知识，采取多样化形式，把学业务与交流技能向结合。</w:t>
      </w:r>
      <w:r>
        <w:rPr>
          <w:lang w:eastAsia="zh-CN"/>
        </w:rPr>
        <w:br/>
      </w:r>
      <w:r>
        <w:rPr>
          <w:lang w:eastAsia="zh-CN"/>
        </w:rPr>
        <w:t>　　九小类：</w:t>
      </w:r>
      <w:r>
        <w:rPr>
          <w:lang w:eastAsia="zh-CN"/>
        </w:rPr>
        <w:br/>
      </w:r>
      <w:r>
        <w:rPr>
          <w:lang w:eastAsia="zh-CN"/>
        </w:rPr>
        <w:t>　　1.每月要增加5个以上的新客户，还要有到3个潜在客户。</w:t>
      </w:r>
      <w:r>
        <w:rPr>
          <w:lang w:eastAsia="zh-CN"/>
        </w:rPr>
        <w:br/>
      </w:r>
      <w:r>
        <w:rPr>
          <w:lang w:eastAsia="zh-CN"/>
        </w:rPr>
        <w:t>　　2.一周一小结，每月一大结，看看有哪些工作上的失误，及时改正下次不要再犯。</w:t>
      </w:r>
      <w:r>
        <w:rPr>
          <w:lang w:eastAsia="zh-CN"/>
        </w:rPr>
        <w:br/>
      </w:r>
      <w:r>
        <w:rPr>
          <w:lang w:eastAsia="zh-CN"/>
        </w:rPr>
        <w:t>　　3.见客户之前要多了解客户的状态和需求，再做好准备工作才有可能不会丢失这个客户。</w:t>
      </w:r>
      <w:r>
        <w:rPr>
          <w:lang w:eastAsia="zh-CN"/>
        </w:rPr>
        <w:br/>
      </w:r>
      <w:r>
        <w:rPr>
          <w:lang w:eastAsia="zh-CN"/>
        </w:rPr>
        <w:t>　　4.对客户不能有隐瞒和欺骗，这样不会有忠诚的客户。在有些问题上你和客户是一致的。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5.要不断加强业务方面的学习，多看书，上网查阅相关资料，与同行们交流，向他们学习更好的方式方法。</w:t>
      </w:r>
      <w:r>
        <w:rPr>
          <w:lang w:eastAsia="zh-CN"/>
        </w:rPr>
        <w:br/>
      </w:r>
      <w:r>
        <w:rPr>
          <w:lang w:eastAsia="zh-CN"/>
        </w:rPr>
        <w:t>　　6.对所有客户的工作态度都要一样，但不能太低三下四。给客户一好印象，为公司树立更好的形象。</w:t>
      </w:r>
      <w:r>
        <w:rPr>
          <w:lang w:eastAsia="zh-CN"/>
        </w:rPr>
        <w:br/>
      </w:r>
      <w:r>
        <w:rPr>
          <w:lang w:eastAsia="zh-CN"/>
        </w:rPr>
        <w:t>　　7.客户遇到问题，不能置之不理一定要尽全力帮助他们解决。要先做人再做生意，让客户相信我们的工作实力，才能更好的完成任务。</w:t>
      </w:r>
      <w:r>
        <w:rPr>
          <w:lang w:eastAsia="zh-CN"/>
        </w:rPr>
        <w:br/>
      </w:r>
      <w:r>
        <w:rPr>
          <w:lang w:eastAsia="zh-CN"/>
        </w:rPr>
        <w:t>　　8.自信是非常重要的，要自己给自己树立自信心，要经常对自己说“我是最棒的!我是独一无二的!”。拥有健康乐观积极向上的工作态度才能更好的完成任务。</w:t>
      </w:r>
      <w:r>
        <w:rPr>
          <w:lang w:eastAsia="zh-CN"/>
        </w:rPr>
        <w:br/>
      </w:r>
      <w:r>
        <w:rPr>
          <w:lang w:eastAsia="zh-CN"/>
        </w:rPr>
        <w:t>　　9.和公司其他工作人员要有良好的沟通，有团队意识，多交流，多探讨，才能不断增长业务技能。</w:t>
      </w:r>
      <w:r>
        <w:rPr>
          <w:lang w:eastAsia="zh-CN"/>
        </w:rPr>
        <w:br/>
      </w:r>
      <w:r>
        <w:rPr>
          <w:lang w:eastAsia="zh-CN"/>
        </w:rPr>
        <w:t>　　三、明年的个人目标：</w:t>
      </w:r>
      <w:r>
        <w:rPr>
          <w:lang w:eastAsia="zh-CN"/>
        </w:rPr>
        <w:br/>
      </w:r>
      <w:r>
        <w:rPr>
          <w:lang w:eastAsia="zh-CN"/>
        </w:rPr>
        <w:t>　　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20--年，将遵守的工作思路：在公司的带领下，公司战略性持续改进活动，销售部的日常工作，对订单和发货计划的情况、平衡、监督和跟踪;对客户的产品按时交付和后续对客户的跟踪，开发新客户和新产品，各公司产销的任务。</w:t>
      </w:r>
      <w:r>
        <w:rPr>
          <w:lang w:eastAsia="zh-CN"/>
        </w:rPr>
        <w:br/>
      </w:r>
      <w:r>
        <w:rPr>
          <w:lang w:eastAsia="zh-CN"/>
        </w:rPr>
        <w:t>　　公司各个部门应互相配合相互协作、按时按量、完成领导交给我们的各项工作任务，努力去实现本次大会制定的121万利润指标。</w:t>
      </w:r>
      <w:r>
        <w:rPr>
          <w:lang w:eastAsia="zh-CN"/>
        </w:rPr>
        <w:br/>
      </w:r>
      <w:r>
        <w:rPr>
          <w:lang w:eastAsia="zh-CN"/>
        </w:rPr>
        <w:t xml:space="preserve">    汽车销售工作计划简单 篇15 </w:t>
      </w:r>
      <w:r>
        <w:rPr>
          <w:lang w:eastAsia="zh-CN"/>
        </w:rPr>
        <w:br/>
      </w:r>
      <w:r>
        <w:rPr>
          <w:lang w:eastAsia="zh-CN"/>
        </w:rPr>
        <w:t>　　岁月不可回头，我们只能径直往前走，也许前方我们会遇到一些磨难，或者遇到一些让人难以承受的坎坷，但是我们没有回头的余地，只能往前不断的走，只有往前不断的走了，我们才能有更好的选择，也才可能看到更多的希望和光明。向前走永远都是解决问题的关键，而此次我想为我将来一年的工作做一次计划，也希望今后一年我可以在这条道路上继续勇往无敌，创造惊喜。以下是我接下来一年的计划。</w:t>
      </w:r>
      <w:r>
        <w:rPr>
          <w:lang w:eastAsia="zh-CN"/>
        </w:rPr>
        <w:br/>
      </w:r>
      <w:r>
        <w:rPr>
          <w:lang w:eastAsia="zh-CN"/>
        </w:rPr>
        <w:t>　　一、从小点出发，树立每月的目标</w:t>
      </w:r>
      <w:r>
        <w:rPr>
          <w:lang w:eastAsia="zh-CN"/>
        </w:rPr>
        <w:br/>
      </w:r>
    </w:p>
    <w:p w:rsidR="001B1F19" w14:textId="27C3F48A">
      <w:pPr>
        <w:rPr>
          <w:rFonts w:hint="eastAsia"/>
          <w:lang w:eastAsia="zh-CN"/>
        </w:rPr>
      </w:pPr>
      <w:r>
        <w:rPr>
          <w:lang w:eastAsia="zh-CN"/>
        </w:rPr>
        <w:t>　　我在公司工作的这几个月，让我感觉到了销售工作的煎熬，也让我感受到了社会的压力之重。但我也很清楚的是，我们付出多少就必然有多少的回报。我们销售就是看业绩吃饭的，这也和自己的能力和努力挂钩的，因此在我们日常的工作当中，我想为自己每个月都树立一个小目标，然后沿着目标慢慢的实现，培养自己的业务能力，不断地优化自己，改变自己。这样的我，也许是一个更好的我，也许也是一个更有目的和想法的我。所以未来一年我会按照这样的方式在每个月的工作中加以实行，也会在自己的工作中不断突破自己，实现自己价值最大化，也实现利益最大化。</w:t>
      </w:r>
      <w:r>
        <w:rPr>
          <w:lang w:eastAsia="zh-CN"/>
        </w:rPr>
        <w:br/>
      </w:r>
      <w:r>
        <w:rPr>
          <w:lang w:eastAsia="zh-CN"/>
        </w:rPr>
        <w:t>　　二、注重工作总结，查缺补漏</w:t>
      </w:r>
      <w:r>
        <w:rPr>
          <w:lang w:eastAsia="zh-CN"/>
        </w:rPr>
        <w:br/>
      </w:r>
      <w:r>
        <w:rPr>
          <w:lang w:eastAsia="zh-CN"/>
        </w:rPr>
        <w:t>　　我们销售工作，从一定层面上来说，其实也是一个需要细致的工作，从我们的一举一动到我们的一些微表情，我们都需要给自己做总结，然后也找出一些办法进行调整。我从事这份销售工作也已经两三年了，从中我也整理了一些方法，在平时的工作中都可以用上。其次我也在注重工作质量的同时，找出自己的一些缺点，加以改善，以便今后更好的去工作，更好的完成工作任务。未来一年我会继续为自己的工作作出总结，我也会继续在这份工作上拼尽全力。</w:t>
      </w:r>
      <w:r>
        <w:rPr>
          <w:lang w:eastAsia="zh-CN"/>
        </w:rPr>
        <w:br/>
      </w:r>
      <w:r>
        <w:rPr>
          <w:lang w:eastAsia="zh-CN"/>
        </w:rPr>
        <w:t>　　三、提高个人能力，完善自我</w:t>
      </w:r>
      <w:r>
        <w:rPr>
          <w:lang w:eastAsia="zh-CN"/>
        </w:rPr>
        <w:br/>
      </w:r>
      <w:r>
        <w:rPr>
          <w:lang w:eastAsia="zh-CN"/>
        </w:rPr>
        <w:t>　　销售工作并不是一件容易的事情，我平时有很多时候都非常疲惫，甚至有时候会感到很悲丧。这样的日子虽然不少，但是我也找到办法进行解决了。这一点上我也认识到我们需要提高个人能力，去完善自己，争取不断的优化自己，让自己走向一个更好的明天，也走向一条更有意义的、更有价值的道路。今后的每一天，我都会培养自己的工作能力，尽量在这条路上不停止，勇敢往前。</w:t>
      </w:r>
      <w:r>
        <w:rPr>
          <w:lang w:eastAsia="zh-CN"/>
        </w:rPr>
        <w:br/>
      </w:r>
      <w:r>
        <w:rPr>
          <w:lang w:eastAsia="zh-CN"/>
        </w:rPr>
        <w:t>　　汽车4s销售计划3</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https://d.book118.com/766053234010010051</w:t>
        </w:r>
      </w:hyperlink>
    </w:p>
    <w:p w:rsidR="001B1F19">
      <w:pPr>
        <w:rPr>
          <w:rFonts w:hint="eastAsia"/>
          <w:lang w:eastAsia="zh-CN"/>
        </w:rPr>
      </w:pPr>
    </w:p>
    <w:sectPr>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66053234010010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