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市场客服试用期个人总结（33篇）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市场客服试用期个人总结（精选33篇）</w:t>
      </w:r>
      <w:r>
        <w:rPr>
          <w:lang w:eastAsia="zh-CN"/>
        </w:rPr>
        <w:br/>
      </w:r>
      <w:r>
        <w:rPr>
          <w:lang w:eastAsia="zh-CN"/>
        </w:rPr>
        <w:t xml:space="preserve">    市场客服试用期个人总结 篇1 </w:t>
      </w:r>
      <w:r>
        <w:rPr>
          <w:lang w:eastAsia="zh-CN"/>
        </w:rPr>
        <w:br/>
      </w:r>
      <w:r>
        <w:rPr>
          <w:lang w:eastAsia="zh-CN"/>
        </w:rPr>
        <w:t>　　本人，毕业于大学，所学专业为，于20年月日开始在电商部工作，目前职位为客服专员。进入公司参加工作的几个月试用期经已接近尾声。工作以来，在单位领导的精心培育和教导下，通过自身的不断努力，无论是思想上、学习上还是工作上，都取得了长足的发展和巨大的收获。在这段的工作学习中，对公司有了一个比较完整的认识;对于公司的发展历程和管理以及个人岗位职责等都有了一个比较清晰的认识。在熟悉工作的过程中，我也慢慢领会了公司“诚信、勤奋、求实、创新”的核心价值观，为公司的稳步发展增添新的活力。下面就是我试用期自我鉴定，也是对自己的工作表现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工作上，我的主要岗位是客服专员。在工作中我努力做好本职工作，提高工作效率及工作质量。在本职工作做好之外，在天猫新店铺的准备期间和部门开发新产品的过程中，配合数据专员，利用自身优势，帮助其制定了一系列的表格，总结了相关数据;归纳了行业在电商领域(淘宝)的热销产品，并且结合自身产品，对标题进行第四次标题优化;在京东平台上，对产品进行了导入等等。作为售前客服，要做到以客户为先，尽量满足客户的要求。在学习产品知识和掌握客服相关技巧期间，严格要求自己，刻苦钻研业务，就是凭着这样一种坚定的信念，争当行家里手。为我以后的工作顺利开展打下了良好的基础。</w:t>
      </w:r>
      <w:r>
        <w:rPr>
          <w:lang w:eastAsia="zh-CN"/>
        </w:rPr>
        <w:br/>
      </w:r>
      <w:r>
        <w:rPr>
          <w:lang w:eastAsia="zh-CN"/>
        </w:rPr>
        <w:t>　　在学习上，严格要求自己，端正工作态度，作到了理论联理实际;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w:t>
      </w:r>
      <w:r>
        <w:rPr>
          <w:lang w:eastAsia="zh-CN"/>
        </w:rPr>
        <w:br/>
      </w:r>
      <w:r>
        <w:rPr>
          <w:lang w:eastAsia="zh-CN"/>
        </w:rPr>
        <w:t>　　思想上，自觉遵守公司的的规章制度，坚持参加公司的每次的培训。要求积极上进，爱护公司的一砖一瓦，一直严谨的态度和积极的热情投身于学习和工作中，虽然有成功的泪水，也有失败的辛酸，然而日益激烈的社会竟争也使我充分地认识到成为一名德智体全面发展的优秀工作者的重要性。</w:t>
      </w:r>
      <w:r>
        <w:rPr>
          <w:lang w:eastAsia="zh-CN"/>
        </w:rPr>
        <w:br/>
      </w:r>
      <w:r>
        <w:rPr>
          <w:lang w:eastAsia="zh-CN"/>
        </w:rPr>
        <w:t>　　在这段时间里我虽然是学校那学习了一些理论知识，但这一现状不能满足工作的需求。为了尽快掌握电商行业和卫浴行业，每天坚持来到公司学习公司制度及理论知识等等，到了工作时间，就和那些前辈们学习实际操作及帮忙做点小事情，到了晚上和前辈们探讨工作内容，聊聊工作的不便及心中的不满加上自身不足，前辈们给予工作上的支持和精神上鼓励，经过较长时间的锻炼、克服和努力,使我慢慢成为一名合格的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虽然只有短短的几个月，但中间的收获是不可磨灭的，这与单位的领导和同事们的帮助是分不开的。我始终坚信一句话“一根火柴再亮，也只有豆大的光。但倘若用一根火柴去点燃一堆火柴，则会熊熊燃烧”。我希望用我亮丽的青春，去点燃每一位客人，感召激励着同事们一起为我们的事业奉献、进取、创下美好明天。当然，我在工作中还在存在着缺点和做得不到位的地方，我会继续努力工作学习，今后一定尽力做到最好。工作中需要“超越”的精神，我相信经过努力，工作会越做越好。</w:t>
      </w:r>
      <w:r>
        <w:rPr>
          <w:lang w:eastAsia="zh-CN"/>
        </w:rPr>
        <w:br/>
      </w:r>
      <w:r>
        <w:rPr>
          <w:lang w:eastAsia="zh-CN"/>
        </w:rPr>
        <w:t>　　在此，在对试用期的工作及心得体会做一汇报后，我想借此机会，正式向公司领导提出转正请求。希望公司领导能对我的工作态度、工作能力和表现，以正式员工的要求做一个全面考量。我愿为公司的蓬勃发展贡献我全部的力量。</w:t>
      </w:r>
      <w:r>
        <w:rPr>
          <w:lang w:eastAsia="zh-CN"/>
        </w:rPr>
        <w:br/>
      </w:r>
      <w:r>
        <w:rPr>
          <w:lang w:eastAsia="zh-CN"/>
        </w:rPr>
        <w:t xml:space="preserve">    市场客服试用期个人总结 篇2 </w:t>
      </w:r>
      <w:r>
        <w:rPr>
          <w:lang w:eastAsia="zh-CN"/>
        </w:rPr>
        <w:br/>
      </w:r>
      <w:r>
        <w:rPr>
          <w:lang w:eastAsia="zh-CN"/>
        </w:rPr>
        <w:t>　　总结的基本要求</w:t>
      </w:r>
      <w:r>
        <w:rPr>
          <w:lang w:eastAsia="zh-CN"/>
        </w:rPr>
        <w:br/>
      </w:r>
      <w:r>
        <w:rPr>
          <w:lang w:eastAsia="zh-CN"/>
        </w:rPr>
        <w:t>　　1.总结必须有情况的概述和叙述，有的比较简单，有的比较详细。这部分内容主要是对工作的主客观条件、有利和不利条件以及工作的环境和基础等进行分析。</w:t>
      </w:r>
      <w:r>
        <w:rPr>
          <w:lang w:eastAsia="zh-CN"/>
        </w:rPr>
        <w:br/>
      </w:r>
      <w:r>
        <w:rPr>
          <w:lang w:eastAsia="zh-CN"/>
        </w:rPr>
        <w:t>　　2.成绩和缺点。这是总结的中心。总结的目的就是要肯定成绩，找出缺点。成绩有哪些，有多大，表现在哪些方面，是怎样取得的;缺点有多少，表现在哪些方面，是什么性质的，怎样产生的，都应讲清楚。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3.经验和教训。做过一件事，总会有经验和教训。为便于今后的工作，须对以往工作的经验和教训进行分析、研究、概括、集中，并上升到理论的高度来认识。</w:t>
      </w:r>
      <w:r>
        <w:rPr>
          <w:lang w:eastAsia="zh-CN"/>
        </w:rPr>
        <w:br/>
      </w:r>
      <w:r>
        <w:rPr>
          <w:lang w:eastAsia="zh-CN"/>
        </w:rPr>
        <w:t>　　今后的打算。根据今后的工作任务和要求，吸取前一时期工作的经验和教训，明确努力方向，提出改进措施等</w:t>
      </w:r>
      <w:r>
        <w:rPr>
          <w:lang w:eastAsia="zh-CN"/>
        </w:rPr>
        <w:br/>
      </w:r>
      <w:r>
        <w:rPr>
          <w:lang w:eastAsia="zh-CN"/>
        </w:rPr>
        <w:t>　　总结的注意事项</w:t>
      </w:r>
      <w:r>
        <w:rPr>
          <w:lang w:eastAsia="zh-CN"/>
        </w:rPr>
        <w:br/>
      </w:r>
      <w:r>
        <w:rPr>
          <w:lang w:eastAsia="zh-CN"/>
        </w:rPr>
        <w:t>　　1.一定要实事求是，成绩不夸大，缺点不缩小，更不能弄虚作假。这是分析、得出教训的基础。</w:t>
      </w:r>
      <w:r>
        <w:rPr>
          <w:lang w:eastAsia="zh-CN"/>
        </w:rPr>
        <w:br/>
      </w:r>
      <w:r>
        <w:rPr>
          <w:lang w:eastAsia="zh-CN"/>
        </w:rPr>
        <w:t>　　2.条理要清楚。总结是写给人看的，条理不清，人们就看不下去，即使看了也不知其所以然，这样就达不到总结的目的。</w:t>
      </w:r>
      <w:r>
        <w:rPr>
          <w:lang w:eastAsia="zh-CN"/>
        </w:rPr>
        <w:br/>
      </w:r>
      <w:r>
        <w:rPr>
          <w:lang w:eastAsia="zh-CN"/>
        </w:rPr>
        <w:t>　　3.要剪裁得体，详略适宜。材料有本质的，有现象的;有重要的，有次要的，写作时要去芜存精。总结中的问题要有主次、详略之分，该详的要详，该略的要略。</w:t>
      </w:r>
      <w:r>
        <w:rPr>
          <w:lang w:eastAsia="zh-CN"/>
        </w:rPr>
        <w:br/>
      </w:r>
      <w:r>
        <w:rPr>
          <w:lang w:eastAsia="zh-CN"/>
        </w:rPr>
        <w:t xml:space="preserve">    市场客服试用期个人总结 篇3 </w:t>
      </w:r>
      <w:r>
        <w:rPr>
          <w:lang w:eastAsia="zh-CN"/>
        </w:rPr>
        <w:br/>
      </w:r>
      <w:r>
        <w:rPr>
          <w:lang w:eastAsia="zh-CN"/>
        </w:rPr>
        <w:t>　　进入这个岗位时，我虽然已经做好了准备，但是迎面而来的问题还是让我有点不知所措。我本人性格比较腼腆，也不太会说话。当我真正步入这个岗位的时候，我才知道这份工作的要求是非常严格的。作为一名客服人员，首先就要有一个良好的沟通能力，也要有一定的抗压能力，其次也要有自己良好的判断能力。在几个方面，我都是比较缺乏的。因为我的性格是那种比较软弱的。和人说话的时候也比较腼腆，看起来并不是很开朗自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这几个问题在我进入岗位之后便暴露出来。当我认识到了自己的缺点之后，我有请教同事，也有和领导进行沟通。经过长期的努力，我渐渐变得从容一些了，在平时的工作上，我会学习同事处理事情的方式，也会学习他们的一些职业素养。作为一个新人，该学习的确实有太多了。所以这段时间里，我一直保持一个良好的学习态度，在每天的工作中学习，在学习中运用、工作。这种方法进行试验之后，也呈现了一个好的结果。我慢慢的发生了蜕变，不仅得到了同事们的表扬，也得到了领导的肯定。这大大的刺激了我的信心，也让我可以在这份工作上更加自信，更加充满激情和勇气。</w:t>
      </w:r>
      <w:r>
        <w:rPr>
          <w:lang w:eastAsia="zh-CN"/>
        </w:rPr>
        <w:br/>
      </w:r>
      <w:r>
        <w:rPr>
          <w:lang w:eastAsia="zh-CN"/>
        </w:rPr>
        <w:t>　　三个月的时间很短暂，我也变得很多，这是这三个月的成长，虽然短暂，但是成绩也是可见的。往后的时光里我会珍惜每分每秒，也会珍惜每一次学习的机会，更会珍惜这个来之不易的工作机会，不让领导和公司失望，也不让这个努力的自己失望。我会用自己的行动来证明自己的！往后的每一分每一秒，我都会认真对待，积极进取，勇敢往前！</w:t>
      </w:r>
      <w:r>
        <w:rPr>
          <w:lang w:eastAsia="zh-CN"/>
        </w:rPr>
        <w:br/>
      </w:r>
      <w:r>
        <w:rPr>
          <w:lang w:eastAsia="zh-CN"/>
        </w:rPr>
        <w:t xml:space="preserve">    市场客服试用期个人总结 篇4 </w:t>
      </w:r>
      <w:r>
        <w:rPr>
          <w:lang w:eastAsia="zh-CN"/>
        </w:rPr>
        <w:br/>
      </w:r>
      <w:r>
        <w:rPr>
          <w:lang w:eastAsia="zh-CN"/>
        </w:rPr>
        <w:t>　　一、个人工作的情况</w:t>
      </w:r>
      <w:r>
        <w:rPr>
          <w:lang w:eastAsia="zh-CN"/>
        </w:rPr>
        <w:br/>
      </w:r>
      <w:r>
        <w:rPr>
          <w:lang w:eastAsia="zh-CN"/>
        </w:rPr>
        <w:t>　　作为一名试用期的客服新人，在工作中我遵从领导的指挥和调动。认真在领导的培训下学习提升，并在掌握了一定能力后，开始负责自己的工作任务。</w:t>
      </w:r>
      <w:r>
        <w:rPr>
          <w:lang w:eastAsia="zh-CN"/>
        </w:rPr>
        <w:br/>
      </w:r>
      <w:r>
        <w:rPr>
          <w:lang w:eastAsia="zh-CN"/>
        </w:rPr>
        <w:t>　　因为是新人，所以在工作方面可能还有一些的不足。但在工作中我始终坚持自我的学习和完善，对于工作不到的地方，我也一直在努力的改进，并利用学习的机会请教领导和前辈，更好的完善自己的业务能力。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这这段试用期的工作中，我一直在工作中保持较好的表现，虽然对比一些前辈还有一些不足的地方。但对于基础的客服工作我已经牢牢的掌握，并累积了一些自身的经验和技巧，帮助我更好的完成了自己的工作。</w:t>
      </w:r>
      <w:r>
        <w:rPr>
          <w:lang w:eastAsia="zh-CN"/>
        </w:rPr>
        <w:br/>
      </w:r>
      <w:r>
        <w:rPr>
          <w:lang w:eastAsia="zh-CN"/>
        </w:rPr>
        <w:t>　　二、学习的心得体会</w:t>
      </w:r>
      <w:r>
        <w:rPr>
          <w:lang w:eastAsia="zh-CN"/>
        </w:rPr>
        <w:br/>
      </w:r>
      <w:r>
        <w:rPr>
          <w:lang w:eastAsia="zh-CN"/>
        </w:rPr>
        <w:t>　　在试用期中，学习并掌握工作也是我的一个重要任务。在培训方面，我十分感谢领导细致的指点。起初工作的时候我对客服的工作几乎一无所知，但领导不仅教导了我许多工作上的方法，更是指点了我在的沟通上的技巧，让我在接待客户的时候能保持更更好的服务，我的服务也得到了虚度的的好评。</w:t>
      </w:r>
      <w:r>
        <w:rPr>
          <w:lang w:eastAsia="zh-CN"/>
        </w:rPr>
        <w:br/>
      </w:r>
      <w:r>
        <w:rPr>
          <w:lang w:eastAsia="zh-CN"/>
        </w:rPr>
        <w:t>　　三、我的思想和感受</w:t>
      </w:r>
      <w:r>
        <w:rPr>
          <w:lang w:eastAsia="zh-CN"/>
        </w:rPr>
        <w:br/>
      </w:r>
      <w:r>
        <w:rPr>
          <w:lang w:eastAsia="zh-CN"/>
        </w:rPr>
        <w:t>　　在思想方面，通过在工作中的学习和体会，我渐渐掌握了客服的思想方式，并熟练了公司的服务理念。这些在思想上的提升，不仅提升了我的工作方法，更让我完善了对自身的管理和要求，让我在服务素质上也有了极大的进步。</w:t>
      </w:r>
      <w:r>
        <w:rPr>
          <w:lang w:eastAsia="zh-CN"/>
        </w:rPr>
        <w:br/>
      </w:r>
      <w:r>
        <w:rPr>
          <w:lang w:eastAsia="zh-CN"/>
        </w:rPr>
        <w:t>　　四、试用期自我评价</w:t>
      </w:r>
      <w:r>
        <w:rPr>
          <w:lang w:eastAsia="zh-CN"/>
        </w:rPr>
        <w:br/>
      </w:r>
      <w:r>
        <w:rPr>
          <w:lang w:eastAsia="zh-CN"/>
        </w:rPr>
        <w:t>　　回顾三个月来的试用期工作，我虽然一直努力的将自己的能力发挥出来。但对于正式的客服工作而言还有许多不足的方面，尤其是处理问题的能力上，更是缺乏判断力和经验。</w:t>
      </w:r>
      <w:r>
        <w:rPr>
          <w:lang w:eastAsia="zh-CN"/>
        </w:rPr>
        <w:br/>
      </w:r>
      <w:r>
        <w:rPr>
          <w:lang w:eastAsia="zh-CN"/>
        </w:rPr>
        <w:t>　　但总体来说，通过这段工作的我也进步很了很多，我相信只要在给我一些时间和机会，我一定能取得更大的进步，创造更好的成绩！</w:t>
      </w:r>
      <w:r>
        <w:rPr>
          <w:lang w:eastAsia="zh-CN"/>
        </w:rPr>
        <w:br/>
      </w:r>
      <w:r>
        <w:rPr>
          <w:lang w:eastAsia="zh-CN"/>
        </w:rPr>
        <w:t xml:space="preserve">    市场客服试用期个人总结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一、看清现状，努力学习</w:t>
      </w:r>
      <w:r>
        <w:rPr>
          <w:lang w:eastAsia="zh-CN"/>
        </w:rPr>
        <w:br/>
      </w:r>
      <w:r>
        <w:rPr>
          <w:lang w:eastAsia="zh-CN"/>
        </w:rPr>
        <w:t>　　我刚刚毕业，现在的我就好像还是一张白纸，没有留下任何痕迹。这对我来说是有一定的劣势的，但是我也知道做什么事都是开头难，所以我也冷静的为自己想了很久，最终我也看清了自己现在所处的一个状态，学校的知识只是一个基础，我现在不能太过浮躁，只能静下心来，慢慢的去学习，去积累。到了一定程度之后，我自然会有一个迅速的提升。对于学习和工，我们心急不来，只能慢慢的积累自己，发展自己，才会有一个更好的机会，也才会创造出一个更好的未来。</w:t>
      </w:r>
      <w:r>
        <w:rPr>
          <w:lang w:eastAsia="zh-CN"/>
        </w:rPr>
        <w:br/>
      </w:r>
      <w:r>
        <w:rPr>
          <w:lang w:eastAsia="zh-CN"/>
        </w:rPr>
        <w:t>　　二、树立目标，有所追求</w:t>
      </w:r>
      <w:r>
        <w:rPr>
          <w:lang w:eastAsia="zh-CN"/>
        </w:rPr>
        <w:br/>
      </w:r>
      <w:r>
        <w:rPr>
          <w:lang w:eastAsia="zh-CN"/>
        </w:rPr>
        <w:t>　　试用期三个月里，我一直都保持着一种积极的心态，无论是什么样的工作我都尽量做到最好。我知道自己现在的水平并不是很够，但是我愿意为自己冲刺一把，我愿意学习提升自己。所以这几个月的时间里，我主要是学习，学习同事平时工作中的一些闪光点，也更加了解一个客服应该具备的能力。其次，我在工作中通常会设立一些小目标，然后跟着它的方向发展。这是我对自己的要求，也是我对个人工作的一种看重。客服的工作并不是我想象中的那么简单，我所应对的远远是想不到的意外。所以无论什么时候，我都会保持一个最佳的状态，树立小目标，有所追求，不段上进。</w:t>
      </w:r>
      <w:r>
        <w:rPr>
          <w:lang w:eastAsia="zh-CN"/>
        </w:rPr>
        <w:br/>
      </w:r>
      <w:r>
        <w:rPr>
          <w:lang w:eastAsia="zh-CN"/>
        </w:rPr>
        <w:t>　　三、摒弃缺点，继续向前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这几个月的试用期里，我也发现了自己的一些比较矛盾的地方，比如有时候心情不好，就可以影响到工作的进行，虽然我努力的克制自己，但是还是会让自己都比较自相矛盾。我知道作为一名客服最重要的就是服务态度了，我这个缺点是应该改正的，我也已经认识到了它的危害，所以以后我会更加重视这个问题，争取在工作上不留下任何污点。希望今后的时光里我可以做到最好，不负各位领导的期待。</w:t>
      </w:r>
      <w:r>
        <w:rPr>
          <w:lang w:eastAsia="zh-CN"/>
        </w:rPr>
        <w:br/>
      </w:r>
      <w:r>
        <w:rPr>
          <w:lang w:eastAsia="zh-CN"/>
        </w:rPr>
        <w:t xml:space="preserve">    市场客服试用期个人总结 篇6 </w:t>
      </w:r>
      <w:r>
        <w:rPr>
          <w:lang w:eastAsia="zh-CN"/>
        </w:rPr>
        <w:br/>
      </w:r>
      <w:r>
        <w:rPr>
          <w:lang w:eastAsia="zh-CN"/>
        </w:rPr>
        <w:t>　　入职半个月以来，在领导和同事的帮助下，本人对_客服工作职责及内容有了较好了解和基本掌握，并已开始正式上岗。现就工作学习心得，工作的内容要点及工作中出现的问题作一个阶段性的总结，以为日子不断对自己工作进行完善做参考和准备。_客服作为网店的一个重要组成部分。其重要性不可忽视。</w:t>
      </w:r>
      <w:r>
        <w:rPr>
          <w:lang w:eastAsia="zh-CN"/>
        </w:rPr>
        <w:br/>
      </w:r>
      <w:r>
        <w:rPr>
          <w:lang w:eastAsia="zh-CN"/>
        </w:rPr>
        <w:t>　　首先它是店铺和顾客之间的纽带和桥梁，一名合格的客服首先要做到认真、负责、诚信、热情的去接待每一位顾客。其次是要有良好的语言沟通技巧，这样可以让客户接受你的产品，最终达成交易。</w:t>
      </w:r>
      <w:r>
        <w:rPr>
          <w:lang w:eastAsia="zh-CN"/>
        </w:rPr>
        <w:br/>
      </w:r>
      <w:r>
        <w:rPr>
          <w:lang w:eastAsia="zh-CN"/>
        </w:rPr>
        <w:t>　　再次，作为客服同时要对自己店内的商品有足够的了解和认识，这样才可以给客户提供的购物建议，更完善的解答客户的疑问。本人在这半个月的工作已经清楚的认识到自己工作的职责及其重要性，工作中也在不断学习如何提高自己工作的技能，虽然此前没有相关工作经验但希望能从零学起，争取早日成为一名合格的_客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下面就本人售前导购，售中客服，还有售后服务工作进行初步解析。首先是售前导购。售前导购的重要必不仅在于它可以为顾客答疑解惑，更在于它可以引导顾客购买，促成交易，提高客单价。在售前沟通中一般包括打招呼、询问、推荐、议价、道别等这几个方面。在打招呼方面，无论旺旺是在线或都其它状态，自动回复这项必不可少。自动回复可以让我们做到及时快速回复，让顾客第一时间感受到我们的热情，同时自动回复里附加有我们店名可以强化顾客的印象。除了自动回复，自己也要在第一时间回复询问顾客有什么需要帮助的。在询问答疑方面，无论是什么情况都铭记第一时间关注旺旺显示顾客在关注店里的哪款包包，打开相应的页面，时刻准备着回答亲们提出的任何咨询。在议价环节则非常考验一个人的沟通水平和谈判能力，何如才能做到巧妙的跟客人周旋，既能保住价格堡垒又能让客人感觉到我们的价格是最低实在不能再降，这个需要自己在工作中不断去学习提高自己沟通能力。道别步骤也必不可少，无论是成交或没有成交都要保持统一的热情态度去对待每一位客人。</w:t>
      </w:r>
      <w:r>
        <w:rPr>
          <w:lang w:eastAsia="zh-CN"/>
        </w:rPr>
        <w:br/>
      </w:r>
      <w:r>
        <w:rPr>
          <w:lang w:eastAsia="zh-CN"/>
        </w:rPr>
        <w:t xml:space="preserve">    市场客服试用期个人总结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工作上，我的主要岗位是客服专员。在工作中我努力做好本职工作，提高工作效率及工作质量。在本职工作做好之外，在店铺的准备期间和部门开发新产品的过程中，配合数据专员，利用自身优势，帮助其制定了一系列的表格，总结了相关数据；归纳了行业在电商领域的热销产品，并且结合自身产品，对标题进行第四次标题优化；在平台上，对产品进行了导入等等。作为售前客服，要做到以客户为先，尽量满足客户的要求。在学习产品知识和掌握客服相关技巧期间，严格要求自己，刻苦钻研业务，就是凭着这样一种坚定的信念，争当行家里手。为我以后的工作顺利开展打下了良好的基础。</w:t>
      </w:r>
      <w:r>
        <w:rPr>
          <w:lang w:eastAsia="zh-CN"/>
        </w:rPr>
        <w:br/>
      </w:r>
      <w:r>
        <w:rPr>
          <w:lang w:eastAsia="zh-CN"/>
        </w:rPr>
        <w:t>　　在学习上，严格要求自己，端正工作态度，作到了理论联理实际；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w:t>
      </w:r>
      <w:r>
        <w:rPr>
          <w:lang w:eastAsia="zh-CN"/>
        </w:rPr>
        <w:br/>
      </w:r>
      <w:r>
        <w:rPr>
          <w:lang w:eastAsia="zh-CN"/>
        </w:rPr>
        <w:t>　　思想上，自觉遵守公司的的规章制度，坚持参加公司的每次的培训。要求积极上进，爱护公司的一砖一瓦，一直严谨的态度和积极的热情投身于学习和工作中，虽然有成功的泪水，也有失败的辛酸，然而日益激烈的社会竟争也使我充分地认识到成为一名德智体全面发展的优秀工作者的重要性。</w:t>
      </w:r>
      <w:r>
        <w:rPr>
          <w:lang w:eastAsia="zh-CN"/>
        </w:rPr>
        <w:br/>
      </w:r>
      <w:r>
        <w:rPr>
          <w:lang w:eastAsia="zh-CN"/>
        </w:rPr>
        <w:t>　　在这段时间里我虽然是学校那学习了一些理论知识，但这一现状不能满足工作的需求。为了尽快掌握电商行业和卫浴行业，每天坚持来到公司学习公司制度及理论知识等等，到了工作时间，就和那些前辈们学习实际操作及帮忙做点小事情，到了晚上和前辈们探讨工作内容，聊聊工作的不便及心中的不满加上自身不足，前辈们给予工作上的支持和精神上鼓励，经过较长时间的锻炼、克服和努力，使我慢慢成为一名合格的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虽然只有短短的几个月，但中间的收获是不可磨灭的，这与单位的领导和同事们的帮助是分不开的。我始终坚信一句话一根火柴再亮，也只有豆大的光。但倘若用一根火柴去点燃一堆火柴，则会熊熊燃烧。我希望用我亮丽的青春，去点燃每一位客人，感召激励着同事们一起为我们的事业奉献、进取、创下美好明天。当然，我在工作中还在存在着缺点和做得不到位的地方，我会继续努力工作学习，今后一定尽力做到最好。工作中需要超越的精神，我相信经过努力，工作会越做越好。</w:t>
      </w:r>
      <w:r>
        <w:rPr>
          <w:lang w:eastAsia="zh-CN"/>
        </w:rPr>
        <w:br/>
      </w:r>
      <w:r>
        <w:rPr>
          <w:lang w:eastAsia="zh-CN"/>
        </w:rPr>
        <w:t>　　在此，在对试用期的工作及心得体会做一汇报后，我想借此机会，正式向公司领导提出转正请求。希望公司领导能对我的工作态度、工作能力和表现，以正式员工的要求做一个全面考量。我愿为公司的蓬勃发展贡献我全部的力量。</w:t>
      </w:r>
      <w:r>
        <w:rPr>
          <w:lang w:eastAsia="zh-CN"/>
        </w:rPr>
        <w:br/>
      </w:r>
      <w:r>
        <w:rPr>
          <w:lang w:eastAsia="zh-CN"/>
        </w:rPr>
        <w:t>　　客服试用期个人工作总结范文4首先要感谢领导对我的信任和支持，是你们的信任和支持给我带来了对工作的热情和信心，随着新形象的树立和咨询业务营业额的稳步提升，我们带着喜悦、带着经验、带着对现状不满，为了以后有更好的收获，现将工作3个月</w:t>
      </w:r>
      <w:r>
        <w:rPr>
          <w:lang w:eastAsia="zh-CN"/>
        </w:rPr>
        <w:br/>
      </w:r>
      <w:r>
        <w:rPr>
          <w:lang w:eastAsia="zh-CN"/>
        </w:rPr>
        <w:t>　　的主要工作进行总结，敬请批评指正。具体总结如下：</w:t>
      </w:r>
      <w:r>
        <w:rPr>
          <w:lang w:eastAsia="zh-CN"/>
        </w:rPr>
        <w:br/>
      </w:r>
      <w:r>
        <w:rPr>
          <w:lang w:eastAsia="zh-CN"/>
        </w:rPr>
        <w:t>　　一、主要完成的工作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客服导医的管理工作。客服部作为我院特色的服务科室、窗口科室，在工作中尽量按星级酒店的服务标准和管理模式来配合医院的服务建设，坚持集中培训与岗位督导相结合的原则，实现周周有培训、月月有考核，有效提高导医综合素质，通过培训和考核，规范导医在工作中的语言、行为、形象等方面的礼仪要求，加大了日常礼仪的检查力度。通过抓礼仪，推动了导医综合素质的提升，并提高了服务的质量和品位，为我院创建“品牌名院”的发展战略做出了自己的努力。</w:t>
      </w:r>
      <w:r>
        <w:rPr>
          <w:lang w:eastAsia="zh-CN"/>
        </w:rPr>
        <w:br/>
      </w:r>
      <w:r>
        <w:rPr>
          <w:lang w:eastAsia="zh-CN"/>
        </w:rPr>
        <w:t>　　在实际工作中，为体现热情的服务，导医们人人做到为诊疗的顾客倒一杯热水让其感受温暖、主动接送行动不便的顾客、为顾客提拿物品、引领和现场解答顾客的疑问等；特殊的工作岗位要求，导医们长期站立，不许趴靠工作台和擅自离岗走动，使导医们的腿不同程度的静脉曲张，一天下来，腿痛腰困，但毫无怨言；平均一天接待初、复诊顾客100人左右，重复着：“您好”、“请问我能帮您忙吗”、“请您稍等”、“对不起”等服务用语，在礼貌服务中体现我院的热情、周到和人性化的服务。</w:t>
      </w:r>
      <w:r>
        <w:rPr>
          <w:lang w:eastAsia="zh-CN"/>
        </w:rPr>
        <w:br/>
      </w:r>
      <w:r>
        <w:rPr>
          <w:lang w:eastAsia="zh-CN"/>
        </w:rPr>
        <w:t>　　在部门合作中，克服部门一人一岗的困难，取消导医的轮休，也要支持其他科室的工作，如护理部、企划部（发杂志）等科室。为了工作，导医们克服身体不适合一人在岗肩负多职的辛苦，任劳任怨的认真工作，毫无怨言的奉献自己的工作热情。</w:t>
      </w:r>
      <w:r>
        <w:rPr>
          <w:lang w:eastAsia="zh-CN"/>
        </w:rPr>
        <w:br/>
      </w:r>
      <w:r>
        <w:rPr>
          <w:lang w:eastAsia="zh-CN"/>
        </w:rPr>
        <w:t>　　在处理患者投诉方面，我本着主动热情、周到耐心的工作态度和为医院负责、为患者负责、为自己负责的工作原则，认真接待每一件投诉并迅速转到院长室，答复每一个咨询，最大限度地照顾了医院和患者利益的统一。针对我院知名度不断扩大的新形势，客服部建立了较为规范的客户建议档案，认真了解客人情况，收集客人建议，最大程度地缓解顾客情绪，为其他业务科室提供便利的同时也优化了服务质量。通过投诉首接服务，拉近医患之间的距离，丰富了我院的服务内容，增加了医院的亲和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导医台作为全院的第一窗口单位，工作重、事情杂、头绪多。针对这样的实际情况，我从严格规范、狠抓落实入手，加大了管理的力度。在明确目标和任务的基础上率先垂范、以身作则，要求导医们做的，自己首先做到，要求导医们不做的，自己坚决不做。在工作中，量化了工作，明确了奖惩，充分调动了全体导医努力工作，为我院争光添彩的积极性和主动性，协调了科室间的工作，带动了我院的整体工作质量和效率。 2、咨询热线工作</w:t>
      </w:r>
      <w:r>
        <w:rPr>
          <w:lang w:eastAsia="zh-CN"/>
        </w:rPr>
        <w:br/>
      </w:r>
      <w:r>
        <w:rPr>
          <w:lang w:eastAsia="zh-CN"/>
        </w:rPr>
        <w:t>　　咨询热线工作作为我院一个重要服务窗口，其工作目前基本属于正常、稳步发展阶段。3月来，从电话咨询到预约就门诊量也不同程度的增长，在吴总和董主任的督导、帮助和接诊医生的诊疗配合下，实现了预约病人就诊率98%的成绩，从而提高了社会效益和经济效益；我主要做了以下几方面的工作：</w:t>
      </w:r>
      <w:r>
        <w:rPr>
          <w:lang w:eastAsia="zh-CN"/>
        </w:rPr>
        <w:br/>
      </w:r>
      <w:r>
        <w:rPr>
          <w:lang w:eastAsia="zh-CN"/>
        </w:rPr>
        <w:t>　　（一）制定部门咨询师的岗位制度；</w:t>
      </w:r>
      <w:r>
        <w:rPr>
          <w:lang w:eastAsia="zh-CN"/>
        </w:rPr>
        <w:br/>
      </w:r>
      <w:r>
        <w:rPr>
          <w:lang w:eastAsia="zh-CN"/>
        </w:rPr>
        <w:t>　　（二）与咨询人员一起研讨电话营销方案，提高患者就诊率；</w:t>
      </w:r>
      <w:r>
        <w:rPr>
          <w:lang w:eastAsia="zh-CN"/>
        </w:rPr>
        <w:br/>
      </w:r>
      <w:r>
        <w:rPr>
          <w:lang w:eastAsia="zh-CN"/>
        </w:rPr>
        <w:t>　　（三）在网上及电话与众家医院热线进行暗访交流和学习；</w:t>
      </w:r>
      <w:r>
        <w:rPr>
          <w:lang w:eastAsia="zh-CN"/>
        </w:rPr>
        <w:br/>
      </w:r>
      <w:r>
        <w:rPr>
          <w:lang w:eastAsia="zh-CN"/>
        </w:rPr>
        <w:t>　　（四）根据患者信息进行初步的市场调查和分析，便于更好地开展工作；</w:t>
      </w:r>
      <w:r>
        <w:rPr>
          <w:lang w:eastAsia="zh-CN"/>
        </w:rPr>
        <w:br/>
      </w:r>
      <w:r>
        <w:rPr>
          <w:lang w:eastAsia="zh-CN"/>
        </w:rPr>
        <w:t>　　（五）维护出院病人的良好关系，让患者通过我院良好的诊前、诊中、诊后的服务使患者显身说法，开发其身边的患者，试图提高我院的经济效益和社会效益。</w:t>
      </w:r>
      <w:r>
        <w:rPr>
          <w:lang w:eastAsia="zh-CN"/>
        </w:rPr>
        <w:br/>
      </w:r>
      <w:r>
        <w:rPr>
          <w:lang w:eastAsia="zh-CN"/>
        </w:rPr>
        <w:t>　　二、工作中的几点不足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（一）由于自己对本地风土人情知识欠了解，专业知识相对欠缺，虽然工作中小心瑾慎，但仍有紧张的感觉，有时难免出现差错。</w:t>
      </w:r>
      <w:r>
        <w:rPr>
          <w:lang w:eastAsia="zh-CN"/>
        </w:rPr>
        <w:br/>
      </w:r>
      <w:r>
        <w:rPr>
          <w:lang w:eastAsia="zh-CN"/>
        </w:rPr>
        <w:t>　　（二）对导医们有时要求过于犯教条主义，体现为个别工作灵活性不够，有时不能根据个人特点和个体差别安排工作。今后将进一步加强调查研究，做到根据不同的人安排不同的岗位，发挥每个人最大的优点与特长。</w:t>
      </w:r>
      <w:r>
        <w:rPr>
          <w:lang w:eastAsia="zh-CN"/>
        </w:rPr>
        <w:br/>
      </w:r>
      <w:r>
        <w:rPr>
          <w:lang w:eastAsia="zh-CN"/>
        </w:rPr>
        <w:t>　　（三）由于客服工作具有不可预见性和对抗性，在处理过程中需要有较强的沟通说服能力和临机决定的能力，在工作中有时会感觉这方面的不足，需要在今后的工作中进一步完善、提高自身素质。</w:t>
      </w:r>
      <w:r>
        <w:rPr>
          <w:lang w:eastAsia="zh-CN"/>
        </w:rPr>
        <w:br/>
      </w:r>
      <w:r>
        <w:rPr>
          <w:lang w:eastAsia="zh-CN"/>
        </w:rPr>
        <w:t>　　（四）电话热线方面的不足主要体现为：相关知识和经验较少，工作预见能力不强；对市场信息了解不够；专业知识不足，没有做好员工的培训工作。</w:t>
      </w:r>
      <w:r>
        <w:rPr>
          <w:lang w:eastAsia="zh-CN"/>
        </w:rPr>
        <w:br/>
      </w:r>
      <w:r>
        <w:rPr>
          <w:lang w:eastAsia="zh-CN"/>
        </w:rPr>
        <w:t>　　三、工作建议</w:t>
      </w:r>
      <w:r>
        <w:rPr>
          <w:lang w:eastAsia="zh-CN"/>
        </w:rPr>
        <w:br/>
      </w:r>
      <w:r>
        <w:rPr>
          <w:lang w:eastAsia="zh-CN"/>
        </w:rPr>
        <w:t>　　（一）院领导应增加到一线巡视和检查的次数，充分发挥质检组的质检效力。</w:t>
      </w:r>
      <w:r>
        <w:rPr>
          <w:lang w:eastAsia="zh-CN"/>
        </w:rPr>
        <w:br/>
      </w:r>
      <w:r>
        <w:rPr>
          <w:lang w:eastAsia="zh-CN"/>
        </w:rPr>
        <w:t>　　（二）医生休息时应告诉导医以便准确分诊。</w:t>
      </w:r>
      <w:r>
        <w:rPr>
          <w:lang w:eastAsia="zh-CN"/>
        </w:rPr>
        <w:br/>
      </w:r>
      <w:r>
        <w:rPr>
          <w:lang w:eastAsia="zh-CN"/>
        </w:rPr>
        <w:t>　　（三）医院应尽量服务不同群体的需求，满足低收入消费者，尤其是咨询预约病人。</w:t>
      </w:r>
      <w:r>
        <w:rPr>
          <w:lang w:eastAsia="zh-CN"/>
        </w:rPr>
        <w:br/>
      </w:r>
      <w:r>
        <w:rPr>
          <w:lang w:eastAsia="zh-CN"/>
        </w:rPr>
        <w:t>　　（四）加强对全体医护人员业务技能、服务管理和医疗法规等知识的培训。</w:t>
      </w:r>
      <w:r>
        <w:rPr>
          <w:lang w:eastAsia="zh-CN"/>
        </w:rPr>
        <w:br/>
      </w:r>
      <w:r>
        <w:rPr>
          <w:lang w:eastAsia="zh-CN"/>
        </w:rPr>
        <w:t>　　（五）开展新的医疗技术服务宣传时，应对全体人员进行宣教，以免影响工作效率。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（六）让全员树立“顾客不满危机”意识，让员工参与院服务质量管理，创造最大顾客价值。</w:t>
      </w:r>
      <w:r>
        <w:rPr>
          <w:lang w:eastAsia="zh-CN"/>
        </w:rPr>
        <w:br/>
      </w:r>
      <w:r>
        <w:rPr>
          <w:lang w:eastAsia="zh-CN"/>
        </w:rPr>
        <w:t xml:space="preserve">    市场客服试用期个人总结 篇8 </w:t>
      </w:r>
      <w:r>
        <w:rPr>
          <w:lang w:eastAsia="zh-CN"/>
        </w:rPr>
        <w:br/>
      </w:r>
      <w:r>
        <w:rPr>
          <w:lang w:eastAsia="zh-CN"/>
        </w:rPr>
        <w:t>　　加入__公司成为一名电话客服已经三个月了，距离我第一次踏进公司的大门，已经过去三个月了，三个月的时间一过，我的试用期就结束了，下面我将自己这三个月的试用期的工作作出如下总结。</w:t>
      </w:r>
      <w:r>
        <w:rPr>
          <w:lang w:eastAsia="zh-CN"/>
        </w:rPr>
        <w:br/>
      </w:r>
      <w:r>
        <w:rPr>
          <w:lang w:eastAsia="zh-CN"/>
        </w:rPr>
        <w:t>　　电话客服的工作说简单也不简单，说难每天又都是这些工作，很多人会觉得电话客服这份工作枯燥无味，每天对着的都是一个又一个的电话，每天说的话都差不多，就像是一个机器一样，对于如此无聊没有挑战性的工作怎么可能做得下去。但是对我而言我的想法恰恰相反，我认为电话客服是一件非常有挑战性的工作，因为我每天面临的人都是不一样的，所以每天的交流方式也是不一样的，而且能够帮客户，帮助电话那方的人解决他们所不能解决的问题吧，我感到非常有成就感，并且我也以自己的这份工作，以及自己的努力引以为傲。</w:t>
      </w:r>
      <w:r>
        <w:rPr>
          <w:lang w:eastAsia="zh-CN"/>
        </w:rPr>
        <w:br/>
      </w:r>
      <w:r>
        <w:rPr>
          <w:lang w:eastAsia="zh-CN"/>
        </w:rPr>
        <w:t>　　试用期的工作，就是每天接一下电话，帮助客户解决他们的疑问和难题，所以在我进入公司没几天我就能够独立的上手自己操作，也能单独的接电话，但是我并没有因为自己工作的简单，就放弃掉自己这么好的一个学习机会，我会将自己每天遇到的问题记下来，并且在空闲的时间里去回想自己工作的时候做的不妥或者有所欠缺的地方，并且去努力的完善，争取在下一次再遇到这种问题的时候能够完美的解决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和公司的同事我也在极短的时间内，融入到了公司的工作氛围，也融入到了这个大家庭里面，在公司的日常工作里，都能够互帮互助，记得有一次，我刚来没多久，我接到了一个言语非常犀利的客户的电话，我一接起电话就被他骂的狗血淋头，因为刚加入公司不久，抗压力还是没有锻炼的很强，所以一下子就被骂哭了，是同事们都来安慰我，要我放宽心，并且告诉我这种事情经常有，把电话一挂就忘记这件事就好了。所以我感谢命运能够让我遇到一群可爱又友好的同事。</w:t>
      </w:r>
      <w:r>
        <w:rPr>
          <w:lang w:eastAsia="zh-CN"/>
        </w:rPr>
        <w:br/>
      </w:r>
      <w:r>
        <w:rPr>
          <w:lang w:eastAsia="zh-CN"/>
        </w:rPr>
        <w:t>　　在这三个月的日子里，我每一天都在工作中学习，在学习中工作，通过自己遇到的难题，在自己解决的时候去学习知识，就是希望自己能够在一天又一天的工作中变得越来越好。</w:t>
      </w:r>
      <w:r>
        <w:rPr>
          <w:lang w:eastAsia="zh-CN"/>
        </w:rPr>
        <w:br/>
      </w:r>
      <w:r>
        <w:rPr>
          <w:lang w:eastAsia="zh-CN"/>
        </w:rPr>
        <w:t>　　虽说现在试用期已经结束，但是我还是会在以后的日子里更加的努力，更加的为公司工作，永远热爱工作，为公司创作更多的利益，获得更多的好评。</w:t>
      </w:r>
      <w:r>
        <w:rPr>
          <w:lang w:eastAsia="zh-CN"/>
        </w:rPr>
        <w:br/>
      </w:r>
      <w:r>
        <w:rPr>
          <w:lang w:eastAsia="zh-CN"/>
        </w:rPr>
        <w:t xml:space="preserve">    市场客服试用期个人总结 篇9 </w:t>
      </w:r>
      <w:r>
        <w:rPr>
          <w:lang w:eastAsia="zh-CN"/>
        </w:rPr>
        <w:br/>
      </w:r>
      <w:r>
        <w:rPr>
          <w:lang w:eastAsia="zh-CN"/>
        </w:rPr>
        <w:t>　　转瞬20__年我正在_的进修、试用曾经完毕，为了更好的展开接上去的任务，我就试用期的任务做一个片面而详确的总结，目标正在于汲取经验、进步本人，以致于把接上去的任务做的更好，实现公司下达的发卖义务以及各项任务。</w:t>
      </w:r>
      <w:r>
        <w:rPr>
          <w:lang w:eastAsia="zh-CN"/>
        </w:rPr>
        <w:br/>
      </w:r>
      <w:r>
        <w:rPr>
          <w:lang w:eastAsia="zh-CN"/>
        </w:rPr>
        <w:t>　　1、试用期实现的任务</w:t>
      </w:r>
      <w:r>
        <w:rPr>
          <w:lang w:eastAsia="zh-CN"/>
        </w:rPr>
        <w:br/>
      </w:r>
      <w:r>
        <w:rPr>
          <w:lang w:eastAsia="zh-CN"/>
        </w:rPr>
        <w:t>　　1、发卖状况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上半年正在公司各级指导的密切关心以及精确指导下，及经销商的通力合作下，_市场实现发卖额_万元，回款率为_%;高档酒占总发卖额的_%，此中以_、_、_发卖为主;中档酒占总发卖额的_%次要以_及_为主;此中_月份发卖额为_万元，占总发卖额的_%;_月份发卖额为_万元占总发卖额的_%;_月份发卖额为_万元，占总发卖额的_%。</w:t>
      </w:r>
      <w:r>
        <w:rPr>
          <w:lang w:eastAsia="zh-CN"/>
        </w:rPr>
        <w:br/>
      </w:r>
      <w:r>
        <w:rPr>
          <w:lang w:eastAsia="zh-CN"/>
        </w:rPr>
        <w:t>　　2、市场办理、市场保护</w:t>
      </w:r>
      <w:r>
        <w:rPr>
          <w:lang w:eastAsia="zh-CN"/>
        </w:rPr>
        <w:br/>
      </w:r>
      <w:r>
        <w:rPr>
          <w:lang w:eastAsia="zh-CN"/>
        </w:rPr>
        <w:t>　　依据公司规则的发卖地区以及市场零售价，对于经销商的发货地区以及发货价钱停止管控以及监视，催促其履行一致零售价，必定水平上根绝了高价推销以及倒窜货行动的发作。</w:t>
      </w:r>
      <w:r>
        <w:rPr>
          <w:lang w:eastAsia="zh-CN"/>
        </w:rPr>
        <w:br/>
      </w:r>
      <w:r>
        <w:rPr>
          <w:lang w:eastAsia="zh-CN"/>
        </w:rPr>
        <w:t>　　经过对于各个发卖终端长期的交换以及领导，并分离公司的营销战略，正在各终端张贴了舍患上酒一致的_价钱标签，使产物的发卖价钱契合公司指点价。依照公司对于_摆设的请求停止产物摆设，并发动以及帮忙店方使产物坚持洁净整齐。正在店面以及柜台洁净划一、对于我公司产物的摆设停止了响应赠予政策宣扬，使其到达应用终端货架资本停止品牌宣扬的目标。</w:t>
      </w:r>
      <w:r>
        <w:rPr>
          <w:lang w:eastAsia="zh-CN"/>
        </w:rPr>
        <w:br/>
      </w:r>
      <w:r>
        <w:rPr>
          <w:lang w:eastAsia="zh-CN"/>
        </w:rPr>
        <w:t>　　3、市场开辟状况</w:t>
      </w:r>
      <w:r>
        <w:rPr>
          <w:lang w:eastAsia="zh-CN"/>
        </w:rPr>
        <w:br/>
      </w:r>
      <w:r>
        <w:rPr>
          <w:lang w:eastAsia="zh-CN"/>
        </w:rPr>
        <w:t>　　上半年开辟_统共31家。局部新开辟网点是_区较年夜范围商超，关于我公司产物摆设较为完全，由低端至高端酒均有差别水平的上柜;其余新增网点为_区中小批发终端，所上产物次要会合正在中高档产物区。</w:t>
      </w:r>
      <w:r>
        <w:rPr>
          <w:lang w:eastAsia="zh-CN"/>
        </w:rPr>
        <w:br/>
      </w:r>
      <w:r>
        <w:rPr>
          <w:lang w:eastAsia="zh-CN"/>
        </w:rPr>
        <w:t>　　4、品牌宣扬、推行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了进步花费者对于“_”的认知度，建立品牌抽象，进一步树立花费者的品牌忠实度，依据公司规则的一致宣扬标示，正在人流量年夜、收视率高的地段及买卖比拟好的门市部，张贴_宣扬海报_余张，联络并帮忙告白公司制造百般告白宣扬牌_家，现已经制造实现_家;关于公司的游览观赏政策停止了主动无效的落实与人数统计，主动共同公司对于_区客户到本公司游览观赏的导游任务，这次一系列任务对于公司的汗青文明有很好的宣扬感化无力晋升了品牌抽象及品牌认知度，让故乡国民进一步看法与理解我公司。</w:t>
      </w:r>
      <w:r>
        <w:rPr>
          <w:lang w:eastAsia="zh-CN"/>
        </w:rPr>
        <w:br/>
      </w:r>
      <w:r>
        <w:rPr>
          <w:lang w:eastAsia="zh-CN"/>
        </w:rPr>
        <w:t>　　5、发卖数据办理</w:t>
      </w:r>
      <w:r>
        <w:rPr>
          <w:lang w:eastAsia="zh-CN"/>
        </w:rPr>
        <w:br/>
      </w:r>
      <w:r>
        <w:rPr>
          <w:lang w:eastAsia="zh-CN"/>
        </w:rPr>
        <w:t>　　依据公司年终的一致请求美满了各种发卖数据办理任务，树立了经销商拉货台帐及经销商发卖统计表，并实时报送发卖周报表、发卖月报表，各种发卖数据档案都采纳纸质以及电子版两种方式保管，使患上的每个月方案愈加主观、精确。正在每个月月尾对于本月及累计的发卖状况辨别从经销商、单品、产物构造等多少个方面停止汇总剖析，以便于愈加精确主观地反应市场状况，指点当前的发卖任务。</w:t>
      </w:r>
      <w:r>
        <w:rPr>
          <w:lang w:eastAsia="zh-CN"/>
        </w:rPr>
        <w:br/>
      </w:r>
      <w:r>
        <w:rPr>
          <w:lang w:eastAsia="zh-CN"/>
        </w:rPr>
        <w:t>　　6、市场合作品牌查询拜访统计状况</w:t>
      </w:r>
      <w:r>
        <w:rPr>
          <w:lang w:eastAsia="zh-CN"/>
        </w:rPr>
        <w:br/>
      </w:r>
      <w:r>
        <w:rPr>
          <w:lang w:eastAsia="zh-CN"/>
        </w:rPr>
        <w:t>　　依据现有市场查询拜访统计患上出，_、_、_及_等系列酒是我公司中低端产物的次要合作品牌，特别是低端精装酒傍边以_、_酒为我公司低端市场的无力合作者，其市场据有率高，市场畅通流畅速率快，很年夜水平上影响了我公司_、_的市场据有率及市场畅通流畅，这也为我公司低端精装产物的推行配置了宏大妨碍。</w:t>
      </w:r>
      <w:r>
        <w:rPr>
          <w:lang w:eastAsia="zh-CN"/>
        </w:rPr>
        <w:br/>
      </w:r>
      <w:r>
        <w:rPr>
          <w:lang w:eastAsia="zh-CN"/>
        </w:rPr>
        <w:t>　　_公司比来履行市场优惠政策：延续或者一次性进_、_等系列酒达_元可取得_一台，达_万元可取得代价_元_一台。</w:t>
      </w:r>
      <w:r>
        <w:rPr>
          <w:lang w:eastAsia="zh-CN"/>
        </w:rPr>
        <w:br/>
      </w:r>
      <w:r>
        <w:rPr>
          <w:lang w:eastAsia="zh-CN"/>
        </w:rPr>
        <w:t>　　_以单品单行_盒为基准，摆设_种及_种以上产物送_。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2、任务计划</w:t>
      </w:r>
      <w:r>
        <w:rPr>
          <w:lang w:eastAsia="zh-CN"/>
        </w:rPr>
        <w:br/>
      </w:r>
      <w:r>
        <w:rPr>
          <w:lang w:eastAsia="zh-CN"/>
        </w:rPr>
        <w:t>　　虽然正在试用期傍边做了少量的任务，但因为我处置发卖任务工夫较短，缺少营销任务的常识、经历以及本领，使患上有些方面的任务做的没有到位。鉴于此，我预备正在接上去的任务中从如下多少个方面动手，尽快进步本身营业才能，做好各项任务。</w:t>
      </w:r>
      <w:r>
        <w:rPr>
          <w:lang w:eastAsia="zh-CN"/>
        </w:rPr>
        <w:br/>
      </w:r>
      <w:r>
        <w:rPr>
          <w:lang w:eastAsia="zh-CN"/>
        </w:rPr>
        <w:t>　　1、积极进修，进步营业水品</w:t>
      </w:r>
      <w:r>
        <w:rPr>
          <w:lang w:eastAsia="zh-CN"/>
        </w:rPr>
        <w:br/>
      </w:r>
      <w:r>
        <w:rPr>
          <w:lang w:eastAsia="zh-CN"/>
        </w:rPr>
        <w:t>　　其一是抽工夫经过各类渠道往进修营销方面(特别是_营销方面)的常识，进修一些乐成营销案例以及前沿的营销办法，使本人的营销任务有必定的常识支持。其二是常常向公司指导、各地区营业和市场上其余各行业营销职员讨教、交换以及进修，使本人从营业程度、市场运作以及掌握到人际来往等方方面面都有一个年夜幅度的晋升。</w:t>
      </w:r>
      <w:r>
        <w:rPr>
          <w:lang w:eastAsia="zh-CN"/>
        </w:rPr>
        <w:br/>
      </w:r>
      <w:r>
        <w:rPr>
          <w:lang w:eastAsia="zh-CN"/>
        </w:rPr>
        <w:t>　　2、进一步拓展发卖渠道</w:t>
      </w:r>
      <w:r>
        <w:rPr>
          <w:lang w:eastAsia="zh-CN"/>
        </w:rPr>
        <w:br/>
      </w:r>
      <w:r>
        <w:rPr>
          <w:lang w:eastAsia="zh-CN"/>
        </w:rPr>
        <w:t>　　_市场的发卖渠道比拟繁多，因为各种缘由年夜局部产物都是经过畅通流畅渠道停止发卖的。接上去正在做好畅通流畅渠道的条件下，要进一步向商超渠道、餐饮渠道、旅店渠道及团购渠道进一步拓展。正在团购渠道的拓展上，下半年次要对于零碎人数以及欢迎义务比拟多的工商、教导以及林业三个零碎多唱工作，并渐渐向其余企奇迹单元浸透。</w:t>
      </w:r>
      <w:r>
        <w:rPr>
          <w:lang w:eastAsia="zh-CN"/>
        </w:rPr>
        <w:br/>
      </w:r>
      <w:r>
        <w:rPr>
          <w:lang w:eastAsia="zh-CN"/>
        </w:rPr>
        <w:t>　　3、做好市场调研任务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对于市场个进一步的调研以及探索，具体记载各类数据，美满各类档案数据，让一些剖析以及对于策有更强的数据作为支持，使其更具迷信性，来补偿经历以及感官看法的缺乏。理解以及把握公司产物以及其余白酒品牌产物的发卖状况和全部_市场的走向，以便应答各类市场状况，并实时调剂营销战略。</w:t>
      </w:r>
      <w:r>
        <w:rPr>
          <w:lang w:eastAsia="zh-CN"/>
        </w:rPr>
        <w:br/>
      </w:r>
      <w:r>
        <w:rPr>
          <w:lang w:eastAsia="zh-CN"/>
        </w:rPr>
        <w:t>　　4、与客户亲密共同，做好发卖任务</w:t>
      </w:r>
      <w:r>
        <w:rPr>
          <w:lang w:eastAsia="zh-CN"/>
        </w:rPr>
        <w:br/>
      </w:r>
      <w:r>
        <w:rPr>
          <w:lang w:eastAsia="zh-CN"/>
        </w:rPr>
        <w:t>　　帮忙经销商正在稳住现有收集以及花费者群体的同时，搞好客情干系，充沛拓展发卖收集以及发掘潜伏的花费者群体。</w:t>
      </w:r>
      <w:r>
        <w:rPr>
          <w:lang w:eastAsia="zh-CN"/>
        </w:rPr>
        <w:br/>
      </w:r>
      <w:r>
        <w:rPr>
          <w:lang w:eastAsia="zh-CN"/>
        </w:rPr>
        <w:t>　　最初但愿公司指导正在自己当前的的任务中赐与更多点拨与指点!</w:t>
      </w:r>
      <w:r>
        <w:rPr>
          <w:lang w:eastAsia="zh-CN"/>
        </w:rPr>
        <w:br/>
      </w:r>
      <w:r>
        <w:rPr>
          <w:lang w:eastAsia="zh-CN"/>
        </w:rPr>
        <w:t xml:space="preserve">    市场客服试用期个人总结 篇10 </w:t>
      </w:r>
      <w:r>
        <w:rPr>
          <w:lang w:eastAsia="zh-CN"/>
        </w:rPr>
        <w:br/>
      </w:r>
      <w:r>
        <w:rPr>
          <w:lang w:eastAsia="zh-CN"/>
        </w:rPr>
        <w:t>　　1、塑造店铺良好形象</w:t>
      </w:r>
      <w:r>
        <w:rPr>
          <w:lang w:eastAsia="zh-CN"/>
        </w:rPr>
        <w:br/>
      </w:r>
      <w:r>
        <w:rPr>
          <w:lang w:eastAsia="zh-CN"/>
        </w:rPr>
        <w:t>　　顾客进入店铺第一个接触的人是客服，客服的一言一行都代表着公司的形象，客服是顾客拿来评论这个店铺的第一要素。作为售后客服，我们要本着为顾客解决问题的心理来对待，不要把自己的情绪带到工作中，遇到无理的顾客要包容，也不要与顾客发生冲突，要把顾客当朋友一样对待，而不是工作对象。作为网店客服我们多数时间是在用旺旺文字与顾客交流，面对电脑顾客也看不到我们的表情，在与顾客交流的时候我们一定要保持良好的态度，言辞要委婉，多用礼貌用语和生动的语句，最好搭配一些动态诙谐的图片，这样可能带给顾客的就是另外一种体验了。</w:t>
      </w:r>
      <w:r>
        <w:rPr>
          <w:lang w:eastAsia="zh-CN"/>
        </w:rPr>
        <w:br/>
      </w:r>
      <w:r>
        <w:rPr>
          <w:lang w:eastAsia="zh-CN"/>
        </w:rPr>
        <w:t>　　2、学会换位思考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当顾客来联系售后时，可能是因为收到商品不合适，商品出现质量问题等因素需要退货或者换货，当我们在为顾客处理问题时，我们要思考如何更好的为顾客解决问题，或者将心比心，当我们自己遭遇到类似顾客这样的情况时我们希望得到怎样的处理结果，然后在有效的去实施。售后工作也是锻炼我们心理素质的一个良好平台，我们每天会遭遇各种各样的顾客，其中不乏有无理取闹的，对待顾客时我们要持一颗平常心，认真回答顾客的问题。遇到顾客不懂的，我们则需要更多的耐心去服务，我们应该耐心倾听顾客的意见，让顾客感受到我们很重视她的看法并且我们在努力满足她的要求，让顾客有一个良好的购物体验，以带来更多潜在的成交机会。</w:t>
      </w:r>
      <w:r>
        <w:rPr>
          <w:lang w:eastAsia="zh-CN"/>
        </w:rPr>
        <w:br/>
      </w:r>
      <w:r>
        <w:rPr>
          <w:lang w:eastAsia="zh-CN"/>
        </w:rPr>
        <w:t>　　3、熟悉公司产品和产品相关知识</w:t>
      </w:r>
      <w:r>
        <w:rPr>
          <w:lang w:eastAsia="zh-CN"/>
        </w:rPr>
        <w:br/>
      </w:r>
      <w:r>
        <w:rPr>
          <w:lang w:eastAsia="zh-CN"/>
        </w:rPr>
        <w:t>　　公司作为一个从事服装的企业，产品的更新换代是非常快的，作为公司客服，熟悉自己的产品是最基本的要求，当有顾客问到产品的一些情况，我们也能及时回复顾客。对于产品的了解也并不能局限于产品本身，关于产品的相关搭配，也是我们都要了解的。公司几乎每周都有定期的新款培训，对此培训我也是比较热衷的，新款培训可以让我们结合实物和网页产品介绍对产品有更深层次的了解，在处理售后时我们也能熟知自己产品的优劣势，进而更好的为顾客解决问题。</w:t>
      </w:r>
      <w:r>
        <w:rPr>
          <w:lang w:eastAsia="zh-CN"/>
        </w:rPr>
        <w:br/>
      </w:r>
      <w:r>
        <w:rPr>
          <w:lang w:eastAsia="zh-CN"/>
        </w:rPr>
        <w:t>　　4、有效的完成本职工作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旺旺是我们与顾客沟通的工具之一，在旺旺上与顾客沟通时我们要注意回复速度，只有及时回复才能让顾客第一时间感受到我们的热情，为此我们设置了各类快捷短语。在保证回复速度的基础上，我们也要注意沟通技巧，热情的态度往往是决定成功的一半。通过电话联系处理顾客的退换货也是我们的职责之一，在电话联系时我们也要注意最基本的电话礼仪。通常我们所处理的工作都是主动与顾客联系，拨打电话时要注意时间不宜太早或太晚，也不适宜在午休时间去电顾客;其次我们要注意电话沟通技巧，通话之前我们要了解去电的目的，在通话途中要吐词清晰，注意倾听顾客的要求，不要随意打断顾客，同时要注意控制通话时长，避免占用太多的工作时间;打电话时的一定要态度友善，语调温和，讲究礼貌，从而有利于双方的沟通。通话结束时应礼貌的回复顾客再挂断电话。</w:t>
      </w:r>
      <w:r>
        <w:rPr>
          <w:lang w:eastAsia="zh-CN"/>
        </w:rPr>
        <w:br/>
      </w:r>
      <w:r>
        <w:rPr>
          <w:lang w:eastAsia="zh-CN"/>
        </w:rPr>
        <w:t>　　对于顾客的一些问题我们要持一个专业的态度去对待，在保持专业水准的基础上我们也要让顾客看到我们诚恳的态度，如果凭自己的专业产品知识还是不能解决问题，这时我们就要从顾客的回复中洞悉顾客的心理，努力快速解决顾客的问题，并将售后成本降到最低。如果处理得当，久而久之公司的信誉评价等都会有所提升，这也是体现我们售后价值的所在。</w:t>
      </w:r>
      <w:r>
        <w:rPr>
          <w:lang w:eastAsia="zh-CN"/>
        </w:rPr>
        <w:br/>
      </w:r>
      <w:r>
        <w:rPr>
          <w:lang w:eastAsia="zh-CN"/>
        </w:rPr>
        <w:t>　　在过去的一年中我收获了很多，但是我知道自己还有不足之处。给我印象较深的是一次小组式的模拟培训演练，通过模拟顾客与客服沟通买卖的场景，将产品推销给顾客。如果客服熟知了自己产品，理解一些穿衣搭配知识，在分析一下顾客的购买心理，然后找出有效的推销手段，这样成交的机会就大的多。公司的培训也让我看到了自身的不足，在这以后，我也是在努力改进，平时工作闲暇之余，我会多关注店铺新款和店铺各类活动，在每次活动前我也会花时间去了解活动规则，做到心中有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市场客服试用期个人总结 篇11 </w:t>
      </w:r>
      <w:r>
        <w:rPr>
          <w:lang w:eastAsia="zh-CN"/>
        </w:rPr>
        <w:br/>
      </w:r>
      <w:r>
        <w:rPr>
          <w:lang w:eastAsia="zh-CN"/>
        </w:rPr>
        <w:t>　　客服试用期个人工作总结范文1在我试用期的两个月时间里，我主要的工作是环境、人员、制度流程的熟悉了解，通过学习，我熟悉了___的整个物业操作流程。工作中，我一直严格要求自己，认真及时做好领导交代的每一项任务，同时主动为领导分忧及提出好的建议。项目方面不了解的问题虚心向同事学习请教，不断提高充实自己，希望能尽早融入到工作中，为公司做出更大的贡献，在公司领导的帮助下和全体员工的协作下已工作了两个多月，对这段期间的工作汇报如下：</w:t>
      </w:r>
      <w:r>
        <w:rPr>
          <w:lang w:eastAsia="zh-CN"/>
        </w:rPr>
        <w:br/>
      </w:r>
      <w:r>
        <w:rPr>
          <w:lang w:eastAsia="zh-CN"/>
        </w:rPr>
        <w:t>　　一、全面熟悉公司、项目人员环境、制度流程，感悟公司企业文化</w:t>
      </w:r>
      <w:r>
        <w:rPr>
          <w:lang w:eastAsia="zh-CN"/>
        </w:rPr>
        <w:br/>
      </w:r>
      <w:r>
        <w:rPr>
          <w:lang w:eastAsia="zh-CN"/>
        </w:rPr>
        <w:t>　　本人加入公司时，全体公司员工在老总的带领下，满腔热情，积极进取，呈现出勃勃向上的公司氛围。在这种良好的公司文化感召下，我很快全身心地投入工作中。</w:t>
      </w:r>
      <w:r>
        <w:rPr>
          <w:lang w:eastAsia="zh-CN"/>
        </w:rPr>
        <w:br/>
      </w:r>
      <w:r>
        <w:rPr>
          <w:lang w:eastAsia="zh-CN"/>
        </w:rPr>
        <w:t>　　二、纠正错误、合理建议</w:t>
      </w:r>
      <w:r>
        <w:rPr>
          <w:lang w:eastAsia="zh-CN"/>
        </w:rPr>
        <w:br/>
      </w:r>
      <w:r>
        <w:rPr>
          <w:lang w:eastAsia="zh-CN"/>
        </w:rPr>
        <w:t>　　由于前期多种原因，造成物业管理服务中心工作滞后，特别是工程维修方面，通过努力逐一处理，充分调查研究，科学合理执行公司领导的交代的各种事宜。合理结合本小区物业管理的特殊性。在参考同行业操作规律的前提下，对客服和保洁、绿化工作进行了调整。</w:t>
      </w:r>
      <w:r>
        <w:rPr>
          <w:lang w:eastAsia="zh-CN"/>
        </w:rPr>
        <w:br/>
      </w:r>
      <w:r>
        <w:rPr>
          <w:lang w:eastAsia="zh-CN"/>
        </w:rPr>
        <w:t>　　三、规范管理制度、提高项目执行能力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加大与本部门员工交谈，增进了解，利用例会、临时会议进行沟通。在工作中发现存在的问题隐患，及时的讲解学习消除，同时在利用好原有制度的基础上完善建立了一些规章制度：</w:t>
      </w:r>
      <w:r>
        <w:rPr>
          <w:lang w:eastAsia="zh-CN"/>
        </w:rPr>
        <w:br/>
      </w:r>
      <w:r>
        <w:rPr>
          <w:lang w:eastAsia="zh-CN"/>
        </w:rPr>
        <w:t>　　1、装修装饰巡查制度。</w:t>
      </w:r>
      <w:r>
        <w:rPr>
          <w:lang w:eastAsia="zh-CN"/>
        </w:rPr>
        <w:br/>
      </w:r>
      <w:r>
        <w:rPr>
          <w:lang w:eastAsia="zh-CN"/>
        </w:rPr>
        <w:t>　　2、绿化养护管理制度。</w:t>
      </w:r>
      <w:r>
        <w:rPr>
          <w:lang w:eastAsia="zh-CN"/>
        </w:rPr>
        <w:br/>
      </w:r>
      <w:r>
        <w:rPr>
          <w:lang w:eastAsia="zh-CN"/>
        </w:rPr>
        <w:t>　　3、保洁工作流程分配方案。</w:t>
      </w:r>
      <w:r>
        <w:rPr>
          <w:lang w:eastAsia="zh-CN"/>
        </w:rPr>
        <w:br/>
      </w:r>
      <w:r>
        <w:rPr>
          <w:lang w:eastAsia="zh-CN"/>
        </w:rPr>
        <w:t>　　经过初步的规化调整，每个员工确实做到责任到人、奖罚到人。做到培训、考核经常化，有效提高员工专业服务知识与技能。现在员工的服务意识和对客户服务能力有较大进步。经过两个多月的工作，虽然取得了一些成绩，然而，仍存在不足，如个别工程维修方面未能完全及时的解决，现尽力逐个协调解决，本人相信在公司各级领导的带领支持下，___物业服务中心的工作会更加进步。</w:t>
      </w:r>
      <w:r>
        <w:rPr>
          <w:lang w:eastAsia="zh-CN"/>
        </w:rPr>
        <w:br/>
      </w:r>
      <w:r>
        <w:rPr>
          <w:lang w:eastAsia="zh-CN"/>
        </w:rPr>
        <w:t xml:space="preserve">    市场客服试用期个人总结 篇12 </w:t>
      </w:r>
      <w:r>
        <w:rPr>
          <w:lang w:eastAsia="zh-CN"/>
        </w:rPr>
        <w:br/>
      </w:r>
      <w:r>
        <w:rPr>
          <w:lang w:eastAsia="zh-CN"/>
        </w:rPr>
        <w:t>　　时间过的真快，转眼之间本年度已经接近尾声，我是6月30来到，承蒙领导不嫌弃我是一个初出茅庐什么都不懂的混小子，并接纳了我在单位工作，这是我走出幼稚圆的第一份工作，当然也少不了我在这里工作的头衔&amp;&amp;市场专员，大专我学的是机电一体化专业，对于单位给我安排的市场营销工作，刚开始我对于这份来之不易的工作真是有心拿的起，无心做的好，因为我没有接触过市场营销这一块专业，我都不知道做一些什么，做起来就相当吃力。在我不解与困惑的同时，仅凭对市场工作的热情，单位的领导对我的成长倍感厚望，曾很多次找我谈心，提供我在工作精神上结实的信心和动力，伏案沉思这半年，简单归纳为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1.一切从零开始，积极学习市场运作有关方面的专业知识，努力做到专业知识程度向市场这方面发展;</w:t>
      </w:r>
      <w:r>
        <w:rPr>
          <w:lang w:eastAsia="zh-CN"/>
        </w:rPr>
        <w:br/>
      </w:r>
      <w:r>
        <w:rPr>
          <w:lang w:eastAsia="zh-CN"/>
        </w:rPr>
        <w:t>　　2.积极完成领导安排的有关工作，做到工作上有问题及时向领导寻求解决问题的方案，不懂就问，努力把工作做好;</w:t>
      </w:r>
      <w:r>
        <w:rPr>
          <w:lang w:eastAsia="zh-CN"/>
        </w:rPr>
        <w:br/>
      </w:r>
      <w:r>
        <w:rPr>
          <w:lang w:eastAsia="zh-CN"/>
        </w:rPr>
        <w:t>　　3.工作于实际相符合，调研市场前景，并做好相应的市场计划;</w:t>
      </w:r>
      <w:r>
        <w:rPr>
          <w:lang w:eastAsia="zh-CN"/>
        </w:rPr>
        <w:br/>
      </w:r>
      <w:r>
        <w:rPr>
          <w:lang w:eastAsia="zh-CN"/>
        </w:rPr>
        <w:t>　　4.分析市场需求，寻求招生市场关键在于哪，对市场的认识也有一个比较透明的掌握，并做好市场月报表;</w:t>
      </w:r>
      <w:r>
        <w:rPr>
          <w:lang w:eastAsia="zh-CN"/>
        </w:rPr>
        <w:br/>
      </w:r>
      <w:r>
        <w:rPr>
          <w:lang w:eastAsia="zh-CN"/>
        </w:rPr>
        <w:t>　　5.在不断的学习知识和积累经验的同时，自己的能力，业务水平都比以前有了一个较大幅度的提高;</w:t>
      </w:r>
      <w:r>
        <w:rPr>
          <w:lang w:eastAsia="zh-CN"/>
        </w:rPr>
        <w:br/>
      </w:r>
      <w:r>
        <w:rPr>
          <w:lang w:eastAsia="zh-CN"/>
        </w:rPr>
        <w:t>　　6.在每个月里设计好当月招生广告，如：广告纸、调幅、写真广告等，并积极的投入到市场的运作;</w:t>
      </w:r>
      <w:r>
        <w:rPr>
          <w:lang w:eastAsia="zh-CN"/>
        </w:rPr>
        <w:br/>
      </w:r>
      <w:r>
        <w:rPr>
          <w:lang w:eastAsia="zh-CN"/>
        </w:rPr>
        <w:t>　　7.对于市场活动，如讲座、校外设点宣传，能很好的做好市场活动的策划，并执行;</w:t>
      </w:r>
      <w:r>
        <w:rPr>
          <w:lang w:eastAsia="zh-CN"/>
        </w:rPr>
        <w:br/>
      </w:r>
      <w:r>
        <w:rPr>
          <w:lang w:eastAsia="zh-CN"/>
        </w:rPr>
        <w:t>　　8.知彼知己，百战不殆调研当地其他培训同行的有关动态，分析效果，可行性时加以模仿;</w:t>
      </w:r>
      <w:r>
        <w:rPr>
          <w:lang w:eastAsia="zh-CN"/>
        </w:rPr>
        <w:br/>
      </w:r>
      <w:r>
        <w:rPr>
          <w:lang w:eastAsia="zh-CN"/>
        </w:rPr>
        <w:t>　　部门工作总结:</w:t>
      </w:r>
      <w:r>
        <w:rPr>
          <w:lang w:eastAsia="zh-CN"/>
        </w:rPr>
        <w:br/>
      </w:r>
      <w:r>
        <w:rPr>
          <w:lang w:eastAsia="zh-CN"/>
        </w:rPr>
        <w:t>　　20__年6月30日，__市场部门成立了，在将近半年时间内，逐步开展市场工作，从什么都没有的市场部，渐渐的在单位中成长，做到市场工作先调查，其次汇报，接着计划，再执行，最后是总结提炼，现在所需的资料都可以拿出，迎接总部考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单位业绩上可以知道我们市场部门是做的不好的，因为今年的招生业绩基本是和去年持平，对于当地的一些小型电脑培训机构来说，地理环境优势、学校师资都在我们之下，对手只有在项目学费上往下调，这给我们的市场带来一定的冲击。我们稳站当地市场那是一个必然性。</w:t>
      </w:r>
      <w:r>
        <w:rPr>
          <w:lang w:eastAsia="zh-CN"/>
        </w:rPr>
        <w:br/>
      </w:r>
      <w:r>
        <w:rPr>
          <w:lang w:eastAsia="zh-CN"/>
        </w:rPr>
        <w:t>　　下面我对我们部门的工作做一下归纳：</w:t>
      </w:r>
      <w:r>
        <w:rPr>
          <w:lang w:eastAsia="zh-CN"/>
        </w:rPr>
        <w:br/>
      </w:r>
      <w:r>
        <w:rPr>
          <w:lang w:eastAsia="zh-CN"/>
        </w:rPr>
        <w:t>　　1.部门建设：部门刚刚启动，市场体系还不是很完整，可是开展市场工作人员严重不足;</w:t>
      </w:r>
      <w:r>
        <w:rPr>
          <w:lang w:eastAsia="zh-CN"/>
        </w:rPr>
        <w:br/>
      </w:r>
      <w:r>
        <w:rPr>
          <w:lang w:eastAsia="zh-CN"/>
        </w:rPr>
        <w:t>　　2.部门人员培训：经过大半年的打磨，并参加总部安排的有关市场业务规范及市场运作规范的培训已经有很多次，已基本上掌握了市场招生工作，但业务技能及专业精神方面仍需加强。由于部门人员少、任务重，故专业技能培训不够。</w:t>
      </w:r>
      <w:r>
        <w:rPr>
          <w:lang w:eastAsia="zh-CN"/>
        </w:rPr>
        <w:br/>
      </w:r>
      <w:r>
        <w:rPr>
          <w:lang w:eastAsia="zh-CN"/>
        </w:rPr>
        <w:t>　　3.部门工作数据分析：在工作上对于市场数据分析是非常不足的，因为市场招生就是我们的工作，如果学生来报名了，可是我们还不知道他是怎么知道我校有相关的培训项目;</w:t>
      </w:r>
      <w:r>
        <w:rPr>
          <w:lang w:eastAsia="zh-CN"/>
        </w:rPr>
        <w:br/>
      </w:r>
      <w:r>
        <w:rPr>
          <w:lang w:eastAsia="zh-CN"/>
        </w:rPr>
        <w:t>　　4.部门工作情况：工作没有一个很明确的目标和详细的计划，市场人远没有养成一个写工作总结和计划的习惯;</w:t>
      </w:r>
      <w:r>
        <w:rPr>
          <w:lang w:eastAsia="zh-CN"/>
        </w:rPr>
        <w:br/>
      </w:r>
      <w:r>
        <w:rPr>
          <w:lang w:eastAsia="zh-CN"/>
        </w:rPr>
        <w:t>　　5.部门创新性：新业务的开拓不够，业务增长小，业务能力还有待提高;</w:t>
      </w:r>
      <w:r>
        <w:rPr>
          <w:lang w:eastAsia="zh-CN"/>
        </w:rPr>
        <w:br/>
      </w:r>
      <w:r>
        <w:rPr>
          <w:lang w:eastAsia="zh-CN"/>
        </w:rPr>
        <w:t>　　6.整顿单位内部市场品牌资料，迎接总部考核;</w:t>
      </w:r>
      <w:r>
        <w:rPr>
          <w:lang w:eastAsia="zh-CN"/>
        </w:rPr>
        <w:br/>
      </w:r>
      <w:r>
        <w:rPr>
          <w:lang w:eastAsia="zh-CN"/>
        </w:rPr>
        <w:t xml:space="preserve">    市场客服试用期个人总结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司客服部在总、省公司客服部的科学有力指导下，紧密围绕公司总经理室提出的“抓稳定、夯基础、防风险、重效益、树品牌”的年度工作指导思想，坚持“以客户为中心”，以“管理升级、服务升级”为目标，不断强化服务意识、提升服务技能和创新特色附加值服务，在工作任务重、人员配备紧张的情况下，较好地完成了总(省)公司下达的各项任务</w:t>
      </w:r>
      <w:r>
        <w:rPr>
          <w:lang w:eastAsia="zh-CN"/>
        </w:rPr>
        <w:br/>
      </w:r>
      <w:r>
        <w:rPr>
          <w:lang w:eastAsia="zh-CN"/>
        </w:rPr>
        <w:t>　　指标，对提升公司服务质量、塑造企业品牌形象、促进一线业务发展发挥了重要作用。现将20年我部门工作情况汇报如下：</w:t>
      </w:r>
      <w:r>
        <w:rPr>
          <w:lang w:eastAsia="zh-CN"/>
        </w:rPr>
        <w:br/>
      </w:r>
      <w:r>
        <w:rPr>
          <w:lang w:eastAsia="zh-CN"/>
        </w:rPr>
        <w:t>　　一、工作基本完成情况：</w:t>
      </w:r>
      <w:r>
        <w:rPr>
          <w:lang w:eastAsia="zh-CN"/>
        </w:rPr>
        <w:br/>
      </w:r>
      <w:r>
        <w:rPr>
          <w:lang w:eastAsia="zh-CN"/>
        </w:rPr>
        <w:t>　　20年，我司客服部在上级的正确领导和直接(大力)支持下，紧紧围绕公司总体发展目标，注重部门规范管理，主动靠前服务一线，延伸放大客服职能，实现了客户满意、领导认可、自身提高的预期目标，为我公司业务发展提供了良好的后援保障。</w:t>
      </w:r>
      <w:r>
        <w:rPr>
          <w:lang w:eastAsia="zh-CN"/>
        </w:rPr>
        <w:br/>
      </w:r>
      <w:r>
        <w:rPr>
          <w:lang w:eastAsia="zh-CN"/>
        </w:rPr>
        <w:t>　　(一)、建章立制，注重夯实工作基础</w:t>
      </w:r>
      <w:r>
        <w:rPr>
          <w:lang w:eastAsia="zh-CN"/>
        </w:rPr>
        <w:br/>
      </w:r>
      <w:r>
        <w:rPr>
          <w:lang w:eastAsia="zh-CN"/>
        </w:rPr>
        <w:t>　　20年，为进一步提高工作效率、提升服务技能、规范业务处理、提升客服满意度，我部建立健全了一系列管理规范：</w:t>
      </w:r>
      <w:r>
        <w:rPr>
          <w:lang w:eastAsia="zh-CN"/>
        </w:rPr>
        <w:br/>
      </w:r>
      <w:r>
        <w:rPr>
          <w:lang w:eastAsia="zh-CN"/>
        </w:rPr>
        <w:t>　　1、建立了客户服务工作日志，规定所属人员对每日工作详情以及需上级或其它部门关注的事项进行记载备案和及时反映、反馈;针对工作中暴露的问题，部门负责人要定期不定期进行总结梳理、制定措施、有效应对、防范风险。</w:t>
      </w:r>
      <w:r>
        <w:rPr>
          <w:lang w:eastAsia="zh-CN"/>
        </w:rPr>
        <w:br/>
      </w:r>
      <w:r>
        <w:rPr>
          <w:lang w:eastAsia="zh-CN"/>
        </w:rPr>
        <w:t>　　2、建立了客户服务差错考核制度，严格客服人员工作流程，对工作中出现的问题或差错实时记载，定期进行汇总、讲评、反馈，并作为考评的重要依据。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3、严格按照总公司相关要求，对客户回访、客户投诉、二线业务处理流程和问题件跟踪处理等客服制度及流程进行了全面梳理和修订完善。</w:t>
      </w:r>
      <w:r>
        <w:rPr>
          <w:lang w:eastAsia="zh-CN"/>
        </w:rPr>
        <w:br/>
      </w:r>
      <w:r>
        <w:rPr>
          <w:lang w:eastAsia="zh-CN"/>
        </w:rPr>
        <w:t>　　4、针对我司客服部新员工多、工作职能不熟悉的情况，按照总经理室的要求，我部于对全区客户服务人员履职尽责进行了全面摸底，建立了员工档案，科学细化了客服岗位职责，逐一明晰了人员奖惩指标，极大地提高了客服人员的工作积极性和主动性。</w:t>
      </w:r>
      <w:r>
        <w:rPr>
          <w:lang w:eastAsia="zh-CN"/>
        </w:rPr>
        <w:br/>
      </w:r>
      <w:r>
        <w:rPr>
          <w:lang w:eastAsia="zh-CN"/>
        </w:rPr>
        <w:t>　　(二)防控风险、高度重视回访工作</w:t>
      </w:r>
      <w:r>
        <w:rPr>
          <w:lang w:eastAsia="zh-CN"/>
        </w:rPr>
        <w:br/>
      </w:r>
      <w:r>
        <w:rPr>
          <w:lang w:eastAsia="zh-CN"/>
        </w:rPr>
        <w:t>　　20年，我司客服部始终把回访工作作为防范经营风险、确保公司业务持续健康发展的重要抓手，努力做好回访工作。</w:t>
      </w:r>
      <w:r>
        <w:rPr>
          <w:lang w:eastAsia="zh-CN"/>
        </w:rPr>
        <w:br/>
      </w:r>
      <w:r>
        <w:rPr>
          <w:lang w:eastAsia="zh-CN"/>
        </w:rPr>
        <w:t>　　1、在公司总经理室的高度重视、有力领导下，我部对公司回访工作中的重点、难点进行了梳理，针对一些簿弱环节加强改进，并对出现的问题制定了整改措施。</w:t>
      </w:r>
      <w:r>
        <w:rPr>
          <w:lang w:eastAsia="zh-CN"/>
        </w:rPr>
        <w:br/>
      </w:r>
      <w:r>
        <w:rPr>
          <w:lang w:eastAsia="zh-CN"/>
        </w:rPr>
        <w:t>　　2、加强对问题件的跟踪处理，与公司司各部门进行协调沟通，强势控制因问题件可能引发的一系列有损公司形象的负面效应，确保了公司业务的持续健康发展。</w:t>
      </w:r>
      <w:r>
        <w:rPr>
          <w:lang w:eastAsia="zh-CN"/>
        </w:rPr>
        <w:br/>
      </w:r>
      <w:r>
        <w:rPr>
          <w:lang w:eastAsia="zh-CN"/>
        </w:rPr>
        <w:t>　　3、适时制定总、省公司的相关文件要求，重点宣传客户服务工作的重点难点，提供客户服务信息，通报各类违规违纪现象。</w:t>
      </w:r>
      <w:r>
        <w:rPr>
          <w:lang w:eastAsia="zh-CN"/>
        </w:rPr>
        <w:br/>
      </w:r>
      <w:r>
        <w:rPr>
          <w:lang w:eastAsia="zh-CN"/>
        </w:rPr>
        <w:t>　　4、及时对回访工作进行准确的分析，将客服工作主动融入一线展业、后台支援等各项工作中，为公司有针对性地开展运营管理提供科学合理的数据支撑。</w:t>
      </w:r>
      <w:r>
        <w:rPr>
          <w:lang w:eastAsia="zh-CN"/>
        </w:rPr>
        <w:br/>
      </w:r>
      <w:r>
        <w:rPr>
          <w:lang w:eastAsia="zh-CN"/>
        </w:rPr>
        <w:t>　　(三)、诚信服务，稳妥处理客户投诉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工作中，我部的工作人员始终牢记“顾客至上，服务第一”的工作“专业、真诚、感动、超越”与公司“成己为人，成人达己”的企业文化有机地结合起来，做好每项服务工作，在保障客户利益的同时，又维护了公司的形象。</w:t>
      </w:r>
      <w:r>
        <w:rPr>
          <w:lang w:eastAsia="zh-CN"/>
        </w:rPr>
        <w:br/>
      </w:r>
      <w:r>
        <w:rPr>
          <w:lang w:eastAsia="zh-CN"/>
        </w:rPr>
        <w:t>　　(四)、立足本职工作，树立国寿品牌形象</w:t>
      </w:r>
      <w:r>
        <w:rPr>
          <w:lang w:eastAsia="zh-CN"/>
        </w:rPr>
        <w:br/>
      </w:r>
      <w:r>
        <w:rPr>
          <w:lang w:eastAsia="zh-CN"/>
        </w:rPr>
        <w:t>　　20年我部在做好基础工作的同时，按照总省公司的相关要求，陆续开展了“3.15消费者维权日”、“6.16”国寿客户节、“精彩无限、鹤卡相伴”感恩系列活动、“国寿大讲堂”、“健康好帮手”、特约商家专场活动、vip客户华西专场体检等等回馈客户的活动，通过系列活动的开展，大力宣传“国寿1+n”服务品牌，树立公司的品牌形象，增强公司的市场竞争力。</w:t>
      </w:r>
      <w:r>
        <w:rPr>
          <w:lang w:eastAsia="zh-CN"/>
        </w:rPr>
        <w:br/>
      </w:r>
      <w:r>
        <w:rPr>
          <w:lang w:eastAsia="zh-CN"/>
        </w:rPr>
        <w:t>　　(五)、努力学习，提升部门工作人员的工作能力及自身素质，同时加强与各营销部门的协调沟通，紧密配合销售部门的工作。</w:t>
      </w:r>
      <w:r>
        <w:rPr>
          <w:lang w:eastAsia="zh-CN"/>
        </w:rPr>
        <w:br/>
      </w:r>
      <w:r>
        <w:rPr>
          <w:lang w:eastAsia="zh-CN"/>
        </w:rPr>
        <w:t>　　1、我部利用多种形式加强各员工的业务技能培训，加强客服人员的学习能力、专业能力、沟通能力和执行能力等，建立一支高素质的客服队伍，提升了全员整体综合素质，增强了客户和销售人员的客服满意度。</w:t>
      </w:r>
      <w:r>
        <w:rPr>
          <w:lang w:eastAsia="zh-CN"/>
        </w:rPr>
        <w:br/>
      </w:r>
      <w:r>
        <w:rPr>
          <w:lang w:eastAsia="zh-CN"/>
        </w:rPr>
        <w:t>　　2、为了更好地与销售部门做好协调沟通工作，促进公司的业务发展，我部开展了多次培训进职场的机会，认真聆听业务伙伴的问题和需求，同时听取销售部门的意见和建议，对工作的一些不足之处加以总结改正，进一步提升服务水平。为协助业务的发展，客服部对各公司销售部门进行了客户资源数据分析需求的调研，以便为各展业团队提供目标客户信息。</w:t>
      </w:r>
      <w:r>
        <w:rPr>
          <w:lang w:eastAsia="zh-CN"/>
        </w:rPr>
        <w:br/>
      </w:r>
      <w:r>
        <w:rPr>
          <w:lang w:eastAsia="zh-CN"/>
        </w:rPr>
        <w:t xml:space="preserve">    市场客服试用期个人总结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转瞬20__年我正在_的进修、试用曾经完毕，为了更好的展开接上去的任务，我就试用期的任务做一个片面而详确的总结，目标正在于汲取经验、进步本人，以致于把接上去的任务做的更好，实现公司下达的发卖义务以及各项任务。</w:t>
      </w:r>
      <w:r>
        <w:rPr>
          <w:lang w:eastAsia="zh-CN"/>
        </w:rPr>
        <w:br/>
      </w:r>
      <w:r>
        <w:rPr>
          <w:lang w:eastAsia="zh-CN"/>
        </w:rPr>
        <w:t>　　1、试用期实现的任务</w:t>
      </w:r>
      <w:r>
        <w:rPr>
          <w:lang w:eastAsia="zh-CN"/>
        </w:rPr>
        <w:br/>
      </w:r>
      <w:r>
        <w:rPr>
          <w:lang w:eastAsia="zh-CN"/>
        </w:rPr>
        <w:t>　　1、发卖状况</w:t>
      </w:r>
      <w:r>
        <w:rPr>
          <w:lang w:eastAsia="zh-CN"/>
        </w:rPr>
        <w:br/>
      </w:r>
      <w:r>
        <w:rPr>
          <w:lang w:eastAsia="zh-CN"/>
        </w:rPr>
        <w:t>　　上半年正在公司各级指导的密切关心以及精确指导下，及经销商的通力合作下，_市场实现发卖额_万元，回款率为_%；高档酒占总发卖额的_%，此中以_、_、_发卖为主；中档酒占总发卖额的_%次要以_及_为主；此中_月份发卖额为_万元，占总发卖额的_%；_月份发卖额为_万元占总发卖额的_%；_月份发卖额为_万元，占总发卖额的_%。</w:t>
      </w:r>
      <w:r>
        <w:rPr>
          <w:lang w:eastAsia="zh-CN"/>
        </w:rPr>
        <w:br/>
      </w:r>
      <w:r>
        <w:rPr>
          <w:lang w:eastAsia="zh-CN"/>
        </w:rPr>
        <w:t>　　2、市场办理、市场保护</w:t>
      </w:r>
      <w:r>
        <w:rPr>
          <w:lang w:eastAsia="zh-CN"/>
        </w:rPr>
        <w:br/>
      </w:r>
      <w:r>
        <w:rPr>
          <w:lang w:eastAsia="zh-CN"/>
        </w:rPr>
        <w:t>　　依据公司规则的发卖地区以及市场零售价，对于经销商的发货地区以及发货价钱停止管控以及监视，催促其履行一致零售价，必定水平上根绝了高价推销以及倒窜货行动的发作。</w:t>
      </w:r>
      <w:r>
        <w:rPr>
          <w:lang w:eastAsia="zh-CN"/>
        </w:rPr>
        <w:br/>
      </w:r>
      <w:r>
        <w:rPr>
          <w:lang w:eastAsia="zh-CN"/>
        </w:rPr>
        <w:t>　　经过对于各个发卖终端长期的交换以及领导，并分离公司的营销战略，正在各终端张贴了舍患上酒一致的_价钱标签，使产物的发卖价钱契合公司指点价。依照公司对于_摆设的请求停止产物摆设，并发动以及帮忙店方使产物坚持洁净整齐。正在店面以及柜台洁净划一、对于我公司产物的摆设停止了响应赠予政策宣扬，使其到达应用终端货架资本停止品牌宣扬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3、市场开辟状况</w:t>
      </w:r>
      <w:r>
        <w:rPr>
          <w:lang w:eastAsia="zh-CN"/>
        </w:rPr>
        <w:br/>
      </w:r>
      <w:r>
        <w:rPr>
          <w:lang w:eastAsia="zh-CN"/>
        </w:rPr>
        <w:t>　　上半年开辟_统共31家。局部新开辟网点是_区较年夜范围商超，关于我公司产物摆设较为完全，由低端至高端酒均有差别水平的上柜；其余新增网点为_区中小批发终端，所上产物次要会合正在中高档产物区。</w:t>
      </w:r>
      <w:r>
        <w:rPr>
          <w:lang w:eastAsia="zh-CN"/>
        </w:rPr>
        <w:br/>
      </w:r>
      <w:r>
        <w:rPr>
          <w:lang w:eastAsia="zh-CN"/>
        </w:rPr>
        <w:t>　　4、品牌宣扬、推行</w:t>
      </w:r>
      <w:r>
        <w:rPr>
          <w:lang w:eastAsia="zh-CN"/>
        </w:rPr>
        <w:br/>
      </w:r>
      <w:r>
        <w:rPr>
          <w:lang w:eastAsia="zh-CN"/>
        </w:rPr>
        <w:t>　　为了进步花费者对于“_”的认知度，建立品牌抽象，进一步树立花费者的品牌忠实度，依据公司规则的一致宣扬标示，正在人流量年夜、收视率高的地段及买卖比拟好的门市部，张贴_宣扬海报_余张，联络并帮忙告白公司制造百般告白宣扬牌_家，现已经制造实现_家；关于公司的游览观赏政策停止了主动无效的落实与人数统计，主动共同公司对于_区客户到本公司游览观赏的导游任务，这次一系列任务对于公司的汗青文明有很好的宣扬感化无力晋升了品牌抽象及品牌认知度，让故乡国民进一步看法与理解我公司。</w:t>
      </w:r>
      <w:r>
        <w:rPr>
          <w:lang w:eastAsia="zh-CN"/>
        </w:rPr>
        <w:br/>
      </w:r>
      <w:r>
        <w:rPr>
          <w:lang w:eastAsia="zh-CN"/>
        </w:rPr>
        <w:t>　　5、发卖数据办理</w:t>
      </w:r>
      <w:r>
        <w:rPr>
          <w:lang w:eastAsia="zh-CN"/>
        </w:rPr>
        <w:br/>
      </w:r>
      <w:r>
        <w:rPr>
          <w:lang w:eastAsia="zh-CN"/>
        </w:rPr>
        <w:t>　　依据公司年终的一致请求美满了各种发卖数据办理任务，树立了经销商拉货台帐及经销商发卖统计表，并实时报送发卖周报表、发卖月报表，各种发卖数据档案都采纳纸质以及电子版两种方式保管，使患上的每个月方案愈加主观、精确。正在每个月月尾对于本月及累计的发卖状况辨别从经销商、单品、产物构造等多少个方面停止汇总剖析，以便于愈加精确主观地反应市场状况，指点当前的发卖任务。</w:t>
      </w:r>
      <w:r>
        <w:rPr>
          <w:lang w:eastAsia="zh-CN"/>
        </w:rPr>
        <w:br/>
      </w:r>
    </w:p>
    <w:p w:rsidR="001B1F19" w14:textId="27C3F48A">
      <w:pPr>
        <w:rPr>
          <w:rFonts w:hint="eastAsia"/>
          <w:lang w:eastAsia="zh-CN"/>
        </w:rPr>
      </w:pPr>
      <w:r>
        <w:rPr>
          <w:lang w:eastAsia="zh-CN"/>
        </w:rPr>
        <w:t>　　6、市场合作品牌查询拜访统计状况</w:t>
      </w:r>
      <w:r>
        <w:rPr>
          <w:lang w:eastAsia="zh-CN"/>
        </w:rPr>
        <w:br/>
      </w:r>
      <w:r>
        <w:rPr>
          <w:lang w:eastAsia="zh-CN"/>
        </w:rPr>
        <w:t>　　依据现有市场查询拜访统计患上出，_、_、_及_等系列酒是我公司中低端产物的次要合作品牌，特别是低端精装酒傍边以_、_酒为我公司低端市场的无力合作者，其市场据有率高，市场畅通流畅速率快，很年夜水平上影响了我公司_、_的市场据有率及市场畅通流畅，这也为我公司低端精装产物的推行配置了宏大妨碍。</w:t>
      </w:r>
      <w:r>
        <w:rPr>
          <w:lang w:eastAsia="zh-CN"/>
        </w:rPr>
        <w:br/>
      </w:r>
      <w:r>
        <w:rPr>
          <w:lang w:eastAsia="zh-CN"/>
        </w:rPr>
        <w:t>　　_公司比来履行市场优惠政策：延续或者一次性进_、_等系列酒达_元可取得_一台，达_万元可取得代价_元_一台。</w:t>
      </w:r>
      <w:r>
        <w:rPr>
          <w:lang w:eastAsia="zh-CN"/>
        </w:rPr>
        <w:br/>
      </w:r>
      <w:r>
        <w:rPr>
          <w:lang w:eastAsia="zh-CN"/>
        </w:rPr>
        <w:t>　　_以单品单行_盒为基准，摆设_种及_种以上产物送_。</w:t>
      </w:r>
      <w:r>
        <w:rPr>
          <w:lang w:eastAsia="zh-CN"/>
        </w:rPr>
        <w:br/>
      </w:r>
      <w:r>
        <w:rPr>
          <w:lang w:eastAsia="zh-CN"/>
        </w:rPr>
        <w:t>　　2、任务计划</w:t>
      </w:r>
      <w:r>
        <w:rPr>
          <w:lang w:eastAsia="zh-CN"/>
        </w:rPr>
        <w:br/>
      </w:r>
      <w:r>
        <w:rPr>
          <w:lang w:eastAsia="zh-CN"/>
        </w:rPr>
        <w:t>　　虽然正在试用期傍边做了少量的任务，但因为我处置发卖任务工夫较短，缺少营销任务的常识、经历以及本领，使患上有些方面的任务做的没有到位。鉴于此，我预备正在接上去的任务中从如下多少个方面动手，尽快进步本身营业才能，做好各项任务。</w:t>
      </w:r>
      <w:r>
        <w:rPr>
          <w:lang w:eastAsia="zh-CN"/>
        </w:rPr>
        <w:br/>
      </w:r>
      <w:r>
        <w:rPr>
          <w:lang w:eastAsia="zh-CN"/>
        </w:rPr>
        <w:t>　　1、积极进修，进步营业水品</w:t>
      </w:r>
      <w:r>
        <w:rPr>
          <w:lang w:eastAsia="zh-CN"/>
        </w:rPr>
        <w:br/>
      </w:r>
      <w:r>
        <w:rPr>
          <w:lang w:eastAsia="zh-CN"/>
        </w:rPr>
        <w:t>　　其一是抽工夫经过各类渠道往进修营销方面（特别是_营销方面）的常识，进修一些乐成营销案例以及前沿的营销办法，使本人的营销任务有必定的常识支持。其二是常常向公司指导、各地区营业和市场上其余各行业营销职员讨教、交换以及进修，使本人从营业程度、市场运作以及掌握到人际来往等方方面面都有一个年夜幅度的晋升。</w:t>
      </w:r>
      <w:r>
        <w:rPr>
          <w:lang w:eastAsia="zh-CN"/>
        </w:rPr>
        <w:br/>
      </w:r>
      <w:r>
        <w:rPr>
          <w:lang w:eastAsia="zh-CN"/>
        </w:rPr>
        <w:t>　　2、进一步拓展发卖渠道</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https://d.book118.com/766224021204010054</w:t>
        </w:r>
      </w:hyperlink>
    </w:p>
    <w:p w:rsidR="001B1F19">
      <w:pPr>
        <w:rPr>
          <w:rFonts w:hint="eastAsia"/>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6224021204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