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班主任初二下学期工作总结（30篇）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班主任初二下学期工作总结（精选30篇）</w:t>
      </w:r>
      <w:r>
        <w:rPr>
          <w:lang w:eastAsia="zh-CN"/>
        </w:rPr>
        <w:br/>
      </w:r>
      <w:r>
        <w:rPr>
          <w:lang w:eastAsia="zh-CN"/>
        </w:rPr>
        <w:t xml:space="preserve">    班主任初二下学期工作总结 篇1 </w:t>
      </w:r>
      <w:r>
        <w:rPr>
          <w:lang w:eastAsia="zh-CN"/>
        </w:rPr>
        <w:br/>
      </w:r>
      <w:r>
        <w:rPr>
          <w:lang w:eastAsia="zh-CN"/>
        </w:rPr>
        <w:t>　　时光如流水匆匆，初二的教学工作也已经结束了。在这个学期里，我依然作为初二(_)班的班主任以及语文老师进行着这个学期的工作。</w:t>
      </w:r>
      <w:r>
        <w:rPr>
          <w:lang w:eastAsia="zh-CN"/>
        </w:rPr>
        <w:br/>
      </w:r>
      <w:r>
        <w:rPr>
          <w:lang w:eastAsia="zh-CN"/>
        </w:rPr>
        <w:t>　　作为班主任，要管的事情是在是太多太多，还要准备每天的教学工作，有的时候实在是压得我有些喘不过气来。但是，看着现在同学们都在我们的教导之下茁壮成长，并且也有不少同学在学习中取得了不错的成绩，作为班主任，我也是十分的欣慰。虽然这段时间有过生气、有过疲倦，但是到了最后，这些都是值得的。</w:t>
      </w:r>
      <w:r>
        <w:rPr>
          <w:lang w:eastAsia="zh-CN"/>
        </w:rPr>
        <w:br/>
      </w:r>
      <w:r>
        <w:rPr>
          <w:lang w:eastAsia="zh-CN"/>
        </w:rPr>
        <w:t>　　接下来，我们即将面对的就是初三年级的教学任务了，对学生来说，初三是最后的冲刺阶段，但是对我们老师来说，初三又何尝不是我们的加速阶段呢?身为班主任，我更要以身为则，在接下的来初三的时间里，坚守好_班的规矩，引导好学生们在最后的冲刺中向着目标笔直的前进!但是以身为则自己就必须达到“尺”的标准，为此，我在这里总结上学期的工作，希望能让自己成为更加称职的“尺”!我的初二下学期工作过总结如下：</w:t>
      </w:r>
      <w:r>
        <w:rPr>
          <w:lang w:eastAsia="zh-CN"/>
        </w:rPr>
        <w:br/>
      </w:r>
      <w:r>
        <w:rPr>
          <w:lang w:eastAsia="zh-CN"/>
        </w:rPr>
        <w:t>　　一、在班级的管理方面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因为是初二的下学期了，虽然不是初三但也胜似初三，同学们的学习压力也在逐步的增大，班干部们的职责偶尔也会疏忽。在压力以及规则的放松下，不少的同学出现了学习懈怠的情况。这是最不能容许的!为了改正这些问题，我只能在边提醒班干部同学的情况下，多自己来巡视几次，也多在班会课上提醒了这样的问题。</w:t>
      </w:r>
      <w:r>
        <w:rPr>
          <w:lang w:eastAsia="zh-CN"/>
        </w:rPr>
        <w:br/>
      </w:r>
      <w:r>
        <w:rPr>
          <w:lang w:eastAsia="zh-CN"/>
        </w:rPr>
        <w:t>　　二、在教学方面</w:t>
      </w:r>
      <w:r>
        <w:rPr>
          <w:lang w:eastAsia="zh-CN"/>
        </w:rPr>
        <w:br/>
      </w:r>
      <w:r>
        <w:rPr>
          <w:lang w:eastAsia="zh-CN"/>
        </w:rPr>
        <w:t>　　作为一个班主任的同时，我也是一名语文教师，在这个学期的语文教学上我作为班主任自然是要作为典范，在课堂的纪律方面我是从不放松，也从不让自己在课堂上出现什么问题。</w:t>
      </w:r>
      <w:r>
        <w:rPr>
          <w:lang w:eastAsia="zh-CN"/>
        </w:rPr>
        <w:br/>
      </w:r>
      <w:r>
        <w:rPr>
          <w:lang w:eastAsia="zh-CN"/>
        </w:rPr>
        <w:t>　　在初二的教学方式上面，还是在教学之后以背诵和朗诵为主。语文的提高只能靠积累和体会，所以我常常找一些范例的阅读题目来让同学们先自己体会，之后再带着他们跟着自己的思路再走一遍。靠着这样反复的体会来提升学生们的阅读理解能力，也能多累积一些好词好句。</w:t>
      </w:r>
      <w:r>
        <w:rPr>
          <w:lang w:eastAsia="zh-CN"/>
        </w:rPr>
        <w:br/>
      </w:r>
      <w:r>
        <w:rPr>
          <w:lang w:eastAsia="zh-CN"/>
        </w:rPr>
        <w:t>　　三、不足</w:t>
      </w:r>
      <w:r>
        <w:rPr>
          <w:lang w:eastAsia="zh-CN"/>
        </w:rPr>
        <w:br/>
      </w:r>
      <w:r>
        <w:rPr>
          <w:lang w:eastAsia="zh-CN"/>
        </w:rPr>
        <w:t>　　虽然是班主任，虽然我一直都在认真的做好自己的工作，但是我不得不感叹一句：“人无完人。”虽然我是那么的想圆满的完成自己的工作，但是班主任的琐事实在是太多太多了，小到班级的卫生，大到班级的学习，这些事情累积起来总是能让我头昏脑涨。但是作为班主任，这样的情况是不行的，我会在接下来的工作中，好好的记好备忘录，再不会让自己犯下因为迷糊而犯下的错误。</w:t>
      </w:r>
      <w:r>
        <w:rPr>
          <w:lang w:eastAsia="zh-CN"/>
        </w:rPr>
        <w:br/>
      </w:r>
      <w:r>
        <w:rPr>
          <w:lang w:eastAsia="zh-CN"/>
        </w:rPr>
        <w:t xml:space="preserve">    班主任初二下学期工作总结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针对理补班在学校的特殊地位和重要性，为了配合学校的德育工作和高考任务，我主要做了以下工作：</w:t>
      </w:r>
      <w:r>
        <w:rPr>
          <w:lang w:eastAsia="zh-CN"/>
        </w:rPr>
        <w:br/>
      </w:r>
      <w:r>
        <w:rPr>
          <w:lang w:eastAsia="zh-CN"/>
        </w:rPr>
        <w:t>　　1、学习《高三年级暂行规定管理条例》，进行组织纪律教育，摆事实、讲道理，使大家明白纪律是学习的保证。</w:t>
      </w:r>
      <w:r>
        <w:rPr>
          <w:lang w:eastAsia="zh-CN"/>
        </w:rPr>
        <w:br/>
      </w:r>
      <w:r>
        <w:rPr>
          <w:lang w:eastAsia="zh-CN"/>
        </w:rPr>
        <w:t>　　2、为了使学生在思想品德、行为规范上有一个统一的认识，配合政教处的思想教育工作，我组织开展了《现代中学生应该有什么样的形象》的大讨论。同学们思维活跃、踊跃发言，发言大多是知识、科学、现代技术等与个人未来前途息息相关的内容，少数同学谈到要讲文明礼貌、要尊老爱幼、尊师重教。但很少有同学谈到要勤俭节约、热爱劳动、心胸宽广、团结同学、宽以待人等中华民族的优良品德。通过开展这次活动发现现代中学生对自我因有的想象是模糊的、有的甚至是困惑的。这个问题应该引起社会和教育部门、教育工作者等一切关心青少年成长的人们的重视。</w:t>
      </w:r>
      <w:r>
        <w:rPr>
          <w:lang w:eastAsia="zh-CN"/>
        </w:rPr>
        <w:br/>
      </w:r>
      <w:r>
        <w:rPr>
          <w:lang w:eastAsia="zh-CN"/>
        </w:rPr>
        <w:t>　　3、督促学生认真打扫教室和环境卫生并注意保护环境。</w:t>
      </w:r>
      <w:r>
        <w:rPr>
          <w:lang w:eastAsia="zh-CN"/>
        </w:rPr>
        <w:br/>
      </w:r>
      <w:r>
        <w:rPr>
          <w:lang w:eastAsia="zh-CN"/>
        </w:rPr>
        <w:t>　　4、讲清“两操”的重要性并督促检查。</w:t>
      </w:r>
      <w:r>
        <w:rPr>
          <w:lang w:eastAsia="zh-CN"/>
        </w:rPr>
        <w:br/>
      </w:r>
      <w:r>
        <w:rPr>
          <w:lang w:eastAsia="zh-CN"/>
        </w:rPr>
        <w:t>　　5、学习两年各省市学科状元的学习方法、复习方法。</w:t>
      </w:r>
      <w:r>
        <w:rPr>
          <w:lang w:eastAsia="zh-CN"/>
        </w:rPr>
        <w:br/>
      </w:r>
      <w:r>
        <w:rPr>
          <w:lang w:eastAsia="zh-CN"/>
        </w:rPr>
        <w:t>　　6、学习高考化学应试策略，提高应试能力。</w:t>
      </w:r>
      <w:r>
        <w:rPr>
          <w:lang w:eastAsia="zh-CN"/>
        </w:rPr>
        <w:br/>
      </w:r>
      <w:r>
        <w:rPr>
          <w:lang w:eastAsia="zh-CN"/>
        </w:rPr>
        <w:t>　　7、为了活跃同学门的课外生活，调节高考前的心理，使他们能轻松愉快的去迎接高考，我班再组织了一次丰富多彩的文艺联欢活动。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由于理补班学生来源复杂，而且男生较多，组织纪律观念淡泊，胆子大，思想工作难度较大，这些都给班级管理带来了许多困难。如“两操”、卫生的检查，宿舍的管理等。</w:t>
      </w:r>
      <w:r>
        <w:rPr>
          <w:lang w:eastAsia="zh-CN"/>
        </w:rPr>
        <w:br/>
      </w:r>
      <w:r>
        <w:rPr>
          <w:lang w:eastAsia="zh-CN"/>
        </w:rPr>
        <w:t>　　建议学校能针对补习班的特殊性制定一个切实可行的补习暂行管理条例。</w:t>
      </w:r>
      <w:r>
        <w:rPr>
          <w:lang w:eastAsia="zh-CN"/>
        </w:rPr>
        <w:br/>
      </w:r>
      <w:r>
        <w:rPr>
          <w:lang w:eastAsia="zh-CN"/>
        </w:rPr>
        <w:t>　　由于我的思想工作还做的不够认真仔细，工作方法欠佳，工作能力有限，所以理补班的管理工作还有许多不尽人意的地方。</w:t>
      </w:r>
      <w:r>
        <w:rPr>
          <w:lang w:eastAsia="zh-CN"/>
        </w:rPr>
        <w:br/>
      </w:r>
      <w:r>
        <w:rPr>
          <w:lang w:eastAsia="zh-CN"/>
        </w:rPr>
        <w:t xml:space="preserve">    班主任初二下学期工作总结 篇3 </w:t>
      </w:r>
      <w:r>
        <w:rPr>
          <w:lang w:eastAsia="zh-CN"/>
        </w:rPr>
        <w:br/>
      </w:r>
      <w:r>
        <w:rPr>
          <w:lang w:eastAsia="zh-CN"/>
        </w:rPr>
        <w:t>　　高二下半年，学生的学习时间比较短，学习任务比较重，做好学生的思想工作，端正学生的学习态度，进一步加强学生习惯的引导是本学期的工作重点。</w:t>
      </w:r>
      <w:r>
        <w:rPr>
          <w:lang w:eastAsia="zh-CN"/>
        </w:rPr>
        <w:br/>
      </w:r>
      <w:r>
        <w:rPr>
          <w:lang w:eastAsia="zh-CN"/>
        </w:rPr>
        <w:t>　　本班男生四十个，女生十八人，是一个管理起来相对于兄弟班有些复杂的工作。学生在经过两年的高中学习生活后，绝大多数人都明白自己的学习目标和学习任务，但仍有极少数学生因底子差，行为习惯差造成与其他同学的差距过大，逐渐养成了厌学弃学的念头，而且一天天在增加，特别是在经历大考和分班之后，有近十分之一的学生完全没有了努力向上的积极性，对学习没有欲望，自律性变差，这样下去，严重影响了班级的班风和学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针对这种情况，我在本学期采取了“先抚后教”的方式来对待这几个不大爱学习的学生。首先，个个击破。这几个学生经常聚在一起，做一些不符合高中生身份的事情，喝酒、抽烟时有发生，还常常有事没事的旷课迟到，已经达到了很嚣张的程度。为了不让他们互相勾通，我主动找他们一一谈话，了解他们对其他人的看法，再针对情况对他们进行引导；其次，先扬后抑。他们学习不行，但纪律性远比学习表现好的多，就紧紧盯着他们，只要在课堂上表现积极，就会给他们以鼓励和表扬，同时，再结合他们以前的表现，激起他们一天天变好的决心；最后，集体受教。借一两件典型事件，对一两个人犯的错误在班上通报，起到消除影响和震摄学生的作用，随后找机会与他们谈心，谈下我对他们近期表现的看法，让他们开展批评与自我批评，这样坚持下来，班上的“后进生”的消极态度和行为习惯有了质的改变，受到了学校领导的口头表扬。</w:t>
      </w:r>
      <w:r>
        <w:rPr>
          <w:lang w:eastAsia="zh-CN"/>
        </w:rPr>
        <w:br/>
      </w:r>
      <w:r>
        <w:rPr>
          <w:lang w:eastAsia="zh-CN"/>
        </w:rPr>
        <w:t>　　另外，学生处于青春的萌动期，我会适时的关注学生的感情动向，对于有异性倾向和悲观情绪的学生都加以积极的引导，不打压，不苛责，站在学生的角度看问题，转变老师“一刀切”的看法，努力让学生步入正确轨道。经过一学期的努力，学生普遍认识到情感问题对自己高三发展的不利影响，开始有目的的树立正确的人生观和价值观，根据自身情况，在确立奋斗目标的基础上发展健康的同窗友谊，以积极乐观的心态看待高三和生活中遇到的问题。</w:t>
      </w:r>
      <w:r>
        <w:rPr>
          <w:lang w:eastAsia="zh-CN"/>
        </w:rPr>
        <w:br/>
      </w:r>
      <w:r>
        <w:rPr>
          <w:lang w:eastAsia="zh-CN"/>
        </w:rPr>
        <w:t>　　最后，一如既往的抓好学生的纪律、班级卫生、仪容仪表，加强管理力度，力争每一个学生不掉队，不分心，成为一名合格的准高三学生。</w:t>
      </w:r>
      <w:r>
        <w:rPr>
          <w:lang w:eastAsia="zh-CN"/>
        </w:rPr>
        <w:br/>
      </w:r>
      <w:r>
        <w:rPr>
          <w:lang w:eastAsia="zh-CN"/>
        </w:rPr>
        <w:t>　　高三就要到了，希望自己和自己的学生能够以更加理性的姿态来迎接机遇和挑战，努力把班主任工作做到更好，落到实处。</w:t>
      </w:r>
      <w:r>
        <w:rPr>
          <w:lang w:eastAsia="zh-CN"/>
        </w:rPr>
        <w:br/>
      </w:r>
      <w:r>
        <w:rPr>
          <w:lang w:eastAsia="zh-CN"/>
        </w:rPr>
        <w:t>　　高二6班主任黄桥生</w:t>
      </w:r>
      <w:r>
        <w:rPr>
          <w:lang w:eastAsia="zh-CN"/>
        </w:rPr>
        <w:br/>
      </w:r>
      <w:r>
        <w:rPr>
          <w:lang w:eastAsia="zh-CN"/>
        </w:rPr>
        <w:t>　　20__年7月4日星期六</w:t>
      </w:r>
      <w:r>
        <w:rPr>
          <w:lang w:eastAsia="zh-CN"/>
        </w:rPr>
        <w:br/>
      </w:r>
      <w:r>
        <w:rPr>
          <w:lang w:eastAsia="zh-CN"/>
        </w:rPr>
        <w:t xml:space="preserve">    班主任初二下学期工作总结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本学期中，42班全体师生认真贯彻执行学校的教育工作计划以及有关文件精神，落实政教处和年级组各阶段班级工作任务，针对上学期存在的问题制定班主任老师工作计划，按时检查计划的落实。师生密切配合，圆满完成各项工作。现总结如下：</w:t>
      </w:r>
      <w:r>
        <w:rPr>
          <w:lang w:eastAsia="zh-CN"/>
        </w:rPr>
        <w:br/>
      </w:r>
      <w:r>
        <w:rPr>
          <w:lang w:eastAsia="zh-CN"/>
        </w:rPr>
        <w:t>　　1、认真抓好德育工作</w:t>
      </w:r>
      <w:r>
        <w:rPr>
          <w:lang w:eastAsia="zh-CN"/>
        </w:rPr>
        <w:br/>
      </w:r>
      <w:r>
        <w:rPr>
          <w:lang w:eastAsia="zh-CN"/>
        </w:rPr>
        <w:t>　　(1)通过家访了解学生生活环境和家庭学习情况，针对学生情况，做好思想工作。</w:t>
      </w:r>
      <w:r>
        <w:rPr>
          <w:lang w:eastAsia="zh-CN"/>
        </w:rPr>
        <w:br/>
      </w:r>
      <w:r>
        <w:rPr>
          <w:lang w:eastAsia="zh-CN"/>
        </w:rPr>
        <w:t>　　本学期进行了42次家访，最远的到芷村镇。通过家访了解大部分学生在家生活条件较好，无形中导致了学生学习竞争意识较差，学习主动性差，这是学生成绩没有质的突破的原因之一。学生在家中很少做家务事，这种潜在的懒惰意识，影响了在学校卫生、劳动方面不够积极;由于家长工作较忙，在家中监督子女学习的力度不够。有的家长认为，学生学习的好坏是学校和老师的责任，这是家长认识上的误区之一。家访让老师了解学生出现的很多问 题，有利于做好学生的思想工作，倍受家长的欢迎。</w:t>
      </w:r>
      <w:r>
        <w:rPr>
          <w:lang w:eastAsia="zh-CN"/>
        </w:rPr>
        <w:br/>
      </w:r>
      <w:r>
        <w:rPr>
          <w:lang w:eastAsia="zh-CN"/>
        </w:rPr>
        <w:t>　　(2)根据工作中出现的不同情况，及时举行相关的主题班会，共举行了六次主题班会：《由习惯谈起》、《班级以我为荣》、《中美撞机事件所想到的》、《懒》、《我看家访》、《校规与我们》。通过主题班会让学生看到自己的不足的方面，不断修正自己，提高各方面的能力，达到预期的效果。</w:t>
      </w:r>
      <w:r>
        <w:rPr>
          <w:lang w:eastAsia="zh-CN"/>
        </w:rPr>
        <w:br/>
      </w:r>
      <w:r>
        <w:rPr>
          <w:lang w:eastAsia="zh-CN"/>
        </w:rPr>
        <w:t>　　(3)组织召开了十二次班委会，鼓励和调动班委管理班级工作，培养了他们的社会工作能力。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(4)举行了两次家长座谈会，让家长了解学生在学校的情况，家长和老师共同教育学生。</w:t>
      </w:r>
      <w:r>
        <w:rPr>
          <w:lang w:eastAsia="zh-CN"/>
        </w:rPr>
        <w:br/>
      </w:r>
      <w:r>
        <w:rPr>
          <w:lang w:eastAsia="zh-CN"/>
        </w:rPr>
        <w:t>　　(5)进行《中学生守则》教育，加强《中学生日常行为规范》的教育与训练。</w:t>
      </w:r>
      <w:r>
        <w:rPr>
          <w:lang w:eastAsia="zh-CN"/>
        </w:rPr>
        <w:br/>
      </w:r>
      <w:r>
        <w:rPr>
          <w:lang w:eastAsia="zh-CN"/>
        </w:rPr>
        <w:t>　　(6)进行爱国主义和集体主义教育，加强班集体建设。通过集体活动(如卫生和劳动)创建一个团结、友爱、积极向上的班集体。</w:t>
      </w:r>
      <w:r>
        <w:rPr>
          <w:lang w:eastAsia="zh-CN"/>
        </w:rPr>
        <w:br/>
      </w:r>
      <w:r>
        <w:rPr>
          <w:lang w:eastAsia="zh-CN"/>
        </w:rPr>
        <w:t>　　(7)加强法制观念和安全教育，安全方面特别是交通安全和交通法规教育。</w:t>
      </w:r>
      <w:r>
        <w:rPr>
          <w:lang w:eastAsia="zh-CN"/>
        </w:rPr>
        <w:br/>
      </w:r>
      <w:r>
        <w:rPr>
          <w:lang w:eastAsia="zh-CN"/>
        </w:rPr>
        <w:t>　　(8)加强团支部建设(被评为文明团支部)和心理保健指导工作，进一步提高文明礼貌行为的水准。</w:t>
      </w:r>
      <w:r>
        <w:rPr>
          <w:lang w:eastAsia="zh-CN"/>
        </w:rPr>
        <w:br/>
      </w:r>
      <w:r>
        <w:rPr>
          <w:lang w:eastAsia="zh-CN"/>
        </w:rPr>
        <w:t>　　(9)关心住校生的学习生活，及时解决他们存在的生活问题。</w:t>
      </w:r>
      <w:r>
        <w:rPr>
          <w:lang w:eastAsia="zh-CN"/>
        </w:rPr>
        <w:br/>
      </w:r>
      <w:r>
        <w:rPr>
          <w:lang w:eastAsia="zh-CN"/>
        </w:rPr>
        <w:t>　　2、重视科学思维能力的培养，正确引导学生掌握科学的思维方法和学习方法，提高自学能力，掌握高中各学科内在联系，开展创造性的学习活动，特别是素质教育的实施，以适应今后的高中阶段学习任务。</w:t>
      </w:r>
      <w:r>
        <w:rPr>
          <w:lang w:eastAsia="zh-CN"/>
        </w:rPr>
        <w:br/>
      </w:r>
      <w:r>
        <w:rPr>
          <w:lang w:eastAsia="zh-CN"/>
        </w:rPr>
        <w:t>　　(1)针对上学期反映学习问题，及时开展学习方法指导，同时请本年级和高年级的好学生谈学习体会《谈谈高中阶段初始年级的学习的特点及方法》。这种方法对中等的学生帮助很大，在学习上进步飞速。</w:t>
      </w:r>
      <w:r>
        <w:rPr>
          <w:lang w:eastAsia="zh-CN"/>
        </w:rPr>
        <w:br/>
      </w:r>
      <w:r>
        <w:rPr>
          <w:lang w:eastAsia="zh-CN"/>
        </w:rPr>
        <w:t>　　(2)召开家长座谈会，研究如何帮助子女适应高中学习生活，家长和教师共同抓好学习。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(3)寻求各科老师的配合，任教老师作好各科各阶段学习方法的指导。使学生在各阶段存在学习困难得到任教师的帮助。</w:t>
      </w:r>
      <w:r>
        <w:rPr>
          <w:lang w:eastAsia="zh-CN"/>
        </w:rPr>
        <w:br/>
      </w:r>
      <w:r>
        <w:rPr>
          <w:lang w:eastAsia="zh-CN"/>
        </w:rPr>
        <w:t>　　(4)对学习有困难的学生及时给予帮助，同时与这部分学生一起分析，探索适应他们的科学的学习方法，订出切实可行措施，树立学习信心。</w:t>
      </w:r>
      <w:r>
        <w:rPr>
          <w:lang w:eastAsia="zh-CN"/>
        </w:rPr>
        <w:br/>
      </w:r>
      <w:r>
        <w:rPr>
          <w:lang w:eastAsia="zh-CN"/>
        </w:rPr>
        <w:t>　　(5)每一次考试组织学生进行学习方法的交流和学习心理咨询活动。</w:t>
      </w:r>
      <w:r>
        <w:rPr>
          <w:lang w:eastAsia="zh-CN"/>
        </w:rPr>
        <w:br/>
      </w:r>
      <w:r>
        <w:rPr>
          <w:lang w:eastAsia="zh-CN"/>
        </w:rPr>
        <w:t>　　(6)加强素质教育和创新教育，培养21世纪的有用人才。</w:t>
      </w:r>
      <w:r>
        <w:rPr>
          <w:lang w:eastAsia="zh-CN"/>
        </w:rPr>
        <w:br/>
      </w:r>
      <w:r>
        <w:rPr>
          <w:lang w:eastAsia="zh-CN"/>
        </w:rPr>
        <w:t>　　3、存在问题和不足</w:t>
      </w:r>
      <w:r>
        <w:rPr>
          <w:lang w:eastAsia="zh-CN"/>
        </w:rPr>
        <w:br/>
      </w:r>
      <w:r>
        <w:rPr>
          <w:lang w:eastAsia="zh-CN"/>
        </w:rPr>
        <w:t>　　(1)学风、班风没有达到预期目的，特别是班风和自己的计划有很大的差距。</w:t>
      </w:r>
      <w:r>
        <w:rPr>
          <w:lang w:eastAsia="zh-CN"/>
        </w:rPr>
        <w:br/>
      </w:r>
      <w:r>
        <w:rPr>
          <w:lang w:eastAsia="zh-CN"/>
        </w:rPr>
        <w:t>　　(2)卫生工作是我们班存在的老问题，卫生评分只能处在学校的中等水平。</w:t>
      </w:r>
      <w:r>
        <w:rPr>
          <w:lang w:eastAsia="zh-CN"/>
        </w:rPr>
        <w:br/>
      </w:r>
      <w:r>
        <w:rPr>
          <w:lang w:eastAsia="zh-CN"/>
        </w:rPr>
        <w:t>　　(3)部分学生学习方法不适应高中学习方法，个别学生缺乏学习的动力，在这方面的引导工作差。</w:t>
      </w:r>
      <w:r>
        <w:rPr>
          <w:lang w:eastAsia="zh-CN"/>
        </w:rPr>
        <w:br/>
      </w:r>
      <w:r>
        <w:rPr>
          <w:lang w:eastAsia="zh-CN"/>
        </w:rPr>
        <w:t>　　(4)部分学生集体主义观点淡薄，特别是在卫生劳动中表现较差，个别学生随意不参加卫生劳动时，处理力度不强。</w:t>
      </w:r>
      <w:r>
        <w:rPr>
          <w:lang w:eastAsia="zh-CN"/>
        </w:rPr>
        <w:br/>
      </w:r>
      <w:r>
        <w:rPr>
          <w:lang w:eastAsia="zh-CN"/>
        </w:rPr>
        <w:t>　　(5)违纪学生存在如迟到、缺交作业和不配戴胸卡学生时时存在，特别是迟到方面，见效差，改进办法不好。</w:t>
      </w:r>
      <w:r>
        <w:rPr>
          <w:lang w:eastAsia="zh-CN"/>
        </w:rPr>
        <w:br/>
      </w:r>
      <w:r>
        <w:rPr>
          <w:lang w:eastAsia="zh-CN"/>
        </w:rPr>
        <w:t>　　(6)上晚自习部分学生讲小话是本班存在的老问题之一。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总之班主任老师是班集体的组织者、教育者和指导者，在学生全面健康的成长中，起着导师的作用;并负有协调本班各科教育工作和沟通学校与家庭、社会教育之间联系的作用。今后工作是努力克服存在的问题和不足，把班主任老师工作搞好，真正成为班级的导师作用。</w:t>
      </w:r>
      <w:r>
        <w:rPr>
          <w:lang w:eastAsia="zh-CN"/>
        </w:rPr>
        <w:br/>
      </w:r>
      <w:r>
        <w:rPr>
          <w:lang w:eastAsia="zh-CN"/>
        </w:rPr>
        <w:t xml:space="preserve">    班主任初二下学期工作总结 篇5 </w:t>
      </w:r>
      <w:r>
        <w:rPr>
          <w:lang w:eastAsia="zh-CN"/>
        </w:rPr>
        <w:br/>
      </w:r>
      <w:r>
        <w:rPr>
          <w:lang w:eastAsia="zh-CN"/>
        </w:rPr>
        <w:t>　　这学期我担任二年级的班主任，班主任的工作是琐碎的、繁忙的，一个良好的班集体对每个学生的健康成长有着巨大的作用。良好习惯的培养是本学期的教育重点之一，那么如何在日常的班级管理中让学生养成良好的习惯呢？我尝试让班级管理成为大家的事，让学生成为班级管理的主人，也同时在这样的过程中培养他们的能力。因此尝试了以下的做法，收到了一定的效果。</w:t>
      </w:r>
      <w:r>
        <w:rPr>
          <w:lang w:eastAsia="zh-CN"/>
        </w:rPr>
        <w:br/>
      </w:r>
      <w:r>
        <w:rPr>
          <w:lang w:eastAsia="zh-CN"/>
        </w:rPr>
        <w:t>　　一、让学生展示自我，树立自信。</w:t>
      </w:r>
      <w:r>
        <w:rPr>
          <w:lang w:eastAsia="zh-CN"/>
        </w:rPr>
        <w:br/>
      </w:r>
      <w:r>
        <w:rPr>
          <w:lang w:eastAsia="zh-CN"/>
        </w:rPr>
        <w:t>　　二年级的学生活泼好动，好表现自己，在多种多样的活动中，能够让他们更加迅速快乐地成长。在班级中，我努力搭建学生展示自己的平台，比如让学生写得的日记或看图写话，在课堂上朗读给大家听。此外还经常利用班会课，开展一些小活动，诸如查字典比赛，词语</w:t>
      </w:r>
      <w:r>
        <w:rPr>
          <w:lang w:eastAsia="zh-CN"/>
        </w:rPr>
        <w:br/>
      </w:r>
      <w:r>
        <w:rPr>
          <w:lang w:eastAsia="zh-CN"/>
        </w:rPr>
        <w:t>　　接龙，讲故事比赛益智身心，鼓励学生为大家表演，增强自信。</w:t>
      </w:r>
      <w:r>
        <w:rPr>
          <w:lang w:eastAsia="zh-CN"/>
        </w:rPr>
        <w:br/>
      </w:r>
      <w:r>
        <w:rPr>
          <w:lang w:eastAsia="zh-CN"/>
        </w:rPr>
        <w:t>　　二、特殊学生的教育。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对班里那些学习、生活习惯不好的学生，比如老师讲课爱插嘴，坐立姿势不端正，上课爱做小动作。针对这些情况，我主要是将他们分散在班级中，有个别特别调皮的就安排他坐在最前面，上课经常提醒提醒，也便于管理。对这些学生我还常常用语言开导、鼓励、教育他们。在学习上不偏袒、不歧视、不放弃任何一个学生。如我班的郑佳豪同学，他原来就是一个学习及不认真的学生，习惯也很不好，后来在我的耐心教育下，变得听候多了，作业基本上能认真完成了，课堂上回答问题很积极，现在老师和同学都很喜欢他了。</w:t>
      </w:r>
      <w:r>
        <w:rPr>
          <w:lang w:eastAsia="zh-CN"/>
        </w:rPr>
        <w:br/>
      </w:r>
      <w:r>
        <w:rPr>
          <w:lang w:eastAsia="zh-CN"/>
        </w:rPr>
        <w:t>　　三、家校沟通，携手共进。</w:t>
      </w:r>
      <w:r>
        <w:rPr>
          <w:lang w:eastAsia="zh-CN"/>
        </w:rPr>
        <w:br/>
      </w:r>
      <w:r>
        <w:rPr>
          <w:lang w:eastAsia="zh-CN"/>
        </w:rPr>
        <w:t>　　孩子的教育离不开老师和家长的共同协作。因此，经常与家长取得联系是我们的责任，也是义务。孩子在家中的表现只能通过家长来获悉，同样学生在学校的表现也应及时反馈给家长，只有双管齐下，才能收到教育的效果。因此，我经常利用小灵通，与家长保持联系，将一些孩子的表现告诉家长，共同商量对策。</w:t>
      </w:r>
      <w:r>
        <w:rPr>
          <w:lang w:eastAsia="zh-CN"/>
        </w:rPr>
        <w:br/>
      </w:r>
      <w:r>
        <w:rPr>
          <w:lang w:eastAsia="zh-CN"/>
        </w:rPr>
        <w:t>　　总而言之，班主任的工作是任而道远，每天都要用心去对待。</w:t>
      </w:r>
      <w:r>
        <w:rPr>
          <w:lang w:eastAsia="zh-CN"/>
        </w:rPr>
        <w:br/>
      </w:r>
      <w:r>
        <w:rPr>
          <w:lang w:eastAsia="zh-CN"/>
        </w:rPr>
        <w:t xml:space="preserve">    班主任初二下学期工作总结 篇6 </w:t>
      </w:r>
      <w:r>
        <w:rPr>
          <w:lang w:eastAsia="zh-CN"/>
        </w:rPr>
        <w:br/>
      </w:r>
      <w:r>
        <w:rPr>
          <w:lang w:eastAsia="zh-CN"/>
        </w:rPr>
        <w:t>　　一学期很快就过去了，回顾这学期的学习和工作，感受颇多。一学期来，我在思想上一直严于律己，时刻用教师的职业道德规范来约束、鞭策自己;在教学工作上学习新课标，根据学生的实际情况制定切实可行的教学方案，积极参与学习培训，不断提高自身的素质和教育教学能力。</w:t>
      </w:r>
      <w:r>
        <w:rPr>
          <w:lang w:eastAsia="zh-CN"/>
        </w:rPr>
        <w:br/>
      </w:r>
      <w:r>
        <w:rPr>
          <w:lang w:eastAsia="zh-CN"/>
        </w:rPr>
        <w:t>　　一、思想上有了更深入的认识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首先我报着一颗爱孩子、爱工作的心精心呵护每个孩子的心灵，与孩子们平等相处，做他们的好朋友，尊重他们，信任他们，理解他们，积极主动与他们相处，时时做到教书育人，言传身教，以自己的人格、行为去感染学生。在工作中积极、主动、勤恳，乐于接受学校布置的各项工作。另外，我努力做到与时俱进，争做一名创新型人才。在基础教育改革不断深入的大环境下，我认真学习新课程理念，结合自己所教学科，积极探索有效的教学方法。</w:t>
      </w:r>
      <w:r>
        <w:rPr>
          <w:lang w:eastAsia="zh-CN"/>
        </w:rPr>
        <w:br/>
      </w:r>
      <w:r>
        <w:rPr>
          <w:lang w:eastAsia="zh-CN"/>
        </w:rPr>
        <w:t>　　二、教育教学工作方面</w:t>
      </w:r>
      <w:r>
        <w:rPr>
          <w:lang w:eastAsia="zh-CN"/>
        </w:rPr>
        <w:br/>
      </w:r>
      <w:r>
        <w:rPr>
          <w:lang w:eastAsia="zh-CN"/>
        </w:rPr>
        <w:t>　　1、在教育教学工作中，我始终坚持党的教育方针，面向全体学生，始终坚持以“学生发展”为目标。根据学校的工作目标和教材的内容，了解学生的实际情况，通过钻研教材、研究具体教学方法，制定了切实可行的学期工作计划，保证了整个教学工作的顺利开展。对于每一个教学内容，都做到精心准备，努力钻研教材，力求设计出既能激发学生兴趣又能切实落实教学目标教学方案。在课堂教学的实践过程中，鼓励学生积极参与、主动探索、自主思考，运用尝试学习、发现学习、合作学习等教学方法，在教学中力求创新。课堂教学重视学生的能力训练，精心设计练习作业，练习作业有层次有针对性，培养良好的作业习惯。在学生练习过程中，我要求学生先要认真审题，边审题边思考，平时要求学生对题目中的数字、运算符号必须写得清楚工整、规范，作业做完后，要养成自觉检验的习惯，端正认真学习、刻苦钻研的学习态度，培养独立思考和认真检查的作风、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根据学生的学情每学期及时制定辅导计划，并结合实际的教育教学工作对学生进行必要的辅导。对学生每一次独立练习都进行分析，找出错误的原因，运用集体辅导和个别辅导相结合的方式对学生进行多层面的辅导，并作好记录。特别是在后进生中有少数学生出现厌学现象，如“向树波、王海强、钟苗”等，甚至经常不能按时完成作业，欠交作业。针对这种问题，我就进行对学生进行思想教育，并及时与家长进行联系，并力争家长的理解、支持和配合，共商教育孩子们的方法，向家长宣传科学的教子方法，使学生能健康发展。</w:t>
      </w:r>
      <w:r>
        <w:rPr>
          <w:lang w:eastAsia="zh-CN"/>
        </w:rPr>
        <w:br/>
      </w:r>
      <w:r>
        <w:rPr>
          <w:lang w:eastAsia="zh-CN"/>
        </w:rPr>
        <w:t>　　3、积极参加教育研究工作，努力向教育科研型发展。平时积极参与本校的校本科研，认真听课、评课，在与其他教师交流中不断提升自身的教学水平。及时总结教育教学实践中的困惑或体会，认真撰写每月教学反思并及时上交。还积极参加各类教育教学类比赛，撰写的论文荣获晋江市德育论文评选三等奖，参加安海镇第二届校园灯谜比赛荣获教师组个人笔猜一等奖。</w:t>
      </w:r>
      <w:r>
        <w:rPr>
          <w:lang w:eastAsia="zh-CN"/>
        </w:rPr>
        <w:br/>
      </w:r>
      <w:r>
        <w:rPr>
          <w:lang w:eastAsia="zh-CN"/>
        </w:rPr>
        <w:t>　　三、遵守纪律方面</w:t>
      </w:r>
      <w:r>
        <w:rPr>
          <w:lang w:eastAsia="zh-CN"/>
        </w:rPr>
        <w:br/>
      </w:r>
      <w:r>
        <w:rPr>
          <w:lang w:eastAsia="zh-CN"/>
        </w:rPr>
        <w:t>　　严格遵守学校的各项规章制度，不迟到、不早退、有事主动请假。在工作中，尊敬领导，服从工作安排;团结同事，能正确处理好与领导同事之间的关系。平时，勤俭节约、任劳任怨、对人真诚、热爱学生、人际关系和谐融洽，处处以一名新时代人民教师的要求来规范自己的言行，努力地提高自己的素质和修养。</w:t>
      </w:r>
      <w:r>
        <w:rPr>
          <w:lang w:eastAsia="zh-CN"/>
        </w:rPr>
        <w:br/>
      </w:r>
      <w:r>
        <w:rPr>
          <w:lang w:eastAsia="zh-CN"/>
        </w:rPr>
        <w:t>　　此外，为更进一步适应新时代教育的要求，我要不断提高自身业务水平和文化修养。一学期来也拜读了一些教育类书籍，如管建刚先生的《不做教书匠》等，但我觉得自己书读得还太少，今后，我会花更多的时间去学习，学习一些新理念，对学生有用的东西。我想，学得越多，才能为学生贡献越多!</w:t>
      </w:r>
      <w:r>
        <w:rPr>
          <w:lang w:eastAsia="zh-CN"/>
        </w:rPr>
        <w:br/>
      </w:r>
      <w:r>
        <w:rPr>
          <w:lang w:eastAsia="zh-CN"/>
        </w:rPr>
        <w:t xml:space="preserve">    班主任初二下学期工作总结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淡月无痕，随着中考的结束，又一段值得珍视的记忆画上了句号。回首半年的工作，忙碌而充实，紧张而兴奋，疲惫又乐在其中。面临着毕业，面临着中考，学生和教师所承担的压力都非常大，看着九一班的孩子如期走出校园，奔向新的起点，有欣慰，亦有失落。再次，对班级实施品德量化管理制度，狠抓纪律和卫生。开学不多久，我就在教室的墙上贴上了“七年级一班文明班规及处理措施”，并使之成为全班同学行为的规章制度。前面黑板右上方的石英钟，时刻提醒每一位学生珍惜每一分钟每一秒钟。</w:t>
      </w:r>
      <w:r>
        <w:rPr>
          <w:lang w:eastAsia="zh-CN"/>
        </w:rPr>
        <w:br/>
      </w:r>
      <w:r>
        <w:rPr>
          <w:lang w:eastAsia="zh-CN"/>
        </w:rPr>
        <w:t>　　九年级是初中的最后一年，对于每一个学生来说，都是人生的关键。高中虽不是唯一的道路，但中考的成败却会影响到他们今后的人生。面对中考，他们或成竹在胸，或怨天尤人，或自暴自弃，或随波逐流，因此最重要的是要点燃他们心中的希望，相信自己，我能行。学期初的每一次班会，我告诉他们，只要努力，每一个人都能顺利升入高中，实现自己的梦想。当然高中的大门只会为勤奋的人打开，天下没有免费的午餐，因此在学期初一定要制定自己的学习计划，并且一定要坚持到底，永不放弃。每次月考之后，针对学生中的进步、懈怠，及时激励先进、鞭策后进，让每一次考试都成为一针强心剂，一个加油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所以一有空闲，我会到班级督促学生搞好班级和包干区的卫生；和_老师一起筹备开学和家长会工作，和家长实现良性互动；也经常和_老师沟通交流，讨论班级情况及存在的问题，然后对症下药，解决问题。更重要的是，在这些过程中，我向_老师学到了很多班级管理的方法和技巧，受益匪浅。</w:t>
      </w:r>
      <w:r>
        <w:rPr>
          <w:lang w:eastAsia="zh-CN"/>
        </w:rPr>
        <w:br/>
      </w:r>
      <w:r>
        <w:rPr>
          <w:lang w:eastAsia="zh-CN"/>
        </w:rPr>
        <w:t>　　平时，一发现学生的不良倾向，我就及时的联系家长，向家长介绍了解情况，与家长协商好有效的解决办法，共同做好学生的教育工作。特别是对那些顽皮的同学，更要与家长多联系，与家长共同管教。</w:t>
      </w:r>
      <w:r>
        <w:rPr>
          <w:lang w:eastAsia="zh-CN"/>
        </w:rPr>
        <w:br/>
      </w:r>
      <w:r>
        <w:rPr>
          <w:lang w:eastAsia="zh-CN"/>
        </w:rPr>
        <w:t>　　一、具体工作：</w:t>
      </w:r>
      <w:r>
        <w:rPr>
          <w:lang w:eastAsia="zh-CN"/>
        </w:rPr>
        <w:br/>
      </w:r>
      <w:r>
        <w:rPr>
          <w:lang w:eastAsia="zh-CN"/>
        </w:rPr>
        <w:t>　　1、抓好学生的思想政治工作，力求目标明确</w:t>
      </w:r>
      <w:r>
        <w:rPr>
          <w:lang w:eastAsia="zh-CN"/>
        </w:rPr>
        <w:br/>
      </w:r>
      <w:r>
        <w:rPr>
          <w:lang w:eastAsia="zh-CN"/>
        </w:rPr>
        <w:t>　　本学期时间短，任务重，考试多。因此在开学之初，我就着力抓好学生的思想工作，和他们一起算时间，算任务，及时稳定了全班学生的心理，使每个同学都明白自己的奋斗目标，在心中有了一个大略的计划。在随后的几个月里，我都及时注意学生的思想动向，和学生谈心，了解他们的想法，做好他们的思想稳定工作。</w:t>
      </w:r>
      <w:r>
        <w:rPr>
          <w:lang w:eastAsia="zh-CN"/>
        </w:rPr>
        <w:br/>
      </w:r>
      <w:r>
        <w:rPr>
          <w:lang w:eastAsia="zh-CN"/>
        </w:rPr>
        <w:t>　　2、推进班级小组pk，激发学生的学习热情和团队合作意识。</w:t>
      </w:r>
      <w:r>
        <w:rPr>
          <w:lang w:eastAsia="zh-CN"/>
        </w:rPr>
        <w:br/>
      </w:r>
      <w:r>
        <w:rPr>
          <w:lang w:eastAsia="zh-CN"/>
        </w:rPr>
        <w:t>　　毋庸回避，现在学生的自我管理能力很差，也许，他们都想努力学习，但很少有人能靠自己的毅力来坚持，所以就要采取一定的措施，才能保证学生的学习时间和学习质量。初中部本学期继续推进班级小组pk，我们班坚持以此作为班级管理的核心方法，效果明显。</w:t>
      </w:r>
      <w:r>
        <w:rPr>
          <w:lang w:eastAsia="zh-CN"/>
        </w:rPr>
        <w:br/>
      </w:r>
      <w:r>
        <w:rPr>
          <w:lang w:eastAsia="zh-CN"/>
        </w:rPr>
        <w:t>　　3、赏罚有度，发挥班干部的核心作用，既不骄纵也不苛刻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认为，成人比成材更重要，要培养对社会有用的人，要让学生成为建设祖国的栋梁，必须要有强烈的社会责任感，积极向上的团队合作精神，丰富的文化科学知识以及健康的身体和心理。为此我还策划了很多的活动，如：主题班会，学习经验交流会，都交给学生们自己组织安排，既锻炼了能力，又给班级带来了活力，还给同学们带来了很多的快乐！</w:t>
      </w:r>
      <w:r>
        <w:rPr>
          <w:lang w:eastAsia="zh-CN"/>
        </w:rPr>
        <w:br/>
      </w:r>
      <w:r>
        <w:rPr>
          <w:lang w:eastAsia="zh-CN"/>
        </w:rPr>
        <w:t>　　我认为，九年级班主任工作最容易走进两个误区，一是放纵型，觉得已经是最后一学期了，所以对一些小错误也就视而不见，得过且过；千里之堤，溃于蚁穴，小错不戒，必铸大错。二是苛刻型，遇事从严从重，上纲上线，不顾忌学生的感受。因为学生从心理上和生理上已经是准成年人，内心渴望别人把自己当作一个成年人来看待，这样容易激起学生的逆反情绪，从而在工作中造成被动。我在最后半学期仍力求发挥班干部的核心作用，以制度管理，班干部有序管理九一班的日常工作。</w:t>
      </w:r>
      <w:r>
        <w:rPr>
          <w:lang w:eastAsia="zh-CN"/>
        </w:rPr>
        <w:br/>
      </w:r>
      <w:r>
        <w:rPr>
          <w:lang w:eastAsia="zh-CN"/>
        </w:rPr>
        <w:t>　　4、培养良好加强优良学风的形成，提高整体竞争力，促进班风。</w:t>
      </w:r>
      <w:r>
        <w:rPr>
          <w:lang w:eastAsia="zh-CN"/>
        </w:rPr>
        <w:br/>
      </w:r>
      <w:r>
        <w:rPr>
          <w:lang w:eastAsia="zh-CN"/>
        </w:rPr>
        <w:t>　　总不能在事情发生之前，对学生进行及时的教育，从而防止事情发生，我处理事情总是跟在学生的身后。我想，尽管我班主任工作的经验欠缺，但如果用心去当，按照郝校教我们的“三勤”，就是“眼勤”，“脚勤”，“嘴勤”的工作能落实坚持下来，工作一定会做好。</w:t>
      </w:r>
      <w:r>
        <w:rPr>
          <w:lang w:eastAsia="zh-CN"/>
        </w:rPr>
        <w:br/>
      </w:r>
      <w:r>
        <w:rPr>
          <w:lang w:eastAsia="zh-CN"/>
        </w:rPr>
        <w:t>　　（1）帮助每一个学生进行自我分析，明确自身的'长处及不足，针对自身的特点制定最合适的目标计划，并帮助学生执行计划。</w:t>
      </w:r>
      <w:r>
        <w:rPr>
          <w:lang w:eastAsia="zh-CN"/>
        </w:rPr>
        <w:br/>
      </w:r>
      <w:r>
        <w:rPr>
          <w:lang w:eastAsia="zh-CN"/>
        </w:rPr>
        <w:t>　　①树立中考目标。利用班会课向学生介绍各高中以往的分数线及基本情况。结合学生实际情况确定中考目标。指明学生努力奋斗的方向。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②树立学期目标。学期目标主要以“定分数”和“找对手”为主。让学生明确本学期要学习成绩要达到什么层次。找一个追赶的目标，尽力超过对手，营造竞争气氛。形成互相督促，互相监督的学习氛围。</w:t>
      </w:r>
      <w:r>
        <w:rPr>
          <w:lang w:eastAsia="zh-CN"/>
        </w:rPr>
        <w:br/>
      </w:r>
      <w:r>
        <w:rPr>
          <w:lang w:eastAsia="zh-CN"/>
        </w:rPr>
        <w:t>　　③定好周计划。由于初三学习紧张，学习任务重。所以必须让学生明确每周自己要做到什么，上周还有什么没有做好，及时总结反思，检查改进。</w:t>
      </w:r>
      <w:r>
        <w:rPr>
          <w:lang w:eastAsia="zh-CN"/>
        </w:rPr>
        <w:br/>
      </w:r>
      <w:r>
        <w:rPr>
          <w:lang w:eastAsia="zh-CN"/>
        </w:rPr>
        <w:t>　　5、加强备考心理辅导，加强理想主义教育。加强学生心理辅导，加强师生交流。及时疏导学生心理问题，及时解决学生面对考试产生的焦虑情绪。</w:t>
      </w:r>
      <w:r>
        <w:rPr>
          <w:lang w:eastAsia="zh-CN"/>
        </w:rPr>
        <w:br/>
      </w:r>
      <w:r>
        <w:rPr>
          <w:lang w:eastAsia="zh-CN"/>
        </w:rPr>
        <w:t>　　二、存在问题</w:t>
      </w:r>
      <w:r>
        <w:rPr>
          <w:lang w:eastAsia="zh-CN"/>
        </w:rPr>
        <w:br/>
      </w:r>
      <w:r>
        <w:rPr>
          <w:lang w:eastAsia="zh-CN"/>
        </w:rPr>
        <w:t>　　1虽然在学生的心理疏导方面也做了一些工作，但对班上一些中等生的关注度还不够，以后思想工作还要更细致、更及时。</w:t>
      </w:r>
      <w:r>
        <w:rPr>
          <w:lang w:eastAsia="zh-CN"/>
        </w:rPr>
        <w:br/>
      </w:r>
      <w:r>
        <w:rPr>
          <w:lang w:eastAsia="zh-CN"/>
        </w:rPr>
        <w:t>　　2在班主任工作方面应少一些急躁，少一些“想当然”，多一些真正的平等意识，理解孩子的所思所想，能真正帮助孩子解决一些初三生活中的实际问题。</w:t>
      </w:r>
      <w:r>
        <w:rPr>
          <w:lang w:eastAsia="zh-CN"/>
        </w:rPr>
        <w:br/>
      </w:r>
      <w:r>
        <w:rPr>
          <w:lang w:eastAsia="zh-CN"/>
        </w:rPr>
        <w:t>　　3应进一步加强学习，多一些工作的智慧。</w:t>
      </w:r>
      <w:r>
        <w:rPr>
          <w:lang w:eastAsia="zh-CN"/>
        </w:rPr>
        <w:br/>
      </w:r>
      <w:r>
        <w:rPr>
          <w:lang w:eastAsia="zh-CN"/>
        </w:rPr>
        <w:t>　　“通过我的手指你可以看到月亮，但最终你看到的不是手指而是月亮”，我希望自己是指向月亮的手指，也希望属于九一班孩子的夜空辽阔而美丽。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良好的学习习惯需要和家庭教育结合起来，我常常会通过短信平台与家长们交流。把学生进步与不足的一面告诉家长，家长们也会配合我们，共同促进孩子的进步。从而，有效的发挥家校合作的桥梁作用。</w:t>
      </w:r>
      <w:r>
        <w:rPr>
          <w:lang w:eastAsia="zh-CN"/>
        </w:rPr>
        <w:br/>
      </w:r>
      <w:r>
        <w:rPr>
          <w:lang w:eastAsia="zh-CN"/>
        </w:rPr>
        <w:t>　　感谢您的阅读，祝您生活愉快。</w:t>
      </w:r>
      <w:r>
        <w:rPr>
          <w:lang w:eastAsia="zh-CN"/>
        </w:rPr>
        <w:br/>
      </w:r>
      <w:r>
        <w:rPr>
          <w:lang w:eastAsia="zh-CN"/>
        </w:rPr>
        <w:t xml:space="preserve">    班主任初二下学期工作总结 篇8 </w:t>
      </w:r>
      <w:r>
        <w:rPr>
          <w:lang w:eastAsia="zh-CN"/>
        </w:rPr>
        <w:br/>
      </w:r>
      <w:r>
        <w:rPr>
          <w:lang w:eastAsia="zh-CN"/>
        </w:rPr>
        <w:t>　　半年过去了，孩子们在一天天成长，不断进步，让我们更能感觉到自己是最幸福的老师，而幼教事业是最阳光的事业。</w:t>
      </w:r>
      <w:r>
        <w:rPr>
          <w:lang w:eastAsia="zh-CN"/>
        </w:rPr>
        <w:br/>
      </w:r>
      <w:r>
        <w:rPr>
          <w:lang w:eastAsia="zh-CN"/>
        </w:rPr>
        <w:t>　　对于我而言，拥有孩子们的心是我的动力之源，是我为人师的收获和财富。人说：不当家，不知柴米贵;我想：只有当了班主任，才能深味其中的琐碎和细致，也正是细微之处方见精神。平时，我致力于从小事着眼，从小事做起，以实际行动诠释“教育就是服务”的新理念。我作为小三班的班主任我感同身受班主任工作的辛劳和心血，我油然而生强烈的使命感和敬业精神，我倾力奉献自己的爱心和知识。在全心全意付出的同时，我也常收获着不经意的惊喜，期间有孩子们父母有情有意的书信，有孩子们用稚嫩的笔画下的我的笑脸，有孩子们的热情的拥抱和甜甜的问好等等，所有这些都将成为我初为人师的弥足珍贵的记忆瑰宝，今天我转身但并不停下脚步地做一个回眸，真实地记录我和孩子们相处的点点滴滴，也许会令你忍俊不禁，也许你会觉得微不足道，也许……这里有我对班主任工作的体会、思考和探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作为年轻的幼儿教师应该抱着怎样的心态来对待自己的工作呢?首先我觉得应该自觉地在教育实践中注意积累经验，进行深入的钻研和独立的创造，在反思研究中超越自我;其次，每天比别人多做一点点。我们幼儿园是每个班只有一名教师，比起别的幼儿园师资力量相对优有点紧缺，午餐都是与幼儿一起进行的，有时候孩子不小心把饭给洒掉了，我们还要帮忙打扫，所以说我不仅仅是一名教师还是阿姨、保育员。工作一天真的很累，但同时我也觉得过的很充实、很快乐，因为我爱孩子，所以我不怕困难。“不为失败找理由只为成功找方法”是啊!办法总比困难多，让我们携手共同努力吧!</w:t>
      </w:r>
      <w:r>
        <w:rPr>
          <w:lang w:eastAsia="zh-CN"/>
        </w:rPr>
        <w:br/>
      </w:r>
      <w:r>
        <w:rPr>
          <w:lang w:eastAsia="zh-CN"/>
        </w:rPr>
        <w:t>　　因教师应从高高的神坛上走下来，深入幼儿中间，以饱满的热情，良好的情绪和真诚的微笑面对每一位幼儿，和孩子们融洽在一起，让他们感受到教师平易近人、和蔼可亲，与幼儿谈心、做游戏，询问其生活、游戏、学习情况，拉近师幼间的心理距离，与每个幼儿打成一片，做幼儿的知心朋友。总之，在以素质教育为核心的今天，我们应该坚持对幼儿进行创新教育，培养幼儿创新精神，同时教师也要加强学习，更新观念，改进教学方法，既要重视知识的传授，学法的指导，更要注重幼儿创新能力的培养，以适应知识经济和社会发展的需要。</w:t>
      </w:r>
      <w:r>
        <w:rPr>
          <w:lang w:eastAsia="zh-CN"/>
        </w:rPr>
        <w:br/>
      </w:r>
      <w:r>
        <w:rPr>
          <w:lang w:eastAsia="zh-CN"/>
        </w:rPr>
        <w:t xml:space="preserve">    班主任初二下学期工作总结 篇9 </w:t>
      </w:r>
      <w:r>
        <w:rPr>
          <w:lang w:eastAsia="zh-CN"/>
        </w:rPr>
        <w:br/>
      </w:r>
      <w:r>
        <w:rPr>
          <w:lang w:eastAsia="zh-CN"/>
        </w:rPr>
        <w:t>　　20__年_月末，我在中考的考场。我看到参加考试的孩子们考完试后的表情。我想到我的孩子们，两年后，考完试后的样子。</w:t>
      </w:r>
      <w:r>
        <w:rPr>
          <w:lang w:eastAsia="zh-CN"/>
        </w:rPr>
        <w:br/>
      </w:r>
      <w:r>
        <w:rPr>
          <w:lang w:eastAsia="zh-CN"/>
        </w:rPr>
        <w:t>　　一年四班是我带的第三个初一。我告诉孩子们，青春易逝，珍惜机会。校长也说，物竞天择。机会只有一次，就是中考。目的有了，自然就有了拼搏的动力。</w:t>
      </w:r>
      <w:r>
        <w:rPr>
          <w:lang w:eastAsia="zh-CN"/>
        </w:rPr>
        <w:br/>
      </w:r>
      <w:r>
        <w:rPr>
          <w:lang w:eastAsia="zh-CN"/>
        </w:rPr>
        <w:t>　　教育大计，德育为先。这是我的原则。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先说说我的空间德育。班级环境的布置是能够影响孩子们的。</w:t>
      </w:r>
      <w:r>
        <w:rPr>
          <w:lang w:eastAsia="zh-CN"/>
        </w:rPr>
        <w:br/>
      </w:r>
      <w:r>
        <w:rPr>
          <w:lang w:eastAsia="zh-CN"/>
        </w:rPr>
        <w:t>　　我把墙上整齐的张贴上课程表，安全通道，49名副班主任，各科累积成绩排名，班级一日常规，综合素质风云榜，关于数学、英语的七彩墙报，好人好事。</w:t>
      </w:r>
      <w:r>
        <w:rPr>
          <w:lang w:eastAsia="zh-CN"/>
        </w:rPr>
        <w:br/>
      </w:r>
      <w:r>
        <w:rPr>
          <w:lang w:eastAsia="zh-CN"/>
        </w:rPr>
        <w:t>　　窗台上放上充满生机的绿色植物，三五条鱼在小鱼缸里游弋。</w:t>
      </w:r>
      <w:r>
        <w:rPr>
          <w:lang w:eastAsia="zh-CN"/>
        </w:rPr>
        <w:br/>
      </w:r>
      <w:r>
        <w:rPr>
          <w:lang w:eastAsia="zh-CN"/>
        </w:rPr>
        <w:t>　　空间的布置对孩子们是个良好的是渗透，起码有孩子积极的做墙报了，有孩子积极学习想上风云榜了，有孩子做好人好事了，有孩子想做班级干部管理班级了了####学年下学期班主任工作总结及小结20__-20__学年下学期班主任工作总结及小结。星星之火，可以燎原。</w:t>
      </w:r>
      <w:r>
        <w:rPr>
          <w:lang w:eastAsia="zh-CN"/>
        </w:rPr>
        <w:br/>
      </w:r>
      <w:r>
        <w:rPr>
          <w:lang w:eastAsia="zh-CN"/>
        </w:rPr>
        <w:t>　　再说说我的班会德育。首先当然是学会感恩，这是人的本性，容易唤醒。知道感恩，最起码老师付出的一切他能懂，不会出现畸形的心理。还有关于劳动的班会，劳动的意义、方法。现在，孩子们干活时不用我多费唇舌的。还有关于环保的、学习的、未来的。一次次班会下来，班风可正，凝聚力可成。</w:t>
      </w:r>
      <w:r>
        <w:rPr>
          <w:lang w:eastAsia="zh-CN"/>
        </w:rPr>
        <w:br/>
      </w:r>
      <w:r>
        <w:rPr>
          <w:lang w:eastAsia="zh-CN"/>
        </w:rPr>
        <w:t>　　一学期下来，没有一个科任老师和我说有孩子顶撞或抵触老师的。我知道，那不仅仅是因为强硬的压迫，还有德育的渗透。更多班主任第一谢谢您的支持和鼓励！！！</w:t>
      </w:r>
      <w:r>
        <w:rPr>
          <w:lang w:eastAsia="zh-CN"/>
        </w:rPr>
        <w:br/>
      </w:r>
      <w:r>
        <w:rPr>
          <w:lang w:eastAsia="zh-CN"/>
        </w:rPr>
        <w:t>　　没有规矩，不成方圆。这也是我的原则。</w:t>
      </w:r>
      <w:r>
        <w:rPr>
          <w:lang w:eastAsia="zh-CN"/>
        </w:rPr>
        <w:br/>
      </w:r>
      <w:r>
        <w:rPr>
          <w:lang w:eastAsia="zh-CN"/>
        </w:rPr>
        <w:t>　　这个学期与上学期相比我怀柔了很多。孩子和我以开始都不太适应。但我知道，这个变化是好的。因为我不需要太强硬，孩子们就已经知道是非曲直。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要求孩子们在严格遵守学校各项规章制度的前提下，要做的比其他班级还要好。我常和孩子们说，学习因为有实验班，我们可以不拿第一，但是纪律，精神面貌必须做到。于是，班级拿下多次政教处颁发的纪律红旗，甚至有的是很是满分。间操队列的打分也一直很高。我很欣慰，更重要的是孩子们能拿集体荣誉当回事。在这方面，我也下了很多功夫####学年下学期班主任工作总结及小结工作总结。包括前一段的学农活动，领导也对孩子们有较高的评价。我们还有幸成为代表78中普通班的班级在兄弟学校锦城中学面前走一遭</w:t>
      </w:r>
      <w:r>
        <w:rPr>
          <w:lang w:eastAsia="zh-CN"/>
        </w:rPr>
        <w:br/>
      </w:r>
      <w:r>
        <w:rPr>
          <w:lang w:eastAsia="zh-CN"/>
        </w:rPr>
        <w:t>　　看着整齐的步伐，听着嘹亮的口哨，我的心醉了。</w:t>
      </w:r>
      <w:r>
        <w:rPr>
          <w:lang w:eastAsia="zh-CN"/>
        </w:rPr>
        <w:br/>
      </w:r>
      <w:r>
        <w:rPr>
          <w:lang w:eastAsia="zh-CN"/>
        </w:rPr>
        <w:t>　　学农最后，我和孩子们说，有一天，你们会怀念我们在头顶蓝天的操场上，并肩看书、学习、拔河的日子。</w:t>
      </w:r>
      <w:r>
        <w:rPr>
          <w:lang w:eastAsia="zh-CN"/>
        </w:rPr>
        <w:br/>
      </w:r>
      <w:r>
        <w:rPr>
          <w:lang w:eastAsia="zh-CN"/>
        </w:rPr>
        <w:t>　　当然抓纪律的重中之重是后进生的转化。我最近采取的方法是，给他写信，告诉他有些事我为什么那么处理，我为什么管他，他应该怎么做。虽然效果不大，但是有。</w:t>
      </w:r>
      <w:r>
        <w:rPr>
          <w:lang w:eastAsia="zh-CN"/>
        </w:rPr>
        <w:br/>
      </w:r>
      <w:r>
        <w:rPr>
          <w:lang w:eastAsia="zh-CN"/>
        </w:rPr>
        <w:t xml:space="preserve">    班主任初二下学期工作总结 篇10 </w:t>
      </w:r>
      <w:r>
        <w:rPr>
          <w:lang w:eastAsia="zh-CN"/>
        </w:rPr>
        <w:br/>
      </w:r>
      <w:r>
        <w:rPr>
          <w:lang w:eastAsia="zh-CN"/>
        </w:rPr>
        <w:t>　　开始工作的第一个学期，我担任了一年级的班主任工作，同时又是包班。对学生的思想、学习以及家庭情况等我都不清楚，必须得深入学生、摸索教材，所以工作起来很吃力，我深刻体会到了做老师的艰辛和快乐。通过一个学期的班主任：我明白了要做好一名好老师难，做好班主任工作更难，所以更要认真去做好每件事，虚心求教。下面是我自己这学期来工作的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一、学生工作</w:t>
      </w:r>
      <w:r>
        <w:rPr>
          <w:lang w:eastAsia="zh-CN"/>
        </w:rPr>
        <w:br/>
      </w:r>
      <w:r>
        <w:rPr>
          <w:lang w:eastAsia="zh-CN"/>
        </w:rPr>
        <w:t>　　一 关心学生、表扬学生</w:t>
      </w:r>
      <w:r>
        <w:rPr>
          <w:lang w:eastAsia="zh-CN"/>
        </w:rPr>
        <w:br/>
      </w:r>
      <w:r>
        <w:rPr>
          <w:lang w:eastAsia="zh-CN"/>
        </w:rPr>
        <w:t>　　记得刚当班主任的前几天，班上总有几个学生要被弄哭，大家彼此都不熟悉，有个小朋友还经常喜欢打其他小朋友。不管是来软的还是硬的，都毫无效果。渐渐地，通过唐老师的帮助，我明白了单方面在学校对学生的了解是远远不够的，通过家校沟通，我对学生的了解更多了。是啊！每个学生刚来学校都还不适应，我一味的批评，不找原因是解决不了根本的问题的。后来我渐渐地学会了去关心每一个学生，特别是一些性格内向，或特别出格的学生。慢慢地，通过与学生的沟通，小朋友们对我也特别热情了，经常会围着我转，我也会把小朋友叫到身边，和他们聊聊天：告诉他们这几天天气冷，要多穿衣服，防止感冒；告诉他们这几天进步了，继续加油！今天和同学吵架是不应该的……刚开始课上学生捣乱我只想到停下来批评，现在只要通过表扬几个表现好的，有进步的，我的课堂也不再像以前那样，次次都要停下来了。现在我才深刻地了解到老师说的一句话：“千万不要吝啬自己的表扬，提倡多表扬少批评。”</w:t>
      </w:r>
      <w:r>
        <w:rPr>
          <w:lang w:eastAsia="zh-CN"/>
        </w:rPr>
        <w:br/>
      </w:r>
      <w:r>
        <w:rPr>
          <w:lang w:eastAsia="zh-CN"/>
        </w:rPr>
        <w:t>　　二 重视培养学生的行为习惯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各种习惯的养成是形成良好班风班貌的基础，一年级则是良好习惯养成的最初时期。开学一来，我一直很注意学生的学习习惯，特别是写字姿势，上课举手发言等等。渐渐地时间长了，我以为学生都已经习惯了，嘴巴唠叨的频率少了，有几天又特别忙，会忽略这些，学生的老毛病又犯了。这时候，我才深刻地意识到一年级的老师嘴巴是绝对不能停的，你一停他们就会忘了。同时学生的习惯还没有真正养成，他们还不能做到老师在与不在一个样，这需要经过一个漫长的过程。如果一个班级形成了良好的班风，学生会在各方面得到提升。对于这一点，我正在努力中。</w:t>
      </w:r>
      <w:r>
        <w:rPr>
          <w:lang w:eastAsia="zh-CN"/>
        </w:rPr>
        <w:br/>
      </w:r>
      <w:r>
        <w:rPr>
          <w:lang w:eastAsia="zh-CN"/>
        </w:rPr>
        <w:t>　　三 加强与家长间的交流</w:t>
      </w:r>
      <w:r>
        <w:rPr>
          <w:lang w:eastAsia="zh-CN"/>
        </w:rPr>
        <w:br/>
      </w:r>
      <w:r>
        <w:rPr>
          <w:lang w:eastAsia="zh-CN"/>
        </w:rPr>
        <w:t>　　家庭教育和学校教育是密不可分的，尤其是班主任工作，更加需要家长的理解和支持。通过第一次的家长会，我不仅重新认识了更多的家长，而且也从他们那里了解到学生进入小学后在家的学习情况。我向家长介绍了一些培养学习兴趣的方法，同时不少家长也给我提了一些好的建议，比如说“学生字认识的不多，做的作业中如果有拼音学生就可以自己拼了，不一定要家长读题。</w:t>
      </w:r>
      <w:r>
        <w:rPr>
          <w:lang w:eastAsia="zh-CN"/>
        </w:rPr>
        <w:br/>
      </w:r>
      <w:r>
        <w:rPr>
          <w:lang w:eastAsia="zh-CN"/>
        </w:rPr>
        <w:t>　　平时的话，我会通过打电话，家校通跟家长沟通，了解近期学生在家情况。对于个别学生书写及作业不端正了，我也会及时与家长联系，问问在家是不是有什么事情？这样我们就可以更准确的了解学生，对症下药了。</w:t>
      </w:r>
      <w:r>
        <w:rPr>
          <w:lang w:eastAsia="zh-CN"/>
        </w:rPr>
        <w:br/>
      </w:r>
      <w:r>
        <w:rPr>
          <w:lang w:eastAsia="zh-CN"/>
        </w:rPr>
        <w:t>　　二、教学工作：要提高教学质量</w:t>
      </w:r>
      <w:r>
        <w:rPr>
          <w:lang w:eastAsia="zh-CN"/>
        </w:rPr>
        <w:br/>
      </w:r>
      <w:r>
        <w:rPr>
          <w:lang w:eastAsia="zh-CN"/>
        </w:rPr>
        <w:t>　　1 课前准备：备好课。</w:t>
      </w:r>
      <w:r>
        <w:rPr>
          <w:lang w:eastAsia="zh-CN"/>
        </w:rPr>
        <w:br/>
      </w:r>
      <w:r>
        <w:rPr>
          <w:lang w:eastAsia="zh-CN"/>
        </w:rPr>
        <w:t>　　每天晚上改完作业，我都会及时地把明天要上的课备好，做到心中有教案。一年级学生的注意力集中的时间比较短，因此我的每一次课尽量用课件，这样不仅可以丰富学生的眼球，课也不会那么枯燥了，学生集中注意力的时间也长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 课堂上的情况。</w:t>
      </w:r>
      <w:r>
        <w:rPr>
          <w:lang w:eastAsia="zh-CN"/>
        </w:rPr>
        <w:br/>
      </w:r>
      <w:r>
        <w:rPr>
          <w:lang w:eastAsia="zh-CN"/>
        </w:rPr>
        <w:t>　　自从上了教研课之后，我开始注意起课堂常规了。很多东西都应该在平时课堂上完成，如果单单因为一次教研课而把很多没用过的语言加进去，那学生就会不懂了。同时我的课堂语言也渐渐地简洁明了了，克服了以前重复的毛病，课堂提问面向全体学生，注意引发学生学数学、语文的兴趣，课堂上讲练结合，布置好家庭作业，作业少而精，减轻学生的负担。</w:t>
      </w:r>
      <w:r>
        <w:rPr>
          <w:lang w:eastAsia="zh-CN"/>
        </w:rPr>
        <w:br/>
      </w:r>
      <w:r>
        <w:rPr>
          <w:lang w:eastAsia="zh-CN"/>
        </w:rPr>
        <w:t>　　三、干部队伍的建立和培养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班主任工作方面，我非常重视学生的思想教育工作。通过班会、晨会、语文、数学课对学生进行爱祖国、爱人民、爱集体、爱老动、爱学习等的思想教育，使学生能养成良好的班风、学风。班干部是老师的左右手，所以唯有慎重地选拔和培养干部，班主任工作才能逐渐从繁重走向简单与轻松。刚开始工作的时候，我每天都是拖着个疲惫的身体回寝室，感觉什么事情都得自己做。后来看到一些老师都把班干部培养的那么好，我才意识到自己还没好好用呢。开始我先培养班长，接着一个个小干部油然而生。这些班干部能把班的学习和纪律管好，为我减轻负担。我也经常给他们开班会，讲讲每个干部的职责，鼓励干部大胆工作，指点他们工作方法的同时，要更严格要求干部个人在学习上要取得更大进步，在纪律上以身作则，力求从各方面给全班起到模范带头作用。这学期我们班一个多动症的学生经常欺负同学，我唯有苦口婆心地跟他做思想工作，慢慢把他转化，慢慢的打架违纪的现象大大减少了，上课能遵守纪律，并且非常积极回答问题，学习成绩也优秀，但还是不时出现一些消极的思想。为了把班的常规工作搞好，我每天都坚持早上七点办前就到教室，到班上了解学生的早读情况，对学生进行晨会教育。经过一个个的努力，我们班的各项常规工作像早读、卫生、课堂纪律等都抓得比较好。</w:t>
      </w:r>
      <w:r>
        <w:rPr>
          <w:lang w:eastAsia="zh-CN"/>
        </w:rPr>
        <w:br/>
      </w:r>
      <w:r>
        <w:rPr>
          <w:lang w:eastAsia="zh-CN"/>
        </w:rPr>
        <w:t>　　通过一个学期的工作，我认识到作为一个没有经验的新老师，想要把课上好，把教学搞好，把学生的成绩搞上去，就必须付出更多的劳动，花更多的时间。下学期我会同学生一起努力，即使没有最好，也要做到更好！</w:t>
      </w:r>
      <w:r>
        <w:rPr>
          <w:lang w:eastAsia="zh-CN"/>
        </w:rPr>
        <w:br/>
      </w:r>
      <w:r>
        <w:rPr>
          <w:lang w:eastAsia="zh-CN"/>
        </w:rPr>
        <w:t xml:space="preserve">    班主任初二下学期工作总结 篇11 </w:t>
      </w:r>
      <w:r>
        <w:rPr>
          <w:lang w:eastAsia="zh-CN"/>
        </w:rPr>
        <w:br/>
      </w:r>
      <w:r>
        <w:rPr>
          <w:lang w:eastAsia="zh-CN"/>
        </w:rPr>
        <w:t>　　在平淡与忙碌中，一个学期就这样一晃而过。这是我与孩子们共同走过的二年级下学期，这一学期里，孩子们个头长高了很多，懂事了很多，也学会了很多。他们就这么一点一滴地成长起来了。而我作为他们的老师，作为孩子们成长的见证者，最大的感受，就是发自内心的欣慰。回顾这一学期的班主任工作，让我深切地体会到：只要用心去爱孩子们，你将在了解孩子们的过程中，得到孩子们的爱与尊重。而这种爱将增强集体凝聚力，创设融洽的学习氛围，促进班风班貌整体发展，从而使学生在爱的滋润下各方面得到发展。班主任工作是琐碎的，但是也是充满乐趣的。本期我主要将工作重点分为以下几个方面：</w:t>
      </w:r>
      <w:r>
        <w:rPr>
          <w:lang w:eastAsia="zh-CN"/>
        </w:rPr>
        <w:br/>
      </w:r>
      <w:r>
        <w:rPr>
          <w:lang w:eastAsia="zh-CN"/>
        </w:rPr>
        <w:t>　　一、将安全教育放在首位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结合学校开展的要求开展安全教育主题班会，对学生进行交通安全、防火防水安全、自救自护知识等知识的灌输，使学生防患于未然。结合火灾地震逃生演习，组织学生在演习中学会逃生，学会保护自己，关爱他人。同时，将上下学安全贯彻到每一天，家住得近的孩子，安排他们结成小队结伴回家，使学生养成良好的习惯。</w:t>
      </w:r>
      <w:r>
        <w:rPr>
          <w:lang w:eastAsia="zh-CN"/>
        </w:rPr>
        <w:br/>
      </w:r>
      <w:r>
        <w:rPr>
          <w:lang w:eastAsia="zh-CN"/>
        </w:rPr>
        <w:t>　　二、重视对孩子们行为习惯的培养</w:t>
      </w:r>
      <w:r>
        <w:rPr>
          <w:lang w:eastAsia="zh-CN"/>
        </w:rPr>
        <w:br/>
      </w:r>
      <w:r>
        <w:rPr>
          <w:lang w:eastAsia="zh-CN"/>
        </w:rPr>
        <w:t>　　英国哲学家艾蒙斯说过“习惯不是最好的仆人，就是最好的主人。”好习惯让孩子学业优秀，也让孩子受益终生。我觉得培养良好习惯的关键是要培养学生的习惯意识，使他们做到老师在与不在一个样。如果一个班级形成了良好的班风，学生在各方面都会得到提升。</w:t>
      </w:r>
      <w:r>
        <w:rPr>
          <w:lang w:eastAsia="zh-CN"/>
        </w:rPr>
        <w:br/>
      </w:r>
      <w:r>
        <w:rPr>
          <w:lang w:eastAsia="zh-CN"/>
        </w:rPr>
        <w:t>　　各种习惯的养成是形成良好班风班貌的基础，低年级则是良好习惯养成的关键期。所以，我尤其注重培养学生良好的习惯，比如学习习惯、行为习惯、卫生习惯等。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学习上，给他们讲方法，养成他们自己动手动脑的习惯。同时，开展小组互助和“小老师手拉手”互助活动，利用课间、放学后、周末时间，让优生对差生进行辅导，包括听写生字、背诵课文、检查作业的订正情况。如果差生在考试中取得进步，优生和差生都会得到奖励，这样一来，孩子们的兴趣高涨。在清洁卫生习惯的培养上，作为老师，我首先以身作则，每次进教室只要看见地上有垃圾，我就会亲自捡起来，或者拿扫把打扫干净。孩子们看在眼里记在心里。放学后有空，我还会到教室指导孩子们打扫卫生，如何扫地、摆桌子，手把手地教，示范给孩子们看。每周进行小组评比，对卫生、安全、礼貌、学习进行综合评比，表现好的小组同学都会得到奖励。这样一来调皮生、后进生就有很多人的关注，而且只要稍稍努力就不一定是队里最后的一名。而且自己的成败也事关小队的成败，使他们更有了要转好的动力。每周表扬五到六个在各方面有所进步的同学，他们分别得到表扬信。</w:t>
      </w:r>
      <w:r>
        <w:rPr>
          <w:lang w:eastAsia="zh-CN"/>
        </w:rPr>
        <w:br/>
      </w:r>
      <w:r>
        <w:rPr>
          <w:lang w:eastAsia="zh-CN"/>
        </w:rPr>
        <w:t>　　三、发展孩子的能力，培养小干部</w:t>
      </w:r>
      <w:r>
        <w:rPr>
          <w:lang w:eastAsia="zh-CN"/>
        </w:rPr>
        <w:br/>
      </w:r>
      <w:r>
        <w:rPr>
          <w:lang w:eastAsia="zh-CN"/>
        </w:rPr>
        <w:t>　　班干部是班级的核心，是班级的骨干力量，要建设一个良好的班集体，首先要建设好一支责任心强、能力强的班干部队伍。最大限度地放手让班干部进行班级管理，在实践中逐步积累管理经验，班主任适时进行正确的引导。低年级孩子的行为能力都处于不稳定状态，但是都有强烈的表现欲望，都想当小干部。班上几个成绩优秀而有能干踏实的孩子，在学生中有较高的威信，成了班干部的核心。另外，我结合学校开展的“责任感小公民”培养方案，将班务工作落实到每个孩子身上，逐层细化分工，层层管理，责任到人，做到“人人有事做，事事有人做”，人人都是班级小主人，班风正、学风浓、集体凝聚力强。不管哪一位班干部，我都在鼓励的同时严格要求，树立他们作为小干部的光荣感和责任感。一方面，我告诉负责的班干部，要同学们真正听你的，就要树立自己良好的形象，让其他同学心服口服。我还告诉孩子们，要想做到这样，并不是你当值日班长这一天，而是要靠平时点点滴滴的积累。为了达到这个目的，孩子们都尽力做到最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一学期中，我做得还很不够，有时是缺少了会发现的眼睛，而有时是做了半途而废的逃兵，因此才让班级管理出现了很多不尽人意的地方，可以说班主任工作是任重道远。总而言之，班主任的'工作每天都是新的，每天都需要用心对待，本学期班主任工作的得与失让我收获了这样几个关键词：爱心，细心，耐心，恒心在今后的工作中，将继续取他人之长，补自己之短，努力将班级管理工作做的更完善。</w:t>
      </w:r>
      <w:r>
        <w:rPr>
          <w:lang w:eastAsia="zh-CN"/>
        </w:rPr>
        <w:br/>
      </w:r>
      <w:r>
        <w:rPr>
          <w:lang w:eastAsia="zh-CN"/>
        </w:rPr>
        <w:t>　　四、加强家校联系</w:t>
      </w:r>
      <w:r>
        <w:rPr>
          <w:lang w:eastAsia="zh-CN"/>
        </w:rPr>
        <w:br/>
      </w:r>
      <w:r>
        <w:rPr>
          <w:lang w:eastAsia="zh-CN"/>
        </w:rPr>
        <w:t>　　我特别注重和家长建立良好的关系，与家长多交流，使学生的家校表现得以有效沟通，让家庭教育与学校教育同步，促进学生良好习惯的养成和身心健康成长。学校教育离不开家长的配合，是密不可分的。而班主任工作就更离不开家长的配合。因此加强和家长之间的联系，让老师和家长及时了解学生在学校和家里的表现，对学生的发展都是很重要的。一学期来，我对许多少见面的学生的家长都进行了电访，告诉他们孩子在学校的表现，有时和家长们聊聊孩子有了什么进步，孩子这段时间学习状态如何使家庭教育和学校教育同步，更好地促进了孩子的健康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现在的孩子大多家境较好，独生子女，家长极其宠爱，还有一些孩子，和爷爷奶奶住在一起，特别受宠爱，爸爸妈妈也奈何不得，久而久之养成了一些弊病：娇气、任性、以自我为中心家长每次介绍的情况都让人觉得不是同一个孩子。而且最爱说的就是：老师，您说的话他们才会听。于是我结合语文、思品课本，对他们进行爱的教育，让他们既要爱班集体，与同学友好相处，还要知道爸爸妈妈的付出，进行感恩的教育。</w:t>
      </w:r>
      <w:r>
        <w:rPr>
          <w:lang w:eastAsia="zh-CN"/>
        </w:rPr>
        <w:br/>
      </w:r>
      <w:r>
        <w:rPr>
          <w:lang w:eastAsia="zh-CN"/>
        </w:rPr>
        <w:t>　　五、爱心、细心、耐心对待每个孩子对孩子们八九岁的孩子，他们个个天真烂漫，活泼好动，一言一行，处处充满着童真童趣。低年级的孩子对老师有着特别的亲近感，经常会围着老师转，告诉你今天谁又给买了新衣，谁又送给他什么礼物，或是强制的给你塞个自己喜欢吃的东西，让你感受到他们对你的爱。我也很习惯在课后把孩子叫到自己身边，和他们聊聊天，打打他们的小脏手，告诉他们这几天谁又有进步了！告诉他今天做的事错在哪里。在这种轻松的聊天氛围下，把握好教育的契机，对他们适当的提出一些要求，收到的效果会很好。班主任对孩子，应该是宽容的，因为他们毕竟还小，绝不能以成人的眼光来要求他们。每次，当孩子犯了错误时，当我怒气升腾的时候，我就在心里对自己说：“沉住气，他们只是孩子。如果我是孩子，我是不是也会像他们一样？”于是，在这样的前提下，孩子们的调皮捣蛋，一些小错误也就变成了可以理解的行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对于低年级的孩子来说，表扬的力量也是无穷的。所以对孩子，你一定不要吝啬你的表扬，它会让你有意想不到的收获。教室里，我专门精心设计了一个“比比谁最棒”的表扬栏。在平时，我通过对孩子的观察，将孩子们的闪光点和一点一滴的进步都及时表扬和鼓励，并给他们加星，这极大的提高了孩子们的积极性。我会经常对我的孩子们说：你们都是最棒的，最优秀的！老师越来越喜欢你们了爱是无声的语言，是教师沟通学生思想和感情最有效的手段，想要管理好班级，必须关心、了解每一位学生，让孩子们感受到你的爱心，细心的了解孩子们的所思所想，对每一位孩子都要有耐心，特别是那些表现不怎么样的孩子。</w:t>
      </w:r>
      <w:r>
        <w:rPr>
          <w:lang w:eastAsia="zh-CN"/>
        </w:rPr>
        <w:br/>
      </w:r>
      <w:r>
        <w:rPr>
          <w:lang w:eastAsia="zh-CN"/>
        </w:rPr>
        <w:t>　　作为一名班主任，我始终把工作的责任感放在第一位。爱是相互的。在这一点上，作为班主任的我是幸福的，我付出一份爱，收获的则是份纯真的爱。在一学期中，我做得还很不够，有时是缺少了会发现的眼睛，而有时是做了半途而废的逃兵，因此才让班级管理出现了很多不尽人意的地方，可以说班主任工作是任重道远。总而言之，班主任的工作是锁碎的，更是一种默默的付出，是不能用几句话就能够描述清楚的，只有自己做了，才能品尝出其中的酸甜苦辣。我们相信只要有付出就会有收获。班主任每天都是新的，每天都需要用心对待，本学期班主任工作的得与失让我收获了这样几个关键词：爱心，细心，耐心，恒心在今后的工作中，将继续取他人之长，补自己之短，努力将班级管理工作做的更完善。</w:t>
      </w:r>
      <w:r>
        <w:rPr>
          <w:lang w:eastAsia="zh-CN"/>
        </w:rPr>
        <w:br/>
      </w:r>
      <w:r>
        <w:rPr>
          <w:lang w:eastAsia="zh-CN"/>
        </w:rPr>
        <w:t xml:space="preserve">    班主任初二下学期工作总结 篇12 </w:t>
      </w:r>
      <w:r>
        <w:rPr>
          <w:lang w:eastAsia="zh-CN"/>
        </w:rPr>
        <w:br/>
      </w:r>
      <w:r>
        <w:rPr>
          <w:lang w:eastAsia="zh-CN"/>
        </w:rPr>
        <w:t>　　时间很快，不知不觉中，这是我从事教师行业的第四年，回想起以前的日子，我深感到当一名教师不简单，而这一年的工作，让我深深认识到当一名班主任更不简单。需要无限的爱心，耐心更要有如针般细的心去创造让孩子茁壮成长的良好的教育环境。这一学年，我在尽最大的努力去关心，爱护这群孩子，努力把各项工作落实到位。</w:t>
      </w:r>
      <w:r>
        <w:rPr>
          <w:lang w:eastAsia="zh-CN"/>
        </w:rPr>
        <w:br/>
      </w:r>
      <w:r>
        <w:rPr>
          <w:lang w:eastAsia="zh-CN"/>
        </w:rPr>
        <w:t>　　一、班级管理上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把安全放在首位，经常给学生讲有关安全的知识，让学生学会保护自己。继续坚持各种习惯的培养，晨起正衣冠，晨起一杯水，早晚量体温，每天都在进行，学生也能自觉进行。提醒学生做好上课准备工作，课后注意观察学生的行为，根据学生的表现进行及时表扬及引导改正。还逐渐使学生养成讲文明，讲礼貌的好习惯。这一期由于白老师是新老师刚接手工作。刚开始工作中会出现摩擦，但经过一段时间的交流和磨合，我们的工作也在顺利开展着，我们会利用晚上下班的时间在一起对班上几个特殊学生进行交流，找方法找对策，相互配合，帮其改进。班级工作仅靠一人之力是不行的，有了其他几个考试的配合，使我的工作轻松了不少。生活上，裴老师对学生一日三餐的照顾，寝室照看学生的休息，有几个特殊的孩子管理起来特别费劲，总是要花费很长时间，而我也尽量抽出时间看着他们休息之后再离开，虽然时间晚，但心里踏实了不少。跟班亚莉老师和白老师对女生的关心和照顾让我很欣慰，让我抽出更多的时间在男生方面进行照顾，非常感谢他们对我工作的支持，给了我动力，让我坚持下来。利用每周班会时间对学生的表现进行评价，自己评价找出优秀的地方与不足的地方进行总结，正视自己的不足并进行改正。</w:t>
      </w:r>
      <w:r>
        <w:rPr>
          <w:lang w:eastAsia="zh-CN"/>
        </w:rPr>
        <w:br/>
      </w:r>
      <w:r>
        <w:rPr>
          <w:lang w:eastAsia="zh-CN"/>
        </w:rPr>
        <w:t>　　二、教学方面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认真备课，参与教研活动和组织的各种活动，遇到问题及时向组内其他老师请教，解决疑难问题。学生在这学期，大部分学生养成了主动学习的习惯，会听讲，课后自觉复习及预习新知，按时完成作业，超前预习新知，进行学习。他们知道学习对自己的重要性，会自己找到方法，主动学习，在一点点向前进步。</w:t>
      </w:r>
      <w:r>
        <w:rPr>
          <w:lang w:eastAsia="zh-CN"/>
        </w:rPr>
        <w:br/>
      </w:r>
      <w:r>
        <w:rPr>
          <w:lang w:eastAsia="zh-CN"/>
        </w:rPr>
        <w:t>　　三、存在的问题</w:t>
      </w:r>
      <w:r>
        <w:rPr>
          <w:lang w:eastAsia="zh-CN"/>
        </w:rPr>
        <w:br/>
      </w:r>
      <w:r>
        <w:rPr>
          <w:lang w:eastAsia="zh-CN"/>
        </w:rPr>
        <w:t>　　1、一小部分学生纪律松散，学习态度不够端正。上课经常开小差，课后不按时完成作业，作业拖拉，在学习和纪律上有待加强。</w:t>
      </w:r>
      <w:r>
        <w:rPr>
          <w:lang w:eastAsia="zh-CN"/>
        </w:rPr>
        <w:br/>
      </w:r>
      <w:r>
        <w:rPr>
          <w:lang w:eastAsia="zh-CN"/>
        </w:rPr>
        <w:t>　　2、对后进生及学困生的辅导不到位，对几个问题学生的关注过多，使学困生的辅导时间少了，两方面兼顾不到位。</w:t>
      </w:r>
      <w:r>
        <w:rPr>
          <w:lang w:eastAsia="zh-CN"/>
        </w:rPr>
        <w:br/>
      </w:r>
      <w:r>
        <w:rPr>
          <w:lang w:eastAsia="zh-CN"/>
        </w:rPr>
        <w:t>　　3、由于个人的原因，许多事我只会做，而不善于表达，因此，有时会有些不必要的问题出现。</w:t>
      </w:r>
      <w:r>
        <w:rPr>
          <w:lang w:eastAsia="zh-CN"/>
        </w:rPr>
        <w:br/>
      </w:r>
      <w:r>
        <w:rPr>
          <w:lang w:eastAsia="zh-CN"/>
        </w:rPr>
        <w:t>　　今后努力方向：</w:t>
      </w:r>
      <w:r>
        <w:rPr>
          <w:lang w:eastAsia="zh-CN"/>
        </w:rPr>
        <w:br/>
      </w:r>
      <w:r>
        <w:rPr>
          <w:lang w:eastAsia="zh-CN"/>
        </w:rPr>
        <w:t>　　1、加强各方面习惯的培养，加强学生的纪律意识。</w:t>
      </w:r>
      <w:r>
        <w:rPr>
          <w:lang w:eastAsia="zh-CN"/>
        </w:rPr>
        <w:br/>
      </w:r>
      <w:r>
        <w:rPr>
          <w:lang w:eastAsia="zh-CN"/>
        </w:rPr>
        <w:t>　　2、多关注后进生及辅导。</w:t>
      </w:r>
      <w:r>
        <w:rPr>
          <w:lang w:eastAsia="zh-CN"/>
        </w:rPr>
        <w:br/>
      </w:r>
      <w:r>
        <w:rPr>
          <w:lang w:eastAsia="zh-CN"/>
        </w:rPr>
        <w:t>　　3、加强与家长的沟通。</w:t>
      </w:r>
      <w:r>
        <w:rPr>
          <w:lang w:eastAsia="zh-CN"/>
        </w:rPr>
        <w:br/>
      </w:r>
      <w:r>
        <w:rPr>
          <w:lang w:eastAsia="zh-CN"/>
        </w:rPr>
        <w:t>　　4、加强自身素质及理论知识的学习。</w:t>
      </w:r>
      <w:r>
        <w:rPr>
          <w:lang w:eastAsia="zh-CN"/>
        </w:rPr>
        <w:br/>
      </w:r>
      <w:r>
        <w:rPr>
          <w:lang w:eastAsia="zh-CN"/>
        </w:rPr>
        <w:t>　　总之，我会继续努力，只要他们在校一天，我便尽最大的努力去关注每一个孩子的成长。</w:t>
      </w:r>
      <w:r>
        <w:rPr>
          <w:lang w:eastAsia="zh-CN"/>
        </w:rPr>
        <w:br/>
      </w:r>
      <w:r>
        <w:rPr>
          <w:lang w:eastAsia="zh-CN"/>
        </w:rPr>
        <w:t xml:space="preserve">    班主任初二下学期工作总结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这一学期其实没有什么太多新鲜的事情，都是以前做惯了的事情，在教学上面都是复习，将书本上的知识层层推进，让学生领会到学习的内涵，以及在学习上找到自己的节奏。而在班主任工作方面就是排解学生的紧张心理，帮助他们树立正确的目标，制定合理的学习计划，挖掘出自己的潜能，争取的中考时发挥出自己正常的实力，如果能够超常发挥就更好了。</w:t>
      </w:r>
      <w:r>
        <w:rPr>
          <w:lang w:eastAsia="zh-CN"/>
        </w:rPr>
        <w:br/>
      </w:r>
      <w:r>
        <w:rPr>
          <w:lang w:eastAsia="zh-CN"/>
        </w:rPr>
        <w:t>　　在整个下学期我们班上的气氛还算是处于正常范畴，有一点点紧张，也有一点点压力，但是这样的紧张和压力更加促进我们的学习进步，不会过于的放松，也不会紧张到要崩溃的氛围确实让班上的学生都在考试时发挥出不错的能力，大多数都是中规中矩，偶尔还有爆发的情况。</w:t>
      </w:r>
      <w:r>
        <w:rPr>
          <w:lang w:eastAsia="zh-CN"/>
        </w:rPr>
        <w:br/>
      </w:r>
      <w:r>
        <w:rPr>
          <w:lang w:eastAsia="zh-CN"/>
        </w:rPr>
        <w:t>　　我认为班集体的塑造不是单单依靠班主任来形成的，而是在我们整个学习生涯里共同闯过难关，无论喜悦还是悲伤，我们的都一起来分享，所以有极强的凝聚力，同时这样的凝聚力在最后也没有散掉。学习不能一蹴而就，在新学期我们班上的同学自觉组成学习小组，学习成绩好的帮扶学习成绩弱的，在这样你学我教的过程中也是让落后的同学有了进步的机会，让处在前列的同学巩固了基础，一举两得。而且我们班上没有在学习上面各科都很平均或者说是各科都很优秀的人，偏科的状况普遍存在，在这样的情况下就更好互相帮助，共同进步了。</w:t>
      </w:r>
      <w:r>
        <w:rPr>
          <w:lang w:eastAsia="zh-CN"/>
        </w:rPr>
        <w:br/>
      </w:r>
      <w:r>
        <w:rPr>
          <w:lang w:eastAsia="zh-CN"/>
        </w:rPr>
        <w:t>　　在初中阶段使我们树立自信心的关键时期，因为时常被打击，样样不如人而产生消极想法的学生大有人在，还有一些的学生，我们只能用鼓励呵护他们的心灵，帮助他们找到自信，说出我能行这三个字，我们谈心时也是要有技巧的，不能一味的灌输大道理，而是结合身边的人和事让他明白每个人身上都有长处，自己的闪光点可能还没有被挖掘出来，我们需要建立良好的心态面对考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下学期的工作我自认为做的还算不错，在未来的工作中我一定会继续努力，教好学生。</w:t>
      </w:r>
      <w:r>
        <w:rPr>
          <w:lang w:eastAsia="zh-CN"/>
        </w:rPr>
        <w:br/>
      </w:r>
      <w:r>
        <w:rPr>
          <w:lang w:eastAsia="zh-CN"/>
        </w:rPr>
        <w:t xml:space="preserve">    班主任初二下学期工作总结 篇14 </w:t>
      </w:r>
      <w:r>
        <w:rPr>
          <w:lang w:eastAsia="zh-CN"/>
        </w:rPr>
        <w:br/>
      </w:r>
      <w:r>
        <w:rPr>
          <w:lang w:eastAsia="zh-CN"/>
        </w:rPr>
        <w:t>　　总体目标达成情况良好。同学们严格遵守学校的各项规章制度，听从管理指挥。团结友爱、严格自律、勤学善思、勇于创新，每个孩子的综合素质都有一定提高。</w:t>
      </w:r>
      <w:r>
        <w:rPr>
          <w:lang w:eastAsia="zh-CN"/>
        </w:rPr>
        <w:br/>
      </w:r>
      <w:r>
        <w:rPr>
          <w:lang w:eastAsia="zh-CN"/>
        </w:rPr>
        <w:t>　　一、具体工作</w:t>
      </w:r>
      <w:r>
        <w:rPr>
          <w:lang w:eastAsia="zh-CN"/>
        </w:rPr>
        <w:br/>
      </w:r>
      <w:r>
        <w:rPr>
          <w:lang w:eastAsia="zh-CN"/>
        </w:rPr>
        <w:t>　　1、班干部培训管理。</w:t>
      </w:r>
      <w:r>
        <w:rPr>
          <w:lang w:eastAsia="zh-CN"/>
        </w:rPr>
        <w:br/>
      </w:r>
      <w:r>
        <w:rPr>
          <w:lang w:eastAsia="zh-CN"/>
        </w:rPr>
        <w:t>　　以稳定为前提，结合班级实际，实行班干部轮流制度。定期召开班干部会议，及时发现问题解决问题。做好总结培训工作，提高班干部整体素质和管理水平。做到高质量，高效率。得到全体同学的支持。调动全体同学积极参与班级管理。实行岗位责任制度，责任到人，培养责任意识。阶段总结，奖优罚劣，评选表现优秀的同学并进行表彰奖励。极大的调动了同学们参与班级管理的积极性。</w:t>
      </w:r>
      <w:r>
        <w:rPr>
          <w:lang w:eastAsia="zh-CN"/>
        </w:rPr>
        <w:br/>
      </w:r>
      <w:r>
        <w:rPr>
          <w:lang w:eastAsia="zh-CN"/>
        </w:rPr>
        <w:t>　　2、抓好学生的思想工作。</w:t>
      </w:r>
      <w:r>
        <w:rPr>
          <w:lang w:eastAsia="zh-CN"/>
        </w:rPr>
        <w:br/>
      </w:r>
      <w:r>
        <w:rPr>
          <w:lang w:eastAsia="zh-CN"/>
        </w:rPr>
        <w:t>　　初三的孩子生活紧张，枯燥，压力大。尽管学生懂事多了，但是还是会遇事不冷静，情绪化。“亲其师，信其道”。所以，师生彼此了解，建立良好的师生关系，非常重要。经常和有问题有困难的孩子谈话，给予帮助鼓励，解决和许多家长解决不了的问题。配合科任和学生及时沟通，科任教师对我们害喜的热情，阳光非常满意，成绩也不断提高。</w:t>
      </w:r>
      <w:r>
        <w:rPr>
          <w:lang w:eastAsia="zh-CN"/>
        </w:rPr>
        <w:br/>
      </w:r>
      <w:r>
        <w:rPr>
          <w:lang w:eastAsia="zh-CN"/>
        </w:rPr>
        <w:t>　　3、学困生帮教转化工作。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问题孩子，包括各种类型的；有的厌倦学习，有的行为习惯不好，还有的存在心理问题。他们的问题经常不是个人的问题，他们有时会影响整个班级的发展。导致班级出现问题的，往往就是这个群体。因此，本学期尤其格外关注他们，做到严爱有度。帮助他们认识到不足，不断进步。从而使整个班级朝着好的方向发展。转化一个问题学生的意义，可能胜过教出一个成绩好的学生。可以自豪的说，我们班级的孩子是很优秀的，有些成绩不好的孩子，劳动特别肯干：有的好动的孩子，集体活动非常积极踊跃。让孩子在自己可能的前提下，获得最好的发展，我班做地还是相当不错的。在抓成绩的同时，使孩子的素质得到提高，这是我对自己工作最满意之处。我爱班级每一个孩子，孩子们也都阳光活泼，我想这也是教育最有意义之处。</w:t>
      </w:r>
      <w:r>
        <w:rPr>
          <w:lang w:eastAsia="zh-CN"/>
        </w:rPr>
        <w:br/>
      </w:r>
      <w:r>
        <w:rPr>
          <w:lang w:eastAsia="zh-CN"/>
        </w:rPr>
        <w:t>　　二、具体工作：</w:t>
      </w:r>
      <w:r>
        <w:rPr>
          <w:lang w:eastAsia="zh-CN"/>
        </w:rPr>
        <w:br/>
      </w:r>
      <w:r>
        <w:rPr>
          <w:lang w:eastAsia="zh-CN"/>
        </w:rPr>
        <w:t>　　1、严格按照学校德育办的要求，抓好常规管理以及控流工作。</w:t>
      </w:r>
      <w:r>
        <w:rPr>
          <w:lang w:eastAsia="zh-CN"/>
        </w:rPr>
        <w:br/>
      </w:r>
      <w:r>
        <w:rPr>
          <w:lang w:eastAsia="zh-CN"/>
        </w:rPr>
        <w:t>　　2、坚持批阅学生的周记，引导学生学会反思，指导学生做好自我教育。这项工作繁琐，需要投入的时间和精力很多。一些突发事件，需要第一时间解决。无形中增加了自己的工作量。但效果也是相当令人满意。</w:t>
      </w:r>
      <w:r>
        <w:rPr>
          <w:lang w:eastAsia="zh-CN"/>
        </w:rPr>
        <w:br/>
      </w:r>
      <w:r>
        <w:rPr>
          <w:lang w:eastAsia="zh-CN"/>
        </w:rPr>
        <w:t>　　3、教师节日板报，联欢工作，增进了师生感情。</w:t>
      </w:r>
      <w:r>
        <w:rPr>
          <w:lang w:eastAsia="zh-CN"/>
        </w:rPr>
        <w:br/>
      </w:r>
      <w:r>
        <w:rPr>
          <w:lang w:eastAsia="zh-CN"/>
        </w:rPr>
        <w:t>　　4、圆满的举行了国庆赛诗会，锻炼了学生的表达写作能力，提高了参与意识。</w:t>
      </w:r>
      <w:r>
        <w:rPr>
          <w:lang w:eastAsia="zh-CN"/>
        </w:rPr>
        <w:br/>
      </w:r>
      <w:r>
        <w:rPr>
          <w:lang w:eastAsia="zh-CN"/>
        </w:rPr>
        <w:t>　　5、十一月份，召开了下半年生日联欢会。丰富了学生的生活，增进了感情，给孩子们展示才艺的机会，体会班级的温暖。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6、每周一召开民主生活会及动员会，统一思想，步调一致，共同进步。</w:t>
      </w:r>
      <w:r>
        <w:rPr>
          <w:lang w:eastAsia="zh-CN"/>
        </w:rPr>
        <w:br/>
      </w:r>
      <w:r>
        <w:rPr>
          <w:lang w:eastAsia="zh-CN"/>
        </w:rPr>
        <w:t>　　7、每个月进行一次读书交流活动。</w:t>
      </w:r>
      <w:r>
        <w:rPr>
          <w:lang w:eastAsia="zh-CN"/>
        </w:rPr>
        <w:br/>
      </w:r>
      <w:r>
        <w:rPr>
          <w:lang w:eastAsia="zh-CN"/>
        </w:rPr>
        <w:t>　　8、积极参加学校的捐书活动，所捐书数量名列学校前茅。</w:t>
      </w:r>
      <w:r>
        <w:rPr>
          <w:lang w:eastAsia="zh-CN"/>
        </w:rPr>
        <w:br/>
      </w:r>
      <w:r>
        <w:rPr>
          <w:lang w:eastAsia="zh-CN"/>
        </w:rPr>
        <w:t>　　总之，付出许多，也收获许多。班级各方面都取得了喜人的进步。下学期，仅有一百多天，时间紧，任务重。力争以最好的心态，最科学的管理方法，更好的完成学校交的任务。为我学校中考创佳绩做出贡献。</w:t>
      </w:r>
      <w:r>
        <w:rPr>
          <w:lang w:eastAsia="zh-CN"/>
        </w:rPr>
        <w:br/>
      </w:r>
      <w:r>
        <w:rPr>
          <w:lang w:eastAsia="zh-CN"/>
        </w:rPr>
        <w:t xml:space="preserve">    班主任初二下学期工作总结 篇15 </w:t>
      </w:r>
      <w:r>
        <w:rPr>
          <w:lang w:eastAsia="zh-CN"/>
        </w:rPr>
        <w:br/>
      </w:r>
      <w:r>
        <w:rPr>
          <w:lang w:eastAsia="zh-CN"/>
        </w:rPr>
        <w:t>　　高一下学期班主任工作总结 这一学期来，我班在校领导的统一领导、任课老师的大力支持和配合下，各项工作得以顺利开展，取得了一定的成绩。多年班主任的工作摸索使我懂得了：重视人的全面发展，重视学生完整人格培养、个性充分发展，是21世纪教育的重要内容，也是当今世界各国教育现代化的重要目标和共同趋向。实行素质教育，创建一个良好的班集体，培育学生完整人格，这是班主任肩上责无旁贷的重任。在此，我将这一学期的工作开展情况做简单汇报：</w:t>
      </w:r>
      <w:r>
        <w:rPr>
          <w:lang w:eastAsia="zh-CN"/>
        </w:rPr>
        <w:br/>
      </w:r>
      <w:r>
        <w:rPr>
          <w:lang w:eastAsia="zh-CN"/>
        </w:rPr>
        <w:t>　　在班主任工作这个板块上，我做到了以下两点：</w:t>
      </w:r>
      <w:r>
        <w:rPr>
          <w:lang w:eastAsia="zh-CN"/>
        </w:rPr>
        <w:br/>
      </w:r>
      <w:r>
        <w:rPr>
          <w:lang w:eastAsia="zh-CN"/>
        </w:rPr>
        <w:t>　　一、学生板块：树立班级奋斗目标，建设健康的班级文化，充分发挥学生的主观能动性，形成良好的班风。</w:t>
      </w:r>
      <w:r>
        <w:rPr>
          <w:lang w:eastAsia="zh-CN"/>
        </w:rPr>
        <w:br/>
      </w:r>
      <w:r>
        <w:rPr>
          <w:lang w:eastAsia="zh-CN"/>
        </w:rPr>
        <w:t>　　(1)加强班干部管理，让学生自治自理;</w:t>
      </w:r>
      <w:r>
        <w:rPr>
          <w:lang w:eastAsia="zh-CN"/>
        </w:rPr>
        <w:br/>
      </w:r>
      <w:r>
        <w:rPr>
          <w:lang w:eastAsia="zh-CN"/>
        </w:rPr>
        <w:t>　　(2)加强晨读管理，始终如一地坚持半小时的班级读书的制度;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(3)有效利用周一的班会课，组织开展专题性的活动;如：两种习惯养成不得，安全教育大家谈，倡导节约、做一中的主人，我们感恩吧，消防消防、人人帮忙，是否应该和网友见面等,在班级中形成了正确的舆论导向，形成良好的班风学风，为学生提供一个良好的生存环境和学习氛围，重视的是学生的共性的培养;</w:t>
      </w:r>
      <w:r>
        <w:rPr>
          <w:lang w:eastAsia="zh-CN"/>
        </w:rPr>
        <w:br/>
      </w:r>
      <w:r>
        <w:rPr>
          <w:lang w:eastAsia="zh-CN"/>
        </w:rPr>
        <w:t>　　(4)重视与学生的思想交流，经常与学生促膝谈心;</w:t>
      </w:r>
      <w:r>
        <w:rPr>
          <w:lang w:eastAsia="zh-CN"/>
        </w:rPr>
        <w:br/>
      </w:r>
      <w:r>
        <w:rPr>
          <w:lang w:eastAsia="zh-CN"/>
        </w:rPr>
        <w:t>　　(5)定期出版黑板报，召开家长会，从多方面了解学生的一言一行;</w:t>
      </w:r>
      <w:r>
        <w:rPr>
          <w:lang w:eastAsia="zh-CN"/>
        </w:rPr>
        <w:br/>
      </w:r>
      <w:r>
        <w:rPr>
          <w:lang w:eastAsia="zh-CN"/>
        </w:rPr>
        <w:t>　　(6)始终把学生的养成教育放在首位，重点抓了责任与感恩的教育;</w:t>
      </w:r>
      <w:r>
        <w:rPr>
          <w:lang w:eastAsia="zh-CN"/>
        </w:rPr>
        <w:br/>
      </w:r>
      <w:r>
        <w:rPr>
          <w:lang w:eastAsia="zh-CN"/>
        </w:rPr>
        <w:t>　　(7)给学生读时事新闻，让他们了解国家大事，组织学生申请国家奖学金;</w:t>
      </w:r>
      <w:r>
        <w:rPr>
          <w:lang w:eastAsia="zh-CN"/>
        </w:rPr>
        <w:br/>
      </w:r>
      <w:r>
        <w:rPr>
          <w:lang w:eastAsia="zh-CN"/>
        </w:rPr>
        <w:t>　　(8)对学生始终如一地进行赏识教育，让学生在快乐中学习和成长。</w:t>
      </w:r>
      <w:r>
        <w:rPr>
          <w:lang w:eastAsia="zh-CN"/>
        </w:rPr>
        <w:br/>
      </w:r>
      <w:r>
        <w:rPr>
          <w:lang w:eastAsia="zh-CN"/>
        </w:rPr>
        <w:t>　　(9)加强文理分科的指导，如期进行文理分科安排。</w:t>
      </w:r>
      <w:r>
        <w:rPr>
          <w:lang w:eastAsia="zh-CN"/>
        </w:rPr>
        <w:br/>
      </w:r>
      <w:r>
        <w:rPr>
          <w:lang w:eastAsia="zh-CN"/>
        </w:rPr>
        <w:t>　　二、自我板块：热爱教育事业，爱岗敬业，有职业操守，爱生如子</w:t>
      </w:r>
      <w:r>
        <w:rPr>
          <w:lang w:eastAsia="zh-CN"/>
        </w:rPr>
        <w:br/>
      </w:r>
      <w:r>
        <w:rPr>
          <w:lang w:eastAsia="zh-CN"/>
        </w:rPr>
        <w:t>　　(1)以身作则，努力做学生的榜样;</w:t>
      </w:r>
      <w:r>
        <w:rPr>
          <w:lang w:eastAsia="zh-CN"/>
        </w:rPr>
        <w:br/>
      </w:r>
      <w:r>
        <w:rPr>
          <w:lang w:eastAsia="zh-CN"/>
        </w:rPr>
        <w:t>　　我清晨7：30就进教室了，一是督促学生晨读;二是检查清洁卫生。每天下午我最后一个离开教室，哪怕是耽误自己的休息时间，也要给学生多灌输一个知识点，教他们做人的道理。我特别注意自己的一言一行都能使其成为学生学习的表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(2)用爱去温暖和包容学生</w:t>
      </w:r>
      <w:r>
        <w:rPr>
          <w:lang w:eastAsia="zh-CN"/>
        </w:rPr>
        <w:br/>
      </w:r>
      <w:r>
        <w:rPr>
          <w:lang w:eastAsia="zh-CN"/>
        </w:rPr>
        <w:t>　　教师能否打开学生的心扉，取得学生的信任，爱是首要条件。爱是教育的基石，是教育的“催化剂”，它促进了学生的转化，是滋润学生的心田甘露，它把师生关系转化为亲密的朋友关系。正是这样，我热爱和关心每一个学生，用爱架起了一座通往学生心灵深处的桥梁。 我针对班级优差生差距大这一情况，对他们进行分层教育，在和他们相处一段时间后，我发现教育孩子要注意两条：一、发现闪光点，每个孩子都有自己的优点，只要善于寻找就能发现;二、发现动情点：孩子是人类真诚的群体，孩子的内心是纯洁的，孩子的情感是细腻的。班主任要细致地了解学生，真心实意地关心学生，充分尊重、信任学生，严格地要求学生等。班主任要无条件地爱每一个学生，好的、差的、丑的都要爱得起来，要从学生的全面发展的高度将爱与严格要求结合起来。引导学生健康成长。</w:t>
      </w:r>
      <w:r>
        <w:rPr>
          <w:lang w:eastAsia="zh-CN"/>
        </w:rPr>
        <w:br/>
      </w:r>
      <w:r>
        <w:rPr>
          <w:lang w:eastAsia="zh-CN"/>
        </w:rPr>
        <w:t>　　(3)细节决定成功，教育教学工作都落到了实处 ，用教师的人格魅力影响学生。</w:t>
      </w:r>
      <w:r>
        <w:rPr>
          <w:lang w:eastAsia="zh-CN"/>
        </w:rPr>
        <w:br/>
      </w:r>
      <w:r>
        <w:rPr>
          <w:lang w:eastAsia="zh-CN"/>
        </w:rPr>
        <w:t>　　(4)多和科任老师交流，了解班级情况，把握发展方向。</w:t>
      </w:r>
      <w:r>
        <w:rPr>
          <w:lang w:eastAsia="zh-CN"/>
        </w:rPr>
        <w:br/>
      </w:r>
      <w:r>
        <w:rPr>
          <w:lang w:eastAsia="zh-CN"/>
        </w:rPr>
        <w:t>　　三、取得的成绩</w:t>
      </w:r>
      <w:r>
        <w:rPr>
          <w:lang w:eastAsia="zh-CN"/>
        </w:rPr>
        <w:br/>
      </w:r>
      <w:r>
        <w:rPr>
          <w:lang w:eastAsia="zh-CN"/>
        </w:rPr>
        <w:t>　　班级班风正、学风浓，所有同学待人礼貌，快乐成长。班级管理在全年级位于前列。张毅获邵阳市一中刘卫奖学金，班级多次获卫生流动红旗。我组织了本班同学为隔壁班的刘雨琴捐款活动。</w:t>
      </w:r>
      <w:r>
        <w:rPr>
          <w:lang w:eastAsia="zh-CN"/>
        </w:rPr>
        <w:br/>
      </w:r>
      <w:r>
        <w:rPr>
          <w:lang w:eastAsia="zh-CN"/>
        </w:rPr>
        <w:t>　　我着力做好每个细节，因为细节决定成败。在平时的教育教学中，我认真抓好学生的生活及学习习惯并把它们落到实处。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我注重后进生的转变，经常找学生谈心，努力帮助他们，我真心希望自己成为受学生爱戴、家长认可的老师!</w:t>
      </w:r>
      <w:r>
        <w:rPr>
          <w:lang w:eastAsia="zh-CN"/>
        </w:rPr>
        <w:br/>
      </w:r>
      <w:r>
        <w:rPr>
          <w:lang w:eastAsia="zh-CN"/>
        </w:rPr>
        <w:t>　　在带班工作过程中，我还有还有很多地方值得去琢磨、研究和改进。也还有许多关于学生成才的构思和设想没有来得及实施，它有待于自己去努力实现这个目标，使学生更加的全面发展。</w:t>
      </w:r>
      <w:r>
        <w:rPr>
          <w:lang w:eastAsia="zh-CN"/>
        </w:rPr>
        <w:br/>
      </w:r>
      <w:r>
        <w:rPr>
          <w:lang w:eastAsia="zh-CN"/>
        </w:rPr>
        <w:t xml:space="preserve">    班主任初二下学期工作总结 篇16 </w:t>
      </w:r>
      <w:r>
        <w:rPr>
          <w:lang w:eastAsia="zh-CN"/>
        </w:rPr>
        <w:br/>
      </w:r>
      <w:r>
        <w:rPr>
          <w:lang w:eastAsia="zh-CN"/>
        </w:rPr>
        <w:t>　　这一学期我临危受命，正式接管了高一(8)班，中间接班，总是有一定的压力，因为有好多问题等着做，并且孩子们多数已经习惯了前任班主任的风格。虽然我一直当班主任，但也是战战兢兢，谨慎小心，不敢有半点马虎。因为我不能辜负学校对我的信任和家长的殷切期盼。我也知道育人这一项工程的重要性，复杂性及重大意义。具体做法如下：</w:t>
      </w:r>
      <w:r>
        <w:rPr>
          <w:lang w:eastAsia="zh-CN"/>
        </w:rPr>
        <w:br/>
      </w:r>
      <w:r>
        <w:rPr>
          <w:lang w:eastAsia="zh-CN"/>
        </w:rPr>
        <w:t>　　一、高度的热情投入到班主任工作。</w:t>
      </w:r>
      <w:r>
        <w:rPr>
          <w:lang w:eastAsia="zh-CN"/>
        </w:rPr>
        <w:br/>
      </w:r>
      <w:r>
        <w:rPr>
          <w:lang w:eastAsia="zh-CN"/>
        </w:rPr>
        <w:t>　　古人说：“在其位，谋其政。”就强调了它的责任性。我一直就信奉不干则已，要干就干好。有了这一目标，我就会感觉有一股动力，一腔热血。虽然做了十几年班主任，但总感觉有很多问题值得研究。我常常向其他班主任学习，买了班主任的书籍来借鉴，到网上搜集资料，分析学生的成长经历和他们的成绩。吃住在学校，以校为家。我都会乐此不疲，乐在其中。</w:t>
      </w:r>
      <w:r>
        <w:rPr>
          <w:lang w:eastAsia="zh-CN"/>
        </w:rPr>
        <w:br/>
      </w:r>
      <w:r>
        <w:rPr>
          <w:lang w:eastAsia="zh-CN"/>
        </w:rPr>
        <w:t>　　二、积极响应学校的政策，积极配合级部的各项活动和安排。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学校整体就像一个军队，就得统一安排，统一调度，不能出现各自为战，不听命令的情况。而各个班级就是一个连，一个排，要有令则行，行则成功。对于学校的各项任务和安排，我都会按照学校和级部的要求圆满地完成。</w:t>
      </w:r>
      <w:r>
        <w:rPr>
          <w:lang w:eastAsia="zh-CN"/>
        </w:rPr>
        <w:br/>
      </w:r>
      <w:r>
        <w:rPr>
          <w:lang w:eastAsia="zh-CN"/>
        </w:rPr>
        <w:t>　　三、热爱学生。</w:t>
      </w:r>
      <w:r>
        <w:rPr>
          <w:lang w:eastAsia="zh-CN"/>
        </w:rPr>
        <w:br/>
      </w:r>
      <w:r>
        <w:rPr>
          <w:lang w:eastAsia="zh-CN"/>
        </w:rPr>
        <w:t>　　关爱学生，育人工程是关系到国计民生的大事，是关系到民族兴旺的大事。学校无小事，教育是大事。学生好一切都好。在工作中，我把学生当作自己的孩子，随着年龄的增长，我觉得我的'慈性越来越强，看到天真烂漫的孩子心里便欢喜，这也是我心态年轻的原因。“老吾老，以及人之老;幼吾幼，以及人之幼。”用自己的真诚关爱，来浇灌学生干渴的心灵，让他们健康茁壮地成长，岂不快哉。“捧着一颗心来，不带半根草去”，这就是老师光辉的写照。</w:t>
      </w:r>
      <w:r>
        <w:rPr>
          <w:lang w:eastAsia="zh-CN"/>
        </w:rPr>
        <w:br/>
      </w:r>
      <w:r>
        <w:rPr>
          <w:lang w:eastAsia="zh-CN"/>
        </w:rPr>
        <w:t xml:space="preserve">    班主任初二下学期工作总结 篇17 </w:t>
      </w:r>
      <w:r>
        <w:rPr>
          <w:lang w:eastAsia="zh-CN"/>
        </w:rPr>
        <w:br/>
      </w:r>
      <w:r>
        <w:rPr>
          <w:lang w:eastAsia="zh-CN"/>
        </w:rPr>
        <w:t>　　转眼之间，初三的工作已结束了，回顾半个学期的工作，心中感触颇深，既有成功的喜悦，又有对自己工作中做得不好的地方的惋惜。俗话说，经常的回头看看自己的路，会有很多收获，我想，对自己工作的总结应该能够促进我下一步工作水平的提高</w:t>
      </w:r>
      <w:r>
        <w:rPr>
          <w:lang w:eastAsia="zh-CN"/>
        </w:rPr>
        <w:br/>
      </w:r>
      <w:r>
        <w:rPr>
          <w:lang w:eastAsia="zh-CN"/>
        </w:rPr>
        <w:t>　　今年，我带初三两个班的数学兼301班班主任，经过半个学期的努力，取得了一些成绩，学习方面很多同学更希望自己能够进步，学习更认真了，更重要的是班级凝聚力有了很大的提高。回顾一下本学期的工作，我想这些成绩的得来，与班级所实施的一些列举措是分不开的。</w:t>
      </w:r>
      <w:r>
        <w:rPr>
          <w:lang w:eastAsia="zh-CN"/>
        </w:rPr>
        <w:br/>
      </w:r>
      <w:r>
        <w:rPr>
          <w:lang w:eastAsia="zh-CN"/>
        </w:rPr>
        <w:t>　　一、认真分析班级的特点，明确班级管理的主导思想</w:t>
      </w:r>
      <w:r>
        <w:rPr>
          <w:lang w:eastAsia="zh-CN"/>
        </w:rPr>
        <w:br/>
      </w:r>
      <w:r>
        <w:rPr>
          <w:lang w:eastAsia="zh-CN"/>
        </w:rPr>
        <w:t>　　开学第一个星期，就对学生们灌输</w:t>
      </w:r>
      <w:r>
        <w:rPr>
          <w:lang w:eastAsia="zh-CN"/>
        </w:rPr>
        <w:t xml:space="preserve"> 进步就是胜利</w:t>
      </w:r>
      <w:r>
        <w:rPr>
          <w:lang w:eastAsia="zh-CN"/>
        </w:rPr>
        <w:t xml:space="preserve"> 、</w:t>
      </w:r>
    </w:p>
    <w:p w:rsidR="001B1F19" w14:textId="27C3F48A">
      <w:pPr>
        <w:rPr>
          <w:rFonts w:hint="eastAsia"/>
          <w:lang w:eastAsia="zh-CN"/>
        </w:rPr>
      </w:pPr>
      <w:r>
        <w:rPr>
          <w:lang w:eastAsia="zh-CN"/>
        </w:rPr>
        <w:t xml:space="preserve"> 良好的习惯铸就美好的一生</w:t>
      </w:r>
      <w:r>
        <w:rPr>
          <w:lang w:eastAsia="zh-CN"/>
        </w:rPr>
        <w:t xml:space="preserve"> 、</w:t>
      </w:r>
      <w:r>
        <w:rPr>
          <w:lang w:eastAsia="zh-CN"/>
        </w:rPr>
        <w:t xml:space="preserve"> 纪律第一</w:t>
      </w:r>
      <w:r>
        <w:rPr>
          <w:lang w:eastAsia="zh-CN"/>
        </w:rPr>
        <w:t xml:space="preserve"> 的思想，营造一种大氛围，把提高学习成绩和良好自觉习惯的养成作为工作的核心，班级各项工作始终围绕着习惯养成展开。</w:t>
      </w:r>
      <w:r>
        <w:rPr>
          <w:lang w:eastAsia="zh-CN"/>
        </w:rPr>
        <w:br/>
      </w:r>
      <w:r>
        <w:rPr>
          <w:lang w:eastAsia="zh-CN"/>
        </w:rPr>
        <w:t>　　二、抓好学生的日常行为习惯养成教育，发现问题解决问题。</w:t>
      </w:r>
      <w:r>
        <w:rPr>
          <w:lang w:eastAsia="zh-CN"/>
        </w:rPr>
        <w:br/>
      </w:r>
      <w:r>
        <w:rPr>
          <w:lang w:eastAsia="zh-CN"/>
        </w:rPr>
        <w:t>　　进入初三，随着学习成绩的分化和中考压力的增加，许多学生开始在思想上出现了较大的变化，特别是很多学生已经进入 反叛 时期，常常会自认为自己已经长大，不再需要一些条条框框的约束，因而在思想上有了很多不成熟的想法和主见。</w:t>
      </w:r>
      <w:r>
        <w:rPr>
          <w:lang w:eastAsia="zh-CN"/>
        </w:rPr>
        <w:br/>
      </w:r>
      <w:r>
        <w:rPr>
          <w:lang w:eastAsia="zh-CN"/>
        </w:rPr>
        <w:t xml:space="preserve">    班主任初二下学期工作总结 篇18 </w:t>
      </w:r>
      <w:r>
        <w:rPr>
          <w:lang w:eastAsia="zh-CN"/>
        </w:rPr>
        <w:br/>
      </w:r>
      <w:r>
        <w:rPr>
          <w:lang w:eastAsia="zh-CN"/>
        </w:rPr>
        <w:t>　　孩子的成长是最明显的，作为幼儿园大班的班主任，我感受到了孩子们每天都在不停的变化，每天都在成长，每天都在进步，这使我很高兴。这段时间，为了完成好工作和提高教学质量，我不断提高自己的能力，下面是我的工作总结。</w:t>
      </w:r>
      <w:r>
        <w:rPr>
          <w:lang w:eastAsia="zh-CN"/>
        </w:rPr>
        <w:br/>
      </w:r>
      <w:r>
        <w:rPr>
          <w:lang w:eastAsia="zh-CN"/>
        </w:rPr>
        <w:t>　　保育方面</w:t>
      </w:r>
      <w:r>
        <w:rPr>
          <w:lang w:eastAsia="zh-CN"/>
        </w:rPr>
        <w:br/>
      </w:r>
      <w:r>
        <w:rPr>
          <w:lang w:eastAsia="zh-CN"/>
        </w:rPr>
        <w:t>　　三位老师默契配合做好班级卫生清理工作，严格执行消毒制度，并及时记录。幼儿的毛巾、桌椅、被褥每天一次紫外线消毒。本学期我们在注重培养幼儿的生活自理能力的同时还特别注意在一日生活中渗透安全自我保护教育，</w:t>
      </w:r>
      <w:r>
        <w:rPr>
          <w:lang w:eastAsia="zh-CN"/>
        </w:rPr>
        <w:br/>
      </w:r>
      <w:r>
        <w:rPr>
          <w:lang w:eastAsia="zh-CN"/>
        </w:rPr>
        <w:t>　　教育方面</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https://d.book118.com/768105003013006040</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68105003013006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